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D7A54" w14:textId="77777777" w:rsidR="00FA1E15" w:rsidRDefault="00000000">
      <w:pPr>
        <w:jc w:val="center"/>
      </w:pPr>
      <w:r>
        <w:rPr>
          <w:b/>
          <w:color w:val="000000"/>
          <w:sz w:val="72"/>
        </w:rPr>
        <w:t>Project Summary</w:t>
      </w:r>
    </w:p>
    <w:p w14:paraId="0DEABD0A" w14:textId="77777777" w:rsidR="00FA1E15" w:rsidRDefault="00000000">
      <w:pPr>
        <w:jc w:val="center"/>
      </w:pPr>
      <w:r>
        <w:rPr>
          <w:b/>
          <w:color w:val="000000"/>
          <w:sz w:val="48"/>
        </w:rPr>
        <w:t>Project: Project 1</w:t>
      </w:r>
    </w:p>
    <w:p w14:paraId="0162D7EB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5259F0F2" wp14:editId="5F7D613C">
            <wp:extent cx="41148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B73E842" w14:textId="77777777">
        <w:tc>
          <w:tcPr>
            <w:tcW w:w="4320" w:type="dxa"/>
          </w:tcPr>
          <w:p w14:paraId="4801F716" w14:textId="77777777" w:rsidR="00FA1E15" w:rsidRDefault="00000000">
            <w:pPr>
              <w:jc w:val="right"/>
            </w:pPr>
            <w:r>
              <w:rPr>
                <w:b/>
                <w:color w:val="000000"/>
              </w:rPr>
              <w:t>Client:</w:t>
            </w:r>
          </w:p>
        </w:tc>
        <w:tc>
          <w:tcPr>
            <w:tcW w:w="4320" w:type="dxa"/>
          </w:tcPr>
          <w:p w14:paraId="0E70E0FC" w14:textId="77777777" w:rsidR="00FA1E15" w:rsidRDefault="00000000">
            <w:r>
              <w:rPr>
                <w:color w:val="000000"/>
              </w:rPr>
              <w:t>Example Company</w:t>
            </w:r>
          </w:p>
        </w:tc>
      </w:tr>
      <w:tr w:rsidR="00FA1E15" w14:paraId="57EF2D5A" w14:textId="77777777">
        <w:tc>
          <w:tcPr>
            <w:tcW w:w="4320" w:type="dxa"/>
          </w:tcPr>
          <w:p w14:paraId="48A1F51B" w14:textId="77777777" w:rsidR="00FA1E15" w:rsidRDefault="00FA1E15">
            <w:pPr>
              <w:jc w:val="right"/>
            </w:pPr>
          </w:p>
        </w:tc>
        <w:tc>
          <w:tcPr>
            <w:tcW w:w="4320" w:type="dxa"/>
          </w:tcPr>
          <w:p w14:paraId="0844F171" w14:textId="77777777" w:rsidR="00FA1E15" w:rsidRDefault="00000000">
            <w:r>
              <w:t>Example street 1</w:t>
            </w:r>
          </w:p>
        </w:tc>
      </w:tr>
      <w:tr w:rsidR="00FA1E15" w14:paraId="0B9A8B5C" w14:textId="77777777">
        <w:tc>
          <w:tcPr>
            <w:tcW w:w="4320" w:type="dxa"/>
          </w:tcPr>
          <w:p w14:paraId="0DABC378" w14:textId="77777777" w:rsidR="00FA1E15" w:rsidRDefault="00FA1E15">
            <w:pPr>
              <w:jc w:val="right"/>
            </w:pPr>
          </w:p>
        </w:tc>
        <w:tc>
          <w:tcPr>
            <w:tcW w:w="4320" w:type="dxa"/>
          </w:tcPr>
          <w:p w14:paraId="11768A0B" w14:textId="77777777" w:rsidR="00FA1E15" w:rsidRDefault="00000000">
            <w:r>
              <w:t>12345 Example city</w:t>
            </w:r>
          </w:p>
        </w:tc>
      </w:tr>
      <w:tr w:rsidR="00FA1E15" w14:paraId="6C9597F3" w14:textId="77777777">
        <w:tc>
          <w:tcPr>
            <w:tcW w:w="4320" w:type="dxa"/>
          </w:tcPr>
          <w:p w14:paraId="42E10736" w14:textId="77777777" w:rsidR="00FA1E15" w:rsidRDefault="00FA1E15">
            <w:pPr>
              <w:jc w:val="right"/>
            </w:pPr>
          </w:p>
        </w:tc>
        <w:tc>
          <w:tcPr>
            <w:tcW w:w="4320" w:type="dxa"/>
          </w:tcPr>
          <w:p w14:paraId="4DDE84B3" w14:textId="77777777" w:rsidR="00FA1E15" w:rsidRDefault="00FA1E15"/>
        </w:tc>
      </w:tr>
      <w:tr w:rsidR="00FA1E15" w14:paraId="514A67AD" w14:textId="77777777">
        <w:tc>
          <w:tcPr>
            <w:tcW w:w="4320" w:type="dxa"/>
          </w:tcPr>
          <w:p w14:paraId="41F325B6" w14:textId="77777777" w:rsidR="00FA1E15" w:rsidRDefault="00000000">
            <w:pPr>
              <w:jc w:val="right"/>
            </w:pPr>
            <w:r>
              <w:rPr>
                <w:b/>
                <w:color w:val="000000"/>
              </w:rPr>
              <w:t>Created by:</w:t>
            </w:r>
          </w:p>
        </w:tc>
        <w:tc>
          <w:tcPr>
            <w:tcW w:w="4320" w:type="dxa"/>
          </w:tcPr>
          <w:p w14:paraId="27FA8844" w14:textId="77777777" w:rsidR="00FA1E15" w:rsidRDefault="00000000">
            <w:r>
              <w:t>Engineering office Example company</w:t>
            </w:r>
          </w:p>
        </w:tc>
      </w:tr>
      <w:tr w:rsidR="00FA1E15" w14:paraId="2475A2EA" w14:textId="77777777">
        <w:tc>
          <w:tcPr>
            <w:tcW w:w="4320" w:type="dxa"/>
          </w:tcPr>
          <w:p w14:paraId="2E7842EC" w14:textId="77777777" w:rsidR="00FA1E15" w:rsidRDefault="00FA1E15">
            <w:pPr>
              <w:jc w:val="right"/>
            </w:pPr>
          </w:p>
        </w:tc>
        <w:tc>
          <w:tcPr>
            <w:tcW w:w="4320" w:type="dxa"/>
          </w:tcPr>
          <w:p w14:paraId="56AC20DD" w14:textId="77777777" w:rsidR="00FA1E15" w:rsidRDefault="00000000">
            <w:r>
              <w:t>Example street 2</w:t>
            </w:r>
          </w:p>
        </w:tc>
      </w:tr>
      <w:tr w:rsidR="00FA1E15" w14:paraId="289F516D" w14:textId="77777777">
        <w:tc>
          <w:tcPr>
            <w:tcW w:w="4320" w:type="dxa"/>
          </w:tcPr>
          <w:p w14:paraId="4FF7C2AC" w14:textId="77777777" w:rsidR="00FA1E15" w:rsidRDefault="00FA1E15">
            <w:pPr>
              <w:jc w:val="right"/>
            </w:pPr>
          </w:p>
        </w:tc>
        <w:tc>
          <w:tcPr>
            <w:tcW w:w="4320" w:type="dxa"/>
          </w:tcPr>
          <w:p w14:paraId="6EF42E40" w14:textId="77777777" w:rsidR="00FA1E15" w:rsidRDefault="00000000">
            <w:r>
              <w:t>12345 Example city</w:t>
            </w:r>
          </w:p>
        </w:tc>
      </w:tr>
    </w:tbl>
    <w:p w14:paraId="030385F6" w14:textId="77777777" w:rsidR="00FA1E15" w:rsidRDefault="00000000">
      <w:r>
        <w:br w:type="page"/>
      </w:r>
    </w:p>
    <w:p w14:paraId="3936ED28" w14:textId="77777777" w:rsidR="00FA1E15" w:rsidRDefault="00FA1E15"/>
    <w:p w14:paraId="0B34F99E" w14:textId="77777777" w:rsidR="00FA1E15" w:rsidRDefault="00FA1E15"/>
    <w:p w14:paraId="0A58E3F7" w14:textId="77777777" w:rsidR="00FA1E15" w:rsidRDefault="00FA1E15"/>
    <w:p w14:paraId="0F2E2BBD" w14:textId="77777777" w:rsidR="00FA1E15" w:rsidRDefault="00FA1E15"/>
    <w:p w14:paraId="79509D31" w14:textId="77777777" w:rsidR="00FA1E15" w:rsidRDefault="00FA1E15"/>
    <w:p w14:paraId="24AB4F19" w14:textId="77777777" w:rsidR="00FA1E15" w:rsidRDefault="00FA1E15"/>
    <w:p w14:paraId="5B0633F1" w14:textId="77777777" w:rsidR="00FA1E15" w:rsidRDefault="00FA1E15"/>
    <w:p w14:paraId="180397CB" w14:textId="77777777" w:rsidR="00FA1E15" w:rsidRDefault="00FA1E15"/>
    <w:p w14:paraId="5CE30828" w14:textId="77777777" w:rsidR="00FA1E15" w:rsidRDefault="00FA1E15"/>
    <w:p w14:paraId="0CBCD654" w14:textId="77777777" w:rsidR="00FA1E15" w:rsidRDefault="00FA1E15"/>
    <w:p w14:paraId="4377084B" w14:textId="77777777" w:rsidR="00FA1E15" w:rsidRDefault="00FA1E15"/>
    <w:p w14:paraId="4885EC6E" w14:textId="77777777" w:rsidR="00FA1E15" w:rsidRDefault="00FA1E15"/>
    <w:p w14:paraId="54CC00DD" w14:textId="77777777" w:rsidR="00FA1E15" w:rsidRDefault="00FA1E15"/>
    <w:p w14:paraId="314A1460" w14:textId="77777777" w:rsidR="00FA1E15" w:rsidRDefault="00FA1E15"/>
    <w:p w14:paraId="01FC648C" w14:textId="77777777" w:rsidR="00FA1E15" w:rsidRDefault="00FA1E15"/>
    <w:p w14:paraId="4AA9EEC7" w14:textId="77777777" w:rsidR="00FA1E15" w:rsidRDefault="00FA1E15"/>
    <w:p w14:paraId="743A30AB" w14:textId="77777777" w:rsidR="00FA1E15" w:rsidRDefault="00FA1E15"/>
    <w:p w14:paraId="776A01EF" w14:textId="77777777" w:rsidR="00FA1E15" w:rsidRDefault="00FA1E15"/>
    <w:p w14:paraId="38D92ABB" w14:textId="77777777" w:rsidR="00FA1E15" w:rsidRDefault="00FA1E15"/>
    <w:p w14:paraId="7E4919FA" w14:textId="77777777" w:rsidR="00FA1E15" w:rsidRDefault="00FA1E15"/>
    <w:p w14:paraId="5576880D" w14:textId="77777777" w:rsidR="00FA1E15" w:rsidRDefault="00FA1E15"/>
    <w:p w14:paraId="3F4E3ADB" w14:textId="1D9C3AF1" w:rsidR="00FA1E15" w:rsidRDefault="00000000">
      <w:pPr>
        <w:jc w:val="both"/>
      </w:pPr>
      <w:r>
        <w:t>Report created by</w:t>
      </w:r>
      <w:proofErr w:type="gramStart"/>
      <w:r>
        <w:t xml:space="preserve">:  </w:t>
      </w:r>
      <w:r w:rsidR="00C93F0F">
        <w:t>Test</w:t>
      </w:r>
      <w:proofErr w:type="gramEnd"/>
    </w:p>
    <w:p w14:paraId="3734BF1F" w14:textId="77777777" w:rsidR="00FA1E15" w:rsidRDefault="00000000">
      <w:pPr>
        <w:jc w:val="both"/>
      </w:pPr>
      <w:r>
        <w:t>Creation date</w:t>
      </w:r>
      <w:proofErr w:type="gramStart"/>
      <w:r>
        <w:t>:  09.09</w:t>
      </w:r>
      <w:proofErr w:type="gramEnd"/>
      <w:r>
        <w:t>.2026 (13:46)</w:t>
      </w:r>
    </w:p>
    <w:p w14:paraId="7D94E0C0" w14:textId="77777777" w:rsidR="00FA1E15" w:rsidRDefault="00000000">
      <w:r>
        <w:br w:type="page"/>
      </w:r>
    </w:p>
    <w:p w14:paraId="537F1372" w14:textId="77777777" w:rsidR="00FA1E15" w:rsidRDefault="00000000">
      <w:r>
        <w:rPr>
          <w:b/>
          <w:sz w:val="28"/>
        </w:rPr>
        <w:lastRenderedPageBreak/>
        <w:t>Table of contents</w:t>
      </w:r>
    </w:p>
    <w:p w14:paraId="088E5F34" w14:textId="477E5AFE" w:rsidR="00E31272" w:rsidRDefault="00000000">
      <w:pPr>
        <w:pStyle w:val="Verzeichnis1"/>
        <w:tabs>
          <w:tab w:val="right" w:leader="dot" w:pos="8630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40364029" w:history="1">
        <w:r w:rsidR="00E31272" w:rsidRPr="00BE3AD3">
          <w:rPr>
            <w:rStyle w:val="Hyperlink"/>
            <w:noProof/>
          </w:rPr>
          <w:t>1 Summary</w:t>
        </w:r>
        <w:r w:rsidR="00E31272">
          <w:rPr>
            <w:noProof/>
            <w:webHidden/>
          </w:rPr>
          <w:tab/>
        </w:r>
        <w:r w:rsidR="00E31272">
          <w:rPr>
            <w:noProof/>
            <w:webHidden/>
          </w:rPr>
          <w:fldChar w:fldCharType="begin"/>
        </w:r>
        <w:r w:rsidR="00E31272">
          <w:rPr>
            <w:noProof/>
            <w:webHidden/>
          </w:rPr>
          <w:instrText xml:space="preserve"> PAGEREF _Toc240364029 \h </w:instrText>
        </w:r>
        <w:r w:rsidR="00E31272">
          <w:rPr>
            <w:noProof/>
            <w:webHidden/>
          </w:rPr>
        </w:r>
        <w:r w:rsidR="00E31272">
          <w:rPr>
            <w:noProof/>
            <w:webHidden/>
          </w:rPr>
          <w:fldChar w:fldCharType="separate"/>
        </w:r>
        <w:r w:rsidR="00E31272">
          <w:rPr>
            <w:noProof/>
            <w:webHidden/>
          </w:rPr>
          <w:t>1</w:t>
        </w:r>
        <w:r w:rsidR="00E31272">
          <w:rPr>
            <w:noProof/>
            <w:webHidden/>
          </w:rPr>
          <w:fldChar w:fldCharType="end"/>
        </w:r>
      </w:hyperlink>
    </w:p>
    <w:p w14:paraId="58E70F60" w14:textId="1D51866F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30" w:history="1">
        <w:r w:rsidRPr="00BE3AD3">
          <w:rPr>
            <w:rStyle w:val="Hyperlink"/>
            <w:noProof/>
          </w:rPr>
          <w:t>1.1 Scenario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345CCA3" w14:textId="7DB528E7" w:rsidR="00E31272" w:rsidRDefault="00E31272">
      <w:pPr>
        <w:pStyle w:val="Verzeichnis1"/>
        <w:tabs>
          <w:tab w:val="right" w:leader="dot" w:pos="8630"/>
        </w:tabs>
        <w:rPr>
          <w:noProof/>
        </w:rPr>
      </w:pPr>
      <w:hyperlink w:anchor="_Toc240364031" w:history="1">
        <w:r w:rsidRPr="00BE3AD3">
          <w:rPr>
            <w:rStyle w:val="Hyperlink"/>
            <w:noProof/>
          </w:rPr>
          <w:t>2 Supply scenarios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7C85F3C" w14:textId="5354AA83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32" w:history="1">
        <w:r w:rsidRPr="00BE3AD3">
          <w:rPr>
            <w:rStyle w:val="Hyperlink"/>
            <w:noProof/>
          </w:rPr>
          <w:t>2.1 Scenario 1: Scenario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FA485A" w14:textId="0F01C14C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33" w:history="1">
        <w:r w:rsidRPr="00BE3AD3">
          <w:rPr>
            <w:rStyle w:val="Hyperlink"/>
            <w:noProof/>
          </w:rPr>
          <w:t>2.1.1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B69072" w14:textId="1A9EF014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34" w:history="1">
        <w:r w:rsidRPr="00BE3AD3">
          <w:rPr>
            <w:rStyle w:val="Hyperlink"/>
            <w:noProof/>
          </w:rPr>
          <w:t>2.1.2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D020AE" w14:textId="14710B9C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35" w:history="1">
        <w:r w:rsidRPr="00BE3AD3">
          <w:rPr>
            <w:rStyle w:val="Hyperlink"/>
            <w:noProof/>
          </w:rPr>
          <w:t>2.1.3 Energy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182A70E" w14:textId="09E0E0A7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36" w:history="1">
        <w:r w:rsidRPr="00BE3AD3">
          <w:rPr>
            <w:rStyle w:val="Hyperlink"/>
            <w:noProof/>
          </w:rPr>
          <w:t>2.1.4 Economic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C4F70AB" w14:textId="77501AC0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37" w:history="1">
        <w:r w:rsidRPr="00BE3AD3">
          <w:rPr>
            <w:rStyle w:val="Hyperlink"/>
            <w:noProof/>
          </w:rPr>
          <w:t>2.2 Scenario 2: Scenario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EA22CE1" w14:textId="61B87426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38" w:history="1">
        <w:r w:rsidRPr="00BE3AD3">
          <w:rPr>
            <w:rStyle w:val="Hyperlink"/>
            <w:noProof/>
          </w:rPr>
          <w:t>2.2.1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EA0AEFE" w14:textId="256B3992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39" w:history="1">
        <w:r w:rsidRPr="00BE3AD3">
          <w:rPr>
            <w:rStyle w:val="Hyperlink"/>
            <w:noProof/>
          </w:rPr>
          <w:t>2.2.2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5663ED5" w14:textId="2E87A99A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40" w:history="1">
        <w:r w:rsidRPr="00BE3AD3">
          <w:rPr>
            <w:rStyle w:val="Hyperlink"/>
            <w:noProof/>
          </w:rPr>
          <w:t>2.2.3 Energy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E85552F" w14:textId="135E3E51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41" w:history="1">
        <w:r w:rsidRPr="00BE3AD3">
          <w:rPr>
            <w:rStyle w:val="Hyperlink"/>
            <w:noProof/>
          </w:rPr>
          <w:t>2.2.4 Economic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C21C3D0" w14:textId="2DB81BDA" w:rsidR="00E31272" w:rsidRDefault="00E31272">
      <w:pPr>
        <w:pStyle w:val="Verzeichnis1"/>
        <w:tabs>
          <w:tab w:val="right" w:leader="dot" w:pos="8630"/>
        </w:tabs>
        <w:rPr>
          <w:noProof/>
        </w:rPr>
      </w:pPr>
      <w:hyperlink w:anchor="_Toc240364042" w:history="1">
        <w:r w:rsidRPr="00BE3AD3">
          <w:rPr>
            <w:rStyle w:val="Hyperlink"/>
            <w:noProof/>
          </w:rPr>
          <w:t>3 Scenario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661F74C" w14:textId="2E3CE3B5" w:rsidR="00E31272" w:rsidRDefault="00E31272">
      <w:pPr>
        <w:pStyle w:val="Verzeichnis1"/>
        <w:tabs>
          <w:tab w:val="right" w:leader="dot" w:pos="8630"/>
        </w:tabs>
        <w:rPr>
          <w:noProof/>
        </w:rPr>
      </w:pPr>
      <w:hyperlink w:anchor="_Toc240364043" w:history="1">
        <w:r w:rsidRPr="00BE3AD3">
          <w:rPr>
            <w:rStyle w:val="Hyperlink"/>
            <w:noProof/>
          </w:rPr>
          <w:t>4 Appendix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7591ED0" w14:textId="04F6150D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44" w:history="1">
        <w:r w:rsidRPr="00BE3AD3">
          <w:rPr>
            <w:rStyle w:val="Hyperlink"/>
            <w:noProof/>
          </w:rPr>
          <w:t>4.1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0FFE33D" w14:textId="5A40BB82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45" w:history="1">
        <w:r w:rsidRPr="00BE3AD3">
          <w:rPr>
            <w:rStyle w:val="Hyperlink"/>
            <w:noProof/>
          </w:rPr>
          <w:t>4.1.1 Buildings: Economic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3BD4E30" w14:textId="6FD50042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46" w:history="1">
        <w:r w:rsidRPr="00BE3AD3">
          <w:rPr>
            <w:rStyle w:val="Hyperlink"/>
            <w:noProof/>
          </w:rPr>
          <w:t>4.2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06D55A9" w14:textId="63E781F8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47" w:history="1">
        <w:r w:rsidRPr="00BE3AD3">
          <w:rPr>
            <w:rStyle w:val="Hyperlink"/>
            <w:noProof/>
          </w:rPr>
          <w:t>4.2.1 Heat network: General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D7C2684" w14:textId="03FCD4EC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48" w:history="1">
        <w:r w:rsidRPr="00BE3AD3">
          <w:rPr>
            <w:rStyle w:val="Hyperlink"/>
            <w:noProof/>
          </w:rPr>
          <w:t>4.2.2 Heat network: Pipe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EDE3B91" w14:textId="126B3D90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49" w:history="1">
        <w:r w:rsidRPr="00BE3AD3">
          <w:rPr>
            <w:rStyle w:val="Hyperlink"/>
            <w:noProof/>
          </w:rPr>
          <w:t>4.2.3 Heat network: Design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EA00A8E" w14:textId="325C2772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0" w:history="1">
        <w:r w:rsidRPr="00BE3AD3">
          <w:rPr>
            <w:rStyle w:val="Hyperlink"/>
            <w:noProof/>
          </w:rPr>
          <w:t>4.2.4 Heat network: Fluid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CC1E48B" w14:textId="0E9F4EF1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51" w:history="1">
        <w:r w:rsidRPr="00BE3AD3">
          <w:rPr>
            <w:rStyle w:val="Hyperlink"/>
            <w:noProof/>
          </w:rPr>
          <w:t>4.3 Energy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7569851B" w14:textId="03F2EF4C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2" w:history="1">
        <w:r w:rsidRPr="00BE3AD3">
          <w:rPr>
            <w:rStyle w:val="Hyperlink"/>
            <w:noProof/>
          </w:rPr>
          <w:t>4.3.1 Energy hub: General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C244A20" w14:textId="4BA1BD35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3" w:history="1">
        <w:r w:rsidRPr="00BE3AD3">
          <w:rPr>
            <w:rStyle w:val="Hyperlink"/>
            <w:noProof/>
          </w:rPr>
          <w:t>4.3.2 Energy hub: Technology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73CAE6D" w14:textId="54F8F1E2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4" w:history="1">
        <w:r w:rsidRPr="00BE3AD3">
          <w:rPr>
            <w:rStyle w:val="Hyperlink"/>
            <w:noProof/>
          </w:rPr>
          <w:t>4.3.3 Energy hub: Economic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7DFC6EB9" w14:textId="3A11CA98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5" w:history="1">
        <w:r w:rsidRPr="00BE3AD3">
          <w:rPr>
            <w:rStyle w:val="Hyperlink"/>
            <w:noProof/>
          </w:rPr>
          <w:t>4.3.4 Energy hub: Import and feed-in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830BB52" w14:textId="31A6E09F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56" w:history="1">
        <w:r w:rsidRPr="00BE3AD3">
          <w:rPr>
            <w:rStyle w:val="Hyperlink"/>
            <w:noProof/>
          </w:rPr>
          <w:t>4.4 Economic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08F2C67" w14:textId="37262EA8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57" w:history="1">
        <w:r w:rsidRPr="00BE3AD3">
          <w:rPr>
            <w:rStyle w:val="Hyperlink"/>
            <w:noProof/>
          </w:rPr>
          <w:t>4.5 Project and weather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FA74FAB" w14:textId="67D8F676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8" w:history="1">
        <w:r w:rsidRPr="00BE3AD3">
          <w:rPr>
            <w:rStyle w:val="Hyperlink"/>
            <w:noProof/>
          </w:rPr>
          <w:t>4.5.1 General project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0A854AD" w14:textId="443D3C2D" w:rsidR="00E31272" w:rsidRDefault="00E31272">
      <w:pPr>
        <w:pStyle w:val="Verzeichnis3"/>
        <w:tabs>
          <w:tab w:val="right" w:leader="dot" w:pos="8630"/>
        </w:tabs>
        <w:rPr>
          <w:noProof/>
        </w:rPr>
      </w:pPr>
      <w:hyperlink w:anchor="_Toc240364059" w:history="1">
        <w:r w:rsidRPr="00BE3AD3">
          <w:rPr>
            <w:rStyle w:val="Hyperlink"/>
            <w:noProof/>
          </w:rPr>
          <w:t>4.5.2 Weather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4C52692" w14:textId="67E00E92" w:rsidR="00E31272" w:rsidRDefault="00E31272">
      <w:pPr>
        <w:pStyle w:val="Verzeichnis2"/>
        <w:tabs>
          <w:tab w:val="right" w:leader="dot" w:pos="8630"/>
        </w:tabs>
        <w:rPr>
          <w:noProof/>
        </w:rPr>
      </w:pPr>
      <w:hyperlink w:anchor="_Toc240364060" w:history="1">
        <w:r w:rsidRPr="00BE3AD3">
          <w:rPr>
            <w:rStyle w:val="Hyperlink"/>
            <w:noProof/>
          </w:rPr>
          <w:t>4.6 Additional information and data 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4D19D341" w14:textId="2A6591F2" w:rsidR="00FA1E15" w:rsidRDefault="00000000">
      <w:r>
        <w:fldChar w:fldCharType="end"/>
      </w:r>
    </w:p>
    <w:p w14:paraId="72CA5275" w14:textId="77777777" w:rsidR="00FA1E15" w:rsidRDefault="00000000">
      <w:r>
        <w:br w:type="page"/>
      </w:r>
    </w:p>
    <w:p w14:paraId="56CA3748" w14:textId="77777777" w:rsidR="00FA1E15" w:rsidRDefault="00000000">
      <w:r>
        <w:rPr>
          <w:b/>
          <w:sz w:val="28"/>
        </w:rPr>
        <w:lastRenderedPageBreak/>
        <w:t>Tables</w:t>
      </w:r>
    </w:p>
    <w:p w14:paraId="6431C518" w14:textId="0D9F0FA3" w:rsidR="00E31272" w:rsidRDefault="00000000">
      <w:pPr>
        <w:pStyle w:val="Abbildungsverzeichnis"/>
        <w:tabs>
          <w:tab w:val="right" w:leader="dot" w:pos="8630"/>
        </w:tabs>
        <w:rPr>
          <w:noProof/>
        </w:rPr>
      </w:pPr>
      <w:r>
        <w:fldChar w:fldCharType="begin"/>
      </w:r>
      <w:r>
        <w:instrText>TOC \h \z \c "Tabelle"</w:instrText>
      </w:r>
      <w:r>
        <w:fldChar w:fldCharType="separate"/>
      </w:r>
      <w:hyperlink w:anchor="_Toc240364061" w:history="1">
        <w:r w:rsidR="00E31272" w:rsidRPr="00AD4705">
          <w:rPr>
            <w:rStyle w:val="Hyperlink"/>
            <w:noProof/>
          </w:rPr>
          <w:t>Table 1: Scenario 1: Fact sheet for the supply scenario: Scenario 1</w:t>
        </w:r>
        <w:r w:rsidR="00E31272">
          <w:rPr>
            <w:noProof/>
            <w:webHidden/>
          </w:rPr>
          <w:tab/>
        </w:r>
        <w:r w:rsidR="00E31272">
          <w:rPr>
            <w:noProof/>
            <w:webHidden/>
          </w:rPr>
          <w:fldChar w:fldCharType="begin"/>
        </w:r>
        <w:r w:rsidR="00E31272">
          <w:rPr>
            <w:noProof/>
            <w:webHidden/>
          </w:rPr>
          <w:instrText xml:space="preserve"> PAGEREF _Toc240364061 \h </w:instrText>
        </w:r>
        <w:r w:rsidR="00E31272">
          <w:rPr>
            <w:noProof/>
            <w:webHidden/>
          </w:rPr>
        </w:r>
        <w:r w:rsidR="00E31272">
          <w:rPr>
            <w:noProof/>
            <w:webHidden/>
          </w:rPr>
          <w:fldChar w:fldCharType="separate"/>
        </w:r>
        <w:r w:rsidR="00E31272">
          <w:rPr>
            <w:noProof/>
            <w:webHidden/>
          </w:rPr>
          <w:t>2</w:t>
        </w:r>
        <w:r w:rsidR="00E31272">
          <w:rPr>
            <w:noProof/>
            <w:webHidden/>
          </w:rPr>
          <w:fldChar w:fldCharType="end"/>
        </w:r>
      </w:hyperlink>
    </w:p>
    <w:p w14:paraId="64631431" w14:textId="4E9E3957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2" w:history="1">
        <w:r w:rsidRPr="00AD4705">
          <w:rPr>
            <w:rStyle w:val="Hyperlink"/>
            <w:noProof/>
          </w:rPr>
          <w:t>Table 2: Scenario 1: Heat demands of the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0A79E9" w14:textId="5AF79110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3" w:history="1">
        <w:r w:rsidRPr="00AD4705">
          <w:rPr>
            <w:rStyle w:val="Hyperlink"/>
            <w:noProof/>
          </w:rPr>
          <w:t>Table 3: Scenario 1: Cooling demands of the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F3BEE1" w14:textId="1401B9A5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4" w:history="1">
        <w:r w:rsidRPr="00AD4705">
          <w:rPr>
            <w:rStyle w:val="Hyperlink"/>
            <w:noProof/>
          </w:rPr>
          <w:t>Table 4: Scenario 1: Electricity demands of the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EE9269" w14:textId="0A147A8D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5" w:history="1">
        <w:r w:rsidRPr="00AD4705">
          <w:rPr>
            <w:rStyle w:val="Hyperlink"/>
            <w:noProof/>
          </w:rPr>
          <w:t>Table 5: Scenario 1: Installed building energy systems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73835C" w14:textId="0C56F87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6" w:history="1">
        <w:r w:rsidRPr="00AD4705">
          <w:rPr>
            <w:rStyle w:val="Hyperlink"/>
            <w:noProof/>
          </w:rPr>
          <w:t>Table 6: Scenario 1: Heat balance of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8349A0" w14:textId="54DC6E42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7" w:history="1">
        <w:r w:rsidRPr="00AD4705">
          <w:rPr>
            <w:rStyle w:val="Hyperlink"/>
            <w:noProof/>
          </w:rPr>
          <w:t>Table 7: Scenario 1: Cooling balance of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AC337F" w14:textId="42C52A9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8" w:history="1">
        <w:r w:rsidRPr="00AD4705">
          <w:rPr>
            <w:rStyle w:val="Hyperlink"/>
            <w:noProof/>
          </w:rPr>
          <w:t>Table 8: Scenario 1: Electricity balance of the district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408E10" w14:textId="196506AF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69" w:history="1">
        <w:r w:rsidRPr="00AD4705">
          <w:rPr>
            <w:rStyle w:val="Hyperlink"/>
            <w:noProof/>
          </w:rPr>
          <w:t>Table 9: Scenario 1: Properties of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996F0A0" w14:textId="42C3E97E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0" w:history="1">
        <w:r w:rsidRPr="00AD4705">
          <w:rPr>
            <w:rStyle w:val="Hyperlink"/>
            <w:noProof/>
          </w:rPr>
          <w:t>Table 10: Scenario 1: Pump work and pressure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E9A0AC8" w14:textId="12526C8E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1" w:history="1">
        <w:r w:rsidRPr="00AD4705">
          <w:rPr>
            <w:rStyle w:val="Hyperlink"/>
            <w:noProof/>
          </w:rPr>
          <w:t>Table 11: Scenario 1: Pressure losses (critical path)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69C80A2" w14:textId="517B39BA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2" w:history="1">
        <w:r w:rsidRPr="00AD4705">
          <w:rPr>
            <w:rStyle w:val="Hyperlink"/>
            <w:noProof/>
          </w:rPr>
          <w:t>Table 12: Scenario 1: Sizing of the technologies in the energy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FFA8DC" w14:textId="7E3E034C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3" w:history="1">
        <w:r w:rsidRPr="00AD4705">
          <w:rPr>
            <w:rStyle w:val="Hyperlink"/>
            <w:noProof/>
          </w:rPr>
          <w:t>Table 17: Scenario 1: Energy import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6FDC9E0" w14:textId="331D6C48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4" w:history="1">
        <w:r w:rsidRPr="00AD4705">
          <w:rPr>
            <w:rStyle w:val="Hyperlink"/>
            <w:noProof/>
          </w:rPr>
          <w:t>Table 18: Scenario 1: Energy feed-in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1367AEE" w14:textId="5F675E22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5" w:history="1">
        <w:r w:rsidRPr="00AD4705">
          <w:rPr>
            <w:rStyle w:val="Hyperlink"/>
            <w:noProof/>
          </w:rPr>
          <w:t>Table 19: Scenario 1: Electricity generation and import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16CD29" w14:textId="7641B3E4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6" w:history="1">
        <w:r w:rsidRPr="00AD4705">
          <w:rPr>
            <w:rStyle w:val="Hyperlink"/>
            <w:noProof/>
          </w:rPr>
          <w:t>Table 20: Scenario 1: Heat generation and import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FC9696D" w14:textId="61A2E1FF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7" w:history="1">
        <w:r w:rsidRPr="00AD4705">
          <w:rPr>
            <w:rStyle w:val="Hyperlink"/>
            <w:noProof/>
          </w:rPr>
          <w:t>Table 21: Scenario 1: Emissions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CDE31AC" w14:textId="5B199B5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8" w:history="1">
        <w:r w:rsidRPr="00AD4705">
          <w:rPr>
            <w:rStyle w:val="Hyperlink"/>
            <w:noProof/>
          </w:rPr>
          <w:t>Table 22: Scenario 1: Primary energy factor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245A5E" w14:textId="49A7E417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79" w:history="1">
        <w:r w:rsidRPr="00AD4705">
          <w:rPr>
            <w:rStyle w:val="Hyperlink"/>
            <w:noProof/>
          </w:rPr>
          <w:t>Table 23: Scenario 1: Economic KPIs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4AB9B8C" w14:textId="3E79A937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0" w:history="1">
        <w:r w:rsidRPr="00AD4705">
          <w:rPr>
            <w:rStyle w:val="Hyperlink"/>
            <w:noProof/>
          </w:rPr>
          <w:t>Table 24: Scenario 1: Subsidies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67B03B5" w14:textId="0981B65A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1" w:history="1">
        <w:r w:rsidRPr="00AD4705">
          <w:rPr>
            <w:rStyle w:val="Hyperlink"/>
            <w:noProof/>
          </w:rPr>
          <w:t>Table 25: Scenario 1: Cost breakdown in 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849F2ED" w14:textId="5CB5CB18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2" w:history="1">
        <w:r w:rsidRPr="00AD4705">
          <w:rPr>
            <w:rStyle w:val="Hyperlink"/>
            <w:noProof/>
          </w:rPr>
          <w:t>Table 26: Scenario 2: Fact sheet for the supply scenario: Scenario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7F91C1B" w14:textId="571BF2B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3" w:history="1">
        <w:r w:rsidRPr="00AD4705">
          <w:rPr>
            <w:rStyle w:val="Hyperlink"/>
            <w:noProof/>
          </w:rPr>
          <w:t>Table 27: Scenario 2: Heat demands of the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AB7FF84" w14:textId="70F131DC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4" w:history="1">
        <w:r w:rsidRPr="00AD4705">
          <w:rPr>
            <w:rStyle w:val="Hyperlink"/>
            <w:noProof/>
          </w:rPr>
          <w:t>Table 28: Scenario 2: Cooling demands of the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FD23E47" w14:textId="1AD391C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5" w:history="1">
        <w:r w:rsidRPr="00AD4705">
          <w:rPr>
            <w:rStyle w:val="Hyperlink"/>
            <w:noProof/>
          </w:rPr>
          <w:t>Table 29: Scenario 2: Electricity demands of the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FABDCAC" w14:textId="50E27F9F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6" w:history="1">
        <w:r w:rsidRPr="00AD4705">
          <w:rPr>
            <w:rStyle w:val="Hyperlink"/>
            <w:noProof/>
          </w:rPr>
          <w:t>Table 30: Scenario 2: Installed building energy systems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F3D72C6" w14:textId="63C3355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7" w:history="1">
        <w:r w:rsidRPr="00AD4705">
          <w:rPr>
            <w:rStyle w:val="Hyperlink"/>
            <w:noProof/>
          </w:rPr>
          <w:t>Table 31: Scenario 2: Heat balance of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68E9EE" w14:textId="640E3F0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8" w:history="1">
        <w:r w:rsidRPr="00AD4705">
          <w:rPr>
            <w:rStyle w:val="Hyperlink"/>
            <w:noProof/>
          </w:rPr>
          <w:t>Table 32: Scenario 2: Cooling balance of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AE2F453" w14:textId="7F94B162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89" w:history="1">
        <w:r w:rsidRPr="00AD4705">
          <w:rPr>
            <w:rStyle w:val="Hyperlink"/>
            <w:noProof/>
          </w:rPr>
          <w:t>Table 33: Scenario 2: Electricity balance of the district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FC3FC15" w14:textId="133E29F6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0" w:history="1">
        <w:r w:rsidRPr="00AD4705">
          <w:rPr>
            <w:rStyle w:val="Hyperlink"/>
            <w:noProof/>
          </w:rPr>
          <w:t>Table 34: Scenario 2: Properties of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CAA62B5" w14:textId="72A9A2B6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1" w:history="1">
        <w:r w:rsidRPr="00AD4705">
          <w:rPr>
            <w:rStyle w:val="Hyperlink"/>
            <w:noProof/>
          </w:rPr>
          <w:t>Table 35: Scenario 2: Pump work and pressure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F99929E" w14:textId="1198C19D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2" w:history="1">
        <w:r w:rsidRPr="00AD4705">
          <w:rPr>
            <w:rStyle w:val="Hyperlink"/>
            <w:noProof/>
          </w:rPr>
          <w:t>Table 36: Scenario 2: Pressure losses (critical path)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19AA192" w14:textId="723A6141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3" w:history="1">
        <w:r w:rsidRPr="00AD4705">
          <w:rPr>
            <w:rStyle w:val="Hyperlink"/>
            <w:noProof/>
          </w:rPr>
          <w:t>Table 37: Scenario 2: Sizing of the technologies in the energy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43546B7" w14:textId="78AB4FC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4" w:history="1">
        <w:r w:rsidRPr="00AD4705">
          <w:rPr>
            <w:rStyle w:val="Hyperlink"/>
            <w:noProof/>
          </w:rPr>
          <w:t>Table 42: Scenario 2: Energy import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AE6AAE2" w14:textId="13EC8A9E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5" w:history="1">
        <w:r w:rsidRPr="00AD4705">
          <w:rPr>
            <w:rStyle w:val="Hyperlink"/>
            <w:noProof/>
          </w:rPr>
          <w:t>Table 43: Scenario 2: Energy feed-in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E364FC2" w14:textId="1B50B0C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6" w:history="1">
        <w:r w:rsidRPr="00AD4705">
          <w:rPr>
            <w:rStyle w:val="Hyperlink"/>
            <w:noProof/>
          </w:rPr>
          <w:t>Table 44: Scenario 2: Electricity generation and import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49E8D09" w14:textId="0B296D1D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7" w:history="1">
        <w:r w:rsidRPr="00AD4705">
          <w:rPr>
            <w:rStyle w:val="Hyperlink"/>
            <w:noProof/>
          </w:rPr>
          <w:t>Table 45: Scenario 2: Heat generation and import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19557A7" w14:textId="22E6CE3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8" w:history="1">
        <w:r w:rsidRPr="00AD4705">
          <w:rPr>
            <w:rStyle w:val="Hyperlink"/>
            <w:noProof/>
          </w:rPr>
          <w:t>Table 46: Scenario 2: Emissions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9508327" w14:textId="767286A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099" w:history="1">
        <w:r w:rsidRPr="00AD4705">
          <w:rPr>
            <w:rStyle w:val="Hyperlink"/>
            <w:noProof/>
          </w:rPr>
          <w:t>Table 47: Scenario 2: Primary energy factor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0C42EC8" w14:textId="2E74C554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0" w:history="1">
        <w:r w:rsidRPr="00AD4705">
          <w:rPr>
            <w:rStyle w:val="Hyperlink"/>
            <w:noProof/>
          </w:rPr>
          <w:t>Table 48: Scenario 2: Economic KPIs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14390AA" w14:textId="62BC0161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1" w:history="1">
        <w:r w:rsidRPr="00AD4705">
          <w:rPr>
            <w:rStyle w:val="Hyperlink"/>
            <w:noProof/>
          </w:rPr>
          <w:t>Table 49: Scenario 2: Subsidies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81193B7" w14:textId="15FA71D8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2" w:history="1">
        <w:r w:rsidRPr="00AD4705">
          <w:rPr>
            <w:rStyle w:val="Hyperlink"/>
            <w:noProof/>
          </w:rPr>
          <w:t>Table 50: Scenario 2: Cost breakdown in 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55C91AC" w14:textId="25676A9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3" w:history="1">
        <w:r w:rsidRPr="00AD4705">
          <w:rPr>
            <w:rStyle w:val="Hyperlink"/>
            <w:noProof/>
          </w:rPr>
          <w:t>Table 51: Optimization of the energy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B4D442E" w14:textId="6D71A32C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4" w:history="1">
        <w:r w:rsidRPr="00AD4705">
          <w:rPr>
            <w:rStyle w:val="Hyperlink"/>
            <w:noProof/>
          </w:rPr>
          <w:t>Table 52: Economic KPIs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E3D8A9B" w14:textId="496960BC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5" w:history="1">
        <w:r w:rsidRPr="00AD4705">
          <w:rPr>
            <w:rStyle w:val="Hyperlink"/>
            <w:noProof/>
          </w:rPr>
          <w:t>Table 53: Cost breakdown in 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9FB1361" w14:textId="1FC73AE6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6" w:history="1">
        <w:r w:rsidRPr="00AD4705">
          <w:rPr>
            <w:rStyle w:val="Hyperlink"/>
            <w:noProof/>
          </w:rPr>
          <w:t>Table 54: Emissions and primary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0235D7B" w14:textId="4B5287C2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7" w:history="1">
        <w:r w:rsidRPr="00AD4705">
          <w:rPr>
            <w:rStyle w:val="Hyperlink"/>
            <w:noProof/>
          </w:rPr>
          <w:t>Table 55: Cost parameters decentral technologies for scenario 'Scenario 1'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7C63171" w14:textId="7DB5C5E1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8" w:history="1">
        <w:r w:rsidRPr="00AD4705">
          <w:rPr>
            <w:rStyle w:val="Hyperlink"/>
            <w:noProof/>
          </w:rPr>
          <w:t>Table 56: Cost parameters decentral technologies for scenario 'Scenario 2'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9639C43" w14:textId="489F183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09" w:history="1">
        <w:r w:rsidRPr="00AD4705">
          <w:rPr>
            <w:rStyle w:val="Hyperlink"/>
            <w:noProof/>
          </w:rPr>
          <w:t>Table 57: Heat network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D6E7282" w14:textId="60130C9A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0" w:history="1">
        <w:r w:rsidRPr="00AD4705">
          <w:rPr>
            <w:rStyle w:val="Hyperlink"/>
            <w:noProof/>
          </w:rPr>
          <w:t>Table 58: Hydraulic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12BB999" w14:textId="3F72D2FA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1" w:history="1">
        <w:r w:rsidRPr="00AD4705">
          <w:rPr>
            <w:rStyle w:val="Hyperlink"/>
            <w:noProof/>
          </w:rPr>
          <w:t>Table 59: Pipe parameters: Kunststoff (Doppelrohr): BruggPipes: CALPEX DUO (normal) for scenario 'Scenario 1'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57BEA49" w14:textId="36F448C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2" w:history="1">
        <w:r w:rsidRPr="00AD4705">
          <w:rPr>
            <w:rStyle w:val="Hyperlink"/>
            <w:noProof/>
          </w:rPr>
          <w:t>Table 60: Pipe parameters: Kunststoff (Doppelrohr): BruggPipes: CALPEX DUO (normal) for scenario 'Scenario 2'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DD7EC34" w14:textId="0FDC5D20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3" w:history="1">
        <w:r w:rsidRPr="00AD4705">
          <w:rPr>
            <w:rStyle w:val="Hyperlink"/>
            <w:noProof/>
          </w:rPr>
          <w:t>Table 61: Pipe costs for all scenarios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F8D6021" w14:textId="12277148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4" w:history="1">
        <w:r w:rsidRPr="00AD4705">
          <w:rPr>
            <w:rStyle w:val="Hyperlink"/>
            <w:noProof/>
          </w:rPr>
          <w:t>Table 62: Sizing criteria: Kunststoff (Doppelrohr): BruggPipes: CALPEX DUO (normal) for scenario 'Scenario 1'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DADB8A3" w14:textId="207779CE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5" w:history="1">
        <w:r w:rsidRPr="00AD4705">
          <w:rPr>
            <w:rStyle w:val="Hyperlink"/>
            <w:noProof/>
          </w:rPr>
          <w:t>Table 63: Sizing criteria: Kunststoff (Doppelrohr): BruggPipes: CALPEX DUO (normal) for scenario 'Scenario 2'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C913F94" w14:textId="6F64C410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6" w:history="1">
        <w:r w:rsidRPr="00AD4705">
          <w:rPr>
            <w:rStyle w:val="Hyperlink"/>
            <w:noProof/>
          </w:rPr>
          <w:t>Table 64: Fluid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B40B5B5" w14:textId="4C34644F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7" w:history="1">
        <w:r w:rsidRPr="00AD4705">
          <w:rPr>
            <w:rStyle w:val="Hyperlink"/>
            <w:noProof/>
          </w:rPr>
          <w:t>Table 65: Settings of the design optimization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C87A949" w14:textId="3F46703E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8" w:history="1">
        <w:r w:rsidRPr="00AD4705">
          <w:rPr>
            <w:rStyle w:val="Hyperlink"/>
            <w:noProof/>
          </w:rPr>
          <w:t>Table 66: Settings of energy demands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B7628C4" w14:textId="774E4A0E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19" w:history="1">
        <w:r w:rsidRPr="00AD4705">
          <w:rPr>
            <w:rStyle w:val="Hyperlink"/>
            <w:noProof/>
          </w:rPr>
          <w:t>Table 67: Ecologic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F06B97A" w14:textId="58E0602F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0" w:history="1">
        <w:r w:rsidRPr="00AD4705">
          <w:rPr>
            <w:rStyle w:val="Hyperlink"/>
            <w:noProof/>
          </w:rPr>
          <w:t>Table 68: Emission and primary energy factors for scenario 'Scenario 1'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00641BC" w14:textId="7427B85C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1" w:history="1">
        <w:r w:rsidRPr="00AD4705">
          <w:rPr>
            <w:rStyle w:val="Hyperlink"/>
            <w:noProof/>
          </w:rPr>
          <w:t>Table 69: Emission and primary energy factors for scenario 'Scenario 2'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B14768F" w14:textId="3833D18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2" w:history="1">
        <w:r w:rsidRPr="00AD4705">
          <w:rPr>
            <w:rStyle w:val="Hyperlink"/>
            <w:noProof/>
          </w:rPr>
          <w:t>Table 70: Biomass CHP 1: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2B14F457" w14:textId="3AA6B3D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3" w:history="1">
        <w:r w:rsidRPr="00AD4705">
          <w:rPr>
            <w:rStyle w:val="Hyperlink"/>
            <w:noProof/>
          </w:rPr>
          <w:t>Table 71: Photovoltaics: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DEE6B10" w14:textId="6B86C29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4" w:history="1">
        <w:r w:rsidRPr="00AD4705">
          <w:rPr>
            <w:rStyle w:val="Hyperlink"/>
            <w:noProof/>
          </w:rPr>
          <w:t>Table 72: Solar thermal: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E8E3B0D" w14:textId="734C08E6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5" w:history="1">
        <w:r w:rsidRPr="00AD4705">
          <w:rPr>
            <w:rStyle w:val="Hyperlink"/>
            <w:noProof/>
          </w:rPr>
          <w:t>Table 73: Geothermal probes 1: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17C2D53" w14:textId="28D479F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6" w:history="1">
        <w:r w:rsidRPr="00AD4705">
          <w:rPr>
            <w:rStyle w:val="Hyperlink"/>
            <w:noProof/>
          </w:rPr>
          <w:t>Table 74: Air-source heat pump: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23E3AD8F" w14:textId="291BC30F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7" w:history="1">
        <w:r w:rsidRPr="00AD4705">
          <w:rPr>
            <w:rStyle w:val="Hyperlink"/>
            <w:noProof/>
          </w:rPr>
          <w:t>Table 75: Heat storage: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708609B5" w14:textId="6B728D9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8" w:history="1">
        <w:r w:rsidRPr="00AD4705">
          <w:rPr>
            <w:rStyle w:val="Hyperlink"/>
            <w:noProof/>
          </w:rPr>
          <w:t>Table 76: Cost parameters for scenario 'Scenario 1'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12F5EE3" w14:textId="4C1F49FC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29" w:history="1">
        <w:r w:rsidRPr="00AD4705">
          <w:rPr>
            <w:rStyle w:val="Hyperlink"/>
            <w:noProof/>
          </w:rPr>
          <w:t>Table 77: Cost parameters for scenario 'Scenario 2'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7158074C" w14:textId="56DA03C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0" w:history="1">
        <w:r w:rsidRPr="00AD4705">
          <w:rPr>
            <w:rStyle w:val="Hyperlink"/>
            <w:noProof/>
          </w:rPr>
          <w:t>Table 78: Electricity grid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91CF0D5" w14:textId="1B7E9E60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1" w:history="1">
        <w:r w:rsidRPr="00AD4705">
          <w:rPr>
            <w:rStyle w:val="Hyperlink"/>
            <w:noProof/>
          </w:rPr>
          <w:t>Table 79: Natural gas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6500FE4" w14:textId="6EBADE0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2" w:history="1">
        <w:r w:rsidRPr="00AD4705">
          <w:rPr>
            <w:rStyle w:val="Hyperlink"/>
            <w:noProof/>
          </w:rPr>
          <w:t>Table 80: Biomass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87E88FB" w14:textId="219295C4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3" w:history="1">
        <w:r w:rsidRPr="00AD4705">
          <w:rPr>
            <w:rStyle w:val="Hyperlink"/>
            <w:noProof/>
          </w:rPr>
          <w:t>Table 81: Economic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959AEEA" w14:textId="7A3E68D5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4" w:history="1">
        <w:r w:rsidRPr="00AD4705">
          <w:rPr>
            <w:rStyle w:val="Hyperlink"/>
            <w:noProof/>
          </w:rPr>
          <w:t>Table 82: Other costs: One-time costs for all scenarios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0984DE2" w14:textId="4A6914F3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5" w:history="1">
        <w:r w:rsidRPr="00AD4705">
          <w:rPr>
            <w:rStyle w:val="Hyperlink"/>
            <w:noProof/>
          </w:rPr>
          <w:t>Table 83: Other costs: Annual costs for all scenarios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DF088C7" w14:textId="36EC68BD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6" w:history="1">
        <w:r w:rsidRPr="00AD4705">
          <w:rPr>
            <w:rStyle w:val="Hyperlink"/>
            <w:noProof/>
          </w:rPr>
          <w:t>Table 84: Revenue settings: Components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FBC248B" w14:textId="52A72AD7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7" w:history="1">
        <w:r w:rsidRPr="00AD4705">
          <w:rPr>
            <w:rStyle w:val="Hyperlink"/>
            <w:noProof/>
          </w:rPr>
          <w:t>Table 85: Revenue settings: Prices for all scenarios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FD2BD3E" w14:textId="50F6557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8" w:history="1">
        <w:r w:rsidRPr="00AD4705">
          <w:rPr>
            <w:rStyle w:val="Hyperlink"/>
            <w:noProof/>
          </w:rPr>
          <w:t>Table 86: Project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2B2B7B5" w14:textId="68510A59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39" w:history="1">
        <w:r w:rsidRPr="00AD4705">
          <w:rPr>
            <w:rStyle w:val="Hyperlink"/>
            <w:noProof/>
          </w:rPr>
          <w:t>Table 87: Geographical location (weather data)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D3E7FD5" w14:textId="0B77141B" w:rsidR="00E31272" w:rsidRDefault="00E31272">
      <w:pPr>
        <w:pStyle w:val="Abbildungsverzeichnis"/>
        <w:tabs>
          <w:tab w:val="right" w:leader="dot" w:pos="8630"/>
        </w:tabs>
        <w:rPr>
          <w:noProof/>
        </w:rPr>
      </w:pPr>
      <w:hyperlink w:anchor="_Toc240364140" w:history="1">
        <w:r w:rsidRPr="00AD4705">
          <w:rPr>
            <w:rStyle w:val="Hyperlink"/>
            <w:noProof/>
          </w:rPr>
          <w:t>Table 88: Customization of weather 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6B7AAD6" w14:textId="41BAE97E" w:rsidR="00FA1E15" w:rsidRDefault="00000000">
      <w:r>
        <w:fldChar w:fldCharType="end"/>
      </w:r>
    </w:p>
    <w:p w14:paraId="6F2199DF" w14:textId="77777777" w:rsidR="00FA1E15" w:rsidRDefault="00000000">
      <w:r>
        <w:br w:type="page"/>
      </w:r>
    </w:p>
    <w:p w14:paraId="771900CF" w14:textId="77777777" w:rsidR="00FA1E15" w:rsidRDefault="00000000">
      <w:r>
        <w:rPr>
          <w:b/>
          <w:sz w:val="28"/>
        </w:rPr>
        <w:lastRenderedPageBreak/>
        <w:t>Figures</w:t>
      </w:r>
    </w:p>
    <w:p w14:paraId="5FA284A3" w14:textId="56C6A93F" w:rsidR="00E31272" w:rsidRDefault="00000000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r>
        <w:fldChar w:fldCharType="begin"/>
      </w:r>
      <w:r>
        <w:instrText>TOC \h \z \c "Abbildung"</w:instrText>
      </w:r>
      <w:r>
        <w:fldChar w:fldCharType="separate"/>
      </w:r>
      <w:hyperlink w:anchor="_Toc240364141" w:history="1">
        <w:r w:rsidR="00E31272" w:rsidRPr="00006972">
          <w:rPr>
            <w:rStyle w:val="Hyperlink"/>
            <w:noProof/>
          </w:rPr>
          <w:t>Figure 1: Specific costs and emissions</w:t>
        </w:r>
        <w:r w:rsidR="00E31272">
          <w:rPr>
            <w:noProof/>
            <w:webHidden/>
          </w:rPr>
          <w:tab/>
        </w:r>
        <w:r w:rsidR="00E31272">
          <w:rPr>
            <w:noProof/>
            <w:webHidden/>
          </w:rPr>
          <w:fldChar w:fldCharType="begin"/>
        </w:r>
        <w:r w:rsidR="00E31272">
          <w:rPr>
            <w:noProof/>
            <w:webHidden/>
          </w:rPr>
          <w:instrText xml:space="preserve"> PAGEREF _Toc240364141 \h </w:instrText>
        </w:r>
        <w:r w:rsidR="00E31272">
          <w:rPr>
            <w:noProof/>
            <w:webHidden/>
          </w:rPr>
        </w:r>
        <w:r w:rsidR="00E31272">
          <w:rPr>
            <w:noProof/>
            <w:webHidden/>
          </w:rPr>
          <w:fldChar w:fldCharType="separate"/>
        </w:r>
        <w:r w:rsidR="00E31272">
          <w:rPr>
            <w:noProof/>
            <w:webHidden/>
          </w:rPr>
          <w:t>1</w:t>
        </w:r>
        <w:r w:rsidR="00E31272">
          <w:rPr>
            <w:noProof/>
            <w:webHidden/>
          </w:rPr>
          <w:fldChar w:fldCharType="end"/>
        </w:r>
      </w:hyperlink>
    </w:p>
    <w:p w14:paraId="78C73E7F" w14:textId="24454C85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2" w:history="1">
        <w:r w:rsidRPr="00006972">
          <w:rPr>
            <w:rStyle w:val="Hyperlink"/>
            <w:noProof/>
          </w:rPr>
          <w:t>Figure 2: Scenario 1: Hourly total heat demand of all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EB593D0" w14:textId="2A66ED42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3" w:history="1">
        <w:r w:rsidRPr="00006972">
          <w:rPr>
            <w:rStyle w:val="Hyperlink"/>
            <w:noProof/>
          </w:rPr>
          <w:t>Figure 3: Scenario 1: Hourly total cooling demand of all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6F447D6" w14:textId="6A71822F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4" w:history="1">
        <w:r w:rsidRPr="00006972">
          <w:rPr>
            <w:rStyle w:val="Hyperlink"/>
            <w:noProof/>
          </w:rPr>
          <w:t>Figure 4: Scenario 1: Distribution of pipe diameters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74BC33" w14:textId="4970C296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5" w:history="1">
        <w:r w:rsidRPr="00006972">
          <w:rPr>
            <w:rStyle w:val="Hyperlink"/>
            <w:noProof/>
          </w:rPr>
          <w:t>Figure 5: Scenario 1: Design result: Pipe Diameter and floor area of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D64DA1A" w14:textId="5AD07412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6" w:history="1">
        <w:r w:rsidRPr="00006972">
          <w:rPr>
            <w:rStyle w:val="Hyperlink"/>
            <w:noProof/>
          </w:rPr>
          <w:t>Figure 6: Scenario 1: Annual profile of supply and return temperature in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10FEEAA" w14:textId="7D2612ED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7" w:history="1">
        <w:r w:rsidRPr="00006972">
          <w:rPr>
            <w:rStyle w:val="Hyperlink"/>
            <w:noProof/>
          </w:rPr>
          <w:t>Figure 7: Scenario 1: Design result: Supply temperature and heat demand of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B43B3B8" w14:textId="797908FF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8" w:history="1">
        <w:r w:rsidRPr="00006972">
          <w:rPr>
            <w:rStyle w:val="Hyperlink"/>
            <w:noProof/>
          </w:rPr>
          <w:t>Figure 8: Scenario 1: Heat flow: network to 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526A03" w14:textId="46E3B0A6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49" w:history="1">
        <w:r w:rsidRPr="00006972">
          <w:rPr>
            <w:rStyle w:val="Hyperlink"/>
            <w:noProof/>
          </w:rPr>
          <w:t>Figure 9: Scenario 1: Diversity factor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7BA02EF" w14:textId="20635E48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0" w:history="1">
        <w:r w:rsidRPr="00006972">
          <w:rPr>
            <w:rStyle w:val="Hyperlink"/>
            <w:noProof/>
          </w:rPr>
          <w:t>Figure 10: Scenario 2: Distribution of pipe diameters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60F3874" w14:textId="60B0F574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1" w:history="1">
        <w:r w:rsidRPr="00006972">
          <w:rPr>
            <w:rStyle w:val="Hyperlink"/>
            <w:noProof/>
          </w:rPr>
          <w:t>Figure 11: Scenario 2: Design result: Pipe Diameter and floor area of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0F5ABBC" w14:textId="5119A8CE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2" w:history="1">
        <w:r w:rsidRPr="00006972">
          <w:rPr>
            <w:rStyle w:val="Hyperlink"/>
            <w:noProof/>
          </w:rPr>
          <w:t>Figure 12: Scenario 2: Annual profile of supply and return temperature in the heat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BCA0CDD" w14:textId="6FECA2D7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3" w:history="1">
        <w:r w:rsidRPr="00006972">
          <w:rPr>
            <w:rStyle w:val="Hyperlink"/>
            <w:noProof/>
          </w:rPr>
          <w:t>Figure 13: Scenario 2: Design result: Supply temperature and heat demand of buildings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15C2B49" w14:textId="233B3273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4" w:history="1">
        <w:r w:rsidRPr="00006972">
          <w:rPr>
            <w:rStyle w:val="Hyperlink"/>
            <w:noProof/>
          </w:rPr>
          <w:t>Figure 14: Scenario 2: Heat flow: network to ground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7F587C8" w14:textId="12CEB909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5" w:history="1">
        <w:r w:rsidRPr="00006972">
          <w:rPr>
            <w:rStyle w:val="Hyperlink"/>
            <w:noProof/>
          </w:rPr>
          <w:t>Figure 15: Scenario 2: Diversity factor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166CB97" w14:textId="72A1C382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6" w:history="1">
        <w:r w:rsidRPr="00006972">
          <w:rPr>
            <w:rStyle w:val="Hyperlink"/>
            <w:noProof/>
          </w:rPr>
          <w:t>Figure 16: Specific costs and emissions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F9D21B8" w14:textId="311CCF31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7" w:history="1">
        <w:r w:rsidRPr="00006972">
          <w:rPr>
            <w:rStyle w:val="Hyperlink"/>
            <w:noProof/>
          </w:rPr>
          <w:t>Figure 17: Total costs and emissions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A235CB9" w14:textId="3504E6D5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8" w:history="1">
        <w:r w:rsidRPr="00006972">
          <w:rPr>
            <w:rStyle w:val="Hyperlink"/>
            <w:noProof/>
          </w:rPr>
          <w:t>Figure 18: Energy import and feed-in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9A8E69E" w14:textId="74076D83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59" w:history="1">
        <w:r w:rsidRPr="00006972">
          <w:rPr>
            <w:rStyle w:val="Hyperlink"/>
            <w:noProof/>
          </w:rPr>
          <w:t>Figure 19: Energy demands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FA42B31" w14:textId="32091FCF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0" w:history="1">
        <w:r w:rsidRPr="00006972">
          <w:rPr>
            <w:rStyle w:val="Hyperlink"/>
            <w:noProof/>
          </w:rPr>
          <w:t>Figure 20: Design criteria: pressure gradient (Kunststoff (Doppelrohr): BruggPipes: CALPEX DUO (normal))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819D0F1" w14:textId="1FCEF1B7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1" w:history="1">
        <w:r w:rsidRPr="00006972">
          <w:rPr>
            <w:rStyle w:val="Hyperlink"/>
            <w:noProof/>
          </w:rPr>
          <w:t>Figure 21: Design criteria: flow velocity (Kunststoff (Doppelrohr): BruggPipes: CALPEX DUO (normal))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17174BB" w14:textId="02E8A994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2" w:history="1">
        <w:r w:rsidRPr="00006972">
          <w:rPr>
            <w:rStyle w:val="Hyperlink"/>
            <w:noProof/>
          </w:rPr>
          <w:t>Figure 22: Ambient air temperature (Annual profile)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08981935" w14:textId="4801310D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3" w:history="1">
        <w:r w:rsidRPr="00006972">
          <w:rPr>
            <w:rStyle w:val="Hyperlink"/>
            <w:noProof/>
          </w:rPr>
          <w:t>Figure 23: Ambient air temperature (Heatmap)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E0BAF9D" w14:textId="1C84E85D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4" w:history="1">
        <w:r w:rsidRPr="00006972">
          <w:rPr>
            <w:rStyle w:val="Hyperlink"/>
            <w:noProof/>
          </w:rPr>
          <w:t>Figure 24: Wind speed (Annual profile)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15CFE11" w14:textId="069A985B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5" w:history="1">
        <w:r w:rsidRPr="00006972">
          <w:rPr>
            <w:rStyle w:val="Hyperlink"/>
            <w:noProof/>
          </w:rPr>
          <w:t>Figure 25: Wind speed (Heatmap)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78B9875" w14:textId="17352241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6" w:history="1">
        <w:r w:rsidRPr="00006972">
          <w:rPr>
            <w:rStyle w:val="Hyperlink"/>
            <w:noProof/>
          </w:rPr>
          <w:t>Figure 26: Global horizontal irradiance (annual profile)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164A8E2" w14:textId="17FD00F6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7" w:history="1">
        <w:r w:rsidRPr="00006972">
          <w:rPr>
            <w:rStyle w:val="Hyperlink"/>
            <w:noProof/>
          </w:rPr>
          <w:t>Figure 27: Global horizontal irradiance (Heatmap)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DAF9A8E" w14:textId="77C5EE08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8" w:history="1">
        <w:r w:rsidRPr="00006972">
          <w:rPr>
            <w:rStyle w:val="Hyperlink"/>
            <w:noProof/>
          </w:rPr>
          <w:t>Figure 28: Direct normal irradiance (Annual profile)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4C8F2C2" w14:textId="479EAC48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69" w:history="1">
        <w:r w:rsidRPr="00006972">
          <w:rPr>
            <w:rStyle w:val="Hyperlink"/>
            <w:noProof/>
          </w:rPr>
          <w:t>Figure 29: Direct normal irradiance (Heatmap)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C15C6A7" w14:textId="29588DA3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70" w:history="1">
        <w:r w:rsidRPr="00006972">
          <w:rPr>
            <w:rStyle w:val="Hyperlink"/>
            <w:noProof/>
          </w:rPr>
          <w:t>Figure 30: Horizontal infrared radiation (Annual profile)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A72EE21" w14:textId="09506FEF" w:rsidR="00E31272" w:rsidRDefault="00E31272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4171" w:history="1">
        <w:r w:rsidRPr="00006972">
          <w:rPr>
            <w:rStyle w:val="Hyperlink"/>
            <w:noProof/>
          </w:rPr>
          <w:t>Figure 31: Horizontal infrared radiation (Heatmap)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_Toc240364171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5410EB2" w14:textId="46262C66" w:rsidR="00FA1E15" w:rsidRDefault="00000000">
      <w:r>
        <w:lastRenderedPageBreak/>
        <w:fldChar w:fldCharType="end"/>
      </w:r>
    </w:p>
    <w:p w14:paraId="7BDD8220" w14:textId="77777777" w:rsidR="00FA1E15" w:rsidRDefault="00FA1E15">
      <w:pPr>
        <w:sectPr w:rsidR="00FA1E15">
          <w:head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BD6000E" w14:textId="77777777" w:rsidR="00FA1E15" w:rsidRDefault="00000000">
      <w:r>
        <w:br w:type="page"/>
      </w:r>
    </w:p>
    <w:p w14:paraId="5BCD11CB" w14:textId="77777777" w:rsidR="00FA1E15" w:rsidRDefault="00000000">
      <w:pPr>
        <w:pStyle w:val="berschrift1"/>
      </w:pPr>
      <w:bookmarkStart w:id="0" w:name="cha_2_summary_num"/>
      <w:bookmarkStart w:id="1" w:name="_Toc240364029"/>
      <w:r>
        <w:rPr>
          <w:color w:val="000000"/>
          <w:sz w:val="44"/>
        </w:rPr>
        <w:lastRenderedPageBreak/>
        <w:t xml:space="preserve">1 </w:t>
      </w:r>
      <w:bookmarkEnd w:id="0"/>
      <w:r>
        <w:rPr>
          <w:color w:val="000000"/>
          <w:sz w:val="44"/>
        </w:rPr>
        <w:t>Summary</w:t>
      </w:r>
      <w:bookmarkEnd w:id="1"/>
    </w:p>
    <w:p w14:paraId="65308A8F" w14:textId="77777777" w:rsidR="00FA1E15" w:rsidRDefault="00000000">
      <w:pPr>
        <w:pStyle w:val="berschrift2"/>
      </w:pPr>
      <w:bookmarkStart w:id="2" w:name="cha_2_scenario_comparison_num"/>
      <w:bookmarkStart w:id="3" w:name="_Toc240364030"/>
      <w:r>
        <w:rPr>
          <w:color w:val="000000"/>
          <w:sz w:val="36"/>
        </w:rPr>
        <w:t xml:space="preserve">1.1 </w:t>
      </w:r>
      <w:bookmarkEnd w:id="2"/>
      <w:r>
        <w:rPr>
          <w:color w:val="000000"/>
          <w:sz w:val="36"/>
        </w:rPr>
        <w:t>Scenario comparison</w:t>
      </w:r>
      <w:bookmarkEnd w:id="3"/>
    </w:p>
    <w:p w14:paraId="12408CC8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68081529" wp14:editId="1920A1FC">
            <wp:extent cx="5486400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59FA9" w14:textId="25CC55B6" w:rsidR="00FA1E15" w:rsidRDefault="00000000">
      <w:pPr>
        <w:pStyle w:val="CaptionStyle"/>
        <w:spacing w:before="40" w:after="0"/>
        <w:jc w:val="center"/>
      </w:pPr>
      <w:bookmarkStart w:id="4" w:name="_Toc240364141"/>
      <w:r>
        <w:t xml:space="preserve">Figure </w:t>
      </w:r>
      <w:bookmarkStart w:id="5" w:name="scenario_comparison_specific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</w:t>
      </w:r>
      <w:r>
        <w:fldChar w:fldCharType="end"/>
      </w:r>
      <w:bookmarkStart w:id="6" w:name="scenario_comparison_specific"/>
      <w:bookmarkEnd w:id="5"/>
      <w:bookmarkEnd w:id="6"/>
      <w:r>
        <w:t>: Specific costs and emissions</w:t>
      </w:r>
      <w:bookmarkEnd w:id="4"/>
    </w:p>
    <w:p w14:paraId="42AAE96A" w14:textId="77777777" w:rsidR="00FA1E15" w:rsidRDefault="00000000">
      <w:r>
        <w:br w:type="page"/>
      </w:r>
    </w:p>
    <w:p w14:paraId="31C96B3D" w14:textId="77777777" w:rsidR="00FA1E15" w:rsidRDefault="00000000">
      <w:pPr>
        <w:pStyle w:val="berschrift1"/>
      </w:pPr>
      <w:bookmarkStart w:id="7" w:name="cha_3_scenarios_num"/>
      <w:bookmarkStart w:id="8" w:name="_Toc240364031"/>
      <w:r>
        <w:rPr>
          <w:color w:val="000000"/>
          <w:sz w:val="44"/>
        </w:rPr>
        <w:lastRenderedPageBreak/>
        <w:t xml:space="preserve">2 </w:t>
      </w:r>
      <w:bookmarkEnd w:id="7"/>
      <w:r>
        <w:rPr>
          <w:color w:val="000000"/>
          <w:sz w:val="44"/>
        </w:rPr>
        <w:t>Supply scenarios</w:t>
      </w:r>
      <w:bookmarkEnd w:id="8"/>
    </w:p>
    <w:p w14:paraId="1723D3F0" w14:textId="77777777" w:rsidR="00FA1E15" w:rsidRDefault="00000000">
      <w:pPr>
        <w:pStyle w:val="berschrift2"/>
      </w:pPr>
      <w:bookmarkStart w:id="9" w:name="_Toc240364032"/>
      <w:r>
        <w:rPr>
          <w:color w:val="000000"/>
          <w:sz w:val="36"/>
        </w:rPr>
        <w:t>2.1 Scenario 1: Scenario 1</w:t>
      </w:r>
      <w:bookmarkEnd w:id="9"/>
    </w:p>
    <w:p w14:paraId="54864A52" w14:textId="77777777" w:rsidR="00FA1E15" w:rsidRDefault="00000000">
      <w:r>
        <w:rPr>
          <w:b/>
          <w:sz w:val="28"/>
        </w:rPr>
        <w:t>Fact sheet for the supply scenario</w:t>
      </w:r>
    </w:p>
    <w:p w14:paraId="3EDE051B" w14:textId="286D387F" w:rsidR="00FA1E15" w:rsidRDefault="00000000">
      <w:pPr>
        <w:pStyle w:val="CaptionStyle"/>
        <w:spacing w:before="40" w:after="0"/>
        <w:jc w:val="center"/>
      </w:pPr>
      <w:bookmarkStart w:id="10" w:name="_Toc240364061"/>
      <w:r>
        <w:t xml:space="preserve">Table </w:t>
      </w:r>
      <w:bookmarkStart w:id="11" w:name="variant_fact_sheet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</w:t>
      </w:r>
      <w:r>
        <w:fldChar w:fldCharType="end"/>
      </w:r>
      <w:bookmarkStart w:id="12" w:name="variant_fact_sheet"/>
      <w:bookmarkEnd w:id="11"/>
      <w:bookmarkEnd w:id="12"/>
      <w:r>
        <w:t>: Scenario 1: Fact sheet for the supply scenario: Scenario 1</w:t>
      </w:r>
      <w:bookmarkEnd w:id="1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D85EE5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676A4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080F0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7D6E8DC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14CA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AE72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50F3179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41E8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7BB5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38 residential buildings, 12 non-residential buildings</w:t>
            </w:r>
          </w:p>
        </w:tc>
      </w:tr>
      <w:tr w:rsidR="00FA1E15" w14:paraId="052CF93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DD91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Connected 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2DDA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</w:tr>
      <w:tr w:rsidR="00FA1E15" w14:paraId="5A5C81F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60D5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Installed Heatpumps in 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D903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</w:t>
            </w:r>
          </w:p>
        </w:tc>
      </w:tr>
      <w:tr w:rsidR="00FA1E15" w14:paraId="2064EA3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F28A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 type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B12F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Conventional district heating network</w:t>
            </w:r>
            <w:r>
              <w:rPr>
                <w:sz w:val="20"/>
              </w:rPr>
              <w:br/>
              <w:t>75 °C (constant) / 55 °C (constant)</w:t>
            </w:r>
          </w:p>
        </w:tc>
      </w:tr>
      <w:tr w:rsidR="00FA1E15" w14:paraId="26F3DCB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7A2A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Technologies in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B5C2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1, Photovoltaics, Solar thermal, Geothermal probes 1</w:t>
            </w:r>
          </w:p>
        </w:tc>
      </w:tr>
    </w:tbl>
    <w:p w14:paraId="7466B94F" w14:textId="77777777" w:rsidR="00FA1E15" w:rsidRDefault="00FA1E15"/>
    <w:p w14:paraId="23DFF653" w14:textId="77777777" w:rsidR="00FA1E15" w:rsidRDefault="00000000">
      <w:pPr>
        <w:pStyle w:val="berschrift3"/>
      </w:pPr>
      <w:bookmarkStart w:id="13" w:name="_Toc240364033"/>
      <w:r>
        <w:rPr>
          <w:color w:val="000000"/>
          <w:sz w:val="32"/>
        </w:rPr>
        <w:t>2.1.1 Buildings</w:t>
      </w:r>
      <w:bookmarkEnd w:id="13"/>
    </w:p>
    <w:p w14:paraId="61F993E9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13F2FD18" wp14:editId="6BE42C33">
            <wp:extent cx="5486400" cy="274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C2F9B" w14:textId="61B0C443" w:rsidR="00FA1E15" w:rsidRDefault="00000000">
      <w:pPr>
        <w:pStyle w:val="CaptionStyle"/>
        <w:spacing w:before="40" w:after="0"/>
        <w:jc w:val="center"/>
      </w:pPr>
      <w:bookmarkStart w:id="14" w:name="_Toc240364142"/>
      <w:r>
        <w:t xml:space="preserve">Figure </w:t>
      </w:r>
      <w:bookmarkStart w:id="15" w:name="heating_demand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</w:t>
      </w:r>
      <w:r>
        <w:fldChar w:fldCharType="end"/>
      </w:r>
      <w:bookmarkStart w:id="16" w:name="heating_demand"/>
      <w:bookmarkEnd w:id="15"/>
      <w:bookmarkEnd w:id="16"/>
      <w:r>
        <w:t>: Scenario 1: Hourly total heat demand of all buildings</w:t>
      </w:r>
      <w:bookmarkEnd w:id="14"/>
    </w:p>
    <w:p w14:paraId="6EAB1E9A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2B80A05B" wp14:editId="00949868">
            <wp:extent cx="5486400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FD38" w14:textId="0E68366B" w:rsidR="00FA1E15" w:rsidRDefault="00000000">
      <w:pPr>
        <w:pStyle w:val="CaptionStyle"/>
        <w:spacing w:before="40" w:after="0"/>
        <w:jc w:val="center"/>
      </w:pPr>
      <w:bookmarkStart w:id="17" w:name="_Toc240364143"/>
      <w:r>
        <w:t xml:space="preserve">Figure </w:t>
      </w:r>
      <w:bookmarkStart w:id="18" w:name="cooling_demand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3</w:t>
      </w:r>
      <w:r>
        <w:fldChar w:fldCharType="end"/>
      </w:r>
      <w:bookmarkStart w:id="19" w:name="cooling_demand"/>
      <w:bookmarkEnd w:id="18"/>
      <w:bookmarkEnd w:id="19"/>
      <w:r>
        <w:t>: Scenario 1: Hourly total cooling demand of all buildings</w:t>
      </w:r>
      <w:bookmarkEnd w:id="17"/>
    </w:p>
    <w:p w14:paraId="6E1C302C" w14:textId="4683401D" w:rsidR="00FA1E15" w:rsidRDefault="00000000">
      <w:pPr>
        <w:pStyle w:val="CaptionStyle"/>
        <w:spacing w:before="40" w:after="0"/>
        <w:jc w:val="center"/>
      </w:pPr>
      <w:bookmarkStart w:id="20" w:name="_Toc240364062"/>
      <w:r>
        <w:t xml:space="preserve">Table </w:t>
      </w:r>
      <w:bookmarkStart w:id="21" w:name="bldg_heat_demand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</w:t>
      </w:r>
      <w:r>
        <w:fldChar w:fldCharType="end"/>
      </w:r>
      <w:bookmarkStart w:id="22" w:name="bldg_heat_demand"/>
      <w:bookmarkEnd w:id="21"/>
      <w:bookmarkEnd w:id="22"/>
      <w:r>
        <w:t>: Scenario 1: Heat demands of the buildings</w:t>
      </w:r>
      <w:bookmarkEnd w:id="2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665FD48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A70F8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AEFA6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6DF0F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2E1D0EC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B27C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Space heating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5CA0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623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951A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563 kW</w:t>
            </w:r>
          </w:p>
        </w:tc>
      </w:tr>
      <w:tr w:rsidR="00FA1E15" w14:paraId="1A8B0E0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CC8F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Domestic hot water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B4BA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741D0B" w14:textId="77777777" w:rsidR="00FA1E15" w:rsidRDefault="00FA1E15">
            <w:pPr>
              <w:spacing w:before="20" w:after="10" w:line="240" w:lineRule="auto"/>
              <w:jc w:val="center"/>
            </w:pPr>
          </w:p>
        </w:tc>
      </w:tr>
      <w:tr w:rsidR="00FA1E15" w14:paraId="1B7EABD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A522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2905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766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BF35C6" w14:textId="77777777" w:rsidR="00FA1E15" w:rsidRDefault="00FA1E15">
            <w:pPr>
              <w:spacing w:before="20" w:after="10" w:line="240" w:lineRule="auto"/>
              <w:jc w:val="center"/>
            </w:pPr>
          </w:p>
        </w:tc>
      </w:tr>
      <w:tr w:rsidR="00FA1E15" w14:paraId="7C5FD30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9453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generation of air-source heat pumps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5A8F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39.4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4B8C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69F93DC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30D1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generation of decentral hot water heaters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F40A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34A7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5EA8DD4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C436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72E2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718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6D8C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516 kW</w:t>
            </w:r>
          </w:p>
        </w:tc>
      </w:tr>
      <w:tr w:rsidR="00FA1E15" w14:paraId="2A7FA11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3D57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losses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6185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51C1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21.4 kW</w:t>
            </w:r>
          </w:p>
        </w:tc>
      </w:tr>
      <w:tr w:rsidR="00FA1E15" w14:paraId="10CD1A6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533B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Heating load at 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2189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881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9BA9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537 kW</w:t>
            </w:r>
          </w:p>
        </w:tc>
      </w:tr>
    </w:tbl>
    <w:p w14:paraId="277B86FD" w14:textId="77777777" w:rsidR="00FA1E15" w:rsidRDefault="00FA1E15"/>
    <w:p w14:paraId="48F66503" w14:textId="3B2A302D" w:rsidR="00FA1E15" w:rsidRDefault="00000000">
      <w:pPr>
        <w:pStyle w:val="CaptionStyle"/>
        <w:spacing w:before="40" w:after="0"/>
        <w:jc w:val="center"/>
      </w:pPr>
      <w:bookmarkStart w:id="23" w:name="_Toc240364063"/>
      <w:r>
        <w:t xml:space="preserve">Table </w:t>
      </w:r>
      <w:bookmarkStart w:id="24" w:name="bldg_cool_demand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</w:t>
      </w:r>
      <w:r>
        <w:fldChar w:fldCharType="end"/>
      </w:r>
      <w:bookmarkStart w:id="25" w:name="bldg_cool_demand"/>
      <w:bookmarkEnd w:id="24"/>
      <w:bookmarkEnd w:id="25"/>
      <w:r>
        <w:t>: Scenario 1: Cooling demands of the buildings</w:t>
      </w:r>
      <w:bookmarkEnd w:id="2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0A7C67DF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F8DFA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4CC4B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C6E31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6C53634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A9956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Space cooling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D55D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718D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66 kW</w:t>
            </w:r>
          </w:p>
        </w:tc>
      </w:tr>
      <w:tr w:rsidR="00FA1E15" w14:paraId="6D0F425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149C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Process cooling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C198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F11D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kW</w:t>
            </w:r>
          </w:p>
        </w:tc>
      </w:tr>
      <w:tr w:rsidR="00FA1E15" w14:paraId="232033E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71CE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FD10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22.4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790E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66 kW</w:t>
            </w:r>
          </w:p>
        </w:tc>
      </w:tr>
      <w:tr w:rsidR="00FA1E15" w14:paraId="7FB12DD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72E6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Cooling generation of air-cooled chillers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F14E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22.4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6152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3DF8014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37E4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Waste heat feed-in heat 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523F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4DA6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kW</w:t>
            </w:r>
          </w:p>
        </w:tc>
      </w:tr>
    </w:tbl>
    <w:p w14:paraId="6E5565F8" w14:textId="77777777" w:rsidR="00FA1E15" w:rsidRDefault="00FA1E15"/>
    <w:p w14:paraId="5D35C245" w14:textId="31D7CD13" w:rsidR="00FA1E15" w:rsidRDefault="00000000">
      <w:pPr>
        <w:pStyle w:val="CaptionStyle"/>
        <w:spacing w:before="40" w:after="0"/>
        <w:jc w:val="center"/>
      </w:pPr>
      <w:bookmarkStart w:id="26" w:name="_Toc240364064"/>
      <w:r>
        <w:t xml:space="preserve">Table </w:t>
      </w:r>
      <w:bookmarkStart w:id="27" w:name="bldg_elec_demand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</w:t>
      </w:r>
      <w:r>
        <w:fldChar w:fldCharType="end"/>
      </w:r>
      <w:bookmarkStart w:id="28" w:name="bldg_elec_demand"/>
      <w:bookmarkEnd w:id="27"/>
      <w:bookmarkEnd w:id="28"/>
      <w:r>
        <w:t>: Scenario 1: Electricity demands of the buildings</w:t>
      </w:r>
      <w:bookmarkEnd w:id="2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717B3EB4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26AAF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1DD8F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BE7AA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65BDD9E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216D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Plug loads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853A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19BE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 kW</w:t>
            </w:r>
          </w:p>
        </w:tc>
      </w:tr>
      <w:tr w:rsidR="00FA1E15" w14:paraId="0FABCFF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5DEE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E-mobility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8349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498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AF99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153 kW</w:t>
            </w:r>
          </w:p>
        </w:tc>
      </w:tr>
      <w:tr w:rsidR="00FA1E15" w14:paraId="1468F6F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5550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020E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504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E19D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154 kW</w:t>
            </w:r>
          </w:p>
        </w:tc>
      </w:tr>
      <w:tr w:rsidR="00FA1E15" w14:paraId="393C027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D734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Operating power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06ED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+ 20.4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E03A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05D976F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377A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Electricity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532B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524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C63B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</w:tbl>
    <w:p w14:paraId="02B64D29" w14:textId="77777777" w:rsidR="00FA1E15" w:rsidRDefault="00FA1E15"/>
    <w:p w14:paraId="26BAC66F" w14:textId="5EF3650A" w:rsidR="00FA1E15" w:rsidRDefault="00000000">
      <w:pPr>
        <w:pStyle w:val="CaptionStyle"/>
        <w:spacing w:before="40" w:after="0"/>
        <w:jc w:val="center"/>
      </w:pPr>
      <w:bookmarkStart w:id="29" w:name="_Toc240364065"/>
      <w:r>
        <w:t xml:space="preserve">Table </w:t>
      </w:r>
      <w:bookmarkStart w:id="30" w:name="bldg_installed_be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</w:t>
      </w:r>
      <w:r>
        <w:fldChar w:fldCharType="end"/>
      </w:r>
      <w:bookmarkStart w:id="31" w:name="bldg_installed_bes"/>
      <w:bookmarkEnd w:id="30"/>
      <w:bookmarkEnd w:id="31"/>
      <w:r>
        <w:t>: Scenario 1: Installed building energy systems</w:t>
      </w:r>
      <w:bookmarkEnd w:id="2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FA1E15" w14:paraId="6A1F111B" w14:textId="77777777">
        <w:trPr>
          <w:jc w:val="center"/>
        </w:trPr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665B4E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57CEC6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Count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329F45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Installed capacity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232C9E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Useful energy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01D593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Electricity demand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79965A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Fuel demand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181148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SCOP</w:t>
            </w:r>
          </w:p>
        </w:tc>
      </w:tr>
      <w:tr w:rsidR="00FA1E15" w14:paraId="15F9A980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E032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F825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BAB6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987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09CE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718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482F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4BAE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633B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CE50CAE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E843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6ADC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A694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52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9C94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39.4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FB9D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8.9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DE74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164F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4.4</w:t>
            </w:r>
          </w:p>
        </w:tc>
      </w:tr>
      <w:tr w:rsidR="00FA1E15" w14:paraId="6915067A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245B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D949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E3AC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214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4D32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A7F9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19AF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7F20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5F6FECB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A665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9701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1F78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14,100 l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65BE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4DB2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B829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0BE2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46164DE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998D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E027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54E2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66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841B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22.4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176D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2.5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DFFB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B0F9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</w:t>
            </w:r>
          </w:p>
        </w:tc>
      </w:tr>
    </w:tbl>
    <w:p w14:paraId="376774A9" w14:textId="77777777" w:rsidR="00FA1E15" w:rsidRDefault="00FA1E15"/>
    <w:p w14:paraId="16F35356" w14:textId="77777777" w:rsidR="00FA1E15" w:rsidRDefault="00000000">
      <w:pPr>
        <w:pStyle w:val="berschrift3"/>
      </w:pPr>
      <w:bookmarkStart w:id="32" w:name="_Toc240364034"/>
      <w:r>
        <w:rPr>
          <w:color w:val="000000"/>
          <w:sz w:val="32"/>
        </w:rPr>
        <w:t>2.1.2 Heat network</w:t>
      </w:r>
      <w:bookmarkEnd w:id="32"/>
    </w:p>
    <w:p w14:paraId="0FD0B8DA" w14:textId="2A3141AE" w:rsidR="00FA1E15" w:rsidRDefault="00000000">
      <w:pPr>
        <w:pStyle w:val="CaptionStyle"/>
        <w:spacing w:before="40" w:after="0"/>
        <w:jc w:val="center"/>
      </w:pPr>
      <w:bookmarkStart w:id="33" w:name="_Toc240364066"/>
      <w:r>
        <w:t xml:space="preserve">Table </w:t>
      </w:r>
      <w:bookmarkStart w:id="34" w:name="netw_heat_demand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</w:t>
      </w:r>
      <w:r>
        <w:fldChar w:fldCharType="end"/>
      </w:r>
      <w:bookmarkStart w:id="35" w:name="netw_heat_demand"/>
      <w:bookmarkEnd w:id="34"/>
      <w:bookmarkEnd w:id="35"/>
      <w:r>
        <w:t>: Scenario 1: Heat balance of the heat network</w:t>
      </w:r>
      <w:bookmarkEnd w:id="3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2A3D8AEF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55035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13177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1C0530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0662EB5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07C6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6611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718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B5E6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516 kW</w:t>
            </w:r>
          </w:p>
        </w:tc>
      </w:tr>
      <w:tr w:rsidR="00FA1E15" w14:paraId="0C056A4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EA04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losses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AB26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+ 164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F458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21.4 kW</w:t>
            </w:r>
          </w:p>
        </w:tc>
      </w:tr>
      <w:tr w:rsidR="00FA1E15" w14:paraId="64DD00C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CACC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Heating load at 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2692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881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E03E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537 kW</w:t>
            </w:r>
          </w:p>
        </w:tc>
      </w:tr>
    </w:tbl>
    <w:p w14:paraId="0D735A77" w14:textId="77777777" w:rsidR="00FA1E15" w:rsidRDefault="00FA1E15"/>
    <w:p w14:paraId="1D6232FE" w14:textId="379E6FB7" w:rsidR="00FA1E15" w:rsidRDefault="00000000">
      <w:pPr>
        <w:pStyle w:val="CaptionStyle"/>
        <w:spacing w:before="40" w:after="0"/>
        <w:jc w:val="center"/>
      </w:pPr>
      <w:bookmarkStart w:id="36" w:name="_Toc240364067"/>
      <w:r>
        <w:t xml:space="preserve">Table </w:t>
      </w:r>
      <w:bookmarkStart w:id="37" w:name="netw_cool_demand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</w:t>
      </w:r>
      <w:r>
        <w:fldChar w:fldCharType="end"/>
      </w:r>
      <w:bookmarkStart w:id="38" w:name="netw_cool_demand"/>
      <w:bookmarkEnd w:id="37"/>
      <w:bookmarkEnd w:id="38"/>
      <w:r>
        <w:t>: Scenario 1: Cooling balance of the heat network</w:t>
      </w:r>
      <w:bookmarkEnd w:id="3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218E6877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B4AF0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502AB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27084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50ECB2D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4A4F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Waste heat feed-in heat 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CD84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4E46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kW</w:t>
            </w:r>
          </w:p>
        </w:tc>
      </w:tr>
    </w:tbl>
    <w:p w14:paraId="239505DF" w14:textId="77777777" w:rsidR="00FA1E15" w:rsidRDefault="00FA1E15"/>
    <w:p w14:paraId="270EFED9" w14:textId="1A412902" w:rsidR="00FA1E15" w:rsidRDefault="00000000">
      <w:pPr>
        <w:pStyle w:val="CaptionStyle"/>
        <w:spacing w:before="40" w:after="0"/>
        <w:jc w:val="center"/>
      </w:pPr>
      <w:bookmarkStart w:id="39" w:name="_Toc240364068"/>
      <w:r>
        <w:t xml:space="preserve">Table </w:t>
      </w:r>
      <w:bookmarkStart w:id="40" w:name="netw_elec_demand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8</w:t>
      </w:r>
      <w:r>
        <w:fldChar w:fldCharType="end"/>
      </w:r>
      <w:bookmarkStart w:id="41" w:name="netw_elec_demand"/>
      <w:bookmarkEnd w:id="40"/>
      <w:bookmarkEnd w:id="41"/>
      <w:r>
        <w:t>: Scenario 1: Electricity balance of the district</w:t>
      </w:r>
      <w:bookmarkEnd w:id="3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ACD9578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553A5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503AA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8B4CA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06FD95D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EBEB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Electricity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B345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524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6B2F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FA1E15" w14:paraId="023D9CC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69E6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Pump 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CE82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+ 6.7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79C9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4.9 kW</w:t>
            </w:r>
          </w:p>
        </w:tc>
      </w:tr>
      <w:tr w:rsidR="00FA1E15" w14:paraId="1A5B68E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B513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Electricity demand district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CC3D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6BEC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</w:tbl>
    <w:p w14:paraId="3FD4071D" w14:textId="77777777" w:rsidR="00FA1E15" w:rsidRDefault="00FA1E15"/>
    <w:p w14:paraId="4421A8EB" w14:textId="73B55E84" w:rsidR="00FA1E15" w:rsidRDefault="00000000">
      <w:pPr>
        <w:pStyle w:val="CaptionStyle"/>
        <w:spacing w:before="40" w:after="0"/>
        <w:jc w:val="center"/>
      </w:pPr>
      <w:bookmarkStart w:id="42" w:name="_Toc240364069"/>
      <w:r>
        <w:lastRenderedPageBreak/>
        <w:t xml:space="preserve">Table </w:t>
      </w:r>
      <w:bookmarkStart w:id="43" w:name="netw_propertie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9</w:t>
      </w:r>
      <w:r>
        <w:fldChar w:fldCharType="end"/>
      </w:r>
      <w:bookmarkStart w:id="44" w:name="netw_properties"/>
      <w:bookmarkEnd w:id="43"/>
      <w:bookmarkEnd w:id="44"/>
      <w:r>
        <w:t>: Scenario 1: Properties of the heat network</w:t>
      </w:r>
      <w:bookmarkEnd w:id="4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887671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A5A20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Network properties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EAB31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5EBB9C7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8BDE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Route length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DD6D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1.4 km</w:t>
            </w:r>
          </w:p>
        </w:tc>
      </w:tr>
      <w:tr w:rsidR="00FA1E15" w14:paraId="48C3BEC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6DEE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of which distribution pipes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5ACE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0.78 km</w:t>
            </w:r>
          </w:p>
        </w:tc>
      </w:tr>
      <w:tr w:rsidR="00FA1E15" w14:paraId="28A0008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7A2C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of which connection pipes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0B5A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0.62 km</w:t>
            </w:r>
          </w:p>
        </w:tc>
      </w:tr>
      <w:tr w:rsidR="00FA1E15" w14:paraId="16A3D84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40AC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Supply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2F67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 °C (constant)</w:t>
            </w:r>
          </w:p>
        </w:tc>
      </w:tr>
      <w:tr w:rsidR="00FA1E15" w14:paraId="364EFA4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ADBA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Return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CBE6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 °C (constant)</w:t>
            </w:r>
          </w:p>
        </w:tc>
      </w:tr>
      <w:tr w:rsidR="00FA1E15" w14:paraId="15C1DB9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E45B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Water mass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9BB6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4.1 t</w:t>
            </w:r>
          </w:p>
        </w:tc>
      </w:tr>
      <w:tr w:rsidR="00FA1E15" w14:paraId="533A770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117A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Water volume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8A1A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4.2 m³</w:t>
            </w:r>
          </w:p>
        </w:tc>
      </w:tr>
      <w:tr w:rsidR="00FA1E15" w14:paraId="763328F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F487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Linear heat density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09C7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0.51 MWh/m</w:t>
            </w:r>
          </w:p>
        </w:tc>
      </w:tr>
      <w:tr w:rsidR="00FA1E15" w14:paraId="488DCE4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B732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265B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 ha</w:t>
            </w:r>
          </w:p>
        </w:tc>
      </w:tr>
      <w:tr w:rsidR="00FA1E15" w14:paraId="4ECAF44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2F01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density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6B0C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284 MWh/ha</w:t>
            </w:r>
          </w:p>
        </w:tc>
      </w:tr>
    </w:tbl>
    <w:p w14:paraId="5B0907C0" w14:textId="77777777" w:rsidR="00FA1E15" w:rsidRDefault="00FA1E15"/>
    <w:p w14:paraId="047B3C0D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5FA77CFC" wp14:editId="3772BA06">
            <wp:extent cx="5486400" cy="274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B7666" w14:textId="70121C74" w:rsidR="00FA1E15" w:rsidRDefault="00000000">
      <w:pPr>
        <w:pStyle w:val="CaptionStyle"/>
        <w:spacing w:before="40" w:after="0"/>
        <w:jc w:val="center"/>
      </w:pPr>
      <w:bookmarkStart w:id="45" w:name="_Toc240364144"/>
      <w:r>
        <w:t xml:space="preserve">Figure </w:t>
      </w:r>
      <w:bookmarkStart w:id="46" w:name="pipe_categories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4</w:t>
      </w:r>
      <w:r>
        <w:fldChar w:fldCharType="end"/>
      </w:r>
      <w:bookmarkStart w:id="47" w:name="pipe_categories"/>
      <w:bookmarkEnd w:id="46"/>
      <w:bookmarkEnd w:id="47"/>
      <w:r>
        <w:t>: Scenario 1: Distribution of pipe diameters</w:t>
      </w:r>
      <w:bookmarkEnd w:id="45"/>
    </w:p>
    <w:p w14:paraId="60B9D8F5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47573B64" wp14:editId="788E428B">
            <wp:extent cx="5486400" cy="457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07CB" w14:textId="20A009A0" w:rsidR="00FA1E15" w:rsidRDefault="00000000">
      <w:pPr>
        <w:pStyle w:val="CaptionStyle"/>
        <w:spacing w:before="40" w:after="0"/>
        <w:jc w:val="center"/>
      </w:pPr>
      <w:bookmarkStart w:id="48" w:name="_Toc240364145"/>
      <w:r>
        <w:t xml:space="preserve">Figure </w:t>
      </w:r>
      <w:bookmarkStart w:id="49" w:name="network_plot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5</w:t>
      </w:r>
      <w:r>
        <w:fldChar w:fldCharType="end"/>
      </w:r>
      <w:bookmarkStart w:id="50" w:name="network_plot"/>
      <w:bookmarkEnd w:id="49"/>
      <w:bookmarkEnd w:id="50"/>
      <w:r>
        <w:t>: Scenario 1: Design result: Pipe Diameter and floor area of buildings</w:t>
      </w:r>
      <w:bookmarkEnd w:id="48"/>
    </w:p>
    <w:p w14:paraId="25C8D9F4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049BB8D3" wp14:editId="650E2089">
            <wp:extent cx="5486400" cy="274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2C00" w14:textId="02A78FFC" w:rsidR="00FA1E15" w:rsidRDefault="00000000">
      <w:pPr>
        <w:pStyle w:val="CaptionStyle"/>
        <w:spacing w:before="40" w:after="0"/>
        <w:jc w:val="center"/>
      </w:pPr>
      <w:bookmarkStart w:id="51" w:name="_Toc240364146"/>
      <w:r>
        <w:t xml:space="preserve">Figure </w:t>
      </w:r>
      <w:bookmarkStart w:id="52" w:name="network_temperature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6</w:t>
      </w:r>
      <w:r>
        <w:fldChar w:fldCharType="end"/>
      </w:r>
      <w:bookmarkStart w:id="53" w:name="network_temperature"/>
      <w:bookmarkEnd w:id="52"/>
      <w:bookmarkEnd w:id="53"/>
      <w:r>
        <w:t>: Scenario 1: Annual profile of supply and return temperature in the heat network</w:t>
      </w:r>
      <w:bookmarkEnd w:id="51"/>
    </w:p>
    <w:p w14:paraId="28CAC4FB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6A031636" wp14:editId="13780BC8">
            <wp:extent cx="5486400" cy="4572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A7E1" w14:textId="42C5B737" w:rsidR="00FA1E15" w:rsidRDefault="00000000">
      <w:pPr>
        <w:pStyle w:val="CaptionStyle"/>
        <w:spacing w:before="40" w:after="0"/>
        <w:jc w:val="center"/>
      </w:pPr>
      <w:bookmarkStart w:id="54" w:name="_Toc240364147"/>
      <w:r>
        <w:t xml:space="preserve">Figure </w:t>
      </w:r>
      <w:bookmarkStart w:id="55" w:name="network_plot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7</w:t>
      </w:r>
      <w:r>
        <w:fldChar w:fldCharType="end"/>
      </w:r>
      <w:bookmarkStart w:id="56" w:name="network_plot_fig_2"/>
      <w:bookmarkEnd w:id="55"/>
      <w:bookmarkEnd w:id="56"/>
      <w:r>
        <w:t>: Scenario 1: Design result: Supply temperature and heat demand of buildings</w:t>
      </w:r>
      <w:bookmarkEnd w:id="54"/>
    </w:p>
    <w:p w14:paraId="6F7C1C48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7F68BC49" wp14:editId="700C4B68">
            <wp:extent cx="5486400" cy="274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5E32E" w14:textId="1B8BD7FE" w:rsidR="00FA1E15" w:rsidRDefault="00000000">
      <w:pPr>
        <w:pStyle w:val="CaptionStyle"/>
        <w:spacing w:before="40" w:after="0"/>
        <w:jc w:val="center"/>
      </w:pPr>
      <w:bookmarkStart w:id="57" w:name="_Toc240364148"/>
      <w:r>
        <w:t xml:space="preserve">Figure </w:t>
      </w:r>
      <w:bookmarkStart w:id="58" w:name="heat_loss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8</w:t>
      </w:r>
      <w:r>
        <w:fldChar w:fldCharType="end"/>
      </w:r>
      <w:bookmarkStart w:id="59" w:name="heat_loss"/>
      <w:bookmarkEnd w:id="58"/>
      <w:bookmarkEnd w:id="59"/>
      <w:r>
        <w:t>: Scenario 1: Heat flow: network to ground</w:t>
      </w:r>
      <w:bookmarkEnd w:id="57"/>
    </w:p>
    <w:p w14:paraId="04F91A48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22B5BD9C" wp14:editId="3137C1A5">
            <wp:extent cx="548640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1E2F8" w14:textId="25CCE737" w:rsidR="00FA1E15" w:rsidRDefault="00000000">
      <w:pPr>
        <w:pStyle w:val="CaptionStyle"/>
        <w:spacing w:before="40" w:after="0"/>
        <w:jc w:val="center"/>
      </w:pPr>
      <w:bookmarkStart w:id="60" w:name="_Toc240364149"/>
      <w:r>
        <w:t xml:space="preserve">Figure </w:t>
      </w:r>
      <w:bookmarkStart w:id="61" w:name="diversity_factor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9</w:t>
      </w:r>
      <w:r>
        <w:fldChar w:fldCharType="end"/>
      </w:r>
      <w:bookmarkStart w:id="62" w:name="diversity_factor"/>
      <w:bookmarkEnd w:id="61"/>
      <w:bookmarkEnd w:id="62"/>
      <w:r>
        <w:t>: Scenario 1: Diversity factor</w:t>
      </w:r>
      <w:bookmarkEnd w:id="60"/>
    </w:p>
    <w:p w14:paraId="231D2162" w14:textId="66168150" w:rsidR="00FA1E15" w:rsidRDefault="00000000">
      <w:pPr>
        <w:pStyle w:val="CaptionStyle"/>
        <w:spacing w:before="40" w:after="0"/>
        <w:jc w:val="center"/>
      </w:pPr>
      <w:bookmarkStart w:id="63" w:name="_Toc240364070"/>
      <w:r>
        <w:t xml:space="preserve">Table </w:t>
      </w:r>
      <w:bookmarkStart w:id="64" w:name="pump_work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10</w:t>
      </w:r>
      <w:r>
        <w:fldChar w:fldCharType="end"/>
      </w:r>
      <w:bookmarkStart w:id="65" w:name="pump_work"/>
      <w:bookmarkEnd w:id="64"/>
      <w:bookmarkEnd w:id="65"/>
      <w:r>
        <w:t>: Scenario 1: Pump work and pressure</w:t>
      </w:r>
      <w:bookmarkEnd w:id="6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3CD4F299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F9665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Pump work and pressure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7C287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60E2ABB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6B9A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Mean pressure gradient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1E34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329 Pa/m</w:t>
            </w:r>
          </w:p>
        </w:tc>
      </w:tr>
      <w:tr w:rsidR="00FA1E15" w14:paraId="021F985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E175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(critical path)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648A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3.8 bar</w:t>
            </w:r>
          </w:p>
        </w:tc>
      </w:tr>
      <w:tr w:rsidR="00FA1E15" w14:paraId="67B9C99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234D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Flow rate network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4E7A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34.3 m³/h</w:t>
            </w:r>
          </w:p>
        </w:tc>
      </w:tr>
      <w:tr w:rsidR="00FA1E15" w14:paraId="296F3C8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782E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Max. pump power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9CD3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3.6 kW</w:t>
            </w:r>
          </w:p>
        </w:tc>
      </w:tr>
      <w:tr w:rsidR="00FA1E15" w14:paraId="6FAFA18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72B3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Elec. power demand of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4EE4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4.8 kW</w:t>
            </w:r>
          </w:p>
        </w:tc>
      </w:tr>
      <w:tr w:rsidR="00FA1E15" w14:paraId="0372397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D448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Power demand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007A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6.7 MWh</w:t>
            </w:r>
          </w:p>
        </w:tc>
      </w:tr>
      <w:tr w:rsidR="00FA1E15" w14:paraId="7A7A5E0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12A3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Relative power demand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1764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0.94 %</w:t>
            </w:r>
          </w:p>
        </w:tc>
      </w:tr>
      <w:tr w:rsidR="00FA1E15" w14:paraId="6EB66DE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7516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rating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FD05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PN16</w:t>
            </w:r>
          </w:p>
        </w:tc>
      </w:tr>
    </w:tbl>
    <w:p w14:paraId="67A21B4A" w14:textId="77777777" w:rsidR="00FA1E15" w:rsidRDefault="00FA1E15"/>
    <w:p w14:paraId="50FDDBE5" w14:textId="6E3A6149" w:rsidR="00FA1E15" w:rsidRDefault="00000000">
      <w:pPr>
        <w:pStyle w:val="CaptionStyle"/>
        <w:spacing w:before="40" w:after="0"/>
        <w:jc w:val="center"/>
      </w:pPr>
      <w:bookmarkStart w:id="66" w:name="_Toc240364071"/>
      <w:r>
        <w:t xml:space="preserve">Table </w:t>
      </w:r>
      <w:bookmarkStart w:id="67" w:name="pressure_losse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11</w:t>
      </w:r>
      <w:r>
        <w:fldChar w:fldCharType="end"/>
      </w:r>
      <w:bookmarkStart w:id="68" w:name="pressure_losses"/>
      <w:bookmarkEnd w:id="67"/>
      <w:bookmarkEnd w:id="68"/>
      <w:r>
        <w:t>: Scenario 1: Pressure losses (critical path)</w:t>
      </w:r>
      <w:bookmarkEnd w:id="6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327B4E7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5E9BD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Pressure losses (critical path)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30E31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0DF84B6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7D96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0294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 bar</w:t>
            </w:r>
          </w:p>
        </w:tc>
      </w:tr>
      <w:tr w:rsidR="00FA1E15" w14:paraId="47621CC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70F9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substation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26F3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0.3 bar</w:t>
            </w:r>
          </w:p>
        </w:tc>
      </w:tr>
      <w:tr w:rsidR="00FA1E15" w14:paraId="2A38372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F643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pipes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7623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 bar</w:t>
            </w:r>
          </w:p>
        </w:tc>
      </w:tr>
      <w:tr w:rsidR="00FA1E15" w14:paraId="6BCAECA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A890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fittings / installations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C648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0.66 bar</w:t>
            </w:r>
          </w:p>
        </w:tc>
      </w:tr>
      <w:tr w:rsidR="00FA1E15" w14:paraId="6857EFF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E610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Pressure loss (critical path)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0831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3.8 bar</w:t>
            </w:r>
          </w:p>
        </w:tc>
      </w:tr>
      <w:tr w:rsidR="00FA1E15" w14:paraId="1C9DB04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9EFD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 name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60A4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Marie-Hüllenkremer-Straße 23</w:t>
            </w:r>
          </w:p>
        </w:tc>
      </w:tr>
    </w:tbl>
    <w:p w14:paraId="68802254" w14:textId="77777777" w:rsidR="00FA1E15" w:rsidRDefault="00FA1E15"/>
    <w:p w14:paraId="16B1D380" w14:textId="77777777" w:rsidR="00FA1E15" w:rsidRDefault="00000000">
      <w:pPr>
        <w:pStyle w:val="berschrift3"/>
      </w:pPr>
      <w:bookmarkStart w:id="69" w:name="_Toc240364035"/>
      <w:r>
        <w:rPr>
          <w:color w:val="000000"/>
          <w:sz w:val="32"/>
        </w:rPr>
        <w:t>2.1.3 Energy hub</w:t>
      </w:r>
      <w:bookmarkEnd w:id="69"/>
    </w:p>
    <w:p w14:paraId="3F0B86F4" w14:textId="24CD2241" w:rsidR="00FA1E15" w:rsidRDefault="00000000">
      <w:pPr>
        <w:pStyle w:val="CaptionStyle"/>
        <w:spacing w:before="40" w:after="0"/>
        <w:jc w:val="center"/>
      </w:pPr>
      <w:bookmarkStart w:id="70" w:name="_Toc240364072"/>
      <w:r>
        <w:t xml:space="preserve">Table </w:t>
      </w:r>
      <w:bookmarkStart w:id="71" w:name="results_energy_hub_sizing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12</w:t>
      </w:r>
      <w:r>
        <w:fldChar w:fldCharType="end"/>
      </w:r>
      <w:bookmarkStart w:id="72" w:name="results_energy_hub_sizing"/>
      <w:bookmarkEnd w:id="71"/>
      <w:bookmarkEnd w:id="72"/>
      <w:r>
        <w:t>: Scenario 1: Sizing of the technologies in the energy hub</w:t>
      </w:r>
      <w:bookmarkEnd w:id="7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162501D7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84513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Technology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D1C80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Dimensioning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96BC3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Full load hours/Charging cycles</w:t>
            </w:r>
          </w:p>
        </w:tc>
      </w:tr>
      <w:tr w:rsidR="00FA1E15" w14:paraId="22FC9D1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C44D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F044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56 kWₑₗ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8052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4,766 h</w:t>
            </w:r>
          </w:p>
        </w:tc>
      </w:tr>
      <w:tr w:rsidR="00FA1E15" w14:paraId="3458BF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2415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6964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224 kWₚ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3639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970 h</w:t>
            </w:r>
          </w:p>
        </w:tc>
      </w:tr>
      <w:tr w:rsidR="00FA1E15" w14:paraId="109DEEC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A7C3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Solar thermal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06BF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F387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 h</w:t>
            </w:r>
          </w:p>
        </w:tc>
      </w:tr>
      <w:tr w:rsidR="00FA1E15" w14:paraId="300A8CF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DF28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2B5E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342 kWₜₕ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DE3E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930 h</w:t>
            </w:r>
          </w:p>
        </w:tc>
      </w:tr>
    </w:tbl>
    <w:p w14:paraId="1FCE8EDD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699C57D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24B71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34B44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726FEF7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E404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Nominal electric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9000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56 kWₑₗ</w:t>
            </w:r>
          </w:p>
        </w:tc>
      </w:tr>
      <w:tr w:rsidR="00FA1E15" w14:paraId="45A419B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426E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electricity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8B00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267 MWh</w:t>
            </w:r>
          </w:p>
        </w:tc>
      </w:tr>
      <w:tr w:rsidR="00FA1E15" w14:paraId="7716043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7BA4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heat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4F6D0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381 MWh</w:t>
            </w:r>
          </w:p>
        </w:tc>
      </w:tr>
      <w:tr w:rsidR="00FA1E15" w14:paraId="131E84E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ABF8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Fuel demand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7AC6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763 MWh</w:t>
            </w:r>
          </w:p>
        </w:tc>
      </w:tr>
      <w:tr w:rsidR="00FA1E15" w14:paraId="4034352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DE63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Full load hours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8F58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4,766 h</w:t>
            </w:r>
          </w:p>
        </w:tc>
      </w:tr>
    </w:tbl>
    <w:p w14:paraId="2DE863ED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3E70AC35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74E42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05A2C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001C8C3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8B52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Installed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E541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224 kWₚ</w:t>
            </w:r>
          </w:p>
        </w:tc>
      </w:tr>
      <w:tr w:rsidR="00FA1E15" w14:paraId="0C23EB7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3BAD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Collector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830A0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1,400 m²</w:t>
            </w:r>
          </w:p>
        </w:tc>
      </w:tr>
      <w:tr w:rsidR="00FA1E15" w14:paraId="23FE6CE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0DB8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electricity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5BD4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217 MWh</w:t>
            </w:r>
          </w:p>
        </w:tc>
      </w:tr>
      <w:tr w:rsidR="00FA1E15" w14:paraId="15EF0A5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A56E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Full load hours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80A9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970 h</w:t>
            </w:r>
          </w:p>
        </w:tc>
      </w:tr>
      <w:tr w:rsidR="00FA1E15" w14:paraId="0C27B73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6B86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Curtailed generation potential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180F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</w:tr>
    </w:tbl>
    <w:p w14:paraId="6AAD6537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4665E312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910E8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8C05A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78ADB07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C4FE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Collector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5BFA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m²</w:t>
            </w:r>
          </w:p>
        </w:tc>
      </w:tr>
      <w:tr w:rsidR="00FA1E15" w14:paraId="3CFF8C2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57C6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heat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6EE2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 MWh</w:t>
            </w:r>
          </w:p>
        </w:tc>
      </w:tr>
      <w:tr w:rsidR="00FA1E15" w14:paraId="04D7B22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B122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Curtailed generation potential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7A74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179 MWh</w:t>
            </w:r>
          </w:p>
        </w:tc>
      </w:tr>
      <w:tr w:rsidR="00FA1E15" w14:paraId="6095D9C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DB42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Yield per collector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9B1C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 h</w:t>
            </w:r>
          </w:p>
        </w:tc>
      </w:tr>
    </w:tbl>
    <w:p w14:paraId="6FD137F4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608A7FC1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85C8B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15F4F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59CE6C2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53F9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Extraction rate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9ACD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342 kWₜₕ</w:t>
            </w:r>
          </w:p>
        </w:tc>
      </w:tr>
      <w:tr w:rsidR="00FA1E15" w14:paraId="56EA3E0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18F5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heat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8D4D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424 MWh</w:t>
            </w:r>
          </w:p>
        </w:tc>
      </w:tr>
      <w:tr w:rsidR="00FA1E15" w14:paraId="1D27AFF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59FA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EE61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456 kWₜₕ</w:t>
            </w:r>
          </w:p>
        </w:tc>
      </w:tr>
      <w:tr w:rsidR="00FA1E15" w14:paraId="08CB950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96E5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demand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EAB9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106 MWh</w:t>
            </w:r>
          </w:p>
        </w:tc>
      </w:tr>
    </w:tbl>
    <w:p w14:paraId="0521EA92" w14:textId="77777777" w:rsidR="00FA1E15" w:rsidRDefault="00FA1E15"/>
    <w:p w14:paraId="01308429" w14:textId="3BC81C27" w:rsidR="00FA1E15" w:rsidRDefault="00000000">
      <w:pPr>
        <w:pStyle w:val="CaptionStyle"/>
        <w:spacing w:before="40" w:after="0"/>
        <w:jc w:val="center"/>
      </w:pPr>
      <w:bookmarkStart w:id="73" w:name="_Toc240364073"/>
      <w:r>
        <w:t xml:space="preserve">Table </w:t>
      </w:r>
      <w:bookmarkStart w:id="74" w:name="results_eh_energy_import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13</w:t>
      </w:r>
      <w:r>
        <w:fldChar w:fldCharType="end"/>
      </w:r>
      <w:bookmarkStart w:id="75" w:name="results_eh_energy_import"/>
      <w:bookmarkEnd w:id="74"/>
      <w:bookmarkEnd w:id="75"/>
      <w:r>
        <w:t>: Scenario 1: Energy import</w:t>
      </w:r>
      <w:bookmarkEnd w:id="7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A1E15" w14:paraId="15CF7E67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3D4AD7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7B32D7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sum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87A95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41D7FB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Share</w:t>
            </w:r>
          </w:p>
        </w:tc>
      </w:tr>
      <w:tr w:rsidR="00FA1E15" w14:paraId="0B0D5DA8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3104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Electricity </w:t>
            </w:r>
            <w:proofErr w:type="gramStart"/>
            <w:r>
              <w:rPr>
                <w:sz w:val="20"/>
              </w:rPr>
              <w:t>import</w:t>
            </w:r>
            <w:proofErr w:type="gramEnd"/>
            <w:r>
              <w:rPr>
                <w:sz w:val="20"/>
              </w:rPr>
              <w:t xml:space="preserve"> from grid (energy hub)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7F7B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221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B2DD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177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EE5A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17.3 %</w:t>
            </w:r>
          </w:p>
        </w:tc>
      </w:tr>
      <w:tr w:rsidR="00FA1E15" w14:paraId="06985D8F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CEAE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Renewable electricity generation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0A49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217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A854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C318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17.0 %</w:t>
            </w:r>
          </w:p>
        </w:tc>
      </w:tr>
      <w:tr w:rsidR="00FA1E15" w14:paraId="458A7BBE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49DD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B940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763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DA48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160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23D4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59.7 %</w:t>
            </w:r>
          </w:p>
        </w:tc>
      </w:tr>
      <w:tr w:rsidR="00FA1E15" w14:paraId="4BFF5A1E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BA08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from solar thermal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E061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1128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5D0E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6.0 %</w:t>
            </w:r>
          </w:p>
        </w:tc>
      </w:tr>
    </w:tbl>
    <w:p w14:paraId="1E3107AB" w14:textId="77777777" w:rsidR="00FA1E15" w:rsidRDefault="00FA1E15"/>
    <w:p w14:paraId="59FFEBA2" w14:textId="0D7F5167" w:rsidR="00FA1E15" w:rsidRDefault="00000000">
      <w:pPr>
        <w:pStyle w:val="CaptionStyle"/>
        <w:spacing w:before="40" w:after="0"/>
        <w:jc w:val="center"/>
      </w:pPr>
      <w:bookmarkStart w:id="76" w:name="_Toc240364074"/>
      <w:r>
        <w:lastRenderedPageBreak/>
        <w:t xml:space="preserve">Table </w:t>
      </w:r>
      <w:bookmarkStart w:id="77" w:name="results_eh_energy_feedin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14</w:t>
      </w:r>
      <w:r>
        <w:fldChar w:fldCharType="end"/>
      </w:r>
      <w:bookmarkStart w:id="78" w:name="results_eh_energy_feedin"/>
      <w:bookmarkEnd w:id="77"/>
      <w:bookmarkEnd w:id="78"/>
      <w:r>
        <w:t>: Scenario 1: Energy feed-in</w:t>
      </w:r>
      <w:bookmarkEnd w:id="7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05BAFAF8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9FF8E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C1440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00D9F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72609A2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3A9E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D083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5ED0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132 kW</w:t>
            </w:r>
          </w:p>
        </w:tc>
      </w:tr>
    </w:tbl>
    <w:p w14:paraId="7F06A7AD" w14:textId="77777777" w:rsidR="00FA1E15" w:rsidRDefault="00FA1E15"/>
    <w:p w14:paraId="3D5B8C10" w14:textId="38249ACC" w:rsidR="00FA1E15" w:rsidRDefault="00000000">
      <w:pPr>
        <w:pStyle w:val="CaptionStyle"/>
        <w:spacing w:before="40" w:after="0"/>
        <w:jc w:val="center"/>
      </w:pPr>
      <w:bookmarkStart w:id="79" w:name="_Toc240364075"/>
      <w:r>
        <w:t xml:space="preserve">Table </w:t>
      </w:r>
      <w:bookmarkStart w:id="80" w:name="results_elec_generation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15</w:t>
      </w:r>
      <w:r>
        <w:fldChar w:fldCharType="end"/>
      </w:r>
      <w:bookmarkStart w:id="81" w:name="results_elec_generation"/>
      <w:bookmarkEnd w:id="80"/>
      <w:bookmarkEnd w:id="81"/>
      <w:r>
        <w:t>: Scenario 1: Electricity generation and import</w:t>
      </w:r>
      <w:bookmarkEnd w:id="7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1342138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C1911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Technology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8B439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50CA5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Share</w:t>
            </w:r>
          </w:p>
        </w:tc>
      </w:tr>
      <w:tr w:rsidR="00FA1E15" w14:paraId="5E41EFA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EB1F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173C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6A04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37.9 %</w:t>
            </w:r>
          </w:p>
        </w:tc>
      </w:tr>
      <w:tr w:rsidR="00FA1E15" w14:paraId="7D18E80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94E5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Renewable electricity generation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2484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217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FC46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30.8 %</w:t>
            </w:r>
          </w:p>
        </w:tc>
      </w:tr>
      <w:tr w:rsidR="00FA1E15" w14:paraId="796E0B5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89EC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Share 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4668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3305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30.8 %</w:t>
            </w:r>
          </w:p>
        </w:tc>
      </w:tr>
      <w:tr w:rsidR="00FA1E15" w14:paraId="7F74BAE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B744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Electricity </w:t>
            </w:r>
            <w:proofErr w:type="gramStart"/>
            <w:r>
              <w:rPr>
                <w:sz w:val="20"/>
              </w:rPr>
              <w:t>import</w:t>
            </w:r>
            <w:proofErr w:type="gramEnd"/>
            <w:r>
              <w:rPr>
                <w:sz w:val="20"/>
              </w:rPr>
              <w:t xml:space="preserve"> from grid (energy hub)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DC3D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2C2A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31.3 %</w:t>
            </w:r>
          </w:p>
        </w:tc>
      </w:tr>
      <w:tr w:rsidR="00FA1E15" w14:paraId="2829DC5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32CA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A155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Self-sufficiency (autarky) rate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5DAF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65 %</w:t>
            </w:r>
          </w:p>
        </w:tc>
      </w:tr>
      <w:tr w:rsidR="00FA1E15" w14:paraId="42E78AE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F7A5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8449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Self-consumption rate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FFDD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86 %</w:t>
            </w:r>
          </w:p>
        </w:tc>
      </w:tr>
    </w:tbl>
    <w:p w14:paraId="47C909C6" w14:textId="77777777" w:rsidR="00FA1E15" w:rsidRDefault="00FA1E15"/>
    <w:p w14:paraId="0688D7CF" w14:textId="421A8E24" w:rsidR="00FA1E15" w:rsidRDefault="00000000">
      <w:pPr>
        <w:pStyle w:val="CaptionStyle"/>
        <w:spacing w:before="40" w:after="0"/>
        <w:jc w:val="center"/>
      </w:pPr>
      <w:bookmarkStart w:id="82" w:name="_Toc240364076"/>
      <w:r>
        <w:t xml:space="preserve">Table </w:t>
      </w:r>
      <w:bookmarkStart w:id="83" w:name="results_heat_generation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16</w:t>
      </w:r>
      <w:r>
        <w:fldChar w:fldCharType="end"/>
      </w:r>
      <w:bookmarkStart w:id="84" w:name="results_heat_generation"/>
      <w:bookmarkEnd w:id="83"/>
      <w:bookmarkEnd w:id="84"/>
      <w:r>
        <w:t>: Scenario 1: Heat generation and import</w:t>
      </w:r>
      <w:bookmarkEnd w:id="8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4097EBC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ACBE2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Technology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AC62B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F809C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Share</w:t>
            </w:r>
          </w:p>
        </w:tc>
      </w:tr>
      <w:tr w:rsidR="00FA1E15" w14:paraId="6116036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4FD3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6560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381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298D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43.2 %</w:t>
            </w:r>
          </w:p>
        </w:tc>
      </w:tr>
      <w:tr w:rsidR="00FA1E15" w14:paraId="0DA95FB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8E00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C580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DAB0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8.6 %</w:t>
            </w:r>
          </w:p>
        </w:tc>
      </w:tr>
      <w:tr w:rsidR="00FA1E15" w14:paraId="5726837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C909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814B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36AA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48.1 %</w:t>
            </w:r>
          </w:p>
        </w:tc>
      </w:tr>
      <w:tr w:rsidR="00FA1E15" w14:paraId="0F30FF8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8E8F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 coverage rate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1594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E026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8.6 %</w:t>
            </w:r>
          </w:p>
        </w:tc>
      </w:tr>
    </w:tbl>
    <w:p w14:paraId="65C76C0E" w14:textId="77777777" w:rsidR="00FA1E15" w:rsidRDefault="00FA1E15"/>
    <w:p w14:paraId="2E8944A8" w14:textId="77777777" w:rsidR="00FA1E15" w:rsidRDefault="00000000">
      <w:r>
        <w:rPr>
          <w:b/>
          <w:sz w:val="28"/>
        </w:rPr>
        <w:t>Emissions and primary energy</w:t>
      </w:r>
    </w:p>
    <w:p w14:paraId="631BA643" w14:textId="4C3A230C" w:rsidR="00FA1E15" w:rsidRDefault="00000000">
      <w:pPr>
        <w:pStyle w:val="CaptionStyle"/>
        <w:spacing w:before="40" w:after="0"/>
        <w:jc w:val="center"/>
      </w:pPr>
      <w:bookmarkStart w:id="85" w:name="_Toc240364077"/>
      <w:r>
        <w:t xml:space="preserve">Table </w:t>
      </w:r>
      <w:bookmarkStart w:id="86" w:name="results_emission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17</w:t>
      </w:r>
      <w:r>
        <w:fldChar w:fldCharType="end"/>
      </w:r>
      <w:bookmarkStart w:id="87" w:name="results_emissions"/>
      <w:bookmarkEnd w:id="86"/>
      <w:bookmarkEnd w:id="87"/>
      <w:r>
        <w:t>: Scenario 1: Emissions</w:t>
      </w:r>
      <w:bookmarkEnd w:id="8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A1E15" w14:paraId="11D6E10D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6C652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14E29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Spec. emissions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E88F2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6C03D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sum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7FEBA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23477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CO₂ emissions</w:t>
            </w:r>
          </w:p>
        </w:tc>
      </w:tr>
      <w:tr w:rsidR="00FA1E15" w14:paraId="4950A1BD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846F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import (energy hub)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BB97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B8C0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C805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221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7E77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BEA1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77 t</w:t>
            </w:r>
          </w:p>
        </w:tc>
      </w:tr>
      <w:tr w:rsidR="00FA1E15" w14:paraId="18A4732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5998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4482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417A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135D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68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FDBD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5D55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 t</w:t>
            </w:r>
          </w:p>
        </w:tc>
      </w:tr>
      <w:tr w:rsidR="00FA1E15" w14:paraId="3CE4648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E246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AC2B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FD97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ACBF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2E83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7001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30.5 t</w:t>
            </w:r>
          </w:p>
        </w:tc>
      </w:tr>
      <w:tr w:rsidR="00FA1E15" w14:paraId="45858275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F05F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heating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7DA2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CF96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BF98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55D3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9B01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t</w:t>
            </w:r>
          </w:p>
        </w:tc>
      </w:tr>
      <w:tr w:rsidR="00FA1E15" w14:paraId="5175434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EA97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cooling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CA75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0A0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F39C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D131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6B1E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t</w:t>
            </w:r>
          </w:p>
        </w:tc>
      </w:tr>
      <w:tr w:rsidR="00FA1E15" w14:paraId="5ADC88EA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A247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99B0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0D66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1564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Sum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BF42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6320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108 t</w:t>
            </w:r>
          </w:p>
        </w:tc>
      </w:tr>
    </w:tbl>
    <w:p w14:paraId="597D54A5" w14:textId="77777777" w:rsidR="00FA1E15" w:rsidRDefault="00FA1E15"/>
    <w:p w14:paraId="38251D67" w14:textId="494B2709" w:rsidR="00FA1E15" w:rsidRDefault="00000000">
      <w:pPr>
        <w:pStyle w:val="CaptionStyle"/>
        <w:spacing w:before="40" w:after="0"/>
        <w:jc w:val="center"/>
      </w:pPr>
      <w:bookmarkStart w:id="88" w:name="_Toc240364078"/>
      <w:r>
        <w:t xml:space="preserve">Table </w:t>
      </w:r>
      <w:bookmarkStart w:id="89" w:name="results_primary_energy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18</w:t>
      </w:r>
      <w:r>
        <w:fldChar w:fldCharType="end"/>
      </w:r>
      <w:bookmarkStart w:id="90" w:name="results_primary_energy"/>
      <w:bookmarkEnd w:id="89"/>
      <w:bookmarkEnd w:id="90"/>
      <w:r>
        <w:t>: Scenario 1: Primary energy factor</w:t>
      </w:r>
      <w:bookmarkEnd w:id="8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A1E15" w14:paraId="456DB04B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02E5BB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25BE6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 xml:space="preserve">Primary </w:t>
            </w:r>
            <w:r>
              <w:rPr>
                <w:color w:val="FFFFFF"/>
                <w:sz w:val="20"/>
              </w:rPr>
              <w:lastRenderedPageBreak/>
              <w:t>energy factor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AAE71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lastRenderedPageBreak/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14D60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sum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081EB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33222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 xml:space="preserve">Primary </w:t>
            </w:r>
            <w:r>
              <w:rPr>
                <w:color w:val="FFFFFF"/>
                <w:sz w:val="20"/>
              </w:rPr>
              <w:lastRenderedPageBreak/>
              <w:t>energy</w:t>
            </w:r>
          </w:p>
        </w:tc>
      </w:tr>
      <w:tr w:rsidR="00FA1E15" w14:paraId="13D8107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1112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Electricity import (energy hub)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F8D5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1A66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E48D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221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1323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32E0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398 MWh</w:t>
            </w:r>
          </w:p>
        </w:tc>
      </w:tr>
      <w:tr w:rsidR="00FA1E15" w14:paraId="7A2D90EE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FB48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1BBF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8081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E57E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68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3A01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4FC4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 MWh</w:t>
            </w:r>
          </w:p>
        </w:tc>
      </w:tr>
      <w:tr w:rsidR="00FA1E15" w14:paraId="24475A5B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DF6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8804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231E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50B5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5A14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C57C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153 MWh</w:t>
            </w:r>
          </w:p>
        </w:tc>
      </w:tr>
      <w:tr w:rsidR="00FA1E15" w14:paraId="4DE595D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620C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heating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897A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0.6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2BBB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C659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59D3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1294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MWh</w:t>
            </w:r>
          </w:p>
        </w:tc>
      </w:tr>
      <w:tr w:rsidR="00FA1E15" w14:paraId="0F1A5AC5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B20B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cooling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6B83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0.8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AED0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8B9F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62C5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2FE2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MWh</w:t>
            </w:r>
          </w:p>
        </w:tc>
      </w:tr>
      <w:tr w:rsidR="00FA1E15" w14:paraId="390FFCB5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18FB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6ABA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8A8F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BF22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Sum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8B23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E15F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550 MWh</w:t>
            </w:r>
          </w:p>
        </w:tc>
      </w:tr>
    </w:tbl>
    <w:p w14:paraId="355E7928" w14:textId="77777777" w:rsidR="00FA1E15" w:rsidRDefault="00FA1E15"/>
    <w:p w14:paraId="045ABF5D" w14:textId="77777777" w:rsidR="00FA1E15" w:rsidRDefault="00000000">
      <w:pPr>
        <w:pStyle w:val="berschrift3"/>
      </w:pPr>
      <w:bookmarkStart w:id="91" w:name="_Toc240364036"/>
      <w:r>
        <w:rPr>
          <w:color w:val="000000"/>
          <w:sz w:val="32"/>
        </w:rPr>
        <w:t>2.1.4 Economic results</w:t>
      </w:r>
      <w:bookmarkEnd w:id="91"/>
    </w:p>
    <w:p w14:paraId="286BFF5F" w14:textId="77777777" w:rsidR="00FA1E15" w:rsidRDefault="00000000">
      <w:r>
        <w:rPr>
          <w:b/>
          <w:sz w:val="28"/>
        </w:rPr>
        <w:t>Summary</w:t>
      </w:r>
    </w:p>
    <w:p w14:paraId="523095E9" w14:textId="74F05427" w:rsidR="00FA1E15" w:rsidRDefault="00000000">
      <w:pPr>
        <w:pStyle w:val="CaptionStyle"/>
        <w:spacing w:before="40" w:after="0"/>
        <w:jc w:val="center"/>
      </w:pPr>
      <w:bookmarkStart w:id="92" w:name="_Toc240364079"/>
      <w:r>
        <w:t xml:space="preserve">Table </w:t>
      </w:r>
      <w:bookmarkStart w:id="93" w:name="results_economic_kpi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19</w:t>
      </w:r>
      <w:r>
        <w:fldChar w:fldCharType="end"/>
      </w:r>
      <w:bookmarkStart w:id="94" w:name="results_economic_kpis"/>
      <w:bookmarkEnd w:id="93"/>
      <w:bookmarkEnd w:id="94"/>
      <w:r>
        <w:t>: Scenario 1: Economic KPIs</w:t>
      </w:r>
      <w:bookmarkEnd w:id="9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671CFA73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CF3E0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2F9E0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639938F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C0E9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 present value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D006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+ 639,921 €</w:t>
            </w:r>
          </w:p>
        </w:tc>
      </w:tr>
      <w:tr w:rsidR="00FA1E15" w14:paraId="013778C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2BA7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Amortization period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B8AF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 years</w:t>
            </w:r>
          </w:p>
        </w:tc>
      </w:tr>
      <w:tr w:rsidR="00FA1E15" w14:paraId="618406C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204A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Internal rate of return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E42C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7.9 %</w:t>
            </w:r>
          </w:p>
        </w:tc>
      </w:tr>
      <w:tr w:rsidR="00FA1E15" w14:paraId="12E969C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0599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costs (excl. sales revenues)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ECF1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3,924,707.0 €</w:t>
            </w:r>
          </w:p>
        </w:tc>
      </w:tr>
      <w:tr w:rsidR="00FA1E15" w14:paraId="1A5DAC1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8BC5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Levelized costs of energy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16EB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0.244 €/kWh</w:t>
            </w:r>
          </w:p>
        </w:tc>
      </w:tr>
      <w:tr w:rsidR="00FA1E15" w14:paraId="4693B87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9EC0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Annual energy costs per floor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581E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46.32 €/m²</w:t>
            </w:r>
          </w:p>
        </w:tc>
      </w:tr>
      <w:tr w:rsidR="00FA1E15" w14:paraId="56305B2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17FB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Monthly energy costs per floor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25BF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3.86 €/m²</w:t>
            </w:r>
          </w:p>
        </w:tc>
      </w:tr>
    </w:tbl>
    <w:p w14:paraId="1825D637" w14:textId="77777777" w:rsidR="00FA1E15" w:rsidRDefault="00FA1E15"/>
    <w:p w14:paraId="7E97B6CC" w14:textId="2F5EC1CB" w:rsidR="00FA1E15" w:rsidRDefault="00000000">
      <w:pPr>
        <w:pStyle w:val="CaptionStyle"/>
        <w:spacing w:before="40" w:after="0"/>
        <w:jc w:val="center"/>
      </w:pPr>
      <w:bookmarkStart w:id="95" w:name="_Toc240364080"/>
      <w:r>
        <w:t xml:space="preserve">Table </w:t>
      </w:r>
      <w:bookmarkStart w:id="96" w:name="results_subsidy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20</w:t>
      </w:r>
      <w:r>
        <w:fldChar w:fldCharType="end"/>
      </w:r>
      <w:bookmarkStart w:id="97" w:name="results_subsidy"/>
      <w:bookmarkEnd w:id="96"/>
      <w:bookmarkEnd w:id="97"/>
      <w:r>
        <w:t>: Scenario 1: Subsidies</w:t>
      </w:r>
      <w:bookmarkEnd w:id="9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2CDCC4C2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D4CA0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FB63A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48ECC9C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7512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Initial investment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4EED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3,612,164.0 €</w:t>
            </w:r>
          </w:p>
        </w:tc>
      </w:tr>
      <w:tr w:rsidR="00FA1E15" w14:paraId="7747BF6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06DF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 on initial investment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B7CD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1,203,486.0 €</w:t>
            </w:r>
          </w:p>
        </w:tc>
      </w:tr>
      <w:tr w:rsidR="00FA1E15" w14:paraId="0EA558D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8663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 rate for initial investment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A12F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33.3 %</w:t>
            </w:r>
          </w:p>
        </w:tc>
      </w:tr>
      <w:tr w:rsidR="00FA1E15" w14:paraId="17C0B46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4E0D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costs (excl. all revenues and subsidies)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7014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5,162,090 €</w:t>
            </w:r>
          </w:p>
        </w:tc>
      </w:tr>
      <w:tr w:rsidR="00FA1E15" w14:paraId="655DF35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D627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subsidy in observation period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B4DB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1,253,335.0 €</w:t>
            </w:r>
          </w:p>
        </w:tc>
      </w:tr>
      <w:tr w:rsidR="00FA1E15" w14:paraId="74CA178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4E28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 rate (total)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7872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24.3 %</w:t>
            </w:r>
          </w:p>
        </w:tc>
      </w:tr>
    </w:tbl>
    <w:p w14:paraId="07F4CF9D" w14:textId="77777777" w:rsidR="00FA1E15" w:rsidRDefault="00FA1E15"/>
    <w:p w14:paraId="55CD7767" w14:textId="77777777" w:rsidR="00FA1E15" w:rsidRDefault="00000000">
      <w:r>
        <w:rPr>
          <w:b/>
          <w:sz w:val="28"/>
        </w:rPr>
        <w:t>Cost and revenue details</w:t>
      </w:r>
    </w:p>
    <w:p w14:paraId="466A7B31" w14:textId="49E516D1" w:rsidR="00FA1E15" w:rsidRDefault="00000000">
      <w:pPr>
        <w:pStyle w:val="CaptionStyle"/>
        <w:spacing w:before="40" w:after="0"/>
        <w:jc w:val="center"/>
      </w:pPr>
      <w:bookmarkStart w:id="98" w:name="_Toc240364081"/>
      <w:r>
        <w:t xml:space="preserve">Table </w:t>
      </w:r>
      <w:bookmarkStart w:id="99" w:name="results_cash_flow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21</w:t>
      </w:r>
      <w:r>
        <w:fldChar w:fldCharType="end"/>
      </w:r>
      <w:bookmarkStart w:id="100" w:name="results_cash_flow"/>
      <w:bookmarkEnd w:id="99"/>
      <w:bookmarkEnd w:id="100"/>
      <w:r>
        <w:t>: Scenario 1: Cost breakdown in €</w:t>
      </w:r>
      <w:bookmarkEnd w:id="9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95"/>
        <w:gridCol w:w="1029"/>
        <w:gridCol w:w="1029"/>
        <w:gridCol w:w="921"/>
        <w:gridCol w:w="922"/>
        <w:gridCol w:w="922"/>
        <w:gridCol w:w="694"/>
        <w:gridCol w:w="922"/>
        <w:gridCol w:w="922"/>
      </w:tblGrid>
      <w:tr w:rsidR="00FA1E15" w14:paraId="1895A3FB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E04D9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B1111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Sum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8E978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2027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FBB0A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2028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59F3E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2029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9307F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2030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4A17C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241A4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2046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B5C22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2047</w:t>
            </w:r>
          </w:p>
        </w:tc>
      </w:tr>
      <w:tr w:rsidR="00FA1E15" w14:paraId="631F1C1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C087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2CAF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-639,921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577D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2,032,678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682A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-176,079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3B6C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-167,694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B0B4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-159,709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F998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5728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-73,164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CB44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-471,573</w:t>
            </w:r>
          </w:p>
        </w:tc>
      </w:tr>
      <w:tr w:rsidR="00FA1E15" w14:paraId="1189F28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85BE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Investment cost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E36E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3,243,622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1DFF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3,612,164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EAE2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FAFE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1193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5CF5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5077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FC92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-401,892</w:t>
            </w:r>
          </w:p>
        </w:tc>
      </w:tr>
      <w:tr w:rsidR="00FA1E15" w14:paraId="54DE805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2B09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Building energy systems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2009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492,771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0F7B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563,133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F047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048E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CBE2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B729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C5C3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F7A0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-70,362</w:t>
            </w:r>
          </w:p>
        </w:tc>
      </w:tr>
      <w:tr w:rsidR="00FA1E15" w14:paraId="5C4A708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EEC2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AF59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1186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614E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0A0C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943B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C83A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684F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CF28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4C25088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CB17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45CF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82,005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382D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82,005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406E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C8DF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4161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39DC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BFB8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05D76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2CD99AA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C5A7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C8B4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77,242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C248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77,242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6BFA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8658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0595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4844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8083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40FA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6C179F6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0F4D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2162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65,341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C969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74,730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D9A5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A6B4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57B6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0674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B860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63AE0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-9,388</w:t>
            </w:r>
          </w:p>
        </w:tc>
      </w:tr>
      <w:tr w:rsidR="00FA1E15" w14:paraId="43D1D26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4B04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0B3E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262,590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6387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323,564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4079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6EE4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351A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5691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1987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7371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-60,974</w:t>
            </w:r>
          </w:p>
        </w:tc>
      </w:tr>
      <w:tr w:rsidR="00FA1E15" w14:paraId="750F923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80D7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network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CF012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1,015,929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6B16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1,251,830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389F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3E4C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1410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C402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9AC5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A72A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-235,900</w:t>
            </w:r>
          </w:p>
        </w:tc>
      </w:tr>
      <w:tr w:rsidR="00FA1E15" w14:paraId="6BC83E3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68F6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BA52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418,062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F448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515,137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87E8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ED82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B388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8636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D7A3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A638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-97,075</w:t>
            </w:r>
          </w:p>
        </w:tc>
      </w:tr>
      <w:tr w:rsidR="00FA1E15" w14:paraId="1F5CACC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08D8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6CF3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597,866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CA79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736,692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9B1E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F053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C50E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D385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AC26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5ECF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-138,825</w:t>
            </w:r>
          </w:p>
        </w:tc>
      </w:tr>
      <w:tr w:rsidR="00FA1E15" w14:paraId="1674D37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5CAE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B163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1,454,921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3550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1,517,200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58FC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D764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4558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6643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4005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290A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-95,629</w:t>
            </w:r>
          </w:p>
        </w:tc>
      </w:tr>
      <w:tr w:rsidR="00FA1E15" w14:paraId="11C7542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E094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9AD1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87,858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571A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72,800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948C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E9E3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D0F3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2CFF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644C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C62D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-18,291</w:t>
            </w:r>
          </w:p>
        </w:tc>
      </w:tr>
      <w:tr w:rsidR="00FA1E15" w14:paraId="756E002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F430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EE46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246,400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08FE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246,400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220A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EF4F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D35C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842B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97D2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76AA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785273B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0822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325F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83E8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8B06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7F0D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2EFB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67A9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DA67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C825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78B7B7C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2D13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6382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264,662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A2D7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342,000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4555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EB70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4D44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4520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F4BC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DE50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-77,337</w:t>
            </w:r>
          </w:p>
        </w:tc>
      </w:tr>
      <w:tr w:rsidR="00FA1E15" w14:paraId="6494163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1316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4B78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5293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EF00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EEA1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B91C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7714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5614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4DDF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690EF9E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25C9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BB74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280,000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6A46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280,000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113F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C761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F325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F9BC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CB46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6CD4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7AEB9C4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9588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Gebäude 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A28D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0F39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1D3C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9703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6EAB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BA2C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DB6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950B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2F25C8F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D6BD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3C97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919E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76C7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E2DD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6A61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2F9A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5571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E5562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4BE777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9A8B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ED930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2DBD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BE13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F469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7838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1070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B475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194D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34D1E1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FA26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Maintenance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9C9E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532,171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6F2F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6EC0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40,669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EE0A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38,732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0500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36,888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EF00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ECC4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16,898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46B2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16,094</w:t>
            </w:r>
          </w:p>
        </w:tc>
      </w:tr>
      <w:tr w:rsidR="00FA1E15" w14:paraId="6A5BF90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8899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Building energy systems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84C6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80,711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CD58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D4DF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6,168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83BE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5,874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24DB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5,594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1164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5897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2,562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A8DE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2,440</w:t>
            </w:r>
          </w:p>
        </w:tc>
      </w:tr>
      <w:tr w:rsidR="00FA1E15" w14:paraId="6424A6D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6E87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6409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696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CA28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73820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4F94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F213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DE00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C5F1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DF49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</w:t>
            </w:r>
          </w:p>
        </w:tc>
      </w:tr>
      <w:tr w:rsidR="00FA1E15" w14:paraId="199E512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22B0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E653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20,439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1040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857A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C140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C32B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1,416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746C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6236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CB9E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618</w:t>
            </w:r>
          </w:p>
        </w:tc>
      </w:tr>
      <w:tr w:rsidR="00FA1E15" w14:paraId="5347265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9B52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B142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19,252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5952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B17C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0909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B41D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DB09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0CAC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3E68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582</w:t>
            </w:r>
          </w:p>
        </w:tc>
      </w:tr>
      <w:tr w:rsidR="00FA1E15" w14:paraId="6DC9C7D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959A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Heat transfer 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5755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40,323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757C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2FB0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3,081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84C7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2,934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E131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2,795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3F3D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26C5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8581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1,219</w:t>
            </w:r>
          </w:p>
        </w:tc>
      </w:tr>
      <w:tr w:rsidR="00FA1E15" w14:paraId="7C7904D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0537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network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3808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156,005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98E1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1236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11,922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B7B5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11,354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C271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10,813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87A9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7270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4,953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5E44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4,718</w:t>
            </w:r>
          </w:p>
        </w:tc>
      </w:tr>
      <w:tr w:rsidR="00FA1E15" w14:paraId="46D5463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BC16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B46D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64,197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D2BE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F45A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4,906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3356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4,672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9969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4,449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5F29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AEC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2,038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D288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1,941</w:t>
            </w:r>
          </w:p>
        </w:tc>
      </w:tr>
      <w:tr w:rsidR="00FA1E15" w14:paraId="5CB2D2F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F411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4CCA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91,808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EF43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EF72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7,016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04A7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6,682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94B1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6,363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5F41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507B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2,915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A471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2,776</w:t>
            </w:r>
          </w:p>
        </w:tc>
      </w:tr>
      <w:tr w:rsidR="00FA1E15" w14:paraId="336E252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54E8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5A51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291,715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EF73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2F3A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22,293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E955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21,231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71E6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20,220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A8E2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0F2D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9,263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6478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8,822</w:t>
            </w:r>
          </w:p>
        </w:tc>
      </w:tr>
      <w:tr w:rsidR="00FA1E15" w14:paraId="5528077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9329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B743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72,579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A6C3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9778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5,546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EC94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5,282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F893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5,030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2D91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3C04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2,304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7EE5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2,195</w:t>
            </w:r>
          </w:p>
        </w:tc>
      </w:tr>
      <w:tr w:rsidR="00FA1E15" w14:paraId="6FA0ACA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B22A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0AEB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30,706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F5C3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668E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677A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2,234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CCC9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2,128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5722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D637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0A92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928</w:t>
            </w:r>
          </w:p>
        </w:tc>
      </w:tr>
      <w:tr w:rsidR="00FA1E15" w14:paraId="09602C0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0D48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A181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74,773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F7B2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8D3F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5,714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CFD0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5,442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6F0E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5,183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8265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7AA9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B5E0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2,261</w:t>
            </w:r>
          </w:p>
        </w:tc>
      </w:tr>
      <w:tr w:rsidR="00FA1E15" w14:paraId="0CD1341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851C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AE90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113,655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E2E4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5710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8,685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2D16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CB51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7,878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006C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529F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3,609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AE25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3,437</w:t>
            </w:r>
          </w:p>
        </w:tc>
      </w:tr>
      <w:tr w:rsidR="00FA1E15" w14:paraId="2F1A975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C7A5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250F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C5AA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2B55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728D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AB87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78FF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E44A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04F4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113</w:t>
            </w:r>
          </w:p>
        </w:tc>
      </w:tr>
      <w:tr w:rsidR="00FA1E15" w14:paraId="262E97B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2C0E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273D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6AF5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5ED6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601C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3305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6E15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4C92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A48F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113</w:t>
            </w:r>
          </w:p>
        </w:tc>
      </w:tr>
      <w:tr w:rsidR="00FA1E15" w14:paraId="1B43600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E86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operation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ED04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124,622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CA9C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EA1E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9833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9,070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FDA2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8,638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51D3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229B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B7B9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3,768</w:t>
            </w:r>
          </w:p>
        </w:tc>
      </w:tr>
      <w:tr w:rsidR="00FA1E15" w14:paraId="2D8C01E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C87F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DFAF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124,622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4BD3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EE78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9430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9,070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1ABC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CD9B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D9E0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802E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3,768</w:t>
            </w:r>
          </w:p>
        </w:tc>
      </w:tr>
      <w:tr w:rsidR="00FA1E15" w14:paraId="54B7995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3217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C2E0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1,311,523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1E6F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B486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100,228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9AE9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95,455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F9CD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90,910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496A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8827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41,647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506E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39,663</w:t>
            </w:r>
          </w:p>
        </w:tc>
      </w:tr>
      <w:tr w:rsidR="00FA1E15" w14:paraId="345BCFC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81B9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B188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1,311,523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DC83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A1C0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100,228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6D3A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95,455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76BB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90,910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F561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AAC2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41,647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01B3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39,663</w:t>
            </w:r>
          </w:p>
        </w:tc>
      </w:tr>
      <w:tr w:rsidR="00FA1E15" w14:paraId="530DE01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3F25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96B3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550,829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657D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8F46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42,095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87A5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40,090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D3B1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38,181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4784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A246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17,491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815E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16,658</w:t>
            </w:r>
          </w:p>
        </w:tc>
      </w:tr>
      <w:tr w:rsidR="00FA1E15" w14:paraId="2637A2C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5B99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1F32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550,829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D30F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102A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42,095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4C32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40,090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3A0E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38,181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5D42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C8F1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17,491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EBB9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16,658</w:t>
            </w:r>
          </w:p>
        </w:tc>
      </w:tr>
      <w:tr w:rsidR="00FA1E15" w14:paraId="10122EB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6BEF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BF9C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760,693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ED13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24D1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58,133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8576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55,365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2237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52,728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A88A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C9E7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24,155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BB07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23,005</w:t>
            </w:r>
          </w:p>
        </w:tc>
      </w:tr>
      <w:tr w:rsidR="00FA1E15" w14:paraId="288C8D9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97F8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2914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760,693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F1E9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8913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58,133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CDE7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55,365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25BE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52,728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1994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5B86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24,155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3905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23,005</w:t>
            </w:r>
          </w:p>
        </w:tc>
      </w:tr>
      <w:tr w:rsidR="00FA1E15" w14:paraId="022EEB1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2001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Revenues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F558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-4,598,525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467F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865C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-322,691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A742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-307,325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ADB7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-292,690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6C6F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113E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-134,085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A190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-127,700</w:t>
            </w:r>
          </w:p>
        </w:tc>
      </w:tr>
      <w:tr w:rsidR="00FA1E15" w14:paraId="07823F9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FE63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Feed-in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3CB0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-33,897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5383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DBCE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94BC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-2,467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1751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-2,349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AECE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3344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-1,076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E843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-1,025</w:t>
            </w:r>
          </w:p>
        </w:tc>
      </w:tr>
      <w:tr w:rsidR="00FA1E15" w14:paraId="11F1AD7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CEB7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5E0C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-33,897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13A6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F122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D06F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-2,467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5A41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-2,349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9B47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1358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-1,076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281D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-1,025</w:t>
            </w:r>
          </w:p>
        </w:tc>
      </w:tr>
      <w:tr w:rsidR="00FA1E15" w14:paraId="597DE70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977B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Cover energy demands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6D9B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-4,564,628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F69E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384D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-320,101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FD9A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-304,858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0B71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-290,341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20B0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12BF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-133,008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5045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-126,674</w:t>
            </w:r>
          </w:p>
        </w:tc>
      </w:tr>
      <w:tr w:rsidR="00FA1E15" w14:paraId="6A8CE23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146F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demand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12D6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-2,096,628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C1BF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CFFA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-160,227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CA5E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-152,597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A148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-145,331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711A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250D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-66,577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871D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-63,407</w:t>
            </w:r>
          </w:p>
        </w:tc>
      </w:tr>
      <w:tr w:rsidR="00FA1E15" w14:paraId="4A758D2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CFD3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037F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-1,718,718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2FD0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513B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-131,347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66E3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-125,092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3347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-119,135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5824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71A6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-54,577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110E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-51,978</w:t>
            </w:r>
          </w:p>
        </w:tc>
      </w:tr>
      <w:tr w:rsidR="00FA1E15" w14:paraId="6AFDB0B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B51E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53C5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-377,910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BC0E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8F5D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-28,880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F492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-27,505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A25E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-26,195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1CAE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717C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D503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-11,428</w:t>
            </w:r>
          </w:p>
        </w:tc>
      </w:tr>
      <w:tr w:rsidR="00FA1E15" w14:paraId="5894391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725A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Cold demand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0B20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-82,890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FC54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4B82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-6,334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CE80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-6,032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1500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-5,745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D210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DAFD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-2,632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3497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-2,506</w:t>
            </w:r>
          </w:p>
        </w:tc>
      </w:tr>
      <w:tr w:rsidR="00FA1E15" w14:paraId="2997F6C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5E55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0FB4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-41,833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906B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6CD1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BB61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-3,044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9D11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-2,899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AC24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12C1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8C33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-1,265</w:t>
            </w:r>
          </w:p>
        </w:tc>
      </w:tr>
      <w:tr w:rsidR="00FA1E15" w14:paraId="3A2F3E1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E2C4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9D04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-41,056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B0C1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EA42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F68C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-2,988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66C5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-2,845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AC16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DDA7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71CF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-1,241</w:t>
            </w:r>
          </w:p>
        </w:tc>
      </w:tr>
      <w:tr w:rsidR="00FA1E15" w14:paraId="72BB5AC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6E13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Plug loads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DEE9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-24,206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BDB5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E6B6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-1,849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E795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-1,761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4E9A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8134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D6D0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1982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-732</w:t>
            </w:r>
          </w:p>
        </w:tc>
      </w:tr>
      <w:tr w:rsidR="00FA1E15" w14:paraId="0826F45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970E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1A5F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-22,536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CAF5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462A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-1,722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C6F7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-1,640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1E5D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E592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38922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4A8D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-681</w:t>
            </w:r>
          </w:p>
        </w:tc>
      </w:tr>
      <w:tr w:rsidR="00FA1E15" w14:paraId="06DE012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7935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0F05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-1,669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4A2D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AFA8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DE95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08F9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68C9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0CA2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D210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-50</w:t>
            </w:r>
          </w:p>
        </w:tc>
      </w:tr>
      <w:tr w:rsidR="00FA1E15" w14:paraId="73CCF60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DEC2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E-mobility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E714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-1,984,902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158E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09C8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-151,689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629E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-144,465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64C8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-137,586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7C82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AD7C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-63,030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8BB5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-60,028</w:t>
            </w:r>
          </w:p>
        </w:tc>
      </w:tr>
      <w:tr w:rsidR="00FA1E15" w14:paraId="10C328C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07C9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BCD0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-1,860,280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8B6D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05B2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-142,165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A5A2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-135,395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6231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-128,948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0AAA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38BB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-59,072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77C4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-56,259</w:t>
            </w:r>
          </w:p>
        </w:tc>
      </w:tr>
      <w:tr w:rsidR="00FA1E15" w14:paraId="79F3356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FF40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5612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-124,622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907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37AC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E7D9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-9,070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8101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-8,638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35C8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676F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2491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-3,768</w:t>
            </w:r>
          </w:p>
        </w:tc>
      </w:tr>
      <w:tr w:rsidR="00FA1E15" w14:paraId="0DE28B4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55D7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One-time connection fees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4338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CEAB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A0E0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C564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B45F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CDCC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26F9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501F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457B537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059B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Subsidy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37CB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-1,253,335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8B17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-1,203,486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0AF4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5DCC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7023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1C8C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472C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7473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-1,507</w:t>
            </w:r>
          </w:p>
        </w:tc>
      </w:tr>
      <w:tr w:rsidR="00FA1E15" w14:paraId="16FCC4A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3CCB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Building energy systems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59AE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-161,553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7D9D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-161,553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2018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60DD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2CB9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D3AA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477B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5110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676902D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1052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431F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15F7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CC05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06CA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978D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1499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522E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DF08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4AADDD9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9DE0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ACCB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-29,892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0AA1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-29,892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F459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0FA7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8801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AD6C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33D9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2251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2B978A3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1AEA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A912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-129,425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27B4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-129,425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4F07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E028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8DC0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1115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6328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1FA2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786A0AC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9DFE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network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43E4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-500,732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B00B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-500,732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A54C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7AE6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DC62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C062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9561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DAC9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4982676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2D6D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D3AF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-206,055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0C1E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-206,055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E96C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EBC9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9612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505A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A1E6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06DE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52DFC5E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C6A9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5B92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-294,677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14CF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-294,677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5818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A2DE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4131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0A3B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9FA8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FFB5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5FA419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B713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8012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-479,200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627A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-479,200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09B0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C1C3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7E7B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5D81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3E4A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BC9D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2A04464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B2A0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B247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-160,000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7BFE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-160,000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D56E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F3BC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9F1B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DEAB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739F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A827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645722C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087A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447B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-136,800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3BEA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-136,800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A41E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28F3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12AA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330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CE89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8098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D03AA5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DE6B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E088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-182,400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D899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-182,400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748D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6CB6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AE18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F02A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A869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E7F7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28E263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AB59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A3A0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57A6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8BEF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600F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382E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5344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707C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688A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4CBCA63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5C73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BE60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9096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D7A2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8383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65A4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6B44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4149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9EBC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A6ED8E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422F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205F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EC36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F90A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06FB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FA3A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A28D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0901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7F58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5DFF636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8326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operation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7452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-49,848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AA7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763A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B1C6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1670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E7F3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8612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82BF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-1,507</w:t>
            </w:r>
          </w:p>
        </w:tc>
      </w:tr>
      <w:tr w:rsidR="00FA1E15" w14:paraId="41CB51D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962C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41BD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-49,848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0A93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CA1D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C84D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63CE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E3BF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34A7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1CC5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-1,507</w:t>
            </w:r>
          </w:p>
        </w:tc>
      </w:tr>
    </w:tbl>
    <w:p w14:paraId="300F06D6" w14:textId="77777777" w:rsidR="00FA1E15" w:rsidRDefault="00FA1E15"/>
    <w:p w14:paraId="4B860AE5" w14:textId="77777777" w:rsidR="00FA1E15" w:rsidRDefault="00000000">
      <w:pPr>
        <w:pStyle w:val="berschrift2"/>
      </w:pPr>
      <w:bookmarkStart w:id="101" w:name="_num"/>
      <w:bookmarkStart w:id="102" w:name="_Toc240364037"/>
      <w:r>
        <w:rPr>
          <w:color w:val="000000"/>
          <w:sz w:val="36"/>
        </w:rPr>
        <w:lastRenderedPageBreak/>
        <w:t xml:space="preserve">2.2 </w:t>
      </w:r>
      <w:bookmarkEnd w:id="101"/>
      <w:r>
        <w:rPr>
          <w:color w:val="000000"/>
          <w:sz w:val="36"/>
        </w:rPr>
        <w:t>Scenario 2: Scenario 2</w:t>
      </w:r>
      <w:bookmarkEnd w:id="102"/>
    </w:p>
    <w:p w14:paraId="705CD425" w14:textId="77777777" w:rsidR="00FA1E15" w:rsidRDefault="00000000">
      <w:r>
        <w:rPr>
          <w:b/>
          <w:sz w:val="28"/>
        </w:rPr>
        <w:t>Fact sheet for the supply scenario</w:t>
      </w:r>
    </w:p>
    <w:p w14:paraId="3443914B" w14:textId="6CBB3591" w:rsidR="00FA1E15" w:rsidRDefault="00000000">
      <w:pPr>
        <w:pStyle w:val="CaptionStyle"/>
        <w:spacing w:before="40" w:after="0"/>
        <w:jc w:val="center"/>
      </w:pPr>
      <w:bookmarkStart w:id="103" w:name="_Toc240364082"/>
      <w:r>
        <w:t xml:space="preserve">Table </w:t>
      </w:r>
      <w:bookmarkStart w:id="104" w:name="variant_fact_sheet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22</w:t>
      </w:r>
      <w:r>
        <w:fldChar w:fldCharType="end"/>
      </w:r>
      <w:bookmarkStart w:id="105" w:name="variant_fact_sheet_tab_2"/>
      <w:bookmarkEnd w:id="104"/>
      <w:bookmarkEnd w:id="105"/>
      <w:r>
        <w:t>: Scenario 2: Fact sheet for the supply scenario: Scenario 2</w:t>
      </w:r>
      <w:bookmarkEnd w:id="10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7B8C402C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F29BB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F181F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240FA56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86C9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F5B4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2FBE973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4951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BC60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38 residential buildings, 12 non-residential buildings</w:t>
            </w:r>
          </w:p>
        </w:tc>
      </w:tr>
      <w:tr w:rsidR="00FA1E15" w14:paraId="4807557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BCCC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Connected 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0EDB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</w:tr>
      <w:tr w:rsidR="00FA1E15" w14:paraId="2A3CC61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6707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Installed Heatpumps in 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A905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</w:t>
            </w:r>
          </w:p>
        </w:tc>
      </w:tr>
      <w:tr w:rsidR="00FA1E15" w14:paraId="25C121D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8760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Installed electric hot water heaters in 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8C19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</w:t>
            </w:r>
          </w:p>
        </w:tc>
      </w:tr>
      <w:tr w:rsidR="00FA1E15" w14:paraId="53A5793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3D01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 type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6C09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Conventional district heating network</w:t>
            </w:r>
            <w:r>
              <w:rPr>
                <w:sz w:val="20"/>
              </w:rPr>
              <w:br/>
              <w:t>75 °C (constant) / 55 °C (constant)</w:t>
            </w:r>
          </w:p>
        </w:tc>
      </w:tr>
      <w:tr w:rsidR="00FA1E15" w14:paraId="36A9E0B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2826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Technologies in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4F1A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1, Photovoltaics, Air-source heat pump, Heat storage</w:t>
            </w:r>
          </w:p>
        </w:tc>
      </w:tr>
    </w:tbl>
    <w:p w14:paraId="2E1DC071" w14:textId="77777777" w:rsidR="00FA1E15" w:rsidRDefault="00FA1E15"/>
    <w:p w14:paraId="466C763C" w14:textId="77777777" w:rsidR="00FA1E15" w:rsidRDefault="00000000">
      <w:pPr>
        <w:pStyle w:val="berschrift3"/>
      </w:pPr>
      <w:bookmarkStart w:id="106" w:name="cha_3_buildings_num"/>
      <w:bookmarkStart w:id="107" w:name="_Toc240364038"/>
      <w:r>
        <w:rPr>
          <w:color w:val="000000"/>
          <w:sz w:val="32"/>
        </w:rPr>
        <w:t xml:space="preserve">2.2.1 </w:t>
      </w:r>
      <w:bookmarkEnd w:id="106"/>
      <w:r>
        <w:rPr>
          <w:color w:val="000000"/>
          <w:sz w:val="32"/>
        </w:rPr>
        <w:t>Buildings</w:t>
      </w:r>
      <w:bookmarkEnd w:id="107"/>
    </w:p>
    <w:p w14:paraId="4A00A4B4" w14:textId="1BAEBEF9" w:rsidR="00FA1E15" w:rsidRDefault="00000000">
      <w:pPr>
        <w:pStyle w:val="CaptionStyle"/>
        <w:spacing w:before="40" w:after="0"/>
        <w:jc w:val="center"/>
      </w:pPr>
      <w:bookmarkStart w:id="108" w:name="_Toc240364083"/>
      <w:r>
        <w:t xml:space="preserve">Table </w:t>
      </w:r>
      <w:bookmarkStart w:id="109" w:name="bldg_heat_demand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23</w:t>
      </w:r>
      <w:r>
        <w:fldChar w:fldCharType="end"/>
      </w:r>
      <w:bookmarkStart w:id="110" w:name="bldg_heat_demand_tab_2"/>
      <w:bookmarkEnd w:id="109"/>
      <w:bookmarkEnd w:id="110"/>
      <w:r>
        <w:t>: Scenario 2: Heat demands of the buildings</w:t>
      </w:r>
      <w:bookmarkEnd w:id="10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7DF0C61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5BB5D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FF005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61251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7266A9A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EAC0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Space heating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D692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623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B5B8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563 kW</w:t>
            </w:r>
          </w:p>
        </w:tc>
      </w:tr>
      <w:tr w:rsidR="00FA1E15" w14:paraId="25F4CE0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8649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Domestic hot water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CAF0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71B334" w14:textId="77777777" w:rsidR="00FA1E15" w:rsidRDefault="00FA1E15">
            <w:pPr>
              <w:spacing w:before="20" w:after="10" w:line="240" w:lineRule="auto"/>
              <w:jc w:val="center"/>
            </w:pPr>
          </w:p>
        </w:tc>
      </w:tr>
      <w:tr w:rsidR="00FA1E15" w14:paraId="4A1A5E9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917B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39C3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766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0D9502" w14:textId="77777777" w:rsidR="00FA1E15" w:rsidRDefault="00FA1E15">
            <w:pPr>
              <w:spacing w:before="20" w:after="10" w:line="240" w:lineRule="auto"/>
              <w:jc w:val="center"/>
            </w:pPr>
          </w:p>
        </w:tc>
      </w:tr>
      <w:tr w:rsidR="00FA1E15" w14:paraId="7816595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AACF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generation of air-source heat pumps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ECC7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39.4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A117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4B0B1C7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6EEE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generation of ground-source heat pumps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C144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9.7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7D0A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5746280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4EE4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generation of heating rods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A5DC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3.2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0B65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67B30BC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7B69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generation of decentral hot water heaters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9565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5F50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727AB67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D85D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8EF4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705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53B6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504 kW</w:t>
            </w:r>
          </w:p>
        </w:tc>
      </w:tr>
      <w:tr w:rsidR="00FA1E15" w14:paraId="71E834B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B67B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losses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B729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C6CE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33.3 kW</w:t>
            </w:r>
          </w:p>
        </w:tc>
      </w:tr>
      <w:tr w:rsidR="00FA1E15" w14:paraId="0B86C2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3BCD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Heating load at 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4803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958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C917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536 kW</w:t>
            </w:r>
          </w:p>
        </w:tc>
      </w:tr>
    </w:tbl>
    <w:p w14:paraId="4BE3E569" w14:textId="77777777" w:rsidR="00FA1E15" w:rsidRDefault="00FA1E15"/>
    <w:p w14:paraId="00E4BCB9" w14:textId="4F5449B6" w:rsidR="00FA1E15" w:rsidRDefault="00000000">
      <w:pPr>
        <w:pStyle w:val="CaptionStyle"/>
        <w:spacing w:before="40" w:after="0"/>
        <w:jc w:val="center"/>
      </w:pPr>
      <w:bookmarkStart w:id="111" w:name="_Toc240364084"/>
      <w:r>
        <w:t xml:space="preserve">Table </w:t>
      </w:r>
      <w:bookmarkStart w:id="112" w:name="bldg_cool_demand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24</w:t>
      </w:r>
      <w:r>
        <w:fldChar w:fldCharType="end"/>
      </w:r>
      <w:bookmarkStart w:id="113" w:name="bldg_cool_demand_tab_2"/>
      <w:bookmarkEnd w:id="112"/>
      <w:bookmarkEnd w:id="113"/>
      <w:r>
        <w:t>: Scenario 2: Cooling demands of the buildings</w:t>
      </w:r>
      <w:bookmarkEnd w:id="11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5A4EB117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228B4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EB229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3F71E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72D38B4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ECB7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Space cooling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4450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D971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66 kW</w:t>
            </w:r>
          </w:p>
        </w:tc>
      </w:tr>
      <w:tr w:rsidR="00FA1E15" w14:paraId="74D938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9388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Process cooling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DDD3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10DC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kW</w:t>
            </w:r>
          </w:p>
        </w:tc>
      </w:tr>
      <w:tr w:rsidR="00FA1E15" w14:paraId="43C48AD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51AD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8844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22.4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B383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66 kW</w:t>
            </w:r>
          </w:p>
        </w:tc>
      </w:tr>
      <w:tr w:rsidR="00FA1E15" w14:paraId="7F4AE1E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0F29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Cooling generation of air-cooled chillers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A7CF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– 22.4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CA05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7DE5E00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CA18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 xml:space="preserve">Waste heat feed-in heat </w:t>
            </w:r>
            <w:r>
              <w:rPr>
                <w:b/>
                <w:sz w:val="20"/>
              </w:rPr>
              <w:lastRenderedPageBreak/>
              <w:t>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24DE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82A4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kW</w:t>
            </w:r>
          </w:p>
        </w:tc>
      </w:tr>
    </w:tbl>
    <w:p w14:paraId="76D1813A" w14:textId="77777777" w:rsidR="00FA1E15" w:rsidRDefault="00FA1E15"/>
    <w:p w14:paraId="5E578FEB" w14:textId="737C1E43" w:rsidR="00FA1E15" w:rsidRDefault="00000000">
      <w:pPr>
        <w:pStyle w:val="CaptionStyle"/>
        <w:spacing w:before="40" w:after="0"/>
        <w:jc w:val="center"/>
      </w:pPr>
      <w:bookmarkStart w:id="114" w:name="_Toc240364085"/>
      <w:r>
        <w:t xml:space="preserve">Table </w:t>
      </w:r>
      <w:bookmarkStart w:id="115" w:name="bldg_elec_demand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25</w:t>
      </w:r>
      <w:r>
        <w:fldChar w:fldCharType="end"/>
      </w:r>
      <w:bookmarkStart w:id="116" w:name="bldg_elec_demand_tab_2"/>
      <w:bookmarkEnd w:id="115"/>
      <w:bookmarkEnd w:id="116"/>
      <w:r>
        <w:t>: Scenario 2: Electricity demands of the buildings</w:t>
      </w:r>
      <w:bookmarkEnd w:id="1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70EC722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03922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AE6E9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79101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64CE24D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E4AB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Plug loads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8593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76EF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 kW</w:t>
            </w:r>
          </w:p>
        </w:tc>
      </w:tr>
      <w:tr w:rsidR="00FA1E15" w14:paraId="535402D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6725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E-mobility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0F61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498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1D4E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153 kW</w:t>
            </w:r>
          </w:p>
        </w:tc>
      </w:tr>
      <w:tr w:rsidR="00FA1E15" w14:paraId="537872A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FE40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FBAB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504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EE8B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154 kW</w:t>
            </w:r>
          </w:p>
        </w:tc>
      </w:tr>
      <w:tr w:rsidR="00FA1E15" w14:paraId="23E8F5A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D260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Operating power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BBE3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+ 25.6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15C3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</w:t>
            </w:r>
          </w:p>
        </w:tc>
      </w:tr>
      <w:tr w:rsidR="00FA1E15" w14:paraId="28F723E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260F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Electricity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2680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529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2EB5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</w:tbl>
    <w:p w14:paraId="2C286A26" w14:textId="77777777" w:rsidR="00FA1E15" w:rsidRDefault="00FA1E15"/>
    <w:p w14:paraId="257CED80" w14:textId="0BA7417B" w:rsidR="00FA1E15" w:rsidRDefault="00000000">
      <w:pPr>
        <w:pStyle w:val="CaptionStyle"/>
        <w:spacing w:before="40" w:after="0"/>
        <w:jc w:val="center"/>
      </w:pPr>
      <w:bookmarkStart w:id="117" w:name="_Toc240364086"/>
      <w:r>
        <w:t xml:space="preserve">Table </w:t>
      </w:r>
      <w:bookmarkStart w:id="118" w:name="bldg_installed_be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26</w:t>
      </w:r>
      <w:r>
        <w:fldChar w:fldCharType="end"/>
      </w:r>
      <w:bookmarkStart w:id="119" w:name="bldg_installed_bes_tab_2"/>
      <w:bookmarkEnd w:id="118"/>
      <w:bookmarkEnd w:id="119"/>
      <w:r>
        <w:t>: Scenario 2: Installed building energy systems</w:t>
      </w:r>
      <w:bookmarkEnd w:id="11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FA1E15" w14:paraId="5929E3D1" w14:textId="77777777">
        <w:trPr>
          <w:jc w:val="center"/>
        </w:trPr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44B01C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3332A1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Count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386400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Installed capacity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6F80EC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Useful energy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3FEEA3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Electricity demand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41126B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Fuel demand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7AA64E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SCOP</w:t>
            </w:r>
          </w:p>
        </w:tc>
      </w:tr>
      <w:tr w:rsidR="00FA1E15" w14:paraId="54CC798D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159E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7112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D0E2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985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9CFE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705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CBF0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C4F1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7C04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280B113B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5FF7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Ground-source heat pump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9D5B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BB8E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12.8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677F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9.7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8E7F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B20A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5968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4.9</w:t>
            </w:r>
          </w:p>
        </w:tc>
      </w:tr>
      <w:tr w:rsidR="00FA1E15" w14:paraId="07F2F274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A0BB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3D91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0394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52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73F4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39.4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74CE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8.9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19EA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4375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4.4</w:t>
            </w:r>
          </w:p>
        </w:tc>
      </w:tr>
      <w:tr w:rsidR="00FA1E15" w14:paraId="69420622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4BFA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E7EA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0C40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10.8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1B3D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7.7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0467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0F6E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FED5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C3B3A43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F22F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0E6F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D28E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20.9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A86D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3.2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811E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3.2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6CF3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C0EC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79FC7CF5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36F1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D43C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2CEA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214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1D9D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291D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54A8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DD68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AE25D76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52AE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0C9C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EEDA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14,100 l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328C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4C02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1AC5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14BE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93ED87A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2867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14F8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A129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66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B480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22.4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BF1F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2.5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2F27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1719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</w:t>
            </w:r>
          </w:p>
        </w:tc>
      </w:tr>
    </w:tbl>
    <w:p w14:paraId="2B03B9DB" w14:textId="77777777" w:rsidR="00FA1E15" w:rsidRDefault="00FA1E15"/>
    <w:p w14:paraId="48FDD1DC" w14:textId="77777777" w:rsidR="00FA1E15" w:rsidRDefault="00000000">
      <w:pPr>
        <w:pStyle w:val="berschrift3"/>
      </w:pPr>
      <w:bookmarkStart w:id="120" w:name="cha_3_network_num"/>
      <w:bookmarkStart w:id="121" w:name="_Toc240364039"/>
      <w:r>
        <w:rPr>
          <w:color w:val="000000"/>
          <w:sz w:val="32"/>
        </w:rPr>
        <w:t xml:space="preserve">2.2.2 </w:t>
      </w:r>
      <w:bookmarkEnd w:id="120"/>
      <w:r>
        <w:rPr>
          <w:color w:val="000000"/>
          <w:sz w:val="32"/>
        </w:rPr>
        <w:t>Heat network</w:t>
      </w:r>
      <w:bookmarkEnd w:id="121"/>
    </w:p>
    <w:p w14:paraId="4C68D3D1" w14:textId="27062E68" w:rsidR="00FA1E15" w:rsidRDefault="00000000">
      <w:pPr>
        <w:pStyle w:val="CaptionStyle"/>
        <w:spacing w:before="40" w:after="0"/>
        <w:jc w:val="center"/>
      </w:pPr>
      <w:bookmarkStart w:id="122" w:name="_Toc240364087"/>
      <w:r>
        <w:t xml:space="preserve">Table </w:t>
      </w:r>
      <w:bookmarkStart w:id="123" w:name="netw_heat_demand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27</w:t>
      </w:r>
      <w:r>
        <w:fldChar w:fldCharType="end"/>
      </w:r>
      <w:bookmarkStart w:id="124" w:name="netw_heat_demand_tab_2"/>
      <w:bookmarkEnd w:id="123"/>
      <w:bookmarkEnd w:id="124"/>
      <w:r>
        <w:t>: Scenario 2: Heat balance of the heat network</w:t>
      </w:r>
      <w:bookmarkEnd w:id="12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6F0AA75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C92CC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6AF86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6BE56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08B571F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C208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BAA5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705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5F5E6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504 kW</w:t>
            </w:r>
          </w:p>
        </w:tc>
      </w:tr>
      <w:tr w:rsidR="00FA1E15" w14:paraId="67624B2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E184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losses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9465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+ 253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0BA9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33.3 kW</w:t>
            </w:r>
          </w:p>
        </w:tc>
      </w:tr>
      <w:tr w:rsidR="00FA1E15" w14:paraId="6C04922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E98D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Heating load at 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D517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958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0377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536 kW</w:t>
            </w:r>
          </w:p>
        </w:tc>
      </w:tr>
    </w:tbl>
    <w:p w14:paraId="06679918" w14:textId="77777777" w:rsidR="00FA1E15" w:rsidRDefault="00FA1E15"/>
    <w:p w14:paraId="4F68E6BD" w14:textId="13187F15" w:rsidR="00FA1E15" w:rsidRDefault="00000000">
      <w:pPr>
        <w:pStyle w:val="CaptionStyle"/>
        <w:spacing w:before="40" w:after="0"/>
        <w:jc w:val="center"/>
      </w:pPr>
      <w:bookmarkStart w:id="125" w:name="_Toc240364088"/>
      <w:r>
        <w:t xml:space="preserve">Table </w:t>
      </w:r>
      <w:bookmarkStart w:id="126" w:name="netw_cool_demand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28</w:t>
      </w:r>
      <w:r>
        <w:fldChar w:fldCharType="end"/>
      </w:r>
      <w:bookmarkStart w:id="127" w:name="netw_cool_demand_tab_2"/>
      <w:bookmarkEnd w:id="126"/>
      <w:bookmarkEnd w:id="127"/>
      <w:r>
        <w:t>: Scenario 2: Cooling balance of the heat network</w:t>
      </w:r>
      <w:bookmarkEnd w:id="12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014D87F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668C3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lastRenderedPageBreak/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C17E3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B6DE0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4F39ECD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663F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Waste heat feed-in heat 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9005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29BC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 kW</w:t>
            </w:r>
          </w:p>
        </w:tc>
      </w:tr>
    </w:tbl>
    <w:p w14:paraId="7C3F893B" w14:textId="77777777" w:rsidR="00FA1E15" w:rsidRDefault="00FA1E15"/>
    <w:p w14:paraId="2C80A52E" w14:textId="54E4F0C1" w:rsidR="00FA1E15" w:rsidRDefault="00000000">
      <w:pPr>
        <w:pStyle w:val="CaptionStyle"/>
        <w:spacing w:before="40" w:after="0"/>
        <w:jc w:val="center"/>
      </w:pPr>
      <w:bookmarkStart w:id="128" w:name="_Toc240364089"/>
      <w:r>
        <w:t xml:space="preserve">Table </w:t>
      </w:r>
      <w:bookmarkStart w:id="129" w:name="netw_elec_demand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29</w:t>
      </w:r>
      <w:r>
        <w:fldChar w:fldCharType="end"/>
      </w:r>
      <w:bookmarkStart w:id="130" w:name="netw_elec_demand_tab_2"/>
      <w:bookmarkEnd w:id="129"/>
      <w:bookmarkEnd w:id="130"/>
      <w:r>
        <w:t>: Scenario 2: Electricity balance of the district</w:t>
      </w:r>
      <w:bookmarkEnd w:id="12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5925FD0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E4D9C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26EE7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3AAC3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452FD0D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694E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Electricity import of all buildings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F998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529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6315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  <w:tr w:rsidR="00FA1E15" w14:paraId="308165E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6A8C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Pump 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93B1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+ 3.6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1B6F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2.6 kW</w:t>
            </w:r>
          </w:p>
        </w:tc>
      </w:tr>
      <w:tr w:rsidR="00FA1E15" w14:paraId="41D0CF3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2E15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Electricity demand district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0606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3EBC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</w:tr>
    </w:tbl>
    <w:p w14:paraId="02AB1EDF" w14:textId="77777777" w:rsidR="00FA1E15" w:rsidRDefault="00FA1E15"/>
    <w:p w14:paraId="79CBFDF7" w14:textId="36519451" w:rsidR="00FA1E15" w:rsidRDefault="00000000">
      <w:pPr>
        <w:pStyle w:val="CaptionStyle"/>
        <w:spacing w:before="40" w:after="0"/>
        <w:jc w:val="center"/>
      </w:pPr>
      <w:bookmarkStart w:id="131" w:name="_Toc240364090"/>
      <w:r>
        <w:t xml:space="preserve">Table </w:t>
      </w:r>
      <w:bookmarkStart w:id="132" w:name="netw_propertie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30</w:t>
      </w:r>
      <w:r>
        <w:fldChar w:fldCharType="end"/>
      </w:r>
      <w:bookmarkStart w:id="133" w:name="netw_properties_tab_2"/>
      <w:bookmarkEnd w:id="132"/>
      <w:bookmarkEnd w:id="133"/>
      <w:r>
        <w:t>: Scenario 2: Properties of the heat network</w:t>
      </w:r>
      <w:bookmarkEnd w:id="13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0E3530B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1DAEC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Network properties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6A976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642B014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9A0F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Route length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415A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1.4 km</w:t>
            </w:r>
          </w:p>
        </w:tc>
      </w:tr>
      <w:tr w:rsidR="00FA1E15" w14:paraId="019F9FB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DD96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of which distribution pipes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E866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0.78 km</w:t>
            </w:r>
          </w:p>
        </w:tc>
      </w:tr>
      <w:tr w:rsidR="00FA1E15" w14:paraId="08BB1CB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C01D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of which connection pipes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38C3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0.62 km</w:t>
            </w:r>
          </w:p>
        </w:tc>
      </w:tr>
      <w:tr w:rsidR="00FA1E15" w14:paraId="10CF161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4911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Supply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3D2C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 °C (constant)</w:t>
            </w:r>
          </w:p>
        </w:tc>
      </w:tr>
      <w:tr w:rsidR="00FA1E15" w14:paraId="5D8A637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8F02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Return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4E0E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 °C (constant)</w:t>
            </w:r>
          </w:p>
        </w:tc>
      </w:tr>
      <w:tr w:rsidR="00FA1E15" w14:paraId="5E1AFE9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17EB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Water mass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A641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5.3 t</w:t>
            </w:r>
          </w:p>
        </w:tc>
      </w:tr>
      <w:tr w:rsidR="00FA1E15" w14:paraId="30C4EEB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A5E9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Water volume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0577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5.4 m³</w:t>
            </w:r>
          </w:p>
        </w:tc>
      </w:tr>
      <w:tr w:rsidR="00FA1E15" w14:paraId="32354A8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06BE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Linear heat density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BB44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0.5 MWh/m</w:t>
            </w:r>
          </w:p>
        </w:tc>
      </w:tr>
      <w:tr w:rsidR="00FA1E15" w14:paraId="2F9D0D9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78CE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8E13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 ha</w:t>
            </w:r>
          </w:p>
        </w:tc>
      </w:tr>
      <w:tr w:rsidR="00FA1E15" w14:paraId="36C0D4F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1ED0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density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22D1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284 MWh/ha</w:t>
            </w:r>
          </w:p>
        </w:tc>
      </w:tr>
    </w:tbl>
    <w:p w14:paraId="1EB5F09A" w14:textId="77777777" w:rsidR="00FA1E15" w:rsidRDefault="00FA1E15"/>
    <w:p w14:paraId="44DC0F9F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430CA4B8" wp14:editId="5717EF26">
            <wp:extent cx="548640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3222" w14:textId="5A3D2058" w:rsidR="00FA1E15" w:rsidRDefault="00000000">
      <w:pPr>
        <w:pStyle w:val="CaptionStyle"/>
        <w:spacing w:before="40" w:after="0"/>
        <w:jc w:val="center"/>
      </w:pPr>
      <w:bookmarkStart w:id="134" w:name="_Toc240364150"/>
      <w:r>
        <w:t xml:space="preserve">Figure </w:t>
      </w:r>
      <w:bookmarkStart w:id="135" w:name="pipe_categories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10</w:t>
      </w:r>
      <w:r>
        <w:fldChar w:fldCharType="end"/>
      </w:r>
      <w:bookmarkStart w:id="136" w:name="pipe_categories_fig_2"/>
      <w:bookmarkEnd w:id="135"/>
      <w:bookmarkEnd w:id="136"/>
      <w:r>
        <w:t>: Scenario 2: Distribution of pipe diameters</w:t>
      </w:r>
      <w:bookmarkEnd w:id="134"/>
    </w:p>
    <w:p w14:paraId="24A0275B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4C3E6982" wp14:editId="11627EDD">
            <wp:extent cx="5486400" cy="4572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A234" w14:textId="1BCC99FE" w:rsidR="00FA1E15" w:rsidRDefault="00000000">
      <w:pPr>
        <w:pStyle w:val="CaptionStyle"/>
        <w:spacing w:before="40" w:after="0"/>
        <w:jc w:val="center"/>
      </w:pPr>
      <w:bookmarkStart w:id="137" w:name="_Toc240364151"/>
      <w:r>
        <w:t xml:space="preserve">Figure </w:t>
      </w:r>
      <w:bookmarkStart w:id="138" w:name="network_plot_fig_3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11</w:t>
      </w:r>
      <w:r>
        <w:fldChar w:fldCharType="end"/>
      </w:r>
      <w:bookmarkStart w:id="139" w:name="network_plot_fig_3"/>
      <w:bookmarkEnd w:id="138"/>
      <w:bookmarkEnd w:id="139"/>
      <w:r>
        <w:t>: Scenario 2: Design result: Pipe Diameter and floor area of buildings</w:t>
      </w:r>
      <w:bookmarkEnd w:id="137"/>
    </w:p>
    <w:p w14:paraId="78E57E0D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0AA9A793" wp14:editId="298E6A3A">
            <wp:extent cx="5486400" cy="274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BEC6" w14:textId="51187C37" w:rsidR="00FA1E15" w:rsidRDefault="00000000">
      <w:pPr>
        <w:pStyle w:val="CaptionStyle"/>
        <w:spacing w:before="40" w:after="0"/>
        <w:jc w:val="center"/>
      </w:pPr>
      <w:bookmarkStart w:id="140" w:name="_Toc240364152"/>
      <w:r>
        <w:t xml:space="preserve">Figure </w:t>
      </w:r>
      <w:bookmarkStart w:id="141" w:name="network_temperature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12</w:t>
      </w:r>
      <w:r>
        <w:fldChar w:fldCharType="end"/>
      </w:r>
      <w:bookmarkStart w:id="142" w:name="network_temperature_fig_2"/>
      <w:bookmarkEnd w:id="141"/>
      <w:bookmarkEnd w:id="142"/>
      <w:r>
        <w:t>: Scenario 2: Annual profile of supply and return temperature in the heat network</w:t>
      </w:r>
      <w:bookmarkEnd w:id="140"/>
    </w:p>
    <w:p w14:paraId="04A063C3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578DF2E8" wp14:editId="7BACA530">
            <wp:extent cx="5486400" cy="4572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FDB4D" w14:textId="36BEEB50" w:rsidR="00FA1E15" w:rsidRDefault="00000000">
      <w:pPr>
        <w:pStyle w:val="CaptionStyle"/>
        <w:spacing w:before="40" w:after="0"/>
        <w:jc w:val="center"/>
      </w:pPr>
      <w:bookmarkStart w:id="143" w:name="_Toc240364153"/>
      <w:r>
        <w:t xml:space="preserve">Figure </w:t>
      </w:r>
      <w:bookmarkStart w:id="144" w:name="network_plot_fig_4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13</w:t>
      </w:r>
      <w:r>
        <w:fldChar w:fldCharType="end"/>
      </w:r>
      <w:bookmarkStart w:id="145" w:name="network_plot_fig_4"/>
      <w:bookmarkEnd w:id="144"/>
      <w:bookmarkEnd w:id="145"/>
      <w:r>
        <w:t>: Scenario 2: Design result: Supply temperature and heat demand of buildings</w:t>
      </w:r>
      <w:bookmarkEnd w:id="143"/>
    </w:p>
    <w:p w14:paraId="192CD9F0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294A2CC2" wp14:editId="1DA3CDF1">
            <wp:extent cx="5486400" cy="2743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1922B" w14:textId="668386B7" w:rsidR="00FA1E15" w:rsidRDefault="00000000">
      <w:pPr>
        <w:pStyle w:val="CaptionStyle"/>
        <w:spacing w:before="40" w:after="0"/>
        <w:jc w:val="center"/>
      </w:pPr>
      <w:bookmarkStart w:id="146" w:name="_Toc240364154"/>
      <w:r>
        <w:t xml:space="preserve">Figure </w:t>
      </w:r>
      <w:bookmarkStart w:id="147" w:name="heat_loss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14</w:t>
      </w:r>
      <w:r>
        <w:fldChar w:fldCharType="end"/>
      </w:r>
      <w:bookmarkStart w:id="148" w:name="heat_loss_fig_2"/>
      <w:bookmarkEnd w:id="147"/>
      <w:bookmarkEnd w:id="148"/>
      <w:r>
        <w:t>: Scenario 2: Heat flow: network to ground</w:t>
      </w:r>
      <w:bookmarkEnd w:id="146"/>
    </w:p>
    <w:p w14:paraId="7F416E7C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30206A9F" wp14:editId="66A727F5">
            <wp:extent cx="5486400" cy="2743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7659" w14:textId="75825880" w:rsidR="00FA1E15" w:rsidRDefault="00000000">
      <w:pPr>
        <w:pStyle w:val="CaptionStyle"/>
        <w:spacing w:before="40" w:after="0"/>
        <w:jc w:val="center"/>
      </w:pPr>
      <w:bookmarkStart w:id="149" w:name="_Toc240364155"/>
      <w:r>
        <w:t xml:space="preserve">Figure </w:t>
      </w:r>
      <w:bookmarkStart w:id="150" w:name="diversity_factor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15</w:t>
      </w:r>
      <w:r>
        <w:fldChar w:fldCharType="end"/>
      </w:r>
      <w:bookmarkStart w:id="151" w:name="diversity_factor_fig_2"/>
      <w:bookmarkEnd w:id="150"/>
      <w:bookmarkEnd w:id="151"/>
      <w:r>
        <w:t>: Scenario 2: Diversity factor</w:t>
      </w:r>
      <w:bookmarkEnd w:id="149"/>
    </w:p>
    <w:p w14:paraId="6D20EC00" w14:textId="51334141" w:rsidR="00FA1E15" w:rsidRDefault="00000000">
      <w:pPr>
        <w:pStyle w:val="CaptionStyle"/>
        <w:spacing w:before="40" w:after="0"/>
        <w:jc w:val="center"/>
      </w:pPr>
      <w:bookmarkStart w:id="152" w:name="_Toc240364091"/>
      <w:r>
        <w:t xml:space="preserve">Table </w:t>
      </w:r>
      <w:bookmarkStart w:id="153" w:name="pump_work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31</w:t>
      </w:r>
      <w:r>
        <w:fldChar w:fldCharType="end"/>
      </w:r>
      <w:bookmarkStart w:id="154" w:name="pump_work_tab_2"/>
      <w:bookmarkEnd w:id="153"/>
      <w:bookmarkEnd w:id="154"/>
      <w:r>
        <w:t>: Scenario 2: Pump work and pressure</w:t>
      </w:r>
      <w:bookmarkEnd w:id="15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293FC5BE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30ABA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Pump work and pressure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DA68B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494566A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91C8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Mean pressure gradient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BD96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157 Pa/m</w:t>
            </w:r>
          </w:p>
        </w:tc>
      </w:tr>
      <w:tr w:rsidR="00FA1E15" w14:paraId="67F8070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7F0C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(critical path)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07A9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2.1 bar</w:t>
            </w:r>
          </w:p>
        </w:tc>
      </w:tr>
      <w:tr w:rsidR="00FA1E15" w14:paraId="255834D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329F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Flow rate network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307D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33.5 m³/h</w:t>
            </w:r>
          </w:p>
        </w:tc>
      </w:tr>
      <w:tr w:rsidR="00FA1E15" w14:paraId="3DABDE6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EEE0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Max. pump power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2F75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1.9 kW</w:t>
            </w:r>
          </w:p>
        </w:tc>
      </w:tr>
      <w:tr w:rsidR="00FA1E15" w14:paraId="319D5C3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80EB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Elec. power demand of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C7B5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2.6 kW</w:t>
            </w:r>
          </w:p>
        </w:tc>
      </w:tr>
      <w:tr w:rsidR="00FA1E15" w14:paraId="4FF155A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E771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Power demand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5C0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3.6 MWh</w:t>
            </w:r>
          </w:p>
        </w:tc>
      </w:tr>
      <w:tr w:rsidR="00FA1E15" w14:paraId="5CF6EB8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6FCC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Relative power demand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1176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0.51 %</w:t>
            </w:r>
          </w:p>
        </w:tc>
      </w:tr>
      <w:tr w:rsidR="00FA1E15" w14:paraId="1D2DC35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B5C1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rating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D4EA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PN16</w:t>
            </w:r>
          </w:p>
        </w:tc>
      </w:tr>
    </w:tbl>
    <w:p w14:paraId="7FAB0CD5" w14:textId="77777777" w:rsidR="00FA1E15" w:rsidRDefault="00FA1E15"/>
    <w:p w14:paraId="601844BB" w14:textId="473B48C7" w:rsidR="00FA1E15" w:rsidRDefault="00000000">
      <w:pPr>
        <w:pStyle w:val="CaptionStyle"/>
        <w:spacing w:before="40" w:after="0"/>
        <w:jc w:val="center"/>
      </w:pPr>
      <w:bookmarkStart w:id="155" w:name="_Toc240364092"/>
      <w:r>
        <w:t xml:space="preserve">Table </w:t>
      </w:r>
      <w:bookmarkStart w:id="156" w:name="pressure_losse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32</w:t>
      </w:r>
      <w:r>
        <w:fldChar w:fldCharType="end"/>
      </w:r>
      <w:bookmarkStart w:id="157" w:name="pressure_losses_tab_2"/>
      <w:bookmarkEnd w:id="156"/>
      <w:bookmarkEnd w:id="157"/>
      <w:r>
        <w:t>: Scenario 2: Pressure losses (critical path)</w:t>
      </w:r>
      <w:bookmarkEnd w:id="15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B548BB3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E11B5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Pressure losses (critical path)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877E9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3815D2D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800A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208E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 bar</w:t>
            </w:r>
          </w:p>
        </w:tc>
      </w:tr>
      <w:tr w:rsidR="00FA1E15" w14:paraId="3A5D4C2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461C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substation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C811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0.3 bar</w:t>
            </w:r>
          </w:p>
        </w:tc>
      </w:tr>
      <w:tr w:rsidR="00FA1E15" w14:paraId="4FA2A0E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3FAC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pipes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C091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1.3 bar</w:t>
            </w:r>
          </w:p>
        </w:tc>
      </w:tr>
      <w:tr w:rsidR="00FA1E15" w14:paraId="6B216D2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0370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fittings / installations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0822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0.32 bar</w:t>
            </w:r>
          </w:p>
        </w:tc>
      </w:tr>
      <w:tr w:rsidR="00FA1E15" w14:paraId="3CE2A14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6588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Pressure loss (critical path)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3BF2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2.1 bar</w:t>
            </w:r>
          </w:p>
        </w:tc>
      </w:tr>
      <w:tr w:rsidR="00FA1E15" w14:paraId="7AA8605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52B3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 name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BC4B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Marie-Hüllenkremer-Straße 23</w:t>
            </w:r>
          </w:p>
        </w:tc>
      </w:tr>
    </w:tbl>
    <w:p w14:paraId="288494FE" w14:textId="77777777" w:rsidR="00FA1E15" w:rsidRDefault="00FA1E15"/>
    <w:p w14:paraId="01548E59" w14:textId="77777777" w:rsidR="00FA1E15" w:rsidRDefault="00000000">
      <w:pPr>
        <w:pStyle w:val="berschrift3"/>
      </w:pPr>
      <w:bookmarkStart w:id="158" w:name="cha_3_energy_hub_num"/>
      <w:bookmarkStart w:id="159" w:name="_Toc240364040"/>
      <w:r>
        <w:rPr>
          <w:color w:val="000000"/>
          <w:sz w:val="32"/>
        </w:rPr>
        <w:t xml:space="preserve">2.2.3 </w:t>
      </w:r>
      <w:bookmarkEnd w:id="158"/>
      <w:r>
        <w:rPr>
          <w:color w:val="000000"/>
          <w:sz w:val="32"/>
        </w:rPr>
        <w:t>Energy hub</w:t>
      </w:r>
      <w:bookmarkEnd w:id="159"/>
    </w:p>
    <w:p w14:paraId="23E5970B" w14:textId="67D2EB6F" w:rsidR="00FA1E15" w:rsidRDefault="00000000">
      <w:pPr>
        <w:pStyle w:val="CaptionStyle"/>
        <w:spacing w:before="40" w:after="0"/>
        <w:jc w:val="center"/>
      </w:pPr>
      <w:bookmarkStart w:id="160" w:name="_Toc240364093"/>
      <w:r>
        <w:t xml:space="preserve">Table </w:t>
      </w:r>
      <w:bookmarkStart w:id="161" w:name="results_energy_hub_sizing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33</w:t>
      </w:r>
      <w:r>
        <w:fldChar w:fldCharType="end"/>
      </w:r>
      <w:bookmarkStart w:id="162" w:name="results_energy_hub_sizing_tab_2"/>
      <w:bookmarkEnd w:id="161"/>
      <w:bookmarkEnd w:id="162"/>
      <w:r>
        <w:t>: Scenario 2: Sizing of the technologies in the energy hub</w:t>
      </w:r>
      <w:bookmarkEnd w:id="16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32CAFF4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9E049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Technology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C5D7F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Dimensioning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9F8A7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Full load hours/Charging cycles</w:t>
            </w:r>
          </w:p>
        </w:tc>
      </w:tr>
      <w:tr w:rsidR="00FA1E15" w14:paraId="73CCAC4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66F9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7ED0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139 kWₑₗ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0675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2,626 h</w:t>
            </w:r>
          </w:p>
        </w:tc>
      </w:tr>
      <w:tr w:rsidR="00FA1E15" w14:paraId="5169F45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F926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4919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251 kWₚ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76B0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970 h</w:t>
            </w:r>
          </w:p>
        </w:tc>
      </w:tr>
      <w:tr w:rsidR="00FA1E15" w14:paraId="6526519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D003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327B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640 kWₜₕ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B01B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687 h</w:t>
            </w:r>
          </w:p>
        </w:tc>
      </w:tr>
      <w:tr w:rsidR="00FA1E15" w14:paraId="7D77710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1620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F02D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23.9 m³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00A2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425</w:t>
            </w:r>
          </w:p>
        </w:tc>
      </w:tr>
    </w:tbl>
    <w:p w14:paraId="6A382150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36EB98D0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662D9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92B8D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43A38B8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5224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Nominal electric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5E74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139 kWₑₗ</w:t>
            </w:r>
          </w:p>
        </w:tc>
      </w:tr>
      <w:tr w:rsidR="00FA1E15" w14:paraId="4E85CEE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2B74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electricity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1F86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365 MWh</w:t>
            </w:r>
          </w:p>
        </w:tc>
      </w:tr>
      <w:tr w:rsidR="00FA1E15" w14:paraId="371CE89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5EA4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heat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EAA0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522 MWh</w:t>
            </w:r>
          </w:p>
        </w:tc>
      </w:tr>
      <w:tr w:rsidR="00FA1E15" w14:paraId="4BDEE5A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1457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Fuel demand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6AD7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1,043 MWh</w:t>
            </w:r>
          </w:p>
        </w:tc>
      </w:tr>
      <w:tr w:rsidR="00FA1E15" w14:paraId="6CD7054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DDB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Full load hours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783D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2,626 h</w:t>
            </w:r>
          </w:p>
        </w:tc>
      </w:tr>
    </w:tbl>
    <w:p w14:paraId="0FF27599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7C26A817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3962B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309DB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5716E95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0B77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Installed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E277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251 kWₚ</w:t>
            </w:r>
          </w:p>
        </w:tc>
      </w:tr>
      <w:tr w:rsidR="00FA1E15" w14:paraId="34B576F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037E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Collector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21C5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1,569 m²</w:t>
            </w:r>
          </w:p>
        </w:tc>
      </w:tr>
      <w:tr w:rsidR="00FA1E15" w14:paraId="4569100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A2C0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electricity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B8DF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243 MWh</w:t>
            </w:r>
          </w:p>
        </w:tc>
      </w:tr>
      <w:tr w:rsidR="00FA1E15" w14:paraId="5475BF7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9837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Full load hours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88BA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970 h</w:t>
            </w:r>
          </w:p>
        </w:tc>
      </w:tr>
      <w:tr w:rsidR="00FA1E15" w14:paraId="4347687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3F63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Curtailed generation potential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D102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</w:tr>
    </w:tbl>
    <w:p w14:paraId="258041C1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7BE2136E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46741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84436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20A0AAD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106F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heat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935E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440 MWh</w:t>
            </w:r>
          </w:p>
        </w:tc>
      </w:tr>
      <w:tr w:rsidR="00FA1E15" w14:paraId="7ECFBA7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C5AC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Generated cold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85F9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</w:tr>
      <w:tr w:rsidR="00FA1E15" w14:paraId="1A846E3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30B0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demand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FCBA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164 MWh</w:t>
            </w:r>
          </w:p>
        </w:tc>
      </w:tr>
      <w:tr w:rsidR="00FA1E15" w14:paraId="3FB7FAF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8565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for regeneration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904B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</w:tr>
      <w:tr w:rsidR="00FA1E15" w14:paraId="61637E0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22CD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Full load hours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3B8B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687 h</w:t>
            </w:r>
          </w:p>
        </w:tc>
      </w:tr>
      <w:tr w:rsidR="00FA1E15" w14:paraId="0698FF2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E776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Nominal heating power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B2C0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640 kWₜₕ</w:t>
            </w:r>
          </w:p>
        </w:tc>
      </w:tr>
      <w:tr w:rsidR="00FA1E15" w14:paraId="12A7DC9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817B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Nominal electric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7DBC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160 kWₑₗ</w:t>
            </w:r>
          </w:p>
        </w:tc>
      </w:tr>
    </w:tbl>
    <w:p w14:paraId="4CC65E14" w14:textId="77777777" w:rsidR="00FA1E15" w:rsidRDefault="00FA1E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57B645E8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113FB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69907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4D63FE4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A4C4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0C85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555 kWh</w:t>
            </w:r>
          </w:p>
        </w:tc>
      </w:tr>
      <w:tr w:rsidR="00FA1E15" w14:paraId="638ACF3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1E88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Charging energy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6AD5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236 MWh</w:t>
            </w:r>
          </w:p>
        </w:tc>
      </w:tr>
      <w:tr w:rsidR="00FA1E15" w14:paraId="0F1E819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3CBE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Discharging energy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5425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232 MWh</w:t>
            </w:r>
          </w:p>
        </w:tc>
      </w:tr>
      <w:tr w:rsidR="00FA1E15" w14:paraId="7239678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5E99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volume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35C7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23.9 m³</w:t>
            </w:r>
          </w:p>
        </w:tc>
      </w:tr>
      <w:tr w:rsidR="00FA1E15" w14:paraId="0138776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4564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Full charging cycles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2602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425</w:t>
            </w:r>
          </w:p>
        </w:tc>
      </w:tr>
    </w:tbl>
    <w:p w14:paraId="6E4A6A49" w14:textId="77777777" w:rsidR="00FA1E15" w:rsidRDefault="00FA1E15"/>
    <w:p w14:paraId="37DC5C9F" w14:textId="65CB95E4" w:rsidR="00FA1E15" w:rsidRDefault="00000000">
      <w:pPr>
        <w:pStyle w:val="CaptionStyle"/>
        <w:spacing w:before="40" w:after="0"/>
        <w:jc w:val="center"/>
      </w:pPr>
      <w:bookmarkStart w:id="163" w:name="_Toc240364094"/>
      <w:r>
        <w:t xml:space="preserve">Table </w:t>
      </w:r>
      <w:bookmarkStart w:id="164" w:name="results_eh_energy_import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34</w:t>
      </w:r>
      <w:r>
        <w:fldChar w:fldCharType="end"/>
      </w:r>
      <w:bookmarkStart w:id="165" w:name="results_eh_energy_import_tab_2"/>
      <w:bookmarkEnd w:id="164"/>
      <w:bookmarkEnd w:id="165"/>
      <w:r>
        <w:t>: Scenario 2: Energy import</w:t>
      </w:r>
      <w:bookmarkEnd w:id="16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A1E15" w14:paraId="7A5A7BD9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1BDA06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163ADB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sum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B0248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1A678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Share</w:t>
            </w:r>
          </w:p>
        </w:tc>
      </w:tr>
      <w:tr w:rsidR="00FA1E15" w14:paraId="4F84F460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4E1E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Electricity </w:t>
            </w:r>
            <w:proofErr w:type="gramStart"/>
            <w:r>
              <w:rPr>
                <w:sz w:val="20"/>
              </w:rPr>
              <w:t>import</w:t>
            </w:r>
            <w:proofErr w:type="gramEnd"/>
            <w:r>
              <w:rPr>
                <w:sz w:val="20"/>
              </w:rPr>
              <w:t xml:space="preserve"> from grid (energy hub)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E4D4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114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CB9A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154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FE30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8.1 %</w:t>
            </w:r>
          </w:p>
        </w:tc>
      </w:tr>
      <w:tr w:rsidR="00FA1E15" w14:paraId="155B0C1C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9FE8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Renewable electricity generation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A4B0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243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20B2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64DC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17.4 %</w:t>
            </w:r>
          </w:p>
        </w:tc>
      </w:tr>
      <w:tr w:rsidR="00FA1E15" w14:paraId="5298ABBA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EC5C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Natural gas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9862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1,043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0FED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398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22E4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74.5 %</w:t>
            </w:r>
          </w:p>
        </w:tc>
      </w:tr>
    </w:tbl>
    <w:p w14:paraId="4600D171" w14:textId="77777777" w:rsidR="00FA1E15" w:rsidRDefault="00FA1E15"/>
    <w:p w14:paraId="286FB1D8" w14:textId="4902F2C7" w:rsidR="00FA1E15" w:rsidRDefault="00000000">
      <w:pPr>
        <w:pStyle w:val="CaptionStyle"/>
        <w:spacing w:before="40" w:after="0"/>
        <w:jc w:val="center"/>
      </w:pPr>
      <w:bookmarkStart w:id="166" w:name="_Toc240364095"/>
      <w:r>
        <w:t xml:space="preserve">Table </w:t>
      </w:r>
      <w:bookmarkStart w:id="167" w:name="results_eh_energy_feedin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35</w:t>
      </w:r>
      <w:r>
        <w:fldChar w:fldCharType="end"/>
      </w:r>
      <w:bookmarkStart w:id="168" w:name="results_eh_energy_feedin_tab_2"/>
      <w:bookmarkEnd w:id="167"/>
      <w:bookmarkEnd w:id="168"/>
      <w:r>
        <w:t>: Scenario 2: Energy feed-in</w:t>
      </w:r>
      <w:bookmarkEnd w:id="16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E491C10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00684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5155A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F48FE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Peak power</w:t>
            </w:r>
          </w:p>
        </w:tc>
      </w:tr>
      <w:tr w:rsidR="00FA1E15" w14:paraId="5FB1BE7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C66B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2556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25.9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859B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131 kW</w:t>
            </w:r>
          </w:p>
        </w:tc>
      </w:tr>
    </w:tbl>
    <w:p w14:paraId="40E4E925" w14:textId="77777777" w:rsidR="00FA1E15" w:rsidRDefault="00FA1E15"/>
    <w:p w14:paraId="28D10B55" w14:textId="02587E5C" w:rsidR="00FA1E15" w:rsidRDefault="00000000">
      <w:pPr>
        <w:pStyle w:val="CaptionStyle"/>
        <w:spacing w:before="40" w:after="0"/>
        <w:jc w:val="center"/>
      </w:pPr>
      <w:bookmarkStart w:id="169" w:name="_Toc240364096"/>
      <w:r>
        <w:t xml:space="preserve">Table </w:t>
      </w:r>
      <w:bookmarkStart w:id="170" w:name="results_elec_generation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36</w:t>
      </w:r>
      <w:r>
        <w:fldChar w:fldCharType="end"/>
      </w:r>
      <w:bookmarkStart w:id="171" w:name="results_elec_generation_tab_2"/>
      <w:bookmarkEnd w:id="170"/>
      <w:bookmarkEnd w:id="171"/>
      <w:r>
        <w:t>: Scenario 2: Electricity generation and import</w:t>
      </w:r>
      <w:bookmarkEnd w:id="16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17EF5285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6AC7C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Technology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21E91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9CF11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Share</w:t>
            </w:r>
          </w:p>
        </w:tc>
      </w:tr>
      <w:tr w:rsidR="00FA1E15" w14:paraId="694A704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3D6C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741B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365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4B5D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50.6 %</w:t>
            </w:r>
          </w:p>
        </w:tc>
      </w:tr>
      <w:tr w:rsidR="00FA1E15" w14:paraId="69DBE8C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C197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Renewable electricity generation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D455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D0D0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33.7 %</w:t>
            </w:r>
          </w:p>
        </w:tc>
      </w:tr>
      <w:tr w:rsidR="00FA1E15" w14:paraId="140E390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7F48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Share 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08A2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58A7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33.7 %</w:t>
            </w:r>
          </w:p>
        </w:tc>
      </w:tr>
      <w:tr w:rsidR="00FA1E15" w14:paraId="01F669A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AE93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Electricity </w:t>
            </w:r>
            <w:proofErr w:type="gramStart"/>
            <w:r>
              <w:rPr>
                <w:sz w:val="20"/>
              </w:rPr>
              <w:t>import</w:t>
            </w:r>
            <w:proofErr w:type="gramEnd"/>
            <w:r>
              <w:rPr>
                <w:sz w:val="20"/>
              </w:rPr>
              <w:t xml:space="preserve"> from grid (energy hub)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4F9E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8066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15.8 %</w:t>
            </w:r>
          </w:p>
        </w:tc>
      </w:tr>
      <w:tr w:rsidR="00FA1E15" w14:paraId="660D0CA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40D9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DE50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Self-sufficiency (autarky) rate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BB49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84 %</w:t>
            </w:r>
          </w:p>
        </w:tc>
      </w:tr>
      <w:tr w:rsidR="00FA1E15" w14:paraId="74118D6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AB68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D1A4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Self-consumption rate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91E5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96 %</w:t>
            </w:r>
          </w:p>
        </w:tc>
      </w:tr>
    </w:tbl>
    <w:p w14:paraId="606A2F4F" w14:textId="77777777" w:rsidR="00FA1E15" w:rsidRDefault="00FA1E15"/>
    <w:p w14:paraId="64A5DECF" w14:textId="7FF1B0CD" w:rsidR="00FA1E15" w:rsidRDefault="00000000">
      <w:pPr>
        <w:pStyle w:val="CaptionStyle"/>
        <w:spacing w:before="40" w:after="0"/>
        <w:jc w:val="center"/>
      </w:pPr>
      <w:bookmarkStart w:id="172" w:name="_Toc240364097"/>
      <w:r>
        <w:t xml:space="preserve">Table </w:t>
      </w:r>
      <w:bookmarkStart w:id="173" w:name="results_heat_generation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37</w:t>
      </w:r>
      <w:r>
        <w:fldChar w:fldCharType="end"/>
      </w:r>
      <w:bookmarkStart w:id="174" w:name="results_heat_generation_tab_2"/>
      <w:bookmarkEnd w:id="173"/>
      <w:bookmarkEnd w:id="174"/>
      <w:r>
        <w:t>: Scenario 2: Heat generation and import</w:t>
      </w:r>
      <w:bookmarkEnd w:id="17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1047B2AE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A61A7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Technology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F6C86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energy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16DE7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Share</w:t>
            </w:r>
          </w:p>
        </w:tc>
      </w:tr>
      <w:tr w:rsidR="00FA1E15" w14:paraId="6C57EC9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9E75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1678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522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2AAD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54.3 %</w:t>
            </w:r>
          </w:p>
        </w:tc>
      </w:tr>
      <w:tr w:rsidR="00FA1E15" w14:paraId="325CD1A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1D7C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2F0A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440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BF13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45.7 %</w:t>
            </w:r>
          </w:p>
        </w:tc>
      </w:tr>
    </w:tbl>
    <w:p w14:paraId="2DE2A7CA" w14:textId="77777777" w:rsidR="00FA1E15" w:rsidRDefault="00FA1E15"/>
    <w:p w14:paraId="6B4BC0DA" w14:textId="77777777" w:rsidR="00FA1E15" w:rsidRDefault="00000000">
      <w:r>
        <w:rPr>
          <w:b/>
          <w:sz w:val="28"/>
        </w:rPr>
        <w:t>Emissions and primary energy</w:t>
      </w:r>
    </w:p>
    <w:p w14:paraId="54326E8B" w14:textId="3A05CCFB" w:rsidR="00FA1E15" w:rsidRDefault="00000000">
      <w:pPr>
        <w:pStyle w:val="CaptionStyle"/>
        <w:spacing w:before="40" w:after="0"/>
        <w:jc w:val="center"/>
      </w:pPr>
      <w:bookmarkStart w:id="175" w:name="_Toc240364098"/>
      <w:r>
        <w:t xml:space="preserve">Table </w:t>
      </w:r>
      <w:bookmarkStart w:id="176" w:name="results_emission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38</w:t>
      </w:r>
      <w:r>
        <w:fldChar w:fldCharType="end"/>
      </w:r>
      <w:bookmarkStart w:id="177" w:name="results_emissions_tab_2"/>
      <w:bookmarkEnd w:id="176"/>
      <w:bookmarkEnd w:id="177"/>
      <w:r>
        <w:t>: Scenario 2: Emissions</w:t>
      </w:r>
      <w:bookmarkEnd w:id="17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A1E15" w14:paraId="25E17592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DC7B4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15F6D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Spec. emissions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4EE97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023AC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sum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3A41B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9CE2E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CO₂ emissions</w:t>
            </w:r>
          </w:p>
        </w:tc>
      </w:tr>
      <w:tr w:rsidR="00FA1E15" w14:paraId="38188C2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6829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import (energy hub)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1C17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BC67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E5FE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114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5ACF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E3E6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39.9 t</w:t>
            </w:r>
          </w:p>
        </w:tc>
      </w:tr>
      <w:tr w:rsidR="00FA1E15" w14:paraId="66DB98C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C568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42B5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32E1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FB4B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25.9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99B9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5EB1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 t</w:t>
            </w:r>
          </w:p>
        </w:tc>
      </w:tr>
      <w:tr w:rsidR="00FA1E15" w14:paraId="71C08D67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80C4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Natural gas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EE75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19BC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5C29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1,043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B02A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5C44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261 t</w:t>
            </w:r>
          </w:p>
        </w:tc>
      </w:tr>
      <w:tr w:rsidR="00FA1E15" w14:paraId="7AD372DE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FD90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heating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AB76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F0F5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F859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835A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29A6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t</w:t>
            </w:r>
          </w:p>
        </w:tc>
      </w:tr>
      <w:tr w:rsidR="00FA1E15" w14:paraId="0D17B1B9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EAB9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cooling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D800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9D1A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1322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2323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139A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t</w:t>
            </w:r>
          </w:p>
        </w:tc>
      </w:tr>
      <w:tr w:rsidR="00FA1E15" w14:paraId="5AF0573F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09B8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EBC2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9E44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B54F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Sum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C97C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AE25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301 t</w:t>
            </w:r>
          </w:p>
        </w:tc>
      </w:tr>
    </w:tbl>
    <w:p w14:paraId="514FE74C" w14:textId="77777777" w:rsidR="00FA1E15" w:rsidRDefault="00FA1E15"/>
    <w:p w14:paraId="01693F88" w14:textId="31E2388E" w:rsidR="00FA1E15" w:rsidRDefault="00000000">
      <w:pPr>
        <w:pStyle w:val="CaptionStyle"/>
        <w:spacing w:before="40" w:after="0"/>
        <w:jc w:val="center"/>
      </w:pPr>
      <w:bookmarkStart w:id="178" w:name="_Toc240364099"/>
      <w:r>
        <w:t xml:space="preserve">Table </w:t>
      </w:r>
      <w:bookmarkStart w:id="179" w:name="results_primary_energy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39</w:t>
      </w:r>
      <w:r>
        <w:fldChar w:fldCharType="end"/>
      </w:r>
      <w:bookmarkStart w:id="180" w:name="results_primary_energy_tab_2"/>
      <w:bookmarkEnd w:id="179"/>
      <w:bookmarkEnd w:id="180"/>
      <w:r>
        <w:t>: Scenario 2: Primary energy factor</w:t>
      </w:r>
      <w:bookmarkEnd w:id="17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A1E15" w14:paraId="5488BF9C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DB6ED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lastRenderedPageBreak/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DC69C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Primary energy factor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76E67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18F83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sum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19B2A3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5478A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Primary energy</w:t>
            </w:r>
          </w:p>
        </w:tc>
      </w:tr>
      <w:tr w:rsidR="00FA1E15" w14:paraId="782D5A9C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2BB3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import (energy hub)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8816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DDE4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8181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114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6394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5085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205 MWh</w:t>
            </w:r>
          </w:p>
        </w:tc>
      </w:tr>
      <w:tr w:rsidR="00FA1E15" w14:paraId="4C4365BA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FA0A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685B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9B2D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2972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25.9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1B82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5830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- 0 MWh</w:t>
            </w:r>
          </w:p>
        </w:tc>
      </w:tr>
      <w:tr w:rsidR="00FA1E15" w14:paraId="2698016E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A26E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Natural gas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7728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615E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6B92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1,043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EBC9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A66C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1,147 MWh</w:t>
            </w:r>
          </w:p>
        </w:tc>
      </w:tr>
      <w:tr w:rsidR="00FA1E15" w14:paraId="72B72FD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7BA4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heating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50ED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0.6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B8CC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8529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9C07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D38C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MWh</w:t>
            </w:r>
          </w:p>
        </w:tc>
      </w:tr>
      <w:tr w:rsidR="00FA1E15" w14:paraId="6E43255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B309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District cooling import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7B59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0.8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1BE1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9603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0FF8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BFDB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  0 MWh</w:t>
            </w:r>
          </w:p>
        </w:tc>
      </w:tr>
      <w:tr w:rsidR="00FA1E15" w14:paraId="50E8D5F7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FB52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9D48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E972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D4BB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Sum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38E1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2E43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1,353 MWh</w:t>
            </w:r>
          </w:p>
        </w:tc>
      </w:tr>
    </w:tbl>
    <w:p w14:paraId="0F6542C5" w14:textId="77777777" w:rsidR="00FA1E15" w:rsidRDefault="00FA1E15"/>
    <w:p w14:paraId="3ABF3178" w14:textId="77777777" w:rsidR="00FA1E15" w:rsidRDefault="00000000">
      <w:pPr>
        <w:pStyle w:val="berschrift3"/>
      </w:pPr>
      <w:bookmarkStart w:id="181" w:name="cha_3_economic_results_num"/>
      <w:bookmarkStart w:id="182" w:name="_Toc240364041"/>
      <w:r>
        <w:rPr>
          <w:color w:val="000000"/>
          <w:sz w:val="32"/>
        </w:rPr>
        <w:t xml:space="preserve">2.2.4 </w:t>
      </w:r>
      <w:bookmarkEnd w:id="181"/>
      <w:r>
        <w:rPr>
          <w:color w:val="000000"/>
          <w:sz w:val="32"/>
        </w:rPr>
        <w:t>Economic results</w:t>
      </w:r>
      <w:bookmarkEnd w:id="182"/>
    </w:p>
    <w:p w14:paraId="53D9A162" w14:textId="77777777" w:rsidR="00FA1E15" w:rsidRDefault="00000000">
      <w:r>
        <w:rPr>
          <w:b/>
          <w:sz w:val="28"/>
        </w:rPr>
        <w:t>Summary</w:t>
      </w:r>
    </w:p>
    <w:p w14:paraId="5F110FCE" w14:textId="6C0DE3DA" w:rsidR="00FA1E15" w:rsidRDefault="00000000">
      <w:pPr>
        <w:pStyle w:val="CaptionStyle"/>
        <w:spacing w:before="40" w:after="0"/>
        <w:jc w:val="center"/>
      </w:pPr>
      <w:bookmarkStart w:id="183" w:name="_Toc240364100"/>
      <w:r>
        <w:t xml:space="preserve">Table </w:t>
      </w:r>
      <w:bookmarkStart w:id="184" w:name="results_economic_kpi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40</w:t>
      </w:r>
      <w:r>
        <w:fldChar w:fldCharType="end"/>
      </w:r>
      <w:bookmarkStart w:id="185" w:name="results_economic_kpis_tab_2"/>
      <w:bookmarkEnd w:id="184"/>
      <w:bookmarkEnd w:id="185"/>
      <w:r>
        <w:t>: Scenario 2: Economic KPIs</w:t>
      </w:r>
      <w:bookmarkEnd w:id="18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35F0CD27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C983E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7A4BC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478F4CA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FB31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 present value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9692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+ 458,831 €</w:t>
            </w:r>
          </w:p>
        </w:tc>
      </w:tr>
      <w:tr w:rsidR="00FA1E15" w14:paraId="7F7BB97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7CE2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Amortization period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1AC8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 years</w:t>
            </w:r>
          </w:p>
        </w:tc>
      </w:tr>
      <w:tr w:rsidR="00FA1E15" w14:paraId="6B78D65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877F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Internal rate of return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2C4C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7.3 %</w:t>
            </w:r>
          </w:p>
        </w:tc>
      </w:tr>
      <w:tr w:rsidR="00FA1E15" w14:paraId="2A478F0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C34D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costs (excl. sales revenues)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9334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4,105,798.0 €</w:t>
            </w:r>
          </w:p>
        </w:tc>
      </w:tr>
      <w:tr w:rsidR="00FA1E15" w14:paraId="56DF114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47DA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Levelized costs of energy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A325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0.255 €/kWh</w:t>
            </w:r>
          </w:p>
        </w:tc>
      </w:tr>
      <w:tr w:rsidR="00FA1E15" w14:paraId="1451875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A701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Annual energy costs per floor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F064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48.46 €/m²</w:t>
            </w:r>
          </w:p>
        </w:tc>
      </w:tr>
      <w:tr w:rsidR="00FA1E15" w14:paraId="0E0BCD8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C23B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Monthly energy costs per floor area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7BD7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4.04 €/m²</w:t>
            </w:r>
          </w:p>
        </w:tc>
      </w:tr>
    </w:tbl>
    <w:p w14:paraId="75D94514" w14:textId="77777777" w:rsidR="00FA1E15" w:rsidRDefault="00FA1E15"/>
    <w:p w14:paraId="2B3C0C93" w14:textId="4BD0B6E9" w:rsidR="00FA1E15" w:rsidRDefault="00000000">
      <w:pPr>
        <w:pStyle w:val="CaptionStyle"/>
        <w:spacing w:before="40" w:after="0"/>
        <w:jc w:val="center"/>
      </w:pPr>
      <w:bookmarkStart w:id="186" w:name="_Toc240364101"/>
      <w:r>
        <w:t xml:space="preserve">Table </w:t>
      </w:r>
      <w:bookmarkStart w:id="187" w:name="results_subsidy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41</w:t>
      </w:r>
      <w:r>
        <w:fldChar w:fldCharType="end"/>
      </w:r>
      <w:bookmarkStart w:id="188" w:name="results_subsidy_tab_2"/>
      <w:bookmarkEnd w:id="187"/>
      <w:bookmarkEnd w:id="188"/>
      <w:r>
        <w:t>: Scenario 2: Subsidies</w:t>
      </w:r>
      <w:bookmarkEnd w:id="18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0E56D4B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9BB24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B6370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</w:tr>
      <w:tr w:rsidR="00FA1E15" w14:paraId="28995ED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9E99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Initial investment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7A94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3,330,428.0 €</w:t>
            </w:r>
          </w:p>
        </w:tc>
      </w:tr>
      <w:tr w:rsidR="00FA1E15" w14:paraId="67A5D02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D82F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 on initial investment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A51F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1,020,584.0 €</w:t>
            </w:r>
          </w:p>
        </w:tc>
      </w:tr>
      <w:tr w:rsidR="00FA1E15" w14:paraId="005C328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2E4C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 rate for initial investment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3E1F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30.6 %</w:t>
            </w:r>
          </w:p>
        </w:tc>
      </w:tr>
      <w:tr w:rsidR="00FA1E15" w14:paraId="5BB7A8A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0B0D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costs (excl. all revenues and subsidies)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14CA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5,139,292 €</w:t>
            </w:r>
          </w:p>
        </w:tc>
      </w:tr>
      <w:tr w:rsidR="00FA1E15" w14:paraId="1639BC9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CDC7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subsidy in observation period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784D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1,070,433 €</w:t>
            </w:r>
          </w:p>
        </w:tc>
      </w:tr>
      <w:tr w:rsidR="00FA1E15" w14:paraId="11EDBA2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05BD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 rate (total)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4CA1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20.8 %</w:t>
            </w:r>
          </w:p>
        </w:tc>
      </w:tr>
    </w:tbl>
    <w:p w14:paraId="680B1998" w14:textId="77777777" w:rsidR="00FA1E15" w:rsidRDefault="00FA1E15"/>
    <w:p w14:paraId="0CE1DB9A" w14:textId="77777777" w:rsidR="00FA1E15" w:rsidRDefault="00000000">
      <w:r>
        <w:rPr>
          <w:b/>
          <w:sz w:val="28"/>
        </w:rPr>
        <w:t>Cost and revenue details</w:t>
      </w:r>
    </w:p>
    <w:p w14:paraId="4FB24E54" w14:textId="3BC499FA" w:rsidR="00FA1E15" w:rsidRDefault="00000000">
      <w:pPr>
        <w:pStyle w:val="CaptionStyle"/>
        <w:spacing w:before="40" w:after="0"/>
        <w:jc w:val="center"/>
      </w:pPr>
      <w:bookmarkStart w:id="189" w:name="_Toc240364102"/>
      <w:r>
        <w:t xml:space="preserve">Table </w:t>
      </w:r>
      <w:bookmarkStart w:id="190" w:name="results_cash_flow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42</w:t>
      </w:r>
      <w:r>
        <w:fldChar w:fldCharType="end"/>
      </w:r>
      <w:bookmarkStart w:id="191" w:name="results_cash_flow_tab_2"/>
      <w:bookmarkEnd w:id="190"/>
      <w:bookmarkEnd w:id="191"/>
      <w:r>
        <w:t>: Scenario 2: Cost breakdown in €</w:t>
      </w:r>
      <w:bookmarkEnd w:id="18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95"/>
        <w:gridCol w:w="1029"/>
        <w:gridCol w:w="1029"/>
        <w:gridCol w:w="921"/>
        <w:gridCol w:w="922"/>
        <w:gridCol w:w="922"/>
        <w:gridCol w:w="694"/>
        <w:gridCol w:w="922"/>
        <w:gridCol w:w="922"/>
      </w:tblGrid>
      <w:tr w:rsidR="00FA1E15" w14:paraId="4F47B478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0673CC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38777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Sum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EFF75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2027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95775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2028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B310D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2029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3D028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2030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39FA4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5E794C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2046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E6C64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2047</w:t>
            </w:r>
          </w:p>
        </w:tc>
      </w:tr>
      <w:tr w:rsidR="00FA1E15" w14:paraId="1DF19C1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E346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Total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1ED1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-458,830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6A38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1,933,844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08D6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lastRenderedPageBreak/>
              <w:t>161,711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279A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-</w:t>
            </w:r>
            <w:r>
              <w:rPr>
                <w:b/>
                <w:sz w:val="20"/>
              </w:rPr>
              <w:lastRenderedPageBreak/>
              <w:t>154,011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722A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-</w:t>
            </w:r>
            <w:r>
              <w:rPr>
                <w:b/>
                <w:sz w:val="20"/>
              </w:rPr>
              <w:lastRenderedPageBreak/>
              <w:t>146,677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C94F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FCAA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-67,194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290D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lastRenderedPageBreak/>
              <w:t>423,402</w:t>
            </w:r>
          </w:p>
        </w:tc>
      </w:tr>
      <w:tr w:rsidR="00FA1E15" w14:paraId="19EBEE9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FD33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Investment cost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B67A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3,053,801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96C8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3,330,428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A2B0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6A34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5A2E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BAD0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CFDB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1669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-359,407</w:t>
            </w:r>
          </w:p>
        </w:tc>
      </w:tr>
      <w:tr w:rsidR="00FA1E15" w14:paraId="0D9BBA7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2BEF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Building energy systems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85EA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533,111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89B2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607,830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8A86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51C6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2B7F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BE17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87A5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F6D6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-74,718</w:t>
            </w:r>
          </w:p>
        </w:tc>
      </w:tr>
      <w:tr w:rsidR="00FA1E15" w14:paraId="27913F3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4E07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81CA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4C3C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B929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8865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AA7A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3A9C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7FBE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B5B9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-94</w:t>
            </w:r>
          </w:p>
        </w:tc>
      </w:tr>
      <w:tr w:rsidR="00FA1E15" w14:paraId="3468676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3409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6468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07D0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D6BE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5ED1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8A0C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FE16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9ED8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D6A4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75F25E5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536B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4A37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24,671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3F57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24,671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FC7B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1E74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6A02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E0EC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DA16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A368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7D03F94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1995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7635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82,005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E137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82,005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10E9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DA41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0D6E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553E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5072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3E60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2BA38C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7EC7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B18D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77,242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8873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77,242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B5DD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FD9F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EB54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12C3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EA65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3CE21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A3BF9A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216C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410A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65,341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86F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74,730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2209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E2E7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EAC5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A8A6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F940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27E2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-9,388</w:t>
            </w:r>
          </w:p>
        </w:tc>
      </w:tr>
      <w:tr w:rsidR="00FA1E15" w14:paraId="534BD4D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E430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1E47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262,256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BB1B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323,152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258D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BA78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BEE9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0EE5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8926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A8BC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-60,896</w:t>
            </w:r>
          </w:p>
        </w:tc>
      </w:tr>
      <w:tr w:rsidR="00FA1E15" w14:paraId="7563EB3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324A2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5282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14,850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6BBA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19,189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D24B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9FCB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5FF0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9008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95E8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17C8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-4,339</w:t>
            </w:r>
          </w:p>
        </w:tc>
      </w:tr>
      <w:tr w:rsidR="00FA1E15" w14:paraId="6FC5FC3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4303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network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E48F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1,030,511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5E37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1,269,798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96A9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DF02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801D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F21A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F150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A7C1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-239,286</w:t>
            </w:r>
          </w:p>
        </w:tc>
      </w:tr>
      <w:tr w:rsidR="00FA1E15" w14:paraId="17FDDFC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692F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4E69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418,062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4396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515,137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E9C7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A067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A577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DC1E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7B95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13CF2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-97,075</w:t>
            </w:r>
          </w:p>
        </w:tc>
      </w:tr>
      <w:tr w:rsidR="00FA1E15" w14:paraId="32AE746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7FD2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B0E6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612,448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8B21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754,660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9C66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1598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7C59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7526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5A92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BA7F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-142,211</w:t>
            </w:r>
          </w:p>
        </w:tc>
      </w:tr>
      <w:tr w:rsidR="00FA1E15" w14:paraId="534D5B9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B4B2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2D77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1,210,178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45D8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1,172,800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9A19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BF91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33AD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988C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454A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3689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-45,402</w:t>
            </w:r>
          </w:p>
        </w:tc>
      </w:tr>
      <w:tr w:rsidR="00FA1E15" w14:paraId="25720F1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C069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AAC0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218,078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A3AC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180,700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1D5A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2F77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F71E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67E8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5970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4E50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-45,402</w:t>
            </w:r>
          </w:p>
        </w:tc>
      </w:tr>
      <w:tr w:rsidR="00FA1E15" w14:paraId="0B9011C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B9DD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639F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276,100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E09F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276,100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5408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D630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18F5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A0D1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9BCE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5A5C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119C06E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06E5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AA89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704,000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5D0A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704,000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58FB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BC2E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52F0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DF57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1C51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803C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39BB43F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C2BB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A655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2A18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0108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AE03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D03D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D7D5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18DF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557D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672FDD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2BB0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1C20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280,000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285A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280,000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2F31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8F9C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80DC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9889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EC1D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2BD4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4059859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8027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Gebäude 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8673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1908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76A7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F6A5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43C3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B3B6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779C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CA1A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6AF7D68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6783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37DF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8932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7608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842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9165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FFC8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AD79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0A94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57F6015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EE76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5175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217B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8762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CB50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E845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CACE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657A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2BEB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7977112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9F16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Maintenance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26F5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686,732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B7D4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59B0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52,481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D5D0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49,982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BB3D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47,601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342C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9077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21,806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3D5F2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20,768</w:t>
            </w:r>
          </w:p>
        </w:tc>
      </w:tr>
      <w:tr w:rsidR="00FA1E15" w14:paraId="5A927D6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DA37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Building energy systems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8189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89,356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806E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24FE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6,828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56D7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6,503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9513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6,193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0E67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B834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2,837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BB03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2,702</w:t>
            </w:r>
          </w:p>
        </w:tc>
      </w:tr>
      <w:tr w:rsidR="00FA1E15" w14:paraId="4863895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E1BE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Electric heating </w:t>
            </w:r>
            <w:r>
              <w:rPr>
                <w:sz w:val="20"/>
              </w:rPr>
              <w:lastRenderedPageBreak/>
              <w:t>rod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4C4A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155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E46B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F167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15FF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FC45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F540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B4B6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D62C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</w:t>
            </w:r>
          </w:p>
        </w:tc>
      </w:tr>
      <w:tr w:rsidR="00FA1E15" w14:paraId="181C861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99B4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BE3F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696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9F06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CE1C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2204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220C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3F84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D683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7881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</w:t>
            </w:r>
          </w:p>
        </w:tc>
      </w:tr>
      <w:tr w:rsidR="00FA1E15" w14:paraId="6B330A6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4FD3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607F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6,149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FE98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391F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88DD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94D4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426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B576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9B49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56E2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185</w:t>
            </w:r>
          </w:p>
        </w:tc>
      </w:tr>
      <w:tr w:rsidR="00FA1E15" w14:paraId="2473763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2287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AD81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20,439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4413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A9DF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E7F7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106B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1,416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F656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5954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053F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618</w:t>
            </w:r>
          </w:p>
        </w:tc>
      </w:tr>
      <w:tr w:rsidR="00FA1E15" w14:paraId="4F4743F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8BF3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F635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19,252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8145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4F95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2F9A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552D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BECB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859B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A948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582</w:t>
            </w:r>
          </w:p>
        </w:tc>
      </w:tr>
      <w:tr w:rsidR="00FA1E15" w14:paraId="3AF7001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06D8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A336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40,271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5D04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7D18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3,077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1D55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2,931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557B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2,791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7CBA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1CDF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C79D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1,217</w:t>
            </w:r>
          </w:p>
        </w:tc>
      </w:tr>
      <w:tr w:rsidR="00FA1E15" w14:paraId="7B00284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CBE4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1364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0473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D0A5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667C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CE54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9B33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128C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B1CC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72</w:t>
            </w:r>
          </w:p>
        </w:tc>
      </w:tr>
      <w:tr w:rsidR="00FA1E15" w14:paraId="11E617D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158E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network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0E36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158,244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5F98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6CCF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12,093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6770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11,517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47F3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10,968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6582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5697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5,025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0B9F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4,785</w:t>
            </w:r>
          </w:p>
        </w:tc>
      </w:tr>
      <w:tr w:rsidR="00FA1E15" w14:paraId="16221AE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2CE6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8EB9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64,197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7CDD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40C0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4,906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18AB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4,672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7A25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4,449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ED36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4FA1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2,038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F12B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1,941</w:t>
            </w:r>
          </w:p>
        </w:tc>
      </w:tr>
      <w:tr w:rsidR="00FA1E15" w14:paraId="3D94510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6EA8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3A3A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94,047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D6CB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538B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7,187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11CB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6,844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B6D3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6,519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D3C56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48B0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2,986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B72F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2,844</w:t>
            </w:r>
          </w:p>
        </w:tc>
      </w:tr>
      <w:tr w:rsidR="00FA1E15" w14:paraId="00CAEF7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F61F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1188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435,392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B8A1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1DF3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33,273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186C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31,688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0C7A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30,179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C1F0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3937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13,825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10B3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13,167</w:t>
            </w:r>
          </w:p>
        </w:tc>
      </w:tr>
      <w:tr w:rsidR="00FA1E15" w14:paraId="103940E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5056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1383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180,153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9F4B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2559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13,767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E58D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13,112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7C24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12,487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8DE7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FCC6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5,720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62F4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5,448</w:t>
            </w:r>
          </w:p>
        </w:tc>
      </w:tr>
      <w:tr w:rsidR="00FA1E15" w14:paraId="3709B2F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7BE8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892B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34,408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55AD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EEF5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2,629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4B1B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2,504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72F4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1215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CF6A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348C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1,040</w:t>
            </w:r>
          </w:p>
        </w:tc>
      </w:tr>
      <w:tr w:rsidR="00FA1E15" w14:paraId="5F2BEA2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2488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8702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219,334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8712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CFA7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16,761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624A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15,963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CA8E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15,203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D8D6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9F9C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6,964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5613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6,633</w:t>
            </w:r>
          </w:p>
        </w:tc>
      </w:tr>
      <w:tr w:rsidR="00FA1E15" w14:paraId="73BFFBD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C233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475F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1,495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3337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E9F4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55CA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4AA3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5D34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A123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D0E3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</w:t>
            </w:r>
          </w:p>
        </w:tc>
      </w:tr>
      <w:tr w:rsidR="00FA1E15" w14:paraId="6D86C37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2CAB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A978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8145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507E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12A9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EC57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F031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95BB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3A7A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113</w:t>
            </w:r>
          </w:p>
        </w:tc>
      </w:tr>
      <w:tr w:rsidR="00FA1E15" w14:paraId="231743F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04E1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4FAE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D62D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893C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F162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5AA0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BA2C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5C0C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5EEF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113</w:t>
            </w:r>
          </w:p>
        </w:tc>
      </w:tr>
      <w:tr w:rsidR="00FA1E15" w14:paraId="23E0333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9635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operation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986E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124,622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D5D7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B3D0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5FC1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9,070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9FFB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8,638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7AFD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503B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171D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3,768</w:t>
            </w:r>
          </w:p>
        </w:tc>
      </w:tr>
      <w:tr w:rsidR="00FA1E15" w14:paraId="1D11CAA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1ABA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7466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124,622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81B9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C0B5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00B2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9,070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C4AE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5BDB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F728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E13D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3,768</w:t>
            </w:r>
          </w:p>
        </w:tc>
      </w:tr>
      <w:tr w:rsidR="00FA1E15" w14:paraId="0B08110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9901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EC9C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1,323,985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3B95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E68E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101,180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EA64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96,362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22C1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91,774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5EF1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697A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42,042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8C2F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40,040</w:t>
            </w:r>
          </w:p>
        </w:tc>
      </w:tr>
      <w:tr w:rsidR="00FA1E15" w14:paraId="1737566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822D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1F5A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1,323,985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EE4E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4423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101,180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19DA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96,362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D59A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91,774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A403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151A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42,042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A4B8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40,040</w:t>
            </w:r>
          </w:p>
        </w:tc>
      </w:tr>
      <w:tr w:rsidR="00FA1E15" w14:paraId="0DAF8B7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FA4D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7004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284,138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77E8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1CA2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21,714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9C4A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20,680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E718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19,695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A825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C624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9,022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6FD7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8,593</w:t>
            </w:r>
          </w:p>
        </w:tc>
      </w:tr>
      <w:tr w:rsidR="00FA1E15" w14:paraId="36C6D77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85F7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6A18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284,138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493B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6ADD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21,714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C157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20,680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3E84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19,695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60B6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570F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9,022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EDD9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8,593</w:t>
            </w:r>
          </w:p>
        </w:tc>
      </w:tr>
      <w:tr w:rsidR="00FA1E15" w14:paraId="37295BF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44C5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622D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1,039,846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8081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EF12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79,466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99B9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75,682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8117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72,078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5FDB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6321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33,020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02F9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31,447</w:t>
            </w:r>
          </w:p>
        </w:tc>
      </w:tr>
      <w:tr w:rsidR="00FA1E15" w14:paraId="0E118AC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B9F7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61BB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1,039,846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60B7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6198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79,466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2A89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75,682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F821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72,078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1F99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5148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33,020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677C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31,447</w:t>
            </w:r>
          </w:p>
        </w:tc>
      </w:tr>
      <w:tr w:rsidR="00FA1E15" w14:paraId="66C6311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06B6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Revenues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994E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-4,577,538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6E02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5AF7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-321,087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D3C8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-305,798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BDBD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-291,236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14A8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946C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-133,418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0E1E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-127,065</w:t>
            </w:r>
          </w:p>
        </w:tc>
      </w:tr>
      <w:tr w:rsidR="00FA1E15" w14:paraId="4F5C60B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55E6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Feed-in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7A3C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-12,910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66A1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3D00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-986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4949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-939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8553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-894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E2B5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620C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85FD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-390</w:t>
            </w:r>
          </w:p>
        </w:tc>
      </w:tr>
      <w:tr w:rsidR="00FA1E15" w14:paraId="07BC610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F70E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E853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C8FC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8A29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76B0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6A7F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9B94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9888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C453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-390</w:t>
            </w:r>
          </w:p>
        </w:tc>
      </w:tr>
      <w:tr w:rsidR="00FA1E15" w14:paraId="3C71DF1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E227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Cover energy demands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112B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-4,564,628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AE0A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D232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-320,101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F439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-304,858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4103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-290,341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795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A05B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-133,008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D1B0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-126,674</w:t>
            </w:r>
          </w:p>
        </w:tc>
      </w:tr>
      <w:tr w:rsidR="00FA1E15" w14:paraId="49A3A94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883D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demand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AF81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-2,096,628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FD70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E117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-160,227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5ACA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-152,597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1EE3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-145,331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09D7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91A0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-66,577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C690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-63,407</w:t>
            </w:r>
          </w:p>
        </w:tc>
      </w:tr>
      <w:tr w:rsidR="00FA1E15" w14:paraId="6BBAA03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A26D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5742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lastRenderedPageBreak/>
              <w:t>1,718,718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9ECD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30B1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lastRenderedPageBreak/>
              <w:t>131,347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06EF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lastRenderedPageBreak/>
              <w:t>125,092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2ACF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lastRenderedPageBreak/>
              <w:t>119,135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60E8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CD73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-54,577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E705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-51,978</w:t>
            </w:r>
          </w:p>
        </w:tc>
      </w:tr>
      <w:tr w:rsidR="00FA1E15" w14:paraId="54A31BF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A130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D071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-377,910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A50B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AAB2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-28,880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95CE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-27,505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257F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-26,195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9989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4937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D767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-11,428</w:t>
            </w:r>
          </w:p>
        </w:tc>
      </w:tr>
      <w:tr w:rsidR="00FA1E15" w14:paraId="551DFAA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758E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Cold demand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D689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-82,890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6876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975C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-6,334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C75D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-6,032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4F59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-5,745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F13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05C8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-2,632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F7EB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-2,506</w:t>
            </w:r>
          </w:p>
        </w:tc>
      </w:tr>
      <w:tr w:rsidR="00FA1E15" w14:paraId="63AC044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26AB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90C9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-41,833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7C9B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6C69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269B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-3,044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1B0C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-2,899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C5C7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73C2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F100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-1,265</w:t>
            </w:r>
          </w:p>
        </w:tc>
      </w:tr>
      <w:tr w:rsidR="00FA1E15" w14:paraId="20FA7F3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2C64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0B99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-41,056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13ED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8B04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4969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-2,988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5930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-2,845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AB1D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95AE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62A9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-1,241</w:t>
            </w:r>
          </w:p>
        </w:tc>
      </w:tr>
      <w:tr w:rsidR="00FA1E15" w14:paraId="07AD543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EEC0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Plug loads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62EE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-24,206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6E8B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FCC7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-1,849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7286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-1,761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AB5F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81BE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8066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E476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-732</w:t>
            </w:r>
          </w:p>
        </w:tc>
      </w:tr>
      <w:tr w:rsidR="00FA1E15" w14:paraId="7290B0D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8369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682A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-22,536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2656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C458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-1,722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9679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-1,640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B4F9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CB67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56B2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02C6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-681</w:t>
            </w:r>
          </w:p>
        </w:tc>
      </w:tr>
      <w:tr w:rsidR="00FA1E15" w14:paraId="6C941E7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DCD4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DE00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-1,669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C69B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4B25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DD1F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07FB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513E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E320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6A78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-50</w:t>
            </w:r>
          </w:p>
        </w:tc>
      </w:tr>
      <w:tr w:rsidR="00FA1E15" w14:paraId="39DE083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6096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E-mobility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6E32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-1,984,902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9A4F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FA97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-151,689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8037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-144,465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E44B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-137,586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4390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15DA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-63,030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5EE0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-60,028</w:t>
            </w:r>
          </w:p>
        </w:tc>
      </w:tr>
      <w:tr w:rsidR="00FA1E15" w14:paraId="6236C1D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ED14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2E83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-1,860,280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79FA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8C4D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-142,165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7AA7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-135,395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6650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-128,948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2DBE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EA01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-59,072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3D56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-56,259</w:t>
            </w:r>
          </w:p>
        </w:tc>
      </w:tr>
      <w:tr w:rsidR="00FA1E15" w14:paraId="123B5F4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B671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30F2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-124,622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CFD1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9885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-9,523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5712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-9,070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79B2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-8,638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C077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B7C4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02DF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-3,768</w:t>
            </w:r>
          </w:p>
        </w:tc>
      </w:tr>
      <w:tr w:rsidR="00FA1E15" w14:paraId="131D159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C24B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One-time connection fees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E9B0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1E5F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-376,000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4975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3CAA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5E63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1E03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7FA3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A09F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28BCA59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D111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Subsidy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9838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-1,070,433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C910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-1,020,584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7BB5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F472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EBBA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5377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2965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1D07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-1,507</w:t>
            </w:r>
          </w:p>
        </w:tc>
      </w:tr>
      <w:tr w:rsidR="00FA1E15" w14:paraId="249042E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2A0D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Building energy systems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5EE5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-169,064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9B37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-169,064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9F0C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B58C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CEAF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2CBA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0401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C14C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3B1C30D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6375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914B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03B5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4E1D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D4D7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5954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04EB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C348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BC8A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D10FC8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8A9E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EC41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-29,892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976C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-29,892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23E2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B073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4B4A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7593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AB33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D1C8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426D725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B36B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32E5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-129,261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A03B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-129,261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1DAA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35CD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193C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37CE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0807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1270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428853D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C8ED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460C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-7,675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4B38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-7,675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B25F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07B4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9919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8301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F02F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613D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3292EA5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0643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Heat network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4CF2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-507,919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EF37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-507,919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28FC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774C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BD65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DB44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E837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9BE4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560E27A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35E4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8060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-206,055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FE39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-206,055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F5F8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40DD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78B1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3C1D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45D0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5821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B5A6A7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1309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6728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-301,864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993E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-301,864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F5DB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EA8F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7D13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61CB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DAEB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8556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4034C9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B3EF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Energy hub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04C7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-281,600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777B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-281,600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CEE5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B85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8B02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EA7C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AD88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4B3A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694F286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9E86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A5BA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-281,600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FE95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-281,600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A96C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B104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F4AB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73A6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CCC6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F0D6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5DA7140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CCCB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Other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A066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9381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-62,000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EC9D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5371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33E0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284B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F512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C124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</w:tr>
      <w:tr w:rsidR="00FA1E15" w14:paraId="43366A9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B7F4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2640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85F2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BD9D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442F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E10A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5873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6022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2687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6BCFB58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A33B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3277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236E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-50,000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4EE0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093C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56FB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0571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E52F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4D4E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5A2C8FF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732F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lastRenderedPageBreak/>
              <w:t>Other operation costs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FF2F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-49,848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CB97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7F21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37E0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B49D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-3,455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1B77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D559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DD34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-1,507</w:t>
            </w:r>
          </w:p>
        </w:tc>
      </w:tr>
      <w:tr w:rsidR="00FA1E15" w14:paraId="0875FE7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9BEB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B393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-49,848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33A9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0827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F361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0306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1DED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2BBD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065E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-1,507</w:t>
            </w:r>
          </w:p>
        </w:tc>
      </w:tr>
    </w:tbl>
    <w:p w14:paraId="31B05282" w14:textId="77777777" w:rsidR="00FA1E15" w:rsidRDefault="00FA1E15"/>
    <w:p w14:paraId="545A03F1" w14:textId="77777777" w:rsidR="00FA1E15" w:rsidRDefault="00000000">
      <w:r>
        <w:br w:type="page"/>
      </w:r>
    </w:p>
    <w:p w14:paraId="1C560FAB" w14:textId="77777777" w:rsidR="00FA1E15" w:rsidRDefault="00000000">
      <w:pPr>
        <w:pStyle w:val="berschrift1"/>
      </w:pPr>
      <w:bookmarkStart w:id="192" w:name="cha_4_scenario_comparison_num"/>
      <w:bookmarkStart w:id="193" w:name="_Toc240364042"/>
      <w:r>
        <w:rPr>
          <w:color w:val="000000"/>
          <w:sz w:val="44"/>
        </w:rPr>
        <w:lastRenderedPageBreak/>
        <w:t xml:space="preserve">3 </w:t>
      </w:r>
      <w:bookmarkEnd w:id="192"/>
      <w:r>
        <w:rPr>
          <w:color w:val="000000"/>
          <w:sz w:val="44"/>
        </w:rPr>
        <w:t>Scenario comparison</w:t>
      </w:r>
      <w:bookmarkEnd w:id="193"/>
    </w:p>
    <w:p w14:paraId="2CA3C1CE" w14:textId="254D669F" w:rsidR="00FA1E15" w:rsidRDefault="00000000">
      <w:pPr>
        <w:pStyle w:val="CaptionStyle"/>
        <w:spacing w:before="40" w:after="0"/>
        <w:jc w:val="center"/>
      </w:pPr>
      <w:bookmarkStart w:id="194" w:name="_Toc240364103"/>
      <w:r>
        <w:t xml:space="preserve">Table </w:t>
      </w:r>
      <w:bookmarkStart w:id="195" w:name="comp_eh_sizing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43</w:t>
      </w:r>
      <w:r>
        <w:fldChar w:fldCharType="end"/>
      </w:r>
      <w:bookmarkStart w:id="196" w:name="comp_eh_sizing"/>
      <w:bookmarkEnd w:id="195"/>
      <w:bookmarkEnd w:id="196"/>
      <w:r>
        <w:t>: Optimization of the energy hub</w:t>
      </w:r>
      <w:bookmarkEnd w:id="19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65B28FE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14EB5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396F7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18E97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2B934F9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4072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7AB3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56 kWₑₗ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3D73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139 kWₑₗ</w:t>
            </w:r>
          </w:p>
        </w:tc>
      </w:tr>
      <w:tr w:rsidR="00FA1E15" w14:paraId="1D5E374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6106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54BA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224 kWₚ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77FE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251 kWₚ</w:t>
            </w:r>
          </w:p>
        </w:tc>
      </w:tr>
      <w:tr w:rsidR="00FA1E15" w14:paraId="745AA1C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7A49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58DC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030E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4E9DED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FC9B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energy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F562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342 kWₜₕ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E1FE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2423437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165F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5309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A34F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160 kWₑₗ</w:t>
            </w:r>
          </w:p>
        </w:tc>
      </w:tr>
      <w:tr w:rsidR="00FA1E15" w14:paraId="4323BA1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DF9B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66C9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55A8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555 kWh</w:t>
            </w:r>
          </w:p>
        </w:tc>
      </w:tr>
    </w:tbl>
    <w:p w14:paraId="4CA722D4" w14:textId="77777777" w:rsidR="00FA1E15" w:rsidRDefault="00FA1E15"/>
    <w:p w14:paraId="42EFFF60" w14:textId="522BC0F6" w:rsidR="00FA1E15" w:rsidRDefault="00000000">
      <w:pPr>
        <w:pStyle w:val="CaptionStyle"/>
        <w:spacing w:before="40" w:after="0"/>
        <w:jc w:val="center"/>
      </w:pPr>
      <w:bookmarkStart w:id="197" w:name="_Toc240364104"/>
      <w:r>
        <w:t xml:space="preserve">Table </w:t>
      </w:r>
      <w:bookmarkStart w:id="198" w:name="comp_economic_kpi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44</w:t>
      </w:r>
      <w:r>
        <w:fldChar w:fldCharType="end"/>
      </w:r>
      <w:bookmarkStart w:id="199" w:name="comp_economic_kpis"/>
      <w:bookmarkEnd w:id="198"/>
      <w:bookmarkEnd w:id="199"/>
      <w:r>
        <w:t>: Economic KPIs</w:t>
      </w:r>
      <w:bookmarkEnd w:id="19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24E7C7AC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C24CF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B4B9C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EB871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5847DDC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E3C8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 present value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8EFC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639,921 €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8B40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458,831 €</w:t>
            </w:r>
          </w:p>
        </w:tc>
      </w:tr>
      <w:tr w:rsidR="00FA1E15" w14:paraId="59AE41E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1509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Amortization period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248D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17 years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5742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 years</w:t>
            </w:r>
          </w:p>
        </w:tc>
      </w:tr>
      <w:tr w:rsidR="00FA1E15" w14:paraId="454AA75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2223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Internal rate of return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C3C8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7.9 %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DED2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7.3 %</w:t>
            </w:r>
          </w:p>
        </w:tc>
      </w:tr>
      <w:tr w:rsidR="00FA1E15" w14:paraId="49398E3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039C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Levelized costs of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916B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0.411 €/kWh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CC78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0.43 €/kWh</w:t>
            </w:r>
          </w:p>
        </w:tc>
      </w:tr>
      <w:tr w:rsidR="00FA1E15" w14:paraId="4DAA1FC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10C6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Levelized costs of energy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AAF1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0.244 €/kWh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013D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0.255 €/kWh</w:t>
            </w:r>
          </w:p>
        </w:tc>
      </w:tr>
      <w:tr w:rsidR="00FA1E15" w14:paraId="704F68A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91DD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Annual energy costs per floor area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FA9A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46.3 €/m²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1045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48.5 €/m²</w:t>
            </w:r>
          </w:p>
        </w:tc>
      </w:tr>
      <w:tr w:rsidR="00FA1E15" w14:paraId="5B4AA2D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6DC4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Monthly energy costs per floor area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086F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3.9 €/m²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A12D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4 €/m²</w:t>
            </w:r>
          </w:p>
        </w:tc>
      </w:tr>
    </w:tbl>
    <w:p w14:paraId="5955FED3" w14:textId="77777777" w:rsidR="00FA1E15" w:rsidRDefault="00FA1E15"/>
    <w:p w14:paraId="531DD3FF" w14:textId="60FA2E58" w:rsidR="00FA1E15" w:rsidRDefault="00000000">
      <w:pPr>
        <w:pStyle w:val="CaptionStyle"/>
        <w:spacing w:before="40" w:after="0"/>
        <w:jc w:val="center"/>
      </w:pPr>
      <w:bookmarkStart w:id="200" w:name="_Toc240364105"/>
      <w:r>
        <w:t xml:space="preserve">Table </w:t>
      </w:r>
      <w:bookmarkStart w:id="201" w:name="comp_cash_flow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45</w:t>
      </w:r>
      <w:r>
        <w:fldChar w:fldCharType="end"/>
      </w:r>
      <w:bookmarkStart w:id="202" w:name="comp_cash_flow"/>
      <w:bookmarkEnd w:id="201"/>
      <w:bookmarkEnd w:id="202"/>
      <w:r>
        <w:t>: Cost breakdown in €</w:t>
      </w:r>
      <w:bookmarkEnd w:id="20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052F878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A5AB4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4C4DA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EFC4E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186D81A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12D9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Total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3A6E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639,921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BC8C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458,831</w:t>
            </w:r>
          </w:p>
        </w:tc>
      </w:tr>
      <w:tr w:rsidR="00FA1E15" w14:paraId="77D08F1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1364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Investment cost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0E8F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-3,243,622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9193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-3,053,802</w:t>
            </w:r>
          </w:p>
        </w:tc>
      </w:tr>
      <w:tr w:rsidR="00FA1E15" w14:paraId="37D07C2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0D3E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 energy systems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346D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-492,771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4E52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-533,112</w:t>
            </w:r>
          </w:p>
        </w:tc>
      </w:tr>
      <w:tr w:rsidR="00FA1E15" w14:paraId="0188146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37E2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F9056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51A7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-1,154</w:t>
            </w:r>
          </w:p>
        </w:tc>
      </w:tr>
      <w:tr w:rsidR="00FA1E15" w14:paraId="15AF235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82F1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659C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-5,590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29CD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-5,590</w:t>
            </w:r>
          </w:p>
        </w:tc>
      </w:tr>
      <w:tr w:rsidR="00FA1E15" w14:paraId="2ACA7D9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EB64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7B36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DB29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-24,671</w:t>
            </w:r>
          </w:p>
        </w:tc>
      </w:tr>
      <w:tr w:rsidR="00FA1E15" w14:paraId="13A333F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405D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5E1C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-82,006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70FC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-82,006</w:t>
            </w:r>
          </w:p>
        </w:tc>
      </w:tr>
      <w:tr w:rsidR="00FA1E15" w14:paraId="286DE76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0C53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EBEE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-77,243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17CF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-77,243</w:t>
            </w:r>
          </w:p>
        </w:tc>
      </w:tr>
      <w:tr w:rsidR="00FA1E15" w14:paraId="369C529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534C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ABEF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-65,342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1953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-65,342</w:t>
            </w:r>
          </w:p>
        </w:tc>
      </w:tr>
      <w:tr w:rsidR="00FA1E15" w14:paraId="77BAAFE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191A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0C7B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-262,591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F5F4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-262,256</w:t>
            </w:r>
          </w:p>
        </w:tc>
      </w:tr>
      <w:tr w:rsidR="00FA1E15" w14:paraId="04B47BB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FB28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4AD3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8DE5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-14,850</w:t>
            </w:r>
          </w:p>
        </w:tc>
      </w:tr>
      <w:tr w:rsidR="00FA1E15" w14:paraId="796FD9C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FB5B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E48C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-1,015,930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6D5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-1,030,511</w:t>
            </w:r>
          </w:p>
        </w:tc>
      </w:tr>
      <w:tr w:rsidR="00FA1E15" w14:paraId="21FE696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01E3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7277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-418,063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6F6E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-418,063</w:t>
            </w:r>
          </w:p>
        </w:tc>
      </w:tr>
      <w:tr w:rsidR="00FA1E15" w14:paraId="08042CA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1EC4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6AF6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-597,867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80C4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-612,449</w:t>
            </w:r>
          </w:p>
        </w:tc>
      </w:tr>
      <w:tr w:rsidR="00FA1E15" w14:paraId="1D0F6B4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32E1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EFD7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-1,454,921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20DE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-1,210,178</w:t>
            </w:r>
          </w:p>
        </w:tc>
      </w:tr>
      <w:tr w:rsidR="00FA1E15" w14:paraId="3C3F964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9488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481E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-87,859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D3AA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-218,078</w:t>
            </w:r>
          </w:p>
        </w:tc>
      </w:tr>
      <w:tr w:rsidR="00FA1E15" w14:paraId="1025BA8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7630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4031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-246,400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BE35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-276,100</w:t>
            </w:r>
          </w:p>
        </w:tc>
      </w:tr>
      <w:tr w:rsidR="00FA1E15" w14:paraId="33C0B81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7192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Solar thermal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1F60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-400,000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B967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478EE7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62B3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7BE7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-264,662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5E4B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C6B50F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6182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CCF4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CB18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-704,000</w:t>
            </w:r>
          </w:p>
        </w:tc>
      </w:tr>
      <w:tr w:rsidR="00FA1E15" w14:paraId="617C7FB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0CD1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DA15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766E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-12,000</w:t>
            </w:r>
          </w:p>
        </w:tc>
      </w:tr>
      <w:tr w:rsidR="00FA1E15" w14:paraId="0AC369B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3CCE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C132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-456,000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B1F2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3A81856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BB65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Other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3F23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-280,000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5128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-280,000</w:t>
            </w:r>
          </w:p>
        </w:tc>
      </w:tr>
      <w:tr w:rsidR="00FA1E15" w14:paraId="0B2A894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E78C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Maintenance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FEFF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-532,172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A475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-686,732</w:t>
            </w:r>
          </w:p>
        </w:tc>
      </w:tr>
      <w:tr w:rsidR="00FA1E15" w14:paraId="4ECA465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E031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 energy systems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E409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-80,712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496C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-89,357</w:t>
            </w:r>
          </w:p>
        </w:tc>
      </w:tr>
      <w:tr w:rsidR="00FA1E15" w14:paraId="566E789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FA2E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D056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A00F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-155</w:t>
            </w:r>
          </w:p>
        </w:tc>
      </w:tr>
      <w:tr w:rsidR="00FA1E15" w14:paraId="7A095B1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14C6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128B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-697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8763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-697</w:t>
            </w:r>
          </w:p>
        </w:tc>
      </w:tr>
      <w:tr w:rsidR="00FA1E15" w14:paraId="327FC40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F771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BB72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34BE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-6,149</w:t>
            </w:r>
          </w:p>
        </w:tc>
      </w:tr>
      <w:tr w:rsidR="00FA1E15" w14:paraId="7F8AF31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9004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F859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-20,440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9A5A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-20,440</w:t>
            </w:r>
          </w:p>
        </w:tc>
      </w:tr>
      <w:tr w:rsidR="00FA1E15" w14:paraId="00EDB44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9C92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B677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-19,252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1A6D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-19,252</w:t>
            </w:r>
          </w:p>
        </w:tc>
      </w:tr>
      <w:tr w:rsidR="00FA1E15" w14:paraId="5DA32D5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28DC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A038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-40,323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99D5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-40,272</w:t>
            </w:r>
          </w:p>
        </w:tc>
      </w:tr>
      <w:tr w:rsidR="00FA1E15" w14:paraId="3FB99D5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0F1A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6FEE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0C8E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-2,391</w:t>
            </w:r>
          </w:p>
        </w:tc>
      </w:tr>
      <w:tr w:rsidR="00FA1E15" w14:paraId="0DEB4BD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D6E5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2F75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-156,006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B048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-158,245</w:t>
            </w:r>
          </w:p>
        </w:tc>
      </w:tr>
      <w:tr w:rsidR="00FA1E15" w14:paraId="6FFD0D2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C8A4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544F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-64,198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7CC0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-64,198</w:t>
            </w:r>
          </w:p>
        </w:tc>
      </w:tr>
      <w:tr w:rsidR="00FA1E15" w14:paraId="74A09A5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EE70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4F74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-91,808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3C0B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-94,047</w:t>
            </w:r>
          </w:p>
        </w:tc>
      </w:tr>
      <w:tr w:rsidR="00FA1E15" w14:paraId="0BC3418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4CFE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D11A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-291,715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0068D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-435,392</w:t>
            </w:r>
          </w:p>
        </w:tc>
      </w:tr>
      <w:tr w:rsidR="00FA1E15" w14:paraId="4FA3433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B477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66FA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-72,580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AF85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-180,154</w:t>
            </w:r>
          </w:p>
        </w:tc>
      </w:tr>
      <w:tr w:rsidR="00FA1E15" w14:paraId="541C923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56A2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AE46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-30,707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CD3F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-34,408</w:t>
            </w:r>
          </w:p>
        </w:tc>
      </w:tr>
      <w:tr w:rsidR="00FA1E15" w14:paraId="72A92E5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2248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51E3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-74,773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94A5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2613AE9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63B8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A5A6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F806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-219,335</w:t>
            </w:r>
          </w:p>
        </w:tc>
      </w:tr>
      <w:tr w:rsidR="00FA1E15" w14:paraId="7CBFEAF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1CE6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B6AB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EDA4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-1,495</w:t>
            </w:r>
          </w:p>
        </w:tc>
      </w:tr>
      <w:tr w:rsidR="00FA1E15" w14:paraId="6263C6D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A72F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DAD1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-113,655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AB08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92A1AA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D0BC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Other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E952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-3,739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10F2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-3,739</w:t>
            </w:r>
          </w:p>
        </w:tc>
      </w:tr>
      <w:tr w:rsidR="00FA1E15" w14:paraId="589B6C2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4D42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Other operation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F352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-124,622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C28C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-124,622</w:t>
            </w:r>
          </w:p>
        </w:tc>
      </w:tr>
      <w:tr w:rsidR="00FA1E15" w14:paraId="6A747BC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9069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3618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-1,311,523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5CD5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-1,323,985</w:t>
            </w:r>
          </w:p>
        </w:tc>
      </w:tr>
      <w:tr w:rsidR="00FA1E15" w14:paraId="103318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BC8E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A27A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-1,311,523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5515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-1,323,985</w:t>
            </w:r>
          </w:p>
        </w:tc>
      </w:tr>
      <w:tr w:rsidR="00FA1E15" w14:paraId="3E005AA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37CA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60F8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-550,830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2C27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-284,138</w:t>
            </w:r>
          </w:p>
        </w:tc>
      </w:tr>
      <w:tr w:rsidR="00FA1E15" w14:paraId="54AFBFE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A2E8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B0E3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-550,830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0457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-284,138</w:t>
            </w:r>
          </w:p>
        </w:tc>
      </w:tr>
      <w:tr w:rsidR="00FA1E15" w14:paraId="0E7C430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61CF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65C9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ECE7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-1,039,847</w:t>
            </w:r>
          </w:p>
        </w:tc>
      </w:tr>
      <w:tr w:rsidR="00FA1E15" w14:paraId="38BF9AA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2504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3D51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7605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-1,039,847</w:t>
            </w:r>
          </w:p>
        </w:tc>
      </w:tr>
      <w:tr w:rsidR="00FA1E15" w14:paraId="19F9EF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9E08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C0FF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-760,693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1642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D440DC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6964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4050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-760,693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4AB6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9CBAB0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D1FB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Revenues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9978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4,598,525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A6BD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4,577,538</w:t>
            </w:r>
          </w:p>
        </w:tc>
      </w:tr>
      <w:tr w:rsidR="00FA1E15" w14:paraId="4FDC7A3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6BF6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Feed-in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E885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33,897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4D7D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12,911</w:t>
            </w:r>
          </w:p>
        </w:tc>
      </w:tr>
      <w:tr w:rsidR="00FA1E15" w14:paraId="0C6D968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48AA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BA39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33,897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3D6C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12,911</w:t>
            </w:r>
          </w:p>
        </w:tc>
      </w:tr>
      <w:tr w:rsidR="00FA1E15" w14:paraId="60BBF98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33BD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Cover energy demands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0789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4,564,628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30C3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4,564,628</w:t>
            </w:r>
          </w:p>
        </w:tc>
      </w:tr>
      <w:tr w:rsidR="00FA1E15" w14:paraId="427E939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6161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demand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D8E1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2,096,628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4509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2,096,628</w:t>
            </w:r>
          </w:p>
        </w:tc>
      </w:tr>
      <w:tr w:rsidR="00FA1E15" w14:paraId="5372C53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EFDC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F7AD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1,718,718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C9A9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1,718,718</w:t>
            </w:r>
          </w:p>
        </w:tc>
      </w:tr>
      <w:tr w:rsidR="00FA1E15" w14:paraId="3738384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0417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1057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377,910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0523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377,910</w:t>
            </w:r>
          </w:p>
        </w:tc>
      </w:tr>
      <w:tr w:rsidR="00FA1E15" w14:paraId="1FAC4B0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D43E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Cold demand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7584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82,891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5DCD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82,891</w:t>
            </w:r>
          </w:p>
        </w:tc>
      </w:tr>
      <w:tr w:rsidR="00FA1E15" w14:paraId="41454E5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C7D9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F5FB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41,834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AF75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41,834</w:t>
            </w:r>
          </w:p>
        </w:tc>
      </w:tr>
      <w:tr w:rsidR="00FA1E15" w14:paraId="1222B16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DC63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E259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41,057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9542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41,057</w:t>
            </w:r>
          </w:p>
        </w:tc>
      </w:tr>
      <w:tr w:rsidR="00FA1E15" w14:paraId="17D3C24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FDB4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Plug loads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0D45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24,207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20FE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24,207</w:t>
            </w:r>
          </w:p>
        </w:tc>
      </w:tr>
      <w:tr w:rsidR="00FA1E15" w14:paraId="712DE8C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D09B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EEF2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22,537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D3A3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22,537</w:t>
            </w:r>
          </w:p>
        </w:tc>
      </w:tr>
      <w:tr w:rsidR="00FA1E15" w14:paraId="0E94680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478E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3F3C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1,670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11F9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1,670</w:t>
            </w:r>
          </w:p>
        </w:tc>
      </w:tr>
      <w:tr w:rsidR="00FA1E15" w14:paraId="647C122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6731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E-mobility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ED6E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1,984,902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AEF1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1,984,902</w:t>
            </w:r>
          </w:p>
        </w:tc>
      </w:tr>
      <w:tr w:rsidR="00FA1E15" w14:paraId="77D3A93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D275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040C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1,860,280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6146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1,860,280</w:t>
            </w:r>
          </w:p>
        </w:tc>
      </w:tr>
      <w:tr w:rsidR="00FA1E15" w14:paraId="4675654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1016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Capacity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390C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124,622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B16B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124,622</w:t>
            </w:r>
          </w:p>
        </w:tc>
      </w:tr>
      <w:tr w:rsidR="00FA1E15" w14:paraId="6255B52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BAA6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One-time connection fees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9D58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376,000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6BD8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376,000</w:t>
            </w:r>
          </w:p>
        </w:tc>
      </w:tr>
      <w:tr w:rsidR="00FA1E15" w14:paraId="79AB591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134E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Subsidy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C943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1,253,335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335E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1,070,433</w:t>
            </w:r>
          </w:p>
        </w:tc>
      </w:tr>
      <w:tr w:rsidR="00FA1E15" w14:paraId="141F265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8658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Building energy systems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0B30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161,554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3D98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169,065</w:t>
            </w:r>
          </w:p>
        </w:tc>
      </w:tr>
      <w:tr w:rsidR="00FA1E15" w14:paraId="5AE2EF7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0EA4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El. hot water heater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C32A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2,236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4AA6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2,236</w:t>
            </w:r>
          </w:p>
        </w:tc>
      </w:tr>
      <w:tr w:rsidR="00FA1E15" w14:paraId="6E7162F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0A90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670A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29,892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1241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29,892</w:t>
            </w:r>
          </w:p>
        </w:tc>
      </w:tr>
      <w:tr w:rsidR="00FA1E15" w14:paraId="4EEDAA3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EDFC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F579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129,426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4422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129,261</w:t>
            </w:r>
          </w:p>
        </w:tc>
      </w:tr>
      <w:tr w:rsidR="00FA1E15" w14:paraId="16A30F7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A83F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930F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CF16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7,676</w:t>
            </w:r>
          </w:p>
        </w:tc>
      </w:tr>
      <w:tr w:rsidR="00FA1E15" w14:paraId="30E5207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9492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network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B6F6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500,732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20FF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507,919</w:t>
            </w:r>
          </w:p>
        </w:tc>
      </w:tr>
      <w:tr w:rsidR="00FA1E15" w14:paraId="415B3DC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1A41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Connection pipe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5488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206,055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FC7D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206,055</w:t>
            </w:r>
          </w:p>
        </w:tc>
      </w:tr>
      <w:tr w:rsidR="00FA1E15" w14:paraId="4963306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5ED7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Distribution pipe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7D8D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294,677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9B35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301,864</w:t>
            </w:r>
          </w:p>
        </w:tc>
      </w:tr>
      <w:tr w:rsidR="00FA1E15" w14:paraId="088EF5C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44BD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hub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3062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479,200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4E8D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281,600</w:t>
            </w:r>
          </w:p>
        </w:tc>
      </w:tr>
      <w:tr w:rsidR="00FA1E15" w14:paraId="3137CB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7869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743D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160,000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7777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A0C2F7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7733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EE8A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136,800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324E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BBBE1A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8520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4914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A512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281,600</w:t>
            </w:r>
          </w:p>
        </w:tc>
      </w:tr>
      <w:tr w:rsidR="00FA1E15" w14:paraId="01A7F2B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CD6B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95D2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182,400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C89F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0704EB8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1800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Other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C5A4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62,000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56AB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62,000</w:t>
            </w:r>
          </w:p>
        </w:tc>
      </w:tr>
      <w:tr w:rsidR="00FA1E15" w14:paraId="66BF422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CC98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Other operation costs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0417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49,849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07A7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49,849</w:t>
            </w:r>
          </w:p>
        </w:tc>
      </w:tr>
    </w:tbl>
    <w:p w14:paraId="525A3BA5" w14:textId="77777777" w:rsidR="00FA1E15" w:rsidRDefault="00FA1E15"/>
    <w:p w14:paraId="6AAF027A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35B4C5CF" wp14:editId="73156DF0">
            <wp:extent cx="5486400" cy="2743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04D8" w14:textId="02493837" w:rsidR="00FA1E15" w:rsidRDefault="00000000">
      <w:pPr>
        <w:pStyle w:val="CaptionStyle"/>
        <w:spacing w:before="40" w:after="0"/>
        <w:jc w:val="center"/>
      </w:pPr>
      <w:bookmarkStart w:id="203" w:name="_Toc240364156"/>
      <w:r>
        <w:lastRenderedPageBreak/>
        <w:t xml:space="preserve">Figure </w:t>
      </w:r>
      <w:bookmarkStart w:id="204" w:name="scenario_comparison_specific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16</w:t>
      </w:r>
      <w:r>
        <w:fldChar w:fldCharType="end"/>
      </w:r>
      <w:bookmarkStart w:id="205" w:name="scenario_comparison_specific_fig_2"/>
      <w:bookmarkEnd w:id="204"/>
      <w:bookmarkEnd w:id="205"/>
      <w:r>
        <w:t>: Specific costs and emissions</w:t>
      </w:r>
      <w:bookmarkEnd w:id="203"/>
    </w:p>
    <w:p w14:paraId="1069BC58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182784EE" wp14:editId="3F2351F0">
            <wp:extent cx="5486400" cy="2743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B48B2" w14:textId="34B0FD6A" w:rsidR="00FA1E15" w:rsidRDefault="00000000">
      <w:pPr>
        <w:pStyle w:val="CaptionStyle"/>
        <w:spacing w:before="40" w:after="0"/>
        <w:jc w:val="center"/>
      </w:pPr>
      <w:bookmarkStart w:id="206" w:name="_Toc240364157"/>
      <w:r>
        <w:t xml:space="preserve">Figure </w:t>
      </w:r>
      <w:bookmarkStart w:id="207" w:name="comp_absolute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17</w:t>
      </w:r>
      <w:r>
        <w:fldChar w:fldCharType="end"/>
      </w:r>
      <w:bookmarkStart w:id="208" w:name="comp_absolute"/>
      <w:bookmarkEnd w:id="207"/>
      <w:bookmarkEnd w:id="208"/>
      <w:r>
        <w:t>: Total costs and emissions</w:t>
      </w:r>
      <w:bookmarkEnd w:id="206"/>
    </w:p>
    <w:p w14:paraId="05D0AE82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490B35DC" wp14:editId="4E1E1250">
            <wp:extent cx="5486400" cy="2743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5C89" w14:textId="3C45F970" w:rsidR="00FA1E15" w:rsidRDefault="00000000">
      <w:pPr>
        <w:pStyle w:val="CaptionStyle"/>
        <w:spacing w:before="40" w:after="0"/>
        <w:jc w:val="center"/>
      </w:pPr>
      <w:bookmarkStart w:id="209" w:name="_Toc240364158"/>
      <w:r>
        <w:t xml:space="preserve">Figure </w:t>
      </w:r>
      <w:bookmarkStart w:id="210" w:name="comp_energy_import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18</w:t>
      </w:r>
      <w:r>
        <w:fldChar w:fldCharType="end"/>
      </w:r>
      <w:bookmarkStart w:id="211" w:name="comp_energy_import"/>
      <w:bookmarkEnd w:id="210"/>
      <w:bookmarkEnd w:id="211"/>
      <w:r>
        <w:t>: Energy import and feed-in</w:t>
      </w:r>
      <w:bookmarkEnd w:id="209"/>
    </w:p>
    <w:p w14:paraId="2EC1CD29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72B15549" wp14:editId="1821C3A3">
            <wp:extent cx="5486400" cy="2743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86C1E" w14:textId="6A4D8137" w:rsidR="00FA1E15" w:rsidRDefault="00000000">
      <w:pPr>
        <w:pStyle w:val="CaptionStyle"/>
        <w:spacing w:before="40" w:after="0"/>
        <w:jc w:val="center"/>
      </w:pPr>
      <w:bookmarkStart w:id="212" w:name="_Toc240364159"/>
      <w:r>
        <w:t xml:space="preserve">Figure </w:t>
      </w:r>
      <w:bookmarkStart w:id="213" w:name="energy_demand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19</w:t>
      </w:r>
      <w:r>
        <w:fldChar w:fldCharType="end"/>
      </w:r>
      <w:bookmarkStart w:id="214" w:name="energy_demand"/>
      <w:bookmarkEnd w:id="213"/>
      <w:bookmarkEnd w:id="214"/>
      <w:r>
        <w:t>: Energy demands</w:t>
      </w:r>
      <w:bookmarkEnd w:id="212"/>
    </w:p>
    <w:p w14:paraId="7E88AD03" w14:textId="1FB01631" w:rsidR="00FA1E15" w:rsidRDefault="00000000">
      <w:pPr>
        <w:pStyle w:val="CaptionStyle"/>
        <w:spacing w:before="40" w:after="0"/>
        <w:jc w:val="center"/>
      </w:pPr>
      <w:bookmarkStart w:id="215" w:name="_Toc240364106"/>
      <w:r>
        <w:t xml:space="preserve">Table </w:t>
      </w:r>
      <w:bookmarkStart w:id="216" w:name="primary_emission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46</w:t>
      </w:r>
      <w:r>
        <w:fldChar w:fldCharType="end"/>
      </w:r>
      <w:bookmarkStart w:id="217" w:name="primary_emissions"/>
      <w:bookmarkEnd w:id="216"/>
      <w:bookmarkEnd w:id="217"/>
      <w:r>
        <w:t>: Emissions and primary energy</w:t>
      </w:r>
      <w:bookmarkEnd w:id="21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FEB2F55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C623E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001E2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36E0C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23E11E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83C2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CO₂ emissions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B8FF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108 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2E14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301 t</w:t>
            </w:r>
          </w:p>
        </w:tc>
      </w:tr>
      <w:tr w:rsidR="00FA1E15" w14:paraId="2103698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4C50D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CO₂ emissions per heat demand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C624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141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840D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392 g/kWh</w:t>
            </w:r>
          </w:p>
        </w:tc>
      </w:tr>
      <w:tr w:rsidR="00FA1E15" w14:paraId="14054F4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F37D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CO₂ emissions per energy demand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22E9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83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73F8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233 g/kWh</w:t>
            </w:r>
          </w:p>
        </w:tc>
      </w:tr>
      <w:tr w:rsidR="00FA1E15" w14:paraId="777E22A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BE80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CO₂ emissions per floor area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5C38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15.9 kg/m²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E41E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44.2 kg/m²</w:t>
            </w:r>
          </w:p>
        </w:tc>
      </w:tr>
      <w:tr w:rsidR="00FA1E15" w14:paraId="19218B4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04DA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Primary energy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414A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550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DCDD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b/>
                <w:sz w:val="20"/>
              </w:rPr>
              <w:t>1,353 MWh</w:t>
            </w:r>
          </w:p>
        </w:tc>
      </w:tr>
      <w:tr w:rsidR="00FA1E15" w14:paraId="0F785AB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E96C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Primary energy per heat demand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0582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0.72 kWh/kWh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728C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1.8 kWh/kWh</w:t>
            </w:r>
          </w:p>
        </w:tc>
      </w:tr>
      <w:tr w:rsidR="00FA1E15" w14:paraId="08CC706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3CD3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Primary energy per energy demand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7A93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0.43 kWh/kWh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827B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kWh/kWh</w:t>
            </w:r>
          </w:p>
        </w:tc>
      </w:tr>
      <w:tr w:rsidR="00FA1E15" w14:paraId="2423235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01E9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Primary energy per floor area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5E2C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81 kWh/m²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DADB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199 kWh/m²</w:t>
            </w:r>
          </w:p>
        </w:tc>
      </w:tr>
    </w:tbl>
    <w:p w14:paraId="730FFE79" w14:textId="77777777" w:rsidR="00FA1E15" w:rsidRDefault="00FA1E15"/>
    <w:p w14:paraId="47A24C70" w14:textId="77777777" w:rsidR="00FA1E15" w:rsidRDefault="00000000">
      <w:r>
        <w:br w:type="page"/>
      </w:r>
    </w:p>
    <w:p w14:paraId="385B2E7E" w14:textId="77777777" w:rsidR="00FA1E15" w:rsidRDefault="00000000">
      <w:pPr>
        <w:pStyle w:val="berschrift1"/>
      </w:pPr>
      <w:bookmarkStart w:id="218" w:name="h_appendix_num"/>
      <w:bookmarkStart w:id="219" w:name="_Toc240364043"/>
      <w:r>
        <w:rPr>
          <w:color w:val="000000"/>
          <w:sz w:val="44"/>
        </w:rPr>
        <w:lastRenderedPageBreak/>
        <w:t xml:space="preserve">4 </w:t>
      </w:r>
      <w:bookmarkEnd w:id="218"/>
      <w:r>
        <w:rPr>
          <w:color w:val="000000"/>
          <w:sz w:val="44"/>
        </w:rPr>
        <w:t>Appendix</w:t>
      </w:r>
      <w:bookmarkEnd w:id="219"/>
    </w:p>
    <w:p w14:paraId="1D136E65" w14:textId="77777777" w:rsidR="00FA1E15" w:rsidRDefault="00000000">
      <w:r>
        <w:rPr>
          <w:b/>
          <w:sz w:val="28"/>
        </w:rPr>
        <w:t>Economic evaluation and scenario comparison</w:t>
      </w:r>
    </w:p>
    <w:p w14:paraId="0D7ECB45" w14:textId="77777777" w:rsidR="00FA1E15" w:rsidRDefault="00000000">
      <w:pPr>
        <w:pStyle w:val="berschrift2"/>
      </w:pPr>
      <w:bookmarkStart w:id="220" w:name="h_appendix_bldg_num"/>
      <w:bookmarkStart w:id="221" w:name="_Toc240364044"/>
      <w:r>
        <w:rPr>
          <w:color w:val="000000"/>
          <w:sz w:val="36"/>
        </w:rPr>
        <w:t xml:space="preserve">4.1 </w:t>
      </w:r>
      <w:bookmarkEnd w:id="220"/>
      <w:r>
        <w:rPr>
          <w:color w:val="000000"/>
          <w:sz w:val="36"/>
        </w:rPr>
        <w:t>Buildings</w:t>
      </w:r>
      <w:bookmarkEnd w:id="221"/>
    </w:p>
    <w:p w14:paraId="5448E0D8" w14:textId="77777777" w:rsidR="00FA1E15" w:rsidRDefault="00000000">
      <w:pPr>
        <w:pStyle w:val="berschrift3"/>
      </w:pPr>
      <w:bookmarkStart w:id="222" w:name="h_appendix_bldg_economics_num"/>
      <w:bookmarkStart w:id="223" w:name="_Toc240364045"/>
      <w:r>
        <w:rPr>
          <w:color w:val="000000"/>
          <w:sz w:val="32"/>
        </w:rPr>
        <w:t xml:space="preserve">4.1.1 </w:t>
      </w:r>
      <w:bookmarkEnd w:id="222"/>
      <w:r>
        <w:rPr>
          <w:color w:val="000000"/>
          <w:sz w:val="32"/>
        </w:rPr>
        <w:t>Buildings: Economic parameters</w:t>
      </w:r>
      <w:bookmarkEnd w:id="223"/>
    </w:p>
    <w:p w14:paraId="0AE6A2F3" w14:textId="3ADA427C" w:rsidR="00FA1E15" w:rsidRDefault="00000000">
      <w:pPr>
        <w:pStyle w:val="CaptionStyle"/>
        <w:spacing w:before="40" w:after="0"/>
        <w:jc w:val="center"/>
      </w:pPr>
      <w:bookmarkStart w:id="224" w:name="_Toc240364107"/>
      <w:r>
        <w:t xml:space="preserve">Table </w:t>
      </w:r>
      <w:bookmarkStart w:id="225" w:name="tech_bes_cost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47</w:t>
      </w:r>
      <w:r>
        <w:fldChar w:fldCharType="end"/>
      </w:r>
      <w:bookmarkStart w:id="226" w:name="tech_bes_costs"/>
      <w:bookmarkEnd w:id="225"/>
      <w:bookmarkEnd w:id="226"/>
      <w:r>
        <w:t>: Cost parameters decentral technologies for scenario 'Scenario 1'</w:t>
      </w:r>
      <w:bookmarkEnd w:id="22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A1E15" w14:paraId="4F3281AD" w14:textId="77777777">
        <w:trPr>
          <w:jc w:val="center"/>
        </w:trPr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4D060E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7C5432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Specific investment costs (cost data points)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451D69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Lifetime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1475E6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maintenance costs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A21D6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Subsidy</w:t>
            </w:r>
          </w:p>
        </w:tc>
      </w:tr>
      <w:tr w:rsidR="00FA1E15" w14:paraId="27C51BDA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A598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 (domestic hot water)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D35C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80 €/kW</w:t>
            </w:r>
            <w:r>
              <w:rPr>
                <w:sz w:val="20"/>
              </w:rPr>
              <w:br/>
              <w:t>10 kW: 50 €/kW</w:t>
            </w:r>
            <w:r>
              <w:rPr>
                <w:sz w:val="20"/>
              </w:rPr>
              <w:br/>
              <w:t>20 kW: 35 €/kW</w:t>
            </w:r>
            <w:r>
              <w:rPr>
                <w:sz w:val="20"/>
              </w:rPr>
              <w:br/>
              <w:t>50 kW: 18 €/kW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828C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579F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91786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  <w:tr w:rsidR="00FA1E15" w14:paraId="1DBFA07B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CA4D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0C9A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2300 €/kW</w:t>
            </w:r>
            <w:r>
              <w:rPr>
                <w:sz w:val="20"/>
              </w:rPr>
              <w:br/>
              <w:t>10 kW: 1800 €/kW</w:t>
            </w:r>
            <w:r>
              <w:rPr>
                <w:sz w:val="20"/>
              </w:rPr>
              <w:br/>
              <w:t>20 kW: 1500 €/kW</w:t>
            </w:r>
            <w:r>
              <w:rPr>
                <w:sz w:val="20"/>
              </w:rPr>
              <w:br/>
              <w:t>30 kW: 1400 €/kW</w:t>
            </w:r>
            <w:r>
              <w:rPr>
                <w:sz w:val="20"/>
              </w:rPr>
              <w:br/>
              <w:t>40 kW: 1300 €/kW</w:t>
            </w:r>
            <w:r>
              <w:rPr>
                <w:sz w:val="20"/>
              </w:rPr>
              <w:br/>
              <w:t>50 kW: 1200 €/kW</w:t>
            </w:r>
            <w:r>
              <w:rPr>
                <w:sz w:val="20"/>
              </w:rPr>
              <w:br/>
              <w:t>60 kW: 1200 €/kW</w:t>
            </w:r>
            <w:r>
              <w:rPr>
                <w:sz w:val="20"/>
              </w:rPr>
              <w:br/>
              <w:t>80 kW: 1200 €/kW</w:t>
            </w:r>
            <w:r>
              <w:rPr>
                <w:sz w:val="20"/>
              </w:rPr>
              <w:br/>
              <w:t>110 kW: 1200 €/kW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8430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43A6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4957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5BAAB10C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7C3F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A414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1300 €/kW</w:t>
            </w:r>
            <w:r>
              <w:rPr>
                <w:sz w:val="20"/>
              </w:rPr>
              <w:br/>
              <w:t>20 kW: 900 €/kW</w:t>
            </w:r>
            <w:r>
              <w:rPr>
                <w:sz w:val="20"/>
              </w:rPr>
              <w:br/>
              <w:t>100 kW: 700 €/kW</w:t>
            </w:r>
            <w:r>
              <w:rPr>
                <w:sz w:val="20"/>
              </w:rPr>
              <w:br/>
              <w:t>250 kW: 600 €/kW</w:t>
            </w:r>
            <w:r>
              <w:rPr>
                <w:sz w:val="20"/>
              </w:rPr>
              <w:br/>
              <w:t>500 kW: 450 €/kW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C01D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3F37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490D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0B2922CF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5709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06F7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130 l: 8 €/l</w:t>
            </w:r>
            <w:r>
              <w:rPr>
                <w:sz w:val="20"/>
              </w:rPr>
              <w:br/>
              <w:t>150 l: 7 €/l</w:t>
            </w:r>
            <w:r>
              <w:rPr>
                <w:sz w:val="20"/>
              </w:rPr>
              <w:br/>
              <w:t>300 l: 5.3 €/l</w:t>
            </w:r>
            <w:r>
              <w:rPr>
                <w:sz w:val="20"/>
              </w:rPr>
              <w:br/>
              <w:t>500 l: 4.8 €/l</w:t>
            </w:r>
            <w:r>
              <w:rPr>
                <w:sz w:val="20"/>
              </w:rPr>
              <w:br/>
              <w:t>1000 l: 4.5 €/l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4A58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409F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20DF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  <w:tr w:rsidR="00FA1E15" w14:paraId="3BF2E4D5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2925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8FC8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 kW: 380 €/kW</w:t>
            </w:r>
            <w:r>
              <w:rPr>
                <w:sz w:val="20"/>
              </w:rPr>
              <w:br/>
              <w:t>30 kW: 250 €/kW</w:t>
            </w:r>
            <w:r>
              <w:rPr>
                <w:sz w:val="20"/>
              </w:rPr>
              <w:br/>
              <w:t xml:space="preserve">100 kW: 150 </w:t>
            </w:r>
            <w:r>
              <w:rPr>
                <w:sz w:val="20"/>
              </w:rPr>
              <w:lastRenderedPageBreak/>
              <w:t>€/kW</w:t>
            </w:r>
            <w:r>
              <w:rPr>
                <w:sz w:val="20"/>
              </w:rPr>
              <w:br/>
              <w:t>500 kW: 85 €/kW</w:t>
            </w:r>
            <w:r>
              <w:rPr>
                <w:sz w:val="20"/>
              </w:rPr>
              <w:br/>
              <w:t>2000 kW: 55 €/kW</w:t>
            </w:r>
            <w:r>
              <w:rPr>
                <w:sz w:val="20"/>
              </w:rPr>
              <w:br/>
              <w:t>10000 kW: 34 €/kW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FAC2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40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FB63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3352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</w:tbl>
    <w:p w14:paraId="704191A6" w14:textId="77777777" w:rsidR="00FA1E15" w:rsidRDefault="00FA1E15"/>
    <w:p w14:paraId="1E7D7814" w14:textId="522D03B4" w:rsidR="00FA1E15" w:rsidRDefault="00000000">
      <w:pPr>
        <w:pStyle w:val="CaptionStyle"/>
        <w:spacing w:before="40" w:after="0"/>
        <w:jc w:val="center"/>
      </w:pPr>
      <w:bookmarkStart w:id="227" w:name="_Toc240364108"/>
      <w:r>
        <w:t xml:space="preserve">Table </w:t>
      </w:r>
      <w:bookmarkStart w:id="228" w:name="tech_bes_cost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48</w:t>
      </w:r>
      <w:r>
        <w:fldChar w:fldCharType="end"/>
      </w:r>
      <w:bookmarkStart w:id="229" w:name="tech_bes_costs_tab_2"/>
      <w:bookmarkEnd w:id="228"/>
      <w:bookmarkEnd w:id="229"/>
      <w:r>
        <w:t>: Cost parameters decentral technologies for scenario 'Scenario 2'</w:t>
      </w:r>
      <w:bookmarkEnd w:id="22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A1E15" w14:paraId="0CD6D06B" w14:textId="77777777">
        <w:trPr>
          <w:jc w:val="center"/>
        </w:trPr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4E746A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633835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Specific investment costs (cost data points)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7E595F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Lifetime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459FD8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maintenance costs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204186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Subsidy</w:t>
            </w:r>
          </w:p>
        </w:tc>
      </w:tr>
      <w:tr w:rsidR="00FA1E15" w14:paraId="718F4B15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064B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7806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 kW: 200 €/kW</w:t>
            </w:r>
            <w:r>
              <w:rPr>
                <w:sz w:val="20"/>
              </w:rPr>
              <w:br/>
              <w:t>5 kW: 100 €/kW</w:t>
            </w:r>
            <w:r>
              <w:rPr>
                <w:sz w:val="20"/>
              </w:rPr>
              <w:br/>
              <w:t>10 kW: 75 €/kW</w:t>
            </w:r>
            <w:r>
              <w:rPr>
                <w:sz w:val="20"/>
              </w:rPr>
              <w:br/>
              <w:t>20 kW: 60 €/kW</w:t>
            </w:r>
            <w:r>
              <w:rPr>
                <w:sz w:val="20"/>
              </w:rPr>
              <w:br/>
              <w:t>50 kW: 50 €/kW</w:t>
            </w:r>
            <w:r>
              <w:rPr>
                <w:sz w:val="20"/>
              </w:rPr>
              <w:br/>
              <w:t>100 kW: 40 €/kW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97C1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EF9D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814D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663786DF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404A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 heating rod (domestic hot water)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69BF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80 €/kW</w:t>
            </w:r>
            <w:r>
              <w:rPr>
                <w:sz w:val="20"/>
              </w:rPr>
              <w:br/>
              <w:t>10 kW: 50 €/kW</w:t>
            </w:r>
            <w:r>
              <w:rPr>
                <w:sz w:val="20"/>
              </w:rPr>
              <w:br/>
              <w:t>20 kW: 35 €/kW</w:t>
            </w:r>
            <w:r>
              <w:rPr>
                <w:sz w:val="20"/>
              </w:rPr>
              <w:br/>
              <w:t>50 kW: 18 €/kW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D797E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EB7D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3924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  <w:tr w:rsidR="00FA1E15" w14:paraId="5B260C81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3DFD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Ground-source heat pump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2155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3000 €/kW</w:t>
            </w:r>
            <w:r>
              <w:rPr>
                <w:sz w:val="20"/>
              </w:rPr>
              <w:br/>
              <w:t>10 kW: 2100 €/kW</w:t>
            </w:r>
            <w:r>
              <w:rPr>
                <w:sz w:val="20"/>
              </w:rPr>
              <w:br/>
              <w:t>20 kW: 1500 €/kW</w:t>
            </w:r>
            <w:r>
              <w:rPr>
                <w:sz w:val="20"/>
              </w:rPr>
              <w:br/>
              <w:t>30 kW: 1200 €/kW</w:t>
            </w:r>
            <w:r>
              <w:rPr>
                <w:sz w:val="20"/>
              </w:rPr>
              <w:br/>
              <w:t>40 kW: 1100 €/kW</w:t>
            </w:r>
            <w:r>
              <w:rPr>
                <w:sz w:val="20"/>
              </w:rPr>
              <w:br/>
              <w:t>50 kW: 1000 €/kW</w:t>
            </w:r>
            <w:r>
              <w:rPr>
                <w:sz w:val="20"/>
              </w:rPr>
              <w:br/>
              <w:t>60 kW: 900 €/kW</w:t>
            </w:r>
            <w:r>
              <w:rPr>
                <w:sz w:val="20"/>
              </w:rPr>
              <w:br/>
              <w:t>80 kW: 800 €/kW</w:t>
            </w:r>
            <w:r>
              <w:rPr>
                <w:sz w:val="20"/>
              </w:rPr>
              <w:br/>
              <w:t>110 kW: 700 €/kW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D16D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5BA5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DC86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5E4846F5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BAA3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16C2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2300 €/kW</w:t>
            </w:r>
            <w:r>
              <w:rPr>
                <w:sz w:val="20"/>
              </w:rPr>
              <w:br/>
              <w:t>10 kW: 1800 €/kW</w:t>
            </w:r>
            <w:r>
              <w:rPr>
                <w:sz w:val="20"/>
              </w:rPr>
              <w:br/>
              <w:t>20 kW: 1500 €/kW</w:t>
            </w:r>
            <w:r>
              <w:rPr>
                <w:sz w:val="20"/>
              </w:rPr>
              <w:br/>
              <w:t>30 kW: 1400 €/kW</w:t>
            </w:r>
            <w:r>
              <w:rPr>
                <w:sz w:val="20"/>
              </w:rPr>
              <w:br/>
              <w:t>40 kW: 1300 €/kW</w:t>
            </w:r>
            <w:r>
              <w:rPr>
                <w:sz w:val="20"/>
              </w:rPr>
              <w:br/>
              <w:t>50 kW: 1200 €/kW</w:t>
            </w:r>
            <w:r>
              <w:rPr>
                <w:sz w:val="20"/>
              </w:rPr>
              <w:br/>
              <w:t>60 kW: 1200 €/kW</w:t>
            </w:r>
            <w:r>
              <w:rPr>
                <w:sz w:val="20"/>
              </w:rPr>
              <w:br/>
              <w:t xml:space="preserve">80 kW: 1200 </w:t>
            </w:r>
            <w:r>
              <w:rPr>
                <w:sz w:val="20"/>
              </w:rPr>
              <w:lastRenderedPageBreak/>
              <w:t>€/kW</w:t>
            </w:r>
            <w:r>
              <w:rPr>
                <w:sz w:val="20"/>
              </w:rPr>
              <w:br/>
              <w:t>110 kW: 1200 €/kW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36045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5153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01E8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4E61A0C9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D706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chiller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20A8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1300 €/kW</w:t>
            </w:r>
            <w:r>
              <w:rPr>
                <w:sz w:val="20"/>
              </w:rPr>
              <w:br/>
              <w:t>20 kW: 900 €/kW</w:t>
            </w:r>
            <w:r>
              <w:rPr>
                <w:sz w:val="20"/>
              </w:rPr>
              <w:br/>
              <w:t>100 kW: 700 €/kW</w:t>
            </w:r>
            <w:r>
              <w:rPr>
                <w:sz w:val="20"/>
              </w:rPr>
              <w:br/>
              <w:t>250 kW: 600 €/kW</w:t>
            </w:r>
            <w:r>
              <w:rPr>
                <w:sz w:val="20"/>
              </w:rPr>
              <w:br/>
              <w:t>500 kW: 450 €/kW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FE4D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E8EA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7BF4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16C5D45D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6217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Storage (domestic hot water)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2CC3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130 l: 8 €/l</w:t>
            </w:r>
            <w:r>
              <w:rPr>
                <w:sz w:val="20"/>
              </w:rPr>
              <w:br/>
              <w:t>150 l: 7 €/l</w:t>
            </w:r>
            <w:r>
              <w:rPr>
                <w:sz w:val="20"/>
              </w:rPr>
              <w:br/>
              <w:t>300 l: 5.3 €/l</w:t>
            </w:r>
            <w:r>
              <w:rPr>
                <w:sz w:val="20"/>
              </w:rPr>
              <w:br/>
              <w:t>500 l: 4.8 €/l</w:t>
            </w:r>
            <w:r>
              <w:rPr>
                <w:sz w:val="20"/>
              </w:rPr>
              <w:br/>
              <w:t>1000 l: 4.5 €/l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650B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79F4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9BF9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  <w:tr w:rsidR="00FA1E15" w14:paraId="3756C770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70B2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transfer station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8DF2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 kW: 380 €/kW</w:t>
            </w:r>
            <w:r>
              <w:rPr>
                <w:sz w:val="20"/>
              </w:rPr>
              <w:br/>
              <w:t>30 kW: 250 €/kW</w:t>
            </w:r>
            <w:r>
              <w:rPr>
                <w:sz w:val="20"/>
              </w:rPr>
              <w:br/>
              <w:t>100 kW: 150 €/kW</w:t>
            </w:r>
            <w:r>
              <w:rPr>
                <w:sz w:val="20"/>
              </w:rPr>
              <w:br/>
              <w:t>500 kW: 85 €/kW</w:t>
            </w:r>
            <w:r>
              <w:rPr>
                <w:sz w:val="20"/>
              </w:rPr>
              <w:br/>
              <w:t>2000 kW: 55 €/kW</w:t>
            </w:r>
            <w:r>
              <w:rPr>
                <w:sz w:val="20"/>
              </w:rPr>
              <w:br/>
              <w:t>10000 kW: 34 €/kW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A9DE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C6B7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7C0E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  <w:tr w:rsidR="00FA1E15" w14:paraId="6D53569A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2DE5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boreholes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D8F2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 kW: 2500 €/kW</w:t>
            </w:r>
            <w:r>
              <w:rPr>
                <w:sz w:val="20"/>
              </w:rPr>
              <w:br/>
              <w:t>10 kW: 1800 €/kW</w:t>
            </w:r>
            <w:r>
              <w:rPr>
                <w:sz w:val="20"/>
              </w:rPr>
              <w:br/>
              <w:t>20 kW: 1500 €/kW</w:t>
            </w:r>
            <w:r>
              <w:rPr>
                <w:sz w:val="20"/>
              </w:rPr>
              <w:br/>
              <w:t>40 kW: 1400 €/kW</w:t>
            </w:r>
            <w:r>
              <w:rPr>
                <w:sz w:val="20"/>
              </w:rPr>
              <w:br/>
              <w:t>60 kW: 1300 €/kW</w:t>
            </w:r>
            <w:r>
              <w:rPr>
                <w:sz w:val="20"/>
              </w:rPr>
              <w:br/>
              <w:t>80 kW: 1300 €/kW</w:t>
            </w:r>
            <w:r>
              <w:rPr>
                <w:sz w:val="20"/>
              </w:rPr>
              <w:br/>
              <w:t>110 kW: 1200 €/kW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EB86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8162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AEBB4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</w:tr>
    </w:tbl>
    <w:p w14:paraId="312E3A9F" w14:textId="77777777" w:rsidR="00FA1E15" w:rsidRDefault="00FA1E15"/>
    <w:p w14:paraId="558BB629" w14:textId="77777777" w:rsidR="00FA1E15" w:rsidRDefault="00000000">
      <w:pPr>
        <w:pStyle w:val="berschrift2"/>
      </w:pPr>
      <w:bookmarkStart w:id="230" w:name="h_appendix_netw_num"/>
      <w:bookmarkStart w:id="231" w:name="_Toc240364046"/>
      <w:r>
        <w:rPr>
          <w:color w:val="000000"/>
          <w:sz w:val="36"/>
        </w:rPr>
        <w:t xml:space="preserve">4.2 </w:t>
      </w:r>
      <w:bookmarkEnd w:id="230"/>
      <w:r>
        <w:rPr>
          <w:color w:val="000000"/>
          <w:sz w:val="36"/>
        </w:rPr>
        <w:t>Heat network</w:t>
      </w:r>
      <w:bookmarkEnd w:id="231"/>
    </w:p>
    <w:p w14:paraId="6BD818E9" w14:textId="77777777" w:rsidR="00FA1E15" w:rsidRDefault="00000000">
      <w:pPr>
        <w:pStyle w:val="berschrift3"/>
      </w:pPr>
      <w:bookmarkStart w:id="232" w:name="h_appendix_netw_general_num"/>
      <w:bookmarkStart w:id="233" w:name="_Toc240364047"/>
      <w:r>
        <w:rPr>
          <w:color w:val="000000"/>
          <w:sz w:val="32"/>
        </w:rPr>
        <w:t xml:space="preserve">4.2.1 </w:t>
      </w:r>
      <w:bookmarkEnd w:id="232"/>
      <w:r>
        <w:rPr>
          <w:color w:val="000000"/>
          <w:sz w:val="32"/>
        </w:rPr>
        <w:t>Heat network: General parameters</w:t>
      </w:r>
      <w:bookmarkEnd w:id="233"/>
    </w:p>
    <w:p w14:paraId="5C409090" w14:textId="21205A92" w:rsidR="00FA1E15" w:rsidRDefault="00000000">
      <w:pPr>
        <w:pStyle w:val="CaptionStyle"/>
        <w:spacing w:before="40" w:after="0"/>
        <w:jc w:val="center"/>
      </w:pPr>
      <w:bookmarkStart w:id="234" w:name="_Toc240364109"/>
      <w:r>
        <w:t xml:space="preserve">Table </w:t>
      </w:r>
      <w:bookmarkStart w:id="235" w:name="network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49</w:t>
      </w:r>
      <w:r>
        <w:fldChar w:fldCharType="end"/>
      </w:r>
      <w:bookmarkStart w:id="236" w:name="network_settings"/>
      <w:bookmarkEnd w:id="235"/>
      <w:bookmarkEnd w:id="236"/>
      <w:r>
        <w:t>: Heat network settings</w:t>
      </w:r>
      <w:bookmarkEnd w:id="23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510EEA41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3F6D0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E9B90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31CF5CA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3D9B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Consider heat losses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7126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784FB26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226F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Surcharge (fittings, etc.)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0DED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20 %</w:t>
            </w:r>
          </w:p>
        </w:tc>
      </w:tr>
      <w:tr w:rsidR="00FA1E15" w14:paraId="257E49E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7D07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Network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A49F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constant</w:t>
            </w:r>
          </w:p>
        </w:tc>
      </w:tr>
      <w:tr w:rsidR="00FA1E15" w14:paraId="499736F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E5A2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Design criteria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998B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gradient and flow velocity</w:t>
            </w:r>
          </w:p>
        </w:tc>
      </w:tr>
      <w:tr w:rsidR="00FA1E15" w14:paraId="436761A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2547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Diversity factor (method)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21A2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Neglect diversity (f=1)</w:t>
            </w:r>
          </w:p>
        </w:tc>
      </w:tr>
      <w:tr w:rsidR="00FA1E15" w14:paraId="42A5264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1A4B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Diversity factor only for residential buildings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E105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41D368C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BB5C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Diversity factor DHW: calculation method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DC20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TU Dresden</w:t>
            </w:r>
          </w:p>
        </w:tc>
      </w:tr>
      <w:tr w:rsidR="00FA1E15" w14:paraId="6EB50E2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6698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carrier fluid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F309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Water</w:t>
            </w:r>
          </w:p>
        </w:tc>
      </w:tr>
      <w:tr w:rsidR="00FA1E15" w14:paraId="025126C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EC7D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Thermal conductivity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A126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1.5 W/mK</w:t>
            </w:r>
          </w:p>
        </w:tc>
      </w:tr>
      <w:tr w:rsidR="00FA1E15" w14:paraId="14F1ADA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4A3A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Ground temperature: Option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BAAF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calculated</w:t>
            </w:r>
          </w:p>
        </w:tc>
      </w:tr>
      <w:tr w:rsidR="00FA1E15" w14:paraId="2E5466A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9FAF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Depth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1E3E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m</w:t>
            </w:r>
          </w:p>
        </w:tc>
      </w:tr>
    </w:tbl>
    <w:p w14:paraId="76F23E63" w14:textId="77777777" w:rsidR="00FA1E15" w:rsidRDefault="00FA1E15"/>
    <w:p w14:paraId="465042E1" w14:textId="613A94CE" w:rsidR="00FA1E15" w:rsidRDefault="00000000">
      <w:pPr>
        <w:pStyle w:val="CaptionStyle"/>
        <w:spacing w:before="40" w:after="0"/>
        <w:jc w:val="center"/>
      </w:pPr>
      <w:bookmarkStart w:id="237" w:name="_Toc240364110"/>
      <w:r>
        <w:t xml:space="preserve">Table </w:t>
      </w:r>
      <w:bookmarkStart w:id="238" w:name="hydraulic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50</w:t>
      </w:r>
      <w:r>
        <w:fldChar w:fldCharType="end"/>
      </w:r>
      <w:bookmarkStart w:id="239" w:name="hydraulic_settings"/>
      <w:bookmarkEnd w:id="238"/>
      <w:bookmarkEnd w:id="239"/>
      <w:r>
        <w:t>: Hydraulic settings</w:t>
      </w:r>
      <w:bookmarkEnd w:id="23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73918F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0228A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83A7F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5B3DC5C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7F13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Circulation pump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2A139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Central pump</w:t>
            </w:r>
          </w:p>
        </w:tc>
      </w:tr>
      <w:tr w:rsidR="00FA1E15" w14:paraId="69163E1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D8E87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in pressure maintenance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5AE5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3 </w:t>
            </w:r>
            <w:proofErr w:type="gramStart"/>
            <w:r>
              <w:rPr>
                <w:sz w:val="20"/>
              </w:rPr>
              <w:t>bar</w:t>
            </w:r>
            <w:proofErr w:type="gramEnd"/>
          </w:p>
        </w:tc>
      </w:tr>
      <w:tr w:rsidR="00FA1E15" w14:paraId="485D9B1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59F8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fittings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941E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25 %</w:t>
            </w:r>
          </w:p>
        </w:tc>
      </w:tr>
      <w:tr w:rsidR="00FA1E15" w14:paraId="2A68D22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13C2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substations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0F3B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0.3 bar</w:t>
            </w:r>
          </w:p>
        </w:tc>
      </w:tr>
      <w:tr w:rsidR="00FA1E15" w14:paraId="3A22585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538D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energy hub: Option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632F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fixed</w:t>
            </w:r>
          </w:p>
        </w:tc>
      </w:tr>
      <w:tr w:rsidR="00FA1E15" w14:paraId="378FC15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A381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Pressure loss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98F2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 bar</w:t>
            </w:r>
          </w:p>
        </w:tc>
      </w:tr>
      <w:tr w:rsidR="00FA1E15" w14:paraId="738C617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F970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Waste heat feed-in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4DE6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Return to supply</w:t>
            </w:r>
          </w:p>
        </w:tc>
      </w:tr>
      <w:tr w:rsidR="00FA1E15" w14:paraId="62E840F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841B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Temperature difference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310D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K</w:t>
            </w:r>
          </w:p>
        </w:tc>
      </w:tr>
    </w:tbl>
    <w:p w14:paraId="0310CD2D" w14:textId="77777777" w:rsidR="00FA1E15" w:rsidRDefault="00FA1E15"/>
    <w:p w14:paraId="369BE67A" w14:textId="77777777" w:rsidR="00FA1E15" w:rsidRDefault="00000000">
      <w:pPr>
        <w:pStyle w:val="berschrift3"/>
      </w:pPr>
      <w:bookmarkStart w:id="240" w:name="h_appendix_netw_pipe_num"/>
      <w:bookmarkStart w:id="241" w:name="_Toc240364048"/>
      <w:r>
        <w:rPr>
          <w:color w:val="000000"/>
          <w:sz w:val="32"/>
        </w:rPr>
        <w:t xml:space="preserve">4.2.2 </w:t>
      </w:r>
      <w:bookmarkEnd w:id="240"/>
      <w:r>
        <w:rPr>
          <w:color w:val="000000"/>
          <w:sz w:val="32"/>
        </w:rPr>
        <w:t>Heat network: Pipe parameters</w:t>
      </w:r>
      <w:bookmarkEnd w:id="241"/>
    </w:p>
    <w:p w14:paraId="15E5B9D5" w14:textId="4898BAC2" w:rsidR="00FA1E15" w:rsidRDefault="00000000">
      <w:pPr>
        <w:pStyle w:val="CaptionStyle"/>
        <w:spacing w:before="40" w:after="0"/>
        <w:jc w:val="center"/>
      </w:pPr>
      <w:bookmarkStart w:id="242" w:name="_Toc240364111"/>
      <w:r>
        <w:t xml:space="preserve">Table </w:t>
      </w:r>
      <w:bookmarkStart w:id="243" w:name="pipe_data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51</w:t>
      </w:r>
      <w:r>
        <w:fldChar w:fldCharType="end"/>
      </w:r>
      <w:bookmarkStart w:id="244" w:name="pipe_data"/>
      <w:bookmarkEnd w:id="243"/>
      <w:bookmarkEnd w:id="244"/>
      <w:r>
        <w:t>: Pipe parameters: Kunststoff (Doppelrohr): BruggPipes: CALPEX DUO (normal) for scenario 'Scenario 1'</w:t>
      </w:r>
      <w:bookmarkEnd w:id="24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2"/>
        <w:gridCol w:w="923"/>
        <w:gridCol w:w="963"/>
        <w:gridCol w:w="923"/>
        <w:gridCol w:w="963"/>
        <w:gridCol w:w="1080"/>
        <w:gridCol w:w="865"/>
        <w:gridCol w:w="1164"/>
        <w:gridCol w:w="1053"/>
      </w:tblGrid>
      <w:tr w:rsidR="00FA1E15" w14:paraId="06DD868D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916CC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Nominal diameter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ABEF6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Outer diameter (pipe)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AFA1A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Thickness (pipe)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7EA54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Outer diameter (case)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3A624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Thickness (case)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7C69C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Installation depth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96CDA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Pipe distance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FFE51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Thermal conductivity (insulation)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5A8A4DF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Roughness</w:t>
            </w:r>
          </w:p>
        </w:tc>
      </w:tr>
      <w:tr w:rsidR="00FA1E15" w14:paraId="3AB7274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7F7A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980C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1BE3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059B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321BF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6847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9543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3938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W/mK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4832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</w:tr>
      <w:tr w:rsidR="00FA1E15" w14:paraId="6879B40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699C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9BAFC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B2E9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BCE0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FBAD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30E0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1276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646E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E230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4574932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FC42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87F1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3EA1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CB69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9F9AD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048F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0EDB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F991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5949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5367848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3F46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7B6B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CE4D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8758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4E2D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31BD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4206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06A1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6965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4F5BC73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538B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19B0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8BF3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0384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022D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98A4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F903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11E4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7E60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4BEEF89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F571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0684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259E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5.8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352C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E80C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2F78F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3FAD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DF0D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20C3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6A0DCDD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C395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4143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D834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6.8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72CF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A14A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B65E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5880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551B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08BB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</w:tbl>
    <w:p w14:paraId="2E9E1DED" w14:textId="77777777" w:rsidR="00FA1E15" w:rsidRDefault="00FA1E15"/>
    <w:p w14:paraId="02EEE165" w14:textId="4FAF4D0B" w:rsidR="00FA1E15" w:rsidRDefault="00000000">
      <w:pPr>
        <w:pStyle w:val="CaptionStyle"/>
        <w:spacing w:before="40" w:after="0"/>
        <w:jc w:val="center"/>
      </w:pPr>
      <w:bookmarkStart w:id="245" w:name="_Toc240364112"/>
      <w:r>
        <w:t xml:space="preserve">Table </w:t>
      </w:r>
      <w:bookmarkStart w:id="246" w:name="pipe_data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52</w:t>
      </w:r>
      <w:r>
        <w:fldChar w:fldCharType="end"/>
      </w:r>
      <w:bookmarkStart w:id="247" w:name="pipe_data_tab_2"/>
      <w:bookmarkEnd w:id="246"/>
      <w:bookmarkEnd w:id="247"/>
      <w:r>
        <w:t>: Pipe parameters: Kunststoff (Doppelrohr): BruggPipes: CALPEX DUO (normal) for scenario 'Scenario 2'</w:t>
      </w:r>
      <w:bookmarkEnd w:id="24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2"/>
        <w:gridCol w:w="923"/>
        <w:gridCol w:w="963"/>
        <w:gridCol w:w="923"/>
        <w:gridCol w:w="963"/>
        <w:gridCol w:w="1080"/>
        <w:gridCol w:w="865"/>
        <w:gridCol w:w="1164"/>
        <w:gridCol w:w="1053"/>
      </w:tblGrid>
      <w:tr w:rsidR="00FA1E15" w14:paraId="334A784A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149A0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Nominal diameter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09C73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Outer diameter (pipe)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D0426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Thickness (pipe)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33D9F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Outer diameter (case)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E21A6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Thickness (case)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BFF38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Installation depth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92779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Pipe distance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A5C50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Thermal conductivity (insulation)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28CEC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Roughness</w:t>
            </w:r>
          </w:p>
        </w:tc>
      </w:tr>
      <w:tr w:rsidR="00FA1E15" w14:paraId="5B883EA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F576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DN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CAB2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3123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3BAD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7D3F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F35C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24CC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C4FD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W/mK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3AEC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</w:tr>
      <w:tr w:rsidR="00FA1E15" w14:paraId="47CE05A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D98A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B482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F16E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1D938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B1D6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6C63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2645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501A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2671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0DE23F1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BCBB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668F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94A6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BA32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259A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97EE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A4F1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DEF3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3A69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444BEEC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9C0B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7FC5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DAAD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30DC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964A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A2C1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E5B5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243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642D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40E2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39C541F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1364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FD2B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7EB6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2CE4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4CE0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5B64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2520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51CA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C6054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757E8F3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80A4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2EFC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9B62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5.8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1E81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5E8D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727B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0A76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7834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81ED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15B7D48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4A28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F2FF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4315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6.8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93EFB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608F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7024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30AF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D22A2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A8906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6BD99E8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5FDE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DE66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1B15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11C4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AFFE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CE8A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944D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779DF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F4A1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03E7E93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A4BD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F9358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87EE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4AA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183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BEED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A0C4D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AC00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A13E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DC85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17548A1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EB63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480D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4839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12.7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CE78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0341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FD0D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F06A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2B8A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7BB1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  <w:tr w:rsidR="00FA1E15" w14:paraId="7387C51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413B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8697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7AE8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14.6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2A93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6ECD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3.9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CF6A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3346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14E6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E634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0.007</w:t>
            </w:r>
          </w:p>
        </w:tc>
      </w:tr>
    </w:tbl>
    <w:p w14:paraId="3AA05739" w14:textId="77777777" w:rsidR="00FA1E15" w:rsidRDefault="00FA1E15"/>
    <w:p w14:paraId="343F0026" w14:textId="4F50A769" w:rsidR="00FA1E15" w:rsidRDefault="00000000">
      <w:pPr>
        <w:pStyle w:val="CaptionStyle"/>
        <w:spacing w:before="40" w:after="0"/>
        <w:jc w:val="center"/>
      </w:pPr>
      <w:bookmarkStart w:id="248" w:name="_Toc240364113"/>
      <w:r>
        <w:t xml:space="preserve">Table </w:t>
      </w:r>
      <w:bookmarkStart w:id="249" w:name="pipe_cost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53</w:t>
      </w:r>
      <w:r>
        <w:fldChar w:fldCharType="end"/>
      </w:r>
      <w:bookmarkStart w:id="250" w:name="pipe_costs"/>
      <w:bookmarkEnd w:id="249"/>
      <w:bookmarkEnd w:id="250"/>
      <w:r>
        <w:t>: Pipe costs for all scenarios</w:t>
      </w:r>
      <w:bookmarkEnd w:id="24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A1E15" w14:paraId="6DF9DAC1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FF56E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Nominal diameter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359CDCE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Pipe cost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DD41B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Installation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2D1DDED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Total</w:t>
            </w:r>
          </w:p>
        </w:tc>
      </w:tr>
      <w:tr w:rsidR="00FA1E15" w14:paraId="716F14A2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4A0E5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1596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€/m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46CC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€/m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2033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€/m</w:t>
            </w:r>
          </w:p>
        </w:tc>
      </w:tr>
      <w:tr w:rsidR="00FA1E15" w14:paraId="56B4F494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7785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4F732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79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0128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740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7FBE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819</w:t>
            </w:r>
          </w:p>
        </w:tc>
      </w:tr>
      <w:tr w:rsidR="00FA1E15" w14:paraId="0D891B30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17B2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303E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96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E204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830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CA50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926</w:t>
            </w:r>
          </w:p>
        </w:tc>
      </w:tr>
      <w:tr w:rsidR="00FA1E15" w14:paraId="131AB57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E4CB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6BE0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130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8D84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970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297F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1,100</w:t>
            </w:r>
          </w:p>
        </w:tc>
      </w:tr>
      <w:tr w:rsidR="00FA1E15" w14:paraId="428161E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AFBB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C42B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C0A0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C9CB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1,260</w:t>
            </w:r>
          </w:p>
        </w:tc>
      </w:tr>
      <w:tr w:rsidR="00FA1E15" w14:paraId="13C140FB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9519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F4D4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230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8DFE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1,300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62AE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1,530</w:t>
            </w:r>
          </w:p>
        </w:tc>
      </w:tr>
      <w:tr w:rsidR="00FA1E15" w14:paraId="3A0C274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E693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A470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8D233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1,500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8CDD2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1,820</w:t>
            </w:r>
          </w:p>
        </w:tc>
      </w:tr>
      <w:tr w:rsidR="00FA1E15" w14:paraId="767C820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4AFA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872C6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560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C055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1,800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A470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2,360</w:t>
            </w:r>
          </w:p>
        </w:tc>
      </w:tr>
      <w:tr w:rsidR="00FA1E15" w14:paraId="02055696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94B1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58A1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860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398A2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2,100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764A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2,960</w:t>
            </w:r>
          </w:p>
        </w:tc>
      </w:tr>
      <w:tr w:rsidR="00FA1E15" w14:paraId="4FD04C4C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D760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8FAF3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1,200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4126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2,300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7D0F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3,500</w:t>
            </w:r>
          </w:p>
        </w:tc>
      </w:tr>
      <w:tr w:rsidR="00FA1E15" w14:paraId="5435790C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0BEC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81C1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1,600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E3132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2,500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6386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4,100</w:t>
            </w:r>
          </w:p>
        </w:tc>
      </w:tr>
      <w:tr w:rsidR="00FA1E15" w14:paraId="13014389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71A0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27DC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2,700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306D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2,600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D859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5,300</w:t>
            </w:r>
          </w:p>
        </w:tc>
      </w:tr>
    </w:tbl>
    <w:p w14:paraId="3288A5BA" w14:textId="77777777" w:rsidR="00FA1E15" w:rsidRDefault="00FA1E15"/>
    <w:p w14:paraId="3F4AAAEF" w14:textId="77777777" w:rsidR="00FA1E15" w:rsidRDefault="00000000">
      <w:pPr>
        <w:pStyle w:val="berschrift3"/>
      </w:pPr>
      <w:bookmarkStart w:id="251" w:name="h_appendix_netw_design_num"/>
      <w:bookmarkStart w:id="252" w:name="_Toc240364049"/>
      <w:r>
        <w:rPr>
          <w:color w:val="000000"/>
          <w:sz w:val="32"/>
        </w:rPr>
        <w:t xml:space="preserve">4.2.3 </w:t>
      </w:r>
      <w:bookmarkEnd w:id="251"/>
      <w:r>
        <w:rPr>
          <w:color w:val="000000"/>
          <w:sz w:val="32"/>
        </w:rPr>
        <w:t>Heat network: Design criteria</w:t>
      </w:r>
      <w:bookmarkEnd w:id="252"/>
    </w:p>
    <w:p w14:paraId="2E8C6EEA" w14:textId="455880F7" w:rsidR="00FA1E15" w:rsidRDefault="00000000">
      <w:pPr>
        <w:pStyle w:val="CaptionStyle"/>
        <w:spacing w:before="40" w:after="0"/>
        <w:jc w:val="center"/>
      </w:pPr>
      <w:bookmarkStart w:id="253" w:name="_Toc240364114"/>
      <w:r>
        <w:t xml:space="preserve">Table </w:t>
      </w:r>
      <w:bookmarkStart w:id="254" w:name="pipe_criteria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54</w:t>
      </w:r>
      <w:r>
        <w:fldChar w:fldCharType="end"/>
      </w:r>
      <w:bookmarkStart w:id="255" w:name="pipe_criteria"/>
      <w:bookmarkEnd w:id="254"/>
      <w:bookmarkEnd w:id="255"/>
      <w:r>
        <w:t>: Sizing criteria: Kunststoff (Doppelrohr): BruggPipes: CALPEX DUO (normal) for scenario 'Scenario 1'</w:t>
      </w:r>
      <w:bookmarkEnd w:id="25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1CAA88F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C87C38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Nominal diameter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F65C9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Max. pressure gradient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EDF91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Max. flow velocity</w:t>
            </w:r>
          </w:p>
        </w:tc>
      </w:tr>
      <w:tr w:rsidR="00FA1E15" w14:paraId="6807794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B13D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9449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Pa/m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D3D1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m/s</w:t>
            </w:r>
          </w:p>
        </w:tc>
      </w:tr>
      <w:tr w:rsidR="00FA1E15" w14:paraId="6D3A01A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C449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55A8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378D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</w:t>
            </w:r>
          </w:p>
        </w:tc>
      </w:tr>
      <w:tr w:rsidR="00FA1E15" w14:paraId="0C5679C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5EB9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0E1F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D354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</w:t>
            </w:r>
          </w:p>
        </w:tc>
      </w:tr>
      <w:tr w:rsidR="00FA1E15" w14:paraId="17F4224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8A6C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6CC21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5DF7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0.93</w:t>
            </w:r>
          </w:p>
        </w:tc>
      </w:tr>
      <w:tr w:rsidR="00FA1E15" w14:paraId="31B9DF2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D319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84BB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23A6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0.98</w:t>
            </w:r>
          </w:p>
        </w:tc>
      </w:tr>
      <w:tr w:rsidR="00FA1E15" w14:paraId="4B737CD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B259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1E3D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27AF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</w:t>
            </w:r>
          </w:p>
        </w:tc>
      </w:tr>
      <w:tr w:rsidR="00FA1E15" w14:paraId="7EA1348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89D6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F3A0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5518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1.1</w:t>
            </w:r>
          </w:p>
        </w:tc>
      </w:tr>
    </w:tbl>
    <w:p w14:paraId="09695DE4" w14:textId="77777777" w:rsidR="00FA1E15" w:rsidRDefault="00FA1E15"/>
    <w:p w14:paraId="2A439985" w14:textId="27041984" w:rsidR="00FA1E15" w:rsidRDefault="00000000">
      <w:pPr>
        <w:pStyle w:val="CaptionStyle"/>
        <w:spacing w:before="40" w:after="0"/>
        <w:jc w:val="center"/>
      </w:pPr>
      <w:bookmarkStart w:id="256" w:name="_Toc240364115"/>
      <w:r>
        <w:t xml:space="preserve">Table </w:t>
      </w:r>
      <w:bookmarkStart w:id="257" w:name="pipe_criteria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55</w:t>
      </w:r>
      <w:r>
        <w:fldChar w:fldCharType="end"/>
      </w:r>
      <w:bookmarkStart w:id="258" w:name="pipe_criteria_tab_2"/>
      <w:bookmarkEnd w:id="257"/>
      <w:bookmarkEnd w:id="258"/>
      <w:r>
        <w:t>: Sizing criteria: Kunststoff (Doppelrohr): BruggPipes: CALPEX DUO (normal) for scenario 'Scenario 2'</w:t>
      </w:r>
      <w:bookmarkEnd w:id="25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77085B5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E6544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lastRenderedPageBreak/>
              <w:t>Nominal diameter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E0D63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Max. pressure gradient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2A4CA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Max. flow velocity</w:t>
            </w:r>
          </w:p>
        </w:tc>
      </w:tr>
      <w:tr w:rsidR="00FA1E15" w14:paraId="67C64E7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A573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45F2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Pa/m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7D66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m/s</w:t>
            </w:r>
          </w:p>
        </w:tc>
      </w:tr>
      <w:tr w:rsidR="00FA1E15" w14:paraId="63AFD2A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BD6E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4A7E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F6A1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</w:t>
            </w:r>
          </w:p>
        </w:tc>
      </w:tr>
      <w:tr w:rsidR="00FA1E15" w14:paraId="4E9536B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310F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27FDB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3D2A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</w:t>
            </w:r>
          </w:p>
        </w:tc>
      </w:tr>
      <w:tr w:rsidR="00FA1E15" w14:paraId="3FEC41E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61C5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D92B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5C17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0.93</w:t>
            </w:r>
          </w:p>
        </w:tc>
      </w:tr>
      <w:tr w:rsidR="00FA1E15" w14:paraId="1A2A014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A93D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A422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BB43E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0.98</w:t>
            </w:r>
          </w:p>
        </w:tc>
      </w:tr>
      <w:tr w:rsidR="00FA1E15" w14:paraId="3C66DBA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8049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804B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EC82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</w:t>
            </w:r>
          </w:p>
        </w:tc>
      </w:tr>
      <w:tr w:rsidR="00FA1E15" w14:paraId="0ABF63C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0509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3750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2439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1.1</w:t>
            </w:r>
          </w:p>
        </w:tc>
      </w:tr>
      <w:tr w:rsidR="00FA1E15" w14:paraId="240D220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62C5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2E20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9BB8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1.2</w:t>
            </w:r>
          </w:p>
        </w:tc>
      </w:tr>
      <w:tr w:rsidR="00FA1E15" w14:paraId="6AC272E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DE6D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1CED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C47B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1.4</w:t>
            </w:r>
          </w:p>
        </w:tc>
      </w:tr>
      <w:tr w:rsidR="00FA1E15" w14:paraId="4268863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BFEC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E0D4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4E92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1.6</w:t>
            </w:r>
          </w:p>
        </w:tc>
      </w:tr>
      <w:tr w:rsidR="00FA1E15" w14:paraId="564046A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F2A5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CBD88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3EDA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1.9</w:t>
            </w:r>
          </w:p>
        </w:tc>
      </w:tr>
    </w:tbl>
    <w:p w14:paraId="7AE2EF92" w14:textId="77777777" w:rsidR="00FA1E15" w:rsidRDefault="00FA1E15"/>
    <w:p w14:paraId="6F0DA6C0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625B1044" wp14:editId="5A8BE88D">
            <wp:extent cx="5486400" cy="2743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178C" w14:textId="47258459" w:rsidR="00FA1E15" w:rsidRDefault="00000000">
      <w:pPr>
        <w:pStyle w:val="CaptionStyle"/>
        <w:spacing w:before="40" w:after="0"/>
        <w:jc w:val="center"/>
      </w:pPr>
      <w:bookmarkStart w:id="259" w:name="_Toc240364160"/>
      <w:r>
        <w:t xml:space="preserve">Figure </w:t>
      </w:r>
      <w:bookmarkStart w:id="260" w:name="pipe_pressure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20</w:t>
      </w:r>
      <w:r>
        <w:fldChar w:fldCharType="end"/>
      </w:r>
      <w:bookmarkStart w:id="261" w:name="pipe_pressure"/>
      <w:bookmarkEnd w:id="260"/>
      <w:bookmarkEnd w:id="261"/>
      <w:r>
        <w:t>: Design criteria: pressure gradient (Kunststoff (Doppelrohr): BruggPipes: CALPEX DUO (normal))</w:t>
      </w:r>
      <w:bookmarkEnd w:id="259"/>
    </w:p>
    <w:p w14:paraId="4C6B432E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44655FFC" wp14:editId="00201C92">
            <wp:extent cx="5486400" cy="2743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D1626" w14:textId="7B58C384" w:rsidR="00FA1E15" w:rsidRDefault="00000000">
      <w:pPr>
        <w:pStyle w:val="CaptionStyle"/>
        <w:spacing w:before="40" w:after="0"/>
        <w:jc w:val="center"/>
      </w:pPr>
      <w:bookmarkStart w:id="262" w:name="_Toc240364161"/>
      <w:r>
        <w:t xml:space="preserve">Figure </w:t>
      </w:r>
      <w:bookmarkStart w:id="263" w:name="pipe_velocity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21</w:t>
      </w:r>
      <w:r>
        <w:fldChar w:fldCharType="end"/>
      </w:r>
      <w:bookmarkStart w:id="264" w:name="pipe_velocity"/>
      <w:bookmarkEnd w:id="263"/>
      <w:bookmarkEnd w:id="264"/>
      <w:r>
        <w:t>: Design criteria: flow velocity (Kunststoff (Doppelrohr): BruggPipes: CALPEX DUO (normal))</w:t>
      </w:r>
      <w:bookmarkEnd w:id="262"/>
    </w:p>
    <w:p w14:paraId="0D4792DD" w14:textId="77777777" w:rsidR="00FA1E15" w:rsidRDefault="00000000">
      <w:pPr>
        <w:pStyle w:val="berschrift3"/>
      </w:pPr>
      <w:bookmarkStart w:id="265" w:name="h_appendix_netw_fluid_num"/>
      <w:bookmarkStart w:id="266" w:name="_Toc240364050"/>
      <w:r>
        <w:rPr>
          <w:color w:val="000000"/>
          <w:sz w:val="32"/>
        </w:rPr>
        <w:t xml:space="preserve">4.2.4 </w:t>
      </w:r>
      <w:bookmarkEnd w:id="265"/>
      <w:r>
        <w:rPr>
          <w:color w:val="000000"/>
          <w:sz w:val="32"/>
        </w:rPr>
        <w:t>Heat network: Fluid parameters</w:t>
      </w:r>
      <w:bookmarkEnd w:id="266"/>
    </w:p>
    <w:p w14:paraId="0DD9E0B6" w14:textId="11F3A1AE" w:rsidR="00FA1E15" w:rsidRDefault="00000000">
      <w:pPr>
        <w:pStyle w:val="CaptionStyle"/>
        <w:spacing w:before="40" w:after="0"/>
        <w:jc w:val="center"/>
      </w:pPr>
      <w:bookmarkStart w:id="267" w:name="_Toc240364116"/>
      <w:r>
        <w:t xml:space="preserve">Table </w:t>
      </w:r>
      <w:bookmarkStart w:id="268" w:name="fluid_propertie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56</w:t>
      </w:r>
      <w:r>
        <w:fldChar w:fldCharType="end"/>
      </w:r>
      <w:bookmarkStart w:id="269" w:name="fluid_properties"/>
      <w:bookmarkEnd w:id="268"/>
      <w:bookmarkEnd w:id="269"/>
      <w:r>
        <w:t>: Fluid parameters</w:t>
      </w:r>
      <w:bookmarkEnd w:id="26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6E848BDD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A8E50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0C55C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57A2888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F694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carrier fluid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9D466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Water</w:t>
            </w:r>
          </w:p>
        </w:tc>
      </w:tr>
      <w:tr w:rsidR="00FA1E15" w14:paraId="44E8E15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5B81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Density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7E0D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981 kg/m³</w:t>
            </w:r>
          </w:p>
        </w:tc>
      </w:tr>
      <w:tr w:rsidR="00FA1E15" w14:paraId="3A522D4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1A83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Viscosity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2CFF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0.0004 Pa/s</w:t>
            </w:r>
          </w:p>
        </w:tc>
      </w:tr>
      <w:tr w:rsidR="00FA1E15" w14:paraId="30F4975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A113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Specific heat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8193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4.187 kJ/kgK</w:t>
            </w:r>
          </w:p>
        </w:tc>
      </w:tr>
    </w:tbl>
    <w:p w14:paraId="325E06F2" w14:textId="77777777" w:rsidR="00FA1E15" w:rsidRDefault="00FA1E15"/>
    <w:p w14:paraId="5C3D49CE" w14:textId="77777777" w:rsidR="00FA1E15" w:rsidRDefault="00000000">
      <w:pPr>
        <w:pStyle w:val="berschrift2"/>
      </w:pPr>
      <w:bookmarkStart w:id="270" w:name="h_appendix_eh_num"/>
      <w:bookmarkStart w:id="271" w:name="_Toc240364051"/>
      <w:r>
        <w:rPr>
          <w:color w:val="000000"/>
          <w:sz w:val="36"/>
        </w:rPr>
        <w:t xml:space="preserve">4.3 </w:t>
      </w:r>
      <w:bookmarkEnd w:id="270"/>
      <w:r>
        <w:rPr>
          <w:color w:val="000000"/>
          <w:sz w:val="36"/>
        </w:rPr>
        <w:t>Energy hub</w:t>
      </w:r>
      <w:bookmarkEnd w:id="271"/>
    </w:p>
    <w:p w14:paraId="36454026" w14:textId="77777777" w:rsidR="00FA1E15" w:rsidRDefault="00000000">
      <w:pPr>
        <w:pStyle w:val="berschrift3"/>
      </w:pPr>
      <w:bookmarkStart w:id="272" w:name="h_appendix_eh_general_num"/>
      <w:bookmarkStart w:id="273" w:name="_Toc240364052"/>
      <w:r>
        <w:rPr>
          <w:color w:val="000000"/>
          <w:sz w:val="32"/>
        </w:rPr>
        <w:t xml:space="preserve">4.3.1 </w:t>
      </w:r>
      <w:bookmarkEnd w:id="272"/>
      <w:r>
        <w:rPr>
          <w:color w:val="000000"/>
          <w:sz w:val="32"/>
        </w:rPr>
        <w:t>Energy hub: General parameters</w:t>
      </w:r>
      <w:bookmarkEnd w:id="273"/>
    </w:p>
    <w:p w14:paraId="19BAC341" w14:textId="00F3ADB1" w:rsidR="00FA1E15" w:rsidRDefault="00000000">
      <w:pPr>
        <w:pStyle w:val="CaptionStyle"/>
        <w:spacing w:before="40" w:after="0"/>
        <w:jc w:val="center"/>
      </w:pPr>
      <w:bookmarkStart w:id="274" w:name="_Toc240364117"/>
      <w:r>
        <w:t xml:space="preserve">Table </w:t>
      </w:r>
      <w:bookmarkStart w:id="275" w:name="optimization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57</w:t>
      </w:r>
      <w:r>
        <w:fldChar w:fldCharType="end"/>
      </w:r>
      <w:bookmarkStart w:id="276" w:name="optimization_settings"/>
      <w:bookmarkEnd w:id="275"/>
      <w:bookmarkEnd w:id="276"/>
      <w:r>
        <w:t>: Settings of the design optimization</w:t>
      </w:r>
      <w:bookmarkEnd w:id="27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6988071C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CE159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C23EE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642BEA0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85BA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Optimization objective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4063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 present value / total annualized costs</w:t>
            </w:r>
          </w:p>
        </w:tc>
      </w:tr>
      <w:tr w:rsidR="00FA1E15" w14:paraId="1E31B0E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BF25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Consider renewables to cover peak loads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1365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0ABEA1A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5BD0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Conservative system design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4875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205B8E4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4D47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Set number of design days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C2E1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4764B8F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6DA8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Set time limit for calculation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F0F7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7E196C9E" w14:textId="77777777" w:rsidR="00FA1E15" w:rsidRDefault="00FA1E15"/>
    <w:p w14:paraId="3068D7C5" w14:textId="4F9C03EC" w:rsidR="00FA1E15" w:rsidRDefault="00000000">
      <w:pPr>
        <w:pStyle w:val="CaptionStyle"/>
        <w:spacing w:before="40" w:after="0"/>
        <w:jc w:val="center"/>
      </w:pPr>
      <w:bookmarkStart w:id="277" w:name="_Toc240364118"/>
      <w:r>
        <w:t xml:space="preserve">Table </w:t>
      </w:r>
      <w:bookmarkStart w:id="278" w:name="demand_settings_param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58</w:t>
      </w:r>
      <w:r>
        <w:fldChar w:fldCharType="end"/>
      </w:r>
      <w:bookmarkStart w:id="279" w:name="demand_settings_params"/>
      <w:bookmarkEnd w:id="278"/>
      <w:bookmarkEnd w:id="279"/>
      <w:r>
        <w:t>: Settings of energy demands</w:t>
      </w:r>
      <w:bookmarkEnd w:id="27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5DFBF53D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12A69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31D16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13FC966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FC11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Split into high- and low-temperature heat demand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43F4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652EA18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23D9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Plug loads demand covered by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5BA7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7AC372A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F756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Electricity for e-mobility covered by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ABA4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4C2408D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1353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for building energy systems covered by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64267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4715D27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7495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for pumps covered by energy hub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A37D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60A3AF7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37D3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Hydrogen demand profile uploaded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A99AC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028E5227" w14:textId="77777777" w:rsidR="00FA1E15" w:rsidRDefault="00FA1E15"/>
    <w:p w14:paraId="28F25C50" w14:textId="0EDDA7CB" w:rsidR="00FA1E15" w:rsidRDefault="00000000">
      <w:pPr>
        <w:pStyle w:val="CaptionStyle"/>
        <w:spacing w:before="40" w:after="0"/>
        <w:jc w:val="center"/>
      </w:pPr>
      <w:bookmarkStart w:id="280" w:name="_Toc240364119"/>
      <w:r>
        <w:t xml:space="preserve">Table </w:t>
      </w:r>
      <w:bookmarkStart w:id="281" w:name="ecological_parameter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59</w:t>
      </w:r>
      <w:r>
        <w:fldChar w:fldCharType="end"/>
      </w:r>
      <w:bookmarkStart w:id="282" w:name="ecological_parameters"/>
      <w:bookmarkEnd w:id="281"/>
      <w:bookmarkEnd w:id="282"/>
      <w:r>
        <w:t>: Ecologic parameters</w:t>
      </w:r>
      <w:bookmarkEnd w:id="28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71CB2A3D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4CC41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AEA83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4C31D99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2059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CO₂ emissions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1845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2C6E541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7550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primary energy consumption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A76F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1F9D3CEB" w14:textId="77777777" w:rsidR="00FA1E15" w:rsidRDefault="00FA1E15"/>
    <w:p w14:paraId="6E36C42E" w14:textId="20F2164F" w:rsidR="00FA1E15" w:rsidRDefault="00000000">
      <w:pPr>
        <w:pStyle w:val="CaptionStyle"/>
        <w:spacing w:before="40" w:after="0"/>
        <w:jc w:val="center"/>
      </w:pPr>
      <w:bookmarkStart w:id="283" w:name="_Toc240364120"/>
      <w:r>
        <w:t xml:space="preserve">Table </w:t>
      </w:r>
      <w:bookmarkStart w:id="284" w:name="emission_parameter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60</w:t>
      </w:r>
      <w:r>
        <w:fldChar w:fldCharType="end"/>
      </w:r>
      <w:bookmarkStart w:id="285" w:name="emission_parameters"/>
      <w:bookmarkEnd w:id="284"/>
      <w:bookmarkEnd w:id="285"/>
      <w:r>
        <w:t>: Emission and primary energy factors for scenario 'Scenario 1'</w:t>
      </w:r>
      <w:bookmarkEnd w:id="28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5A06A48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6111D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9A4F2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CO₂ emissions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80319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Primary energy factor</w:t>
            </w:r>
          </w:p>
        </w:tc>
      </w:tr>
      <w:tr w:rsidR="00FA1E15" w14:paraId="31C3A2E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E31D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E5CE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4060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1.8</w:t>
            </w:r>
          </w:p>
        </w:tc>
      </w:tr>
      <w:tr w:rsidR="00FA1E15" w14:paraId="02BDCBA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4DA1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3027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78D6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052E96D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3B76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373D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30BF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</w:t>
            </w:r>
          </w:p>
        </w:tc>
      </w:tr>
    </w:tbl>
    <w:p w14:paraId="675DA90B" w14:textId="77777777" w:rsidR="00FA1E15" w:rsidRDefault="00FA1E15"/>
    <w:p w14:paraId="0F2AFD44" w14:textId="77CB183C" w:rsidR="00FA1E15" w:rsidRDefault="00000000">
      <w:pPr>
        <w:pStyle w:val="CaptionStyle"/>
        <w:spacing w:before="40" w:after="0"/>
        <w:jc w:val="center"/>
      </w:pPr>
      <w:bookmarkStart w:id="286" w:name="_Toc240364121"/>
      <w:r>
        <w:t xml:space="preserve">Table </w:t>
      </w:r>
      <w:bookmarkStart w:id="287" w:name="emission_parameter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61</w:t>
      </w:r>
      <w:r>
        <w:fldChar w:fldCharType="end"/>
      </w:r>
      <w:bookmarkStart w:id="288" w:name="emission_parameters_tab_2"/>
      <w:bookmarkEnd w:id="287"/>
      <w:bookmarkEnd w:id="288"/>
      <w:r>
        <w:t>: Emission and primary energy factors for scenario 'Scenario 2'</w:t>
      </w:r>
      <w:bookmarkEnd w:id="28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B005D92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F42CD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0C90F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CO₂ emissions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C5B05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Primary energy factor</w:t>
            </w:r>
          </w:p>
        </w:tc>
      </w:tr>
      <w:tr w:rsidR="00FA1E15" w14:paraId="76CAC46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1294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DE03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36DD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1.8</w:t>
            </w:r>
          </w:p>
        </w:tc>
      </w:tr>
      <w:tr w:rsidR="00FA1E15" w14:paraId="2FA526A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DDF30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C1D3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D8BB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</w:t>
            </w:r>
          </w:p>
        </w:tc>
      </w:tr>
      <w:tr w:rsidR="00FA1E15" w14:paraId="645DFBC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C9AF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Natural gas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61E7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250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EEB9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1.1</w:t>
            </w:r>
          </w:p>
        </w:tc>
      </w:tr>
    </w:tbl>
    <w:p w14:paraId="0490D19F" w14:textId="77777777" w:rsidR="00FA1E15" w:rsidRDefault="00FA1E15"/>
    <w:p w14:paraId="42C66973" w14:textId="77777777" w:rsidR="00FA1E15" w:rsidRDefault="00000000">
      <w:pPr>
        <w:pStyle w:val="berschrift3"/>
      </w:pPr>
      <w:bookmarkStart w:id="289" w:name="h_appendix_eh_techs_num"/>
      <w:bookmarkStart w:id="290" w:name="_Toc240364053"/>
      <w:r>
        <w:rPr>
          <w:color w:val="000000"/>
          <w:sz w:val="32"/>
        </w:rPr>
        <w:t xml:space="preserve">4.3.2 </w:t>
      </w:r>
      <w:bookmarkEnd w:id="289"/>
      <w:r>
        <w:rPr>
          <w:color w:val="000000"/>
          <w:sz w:val="32"/>
        </w:rPr>
        <w:t>Energy hub: Technology settings</w:t>
      </w:r>
      <w:bookmarkEnd w:id="290"/>
    </w:p>
    <w:p w14:paraId="50C82C74" w14:textId="1461DC3D" w:rsidR="00FA1E15" w:rsidRDefault="00000000">
      <w:pPr>
        <w:pStyle w:val="CaptionStyle"/>
        <w:spacing w:before="40" w:after="0"/>
        <w:jc w:val="center"/>
      </w:pPr>
      <w:bookmarkStart w:id="291" w:name="_Toc240364122"/>
      <w:r>
        <w:t xml:space="preserve">Table </w:t>
      </w:r>
      <w:bookmarkStart w:id="292" w:name="chp1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62</w:t>
      </w:r>
      <w:r>
        <w:fldChar w:fldCharType="end"/>
      </w:r>
      <w:bookmarkStart w:id="293" w:name="chp1_settings"/>
      <w:bookmarkEnd w:id="292"/>
      <w:bookmarkEnd w:id="293"/>
      <w:r>
        <w:t>: Biomass CHP 1: Settings</w:t>
      </w:r>
      <w:bookmarkEnd w:id="29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162BB07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A5E49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E370B9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0C49A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3A66215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ADBB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Enabled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0BAE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2D64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267CA59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1B10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Define optimization interval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6639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B8F4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13F8721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EA39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Generates high-temp.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9F3A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9CB5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18381C2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3CA6C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Generates low-temp.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D802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DB54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0670F60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9D09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Electrical efficiency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6FBA2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35 %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45C3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35 %</w:t>
            </w:r>
          </w:p>
        </w:tc>
      </w:tr>
      <w:tr w:rsidR="00FA1E15" w14:paraId="4676BB8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9B42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Thermal efficiency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44F92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50 %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172F1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50 %</w:t>
            </w:r>
          </w:p>
        </w:tc>
      </w:tr>
      <w:tr w:rsidR="00FA1E15" w14:paraId="5C919B1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0433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Fuel type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38CE6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54216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Natural Gas</w:t>
            </w:r>
          </w:p>
        </w:tc>
      </w:tr>
      <w:tr w:rsidR="00FA1E15" w14:paraId="0442B9C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F8CB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Direct electricity feed-in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91B2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769B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0EDE89E0" w14:textId="77777777" w:rsidR="00FA1E15" w:rsidRDefault="00FA1E15"/>
    <w:p w14:paraId="0A5C03C9" w14:textId="36E5E368" w:rsidR="00FA1E15" w:rsidRDefault="00000000">
      <w:pPr>
        <w:pStyle w:val="CaptionStyle"/>
        <w:spacing w:before="40" w:after="0"/>
        <w:jc w:val="center"/>
      </w:pPr>
      <w:bookmarkStart w:id="294" w:name="_Toc240364123"/>
      <w:r>
        <w:t xml:space="preserve">Table </w:t>
      </w:r>
      <w:bookmarkStart w:id="295" w:name="pv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63</w:t>
      </w:r>
      <w:r>
        <w:fldChar w:fldCharType="end"/>
      </w:r>
      <w:bookmarkStart w:id="296" w:name="pv_settings"/>
      <w:bookmarkEnd w:id="295"/>
      <w:bookmarkEnd w:id="296"/>
      <w:r>
        <w:t>: Photovoltaics: Settings</w:t>
      </w:r>
      <w:bookmarkEnd w:id="29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3D345C6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709EC5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2BCB9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5B82520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CAEA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Enabled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9E00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643AE19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918B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Lower area capacity limit 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A230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m²</w:t>
            </w:r>
          </w:p>
        </w:tc>
      </w:tr>
      <w:tr w:rsidR="00FA1E15" w14:paraId="5ED7A1C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EE19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 xml:space="preserve">Upper area capacity limit 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5ED3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62,500 m²</w:t>
            </w:r>
          </w:p>
        </w:tc>
      </w:tr>
      <w:tr w:rsidR="00FA1E15" w14:paraId="6505BD8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6595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Lower power capacity limit 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318D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kWₚ</w:t>
            </w:r>
          </w:p>
        </w:tc>
      </w:tr>
      <w:tr w:rsidR="00FA1E15" w14:paraId="16A2FBA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44AA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Upper power capacity limit 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52A5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10,000 kWₚ</w:t>
            </w:r>
          </w:p>
        </w:tc>
      </w:tr>
      <w:tr w:rsidR="00FA1E15" w14:paraId="47CBAD9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9C46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Area concurrence with solar thermal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3FDB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290C9B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D098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Tilt angle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7794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 °</w:t>
            </w:r>
          </w:p>
        </w:tc>
      </w:tr>
      <w:tr w:rsidR="00FA1E15" w14:paraId="01B2706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97EC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East-west orientation (azimuth)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69A38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°</w:t>
            </w:r>
          </w:p>
        </w:tc>
      </w:tr>
      <w:tr w:rsidR="00FA1E15" w14:paraId="591ABC1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8F89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Inverter efficiency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9D71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96 %</w:t>
            </w:r>
          </w:p>
        </w:tc>
      </w:tr>
      <w:tr w:rsidR="00FA1E15" w14:paraId="4480BB2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AF88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System losses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1CA8B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14 %</w:t>
            </w:r>
          </w:p>
        </w:tc>
      </w:tr>
      <w:tr w:rsidR="00FA1E15" w14:paraId="3848EED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98EF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PV module type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2A13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Polycrystalline</w:t>
            </w:r>
          </w:p>
        </w:tc>
      </w:tr>
      <w:tr w:rsidR="00FA1E15" w14:paraId="79E461C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00452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Module efficiency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693A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16 %</w:t>
            </w:r>
          </w:p>
        </w:tc>
      </w:tr>
      <w:tr w:rsidR="00FA1E15" w14:paraId="42E352A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8903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Temperature coefficient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50E80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0.42 %/°C</w:t>
            </w:r>
          </w:p>
        </w:tc>
      </w:tr>
      <w:tr w:rsidR="00FA1E15" w14:paraId="6D7CDA8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E79E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Set electricity price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C2E9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35B74A5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D775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generation constraint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B667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53AC4678" w14:textId="77777777" w:rsidR="00FA1E15" w:rsidRDefault="00FA1E15"/>
    <w:p w14:paraId="13185964" w14:textId="14B8827A" w:rsidR="00FA1E15" w:rsidRDefault="00000000">
      <w:pPr>
        <w:pStyle w:val="CaptionStyle"/>
        <w:spacing w:before="40" w:after="0"/>
        <w:jc w:val="center"/>
      </w:pPr>
      <w:bookmarkStart w:id="297" w:name="_Toc240364124"/>
      <w:r>
        <w:t xml:space="preserve">Table </w:t>
      </w:r>
      <w:bookmarkStart w:id="298" w:name="solarThermal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64</w:t>
      </w:r>
      <w:r>
        <w:fldChar w:fldCharType="end"/>
      </w:r>
      <w:bookmarkStart w:id="299" w:name="solarThermal_settings"/>
      <w:bookmarkEnd w:id="298"/>
      <w:bookmarkEnd w:id="299"/>
      <w:r>
        <w:t>: Solar thermal: Settings</w:t>
      </w:r>
      <w:bookmarkEnd w:id="29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1DBB848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82A05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F12A3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92A10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34BDAF5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D75A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Enabled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AD253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7A312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42ADFA2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FD741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Lower limit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5AEF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9BDE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A7FADB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61E99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Upper limit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4ABC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10,000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3F2BC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018E750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38FE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Area concurrence with PV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94FCB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AE8E1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B94CEF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2D6C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Tilt angle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A2C9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 °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25CF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CDF964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D49F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East-west orientation (azimuth)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EBDCE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°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85D24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7253B4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95D2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Mean collector temperature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BA54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80 °C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4D07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766D172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60BA3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Collector type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D571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Flat-plate collector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75F6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</w:tbl>
    <w:p w14:paraId="521E297B" w14:textId="77777777" w:rsidR="00FA1E15" w:rsidRDefault="00FA1E15"/>
    <w:p w14:paraId="6A2A2654" w14:textId="4FA6BB4B" w:rsidR="00FA1E15" w:rsidRDefault="00000000">
      <w:pPr>
        <w:pStyle w:val="CaptionStyle"/>
        <w:spacing w:before="40" w:after="0"/>
        <w:jc w:val="center"/>
      </w:pPr>
      <w:bookmarkStart w:id="300" w:name="_Toc240364125"/>
      <w:r>
        <w:t xml:space="preserve">Table </w:t>
      </w:r>
      <w:bookmarkStart w:id="301" w:name="geoEnergy1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65</w:t>
      </w:r>
      <w:r>
        <w:fldChar w:fldCharType="end"/>
      </w:r>
      <w:bookmarkStart w:id="302" w:name="geoEnergy1_settings"/>
      <w:bookmarkEnd w:id="301"/>
      <w:bookmarkEnd w:id="302"/>
      <w:r>
        <w:t>: Geothermal probes 1: Settings</w:t>
      </w:r>
      <w:bookmarkEnd w:id="30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C867F8B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E0D4B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F2083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D64BB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7C208C0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D7D4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Enabled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109B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3242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2D74B9A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A831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technology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8475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9140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728EF60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0362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Extraction temperature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D3C9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 °C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F3BC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F08463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8189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Define optimization interval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837E1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89D6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0A94D59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7AF5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Can generate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165B0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AF7E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4275F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D384B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Can generate cold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97E9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E89EF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2ACCDAE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8B19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Generates high-temp.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58179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8EC94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2F392BC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F67A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Generates low-temp.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B9FB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E967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7EEB8E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517C8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heat extraction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2273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C13A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E24F98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37BB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 heat pump (High temp.)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25B6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E3A4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721D295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8541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Install heat pump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3191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AA80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EE737E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C7F7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Heat: COP settings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605E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Constant value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1C8A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C7E202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5991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Heat: Constant COP value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1EBFF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B861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B93787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A49A0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Define heat pump capacity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B54C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35EB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691A8A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8289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cool extraction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F281F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6FFEE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6DD238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00C2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Install chiller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2E9C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42EF2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0D8B304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A8B7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Enforce regeneration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9A51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3CCC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</w:tbl>
    <w:p w14:paraId="2FC78A94" w14:textId="77777777" w:rsidR="00FA1E15" w:rsidRDefault="00FA1E15"/>
    <w:p w14:paraId="151C1C7F" w14:textId="140DC6D8" w:rsidR="00FA1E15" w:rsidRDefault="00000000">
      <w:pPr>
        <w:pStyle w:val="CaptionStyle"/>
        <w:spacing w:before="40" w:after="0"/>
        <w:jc w:val="center"/>
      </w:pPr>
      <w:bookmarkStart w:id="303" w:name="_Toc240364126"/>
      <w:r>
        <w:t xml:space="preserve">Table </w:t>
      </w:r>
      <w:bookmarkStart w:id="304" w:name="airHeatPump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66</w:t>
      </w:r>
      <w:r>
        <w:fldChar w:fldCharType="end"/>
      </w:r>
      <w:bookmarkStart w:id="305" w:name="airHeatPump_settings"/>
      <w:bookmarkEnd w:id="304"/>
      <w:bookmarkEnd w:id="305"/>
      <w:r>
        <w:t>: Air-source heat pump: Settings</w:t>
      </w:r>
      <w:bookmarkEnd w:id="30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2022969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27DE7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32B43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DD150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1D0A261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FB64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Enabled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514D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20E5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6645BCF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64667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Define optimization interval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BBFE3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131CD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3A91653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703D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Nominal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E6FC0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60545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</w:t>
            </w:r>
          </w:p>
        </w:tc>
      </w:tr>
      <w:tr w:rsidR="00FA1E15" w14:paraId="19B76FB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E53C3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Can generate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43AA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FC438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5AC6380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4528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Can generate cold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2333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84E15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178020B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60217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Generates high-temp.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F079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6638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593849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73BA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Generates low-temp. heat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C615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24F3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48B3381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522E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Use heat for regeneration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D982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760BE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73A1009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7CAE4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HT heat: COP settings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36389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2633E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Calculate COP (Carnot)</w:t>
            </w:r>
          </w:p>
        </w:tc>
      </w:tr>
      <w:tr w:rsidR="00FA1E15" w14:paraId="27BCA04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A0E0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HT heat: Carnot efficiency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DDC0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23D55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Medium efficiency (50 %)</w:t>
            </w:r>
          </w:p>
        </w:tc>
      </w:tr>
      <w:tr w:rsidR="00FA1E15" w14:paraId="0619784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5EBC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HT heat: Maximum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73925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C1BA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</w:t>
            </w:r>
          </w:p>
        </w:tc>
      </w:tr>
      <w:tr w:rsidR="00FA1E15" w14:paraId="18FA330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29359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Heat: COP settings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F968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2BBC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Calculate COP (Carnot)</w:t>
            </w:r>
          </w:p>
        </w:tc>
      </w:tr>
      <w:tr w:rsidR="00FA1E15" w14:paraId="6D37D12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8335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Heat: Carnot efficiency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9555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FB56A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Medium efficiency (50 %)</w:t>
            </w:r>
          </w:p>
        </w:tc>
      </w:tr>
      <w:tr w:rsidR="00FA1E15" w14:paraId="44D423C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60B8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Heat: Maximum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8D9B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A3D2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</w:t>
            </w:r>
          </w:p>
        </w:tc>
      </w:tr>
      <w:tr w:rsidR="00FA1E15" w14:paraId="10F0C52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6E945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Cooling: COP settings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3CB2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90393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Calculate COP (Carnot)</w:t>
            </w:r>
          </w:p>
        </w:tc>
      </w:tr>
      <w:tr w:rsidR="00FA1E15" w14:paraId="70E9E8D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C7795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Cooling: Carnot efficiency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8831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DC8B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Medium efficiency (50 %)</w:t>
            </w:r>
          </w:p>
        </w:tc>
      </w:tr>
      <w:tr w:rsidR="00FA1E15" w14:paraId="25F13F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9755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Cooling: Maximum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AE78E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610B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6</w:t>
            </w:r>
          </w:p>
        </w:tc>
      </w:tr>
    </w:tbl>
    <w:p w14:paraId="33161716" w14:textId="77777777" w:rsidR="00FA1E15" w:rsidRDefault="00FA1E15"/>
    <w:p w14:paraId="71806C00" w14:textId="28389F17" w:rsidR="00FA1E15" w:rsidRDefault="00000000">
      <w:pPr>
        <w:pStyle w:val="CaptionStyle"/>
        <w:spacing w:before="40" w:after="0"/>
        <w:jc w:val="center"/>
      </w:pPr>
      <w:bookmarkStart w:id="306" w:name="_Toc240364127"/>
      <w:r>
        <w:t xml:space="preserve">Table </w:t>
      </w:r>
      <w:bookmarkStart w:id="307" w:name="heatStorageLow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67</w:t>
      </w:r>
      <w:r>
        <w:fldChar w:fldCharType="end"/>
      </w:r>
      <w:bookmarkStart w:id="308" w:name="heatStorageLow_settings"/>
      <w:bookmarkEnd w:id="307"/>
      <w:bookmarkEnd w:id="308"/>
      <w:r>
        <w:t>: Heat storage: Settings</w:t>
      </w:r>
      <w:bookmarkEnd w:id="30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8894F0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6BC21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A4AF78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9060F6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5CBAF69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A8FE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Enabled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2D021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B6B14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735F14B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92A8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Define optimization interval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57A9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0E22F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1D32F2C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A9E3C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Long term storage possible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93540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0B86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0756BA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988AD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Stand-by-losses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125B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4F12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20 % per 5days</w:t>
            </w:r>
          </w:p>
        </w:tc>
      </w:tr>
      <w:tr w:rsidR="00FA1E15" w14:paraId="7789FCC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AF85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Temperature range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AA73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21FA3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K</w:t>
            </w:r>
          </w:p>
        </w:tc>
      </w:tr>
      <w:tr w:rsidR="00FA1E15" w14:paraId="263E355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B454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state of charge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1437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A1A4D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1F83AFB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91CF2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charging time/power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C4147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5297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19F9607E" w14:textId="77777777" w:rsidR="00FA1E15" w:rsidRDefault="00FA1E15"/>
    <w:p w14:paraId="0EF78729" w14:textId="77777777" w:rsidR="00FA1E15" w:rsidRDefault="00000000">
      <w:pPr>
        <w:pStyle w:val="berschrift3"/>
      </w:pPr>
      <w:bookmarkStart w:id="309" w:name="h_appendix_eh_economics_num"/>
      <w:bookmarkStart w:id="310" w:name="_Toc240364054"/>
      <w:r>
        <w:rPr>
          <w:color w:val="000000"/>
          <w:sz w:val="32"/>
        </w:rPr>
        <w:t xml:space="preserve">4.3.3 </w:t>
      </w:r>
      <w:bookmarkEnd w:id="309"/>
      <w:r>
        <w:rPr>
          <w:color w:val="000000"/>
          <w:sz w:val="32"/>
        </w:rPr>
        <w:t>Energy hub: Economic parameters</w:t>
      </w:r>
      <w:bookmarkEnd w:id="310"/>
    </w:p>
    <w:p w14:paraId="4908EB03" w14:textId="7822AC8D" w:rsidR="00FA1E15" w:rsidRDefault="00000000">
      <w:pPr>
        <w:pStyle w:val="CaptionStyle"/>
        <w:spacing w:before="40" w:after="0"/>
        <w:jc w:val="center"/>
      </w:pPr>
      <w:bookmarkStart w:id="311" w:name="_Toc240364128"/>
      <w:r>
        <w:t xml:space="preserve">Table </w:t>
      </w:r>
      <w:bookmarkStart w:id="312" w:name="tech_cost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68</w:t>
      </w:r>
      <w:r>
        <w:fldChar w:fldCharType="end"/>
      </w:r>
      <w:bookmarkStart w:id="313" w:name="tech_costs"/>
      <w:bookmarkEnd w:id="312"/>
      <w:bookmarkEnd w:id="313"/>
      <w:r>
        <w:t>: Cost parameters for scenario 'Scenario 1'</w:t>
      </w:r>
      <w:bookmarkEnd w:id="31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A1E15" w14:paraId="6B37C2AB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62CB7F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C9B66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Specific investment costs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0B0D9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Lifetime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B89D7C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maintenance costs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2274A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Subsidy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85A4C8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Existing with remaining lifetime</w:t>
            </w:r>
          </w:p>
        </w:tc>
      </w:tr>
      <w:tr w:rsidR="00FA1E15" w14:paraId="0AC0B9F9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34073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CHP 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05B4C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1,300 €/kWₑₗ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F604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27B38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1EAA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7AA2B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A1C6D2D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AB2C1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C870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1,100 €/kWₚ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94F8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037D9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 xml:space="preserve">1 % of </w:t>
            </w:r>
            <w:r>
              <w:rPr>
                <w:sz w:val="20"/>
              </w:rPr>
              <w:lastRenderedPageBreak/>
              <w:t>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F616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D27D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23C0237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9518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Solar thermal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CCBB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400 €/m²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3A741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840DD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1.5 %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12C9A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CE73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4F64B294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2DD3E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Geothermal probes 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27B3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1,000 €/kWₜₕ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17E9B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6D2A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FFB5D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EFED0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145004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23C8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pump (Geothermal probes 1)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DC70E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1,000 €/kWₜₕ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E3A8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CAEA7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9277A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043A7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</w:tbl>
    <w:p w14:paraId="2F27FA5C" w14:textId="77777777" w:rsidR="00FA1E15" w:rsidRDefault="00FA1E15"/>
    <w:p w14:paraId="2BBC641B" w14:textId="7F2C56D9" w:rsidR="00FA1E15" w:rsidRDefault="00000000">
      <w:pPr>
        <w:pStyle w:val="CaptionStyle"/>
        <w:spacing w:before="40" w:after="0"/>
        <w:jc w:val="center"/>
      </w:pPr>
      <w:bookmarkStart w:id="314" w:name="_Toc240364129"/>
      <w:r>
        <w:t xml:space="preserve">Table </w:t>
      </w:r>
      <w:bookmarkStart w:id="315" w:name="tech_costs_tab_2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69</w:t>
      </w:r>
      <w:r>
        <w:fldChar w:fldCharType="end"/>
      </w:r>
      <w:bookmarkStart w:id="316" w:name="tech_costs_tab_2"/>
      <w:bookmarkEnd w:id="315"/>
      <w:bookmarkEnd w:id="316"/>
      <w:r>
        <w:t>: Cost parameters for scenario 'Scenario 2'</w:t>
      </w:r>
      <w:bookmarkEnd w:id="3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FA1E15" w14:paraId="535C19B7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5591AA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65F5C8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Specific investment costs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36D1F7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Lifetime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C5D57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maintenance costs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404BE5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Subsidy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50672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Existing with remaining lifetime</w:t>
            </w:r>
          </w:p>
        </w:tc>
      </w:tr>
      <w:tr w:rsidR="00FA1E15" w14:paraId="42056271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53533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Gas CHP 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ACB8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1,300 €/kWₑₗ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2C1E1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8A3E4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84FE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2F7E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768C8A2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9E6F5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Photovoltaics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21C1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1,100 €/kWₚ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F72F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EF4BB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386E1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E454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74CCEAC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9CC7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Air-source heat pump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9B383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1,100 €/kWₜₕ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C7DEA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B6B7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2.5 %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A938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D66E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104BF74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A163A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storage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7960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500 €/m³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65BC5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F740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1 % of investment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763C7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FAB05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</w:tbl>
    <w:p w14:paraId="4D599045" w14:textId="77777777" w:rsidR="00FA1E15" w:rsidRDefault="00FA1E15"/>
    <w:p w14:paraId="0000731F" w14:textId="77777777" w:rsidR="00FA1E15" w:rsidRDefault="00000000">
      <w:pPr>
        <w:pStyle w:val="berschrift3"/>
      </w:pPr>
      <w:bookmarkStart w:id="317" w:name="h_appendix_eh_import_feed_in_num"/>
      <w:bookmarkStart w:id="318" w:name="_Toc240364055"/>
      <w:r>
        <w:rPr>
          <w:color w:val="000000"/>
          <w:sz w:val="32"/>
        </w:rPr>
        <w:t xml:space="preserve">4.3.4 </w:t>
      </w:r>
      <w:bookmarkEnd w:id="317"/>
      <w:r>
        <w:rPr>
          <w:color w:val="000000"/>
          <w:sz w:val="32"/>
        </w:rPr>
        <w:t>Energy hub: Import and feed-in</w:t>
      </w:r>
      <w:bookmarkEnd w:id="318"/>
    </w:p>
    <w:p w14:paraId="2C4D2DC0" w14:textId="53802846" w:rsidR="00FA1E15" w:rsidRDefault="00000000">
      <w:pPr>
        <w:pStyle w:val="CaptionStyle"/>
        <w:spacing w:before="40" w:after="0"/>
        <w:jc w:val="center"/>
      </w:pPr>
      <w:bookmarkStart w:id="319" w:name="_Toc240364130"/>
      <w:r>
        <w:t xml:space="preserve">Table </w:t>
      </w:r>
      <w:bookmarkStart w:id="320" w:name="electricity_grid_param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70</w:t>
      </w:r>
      <w:r>
        <w:fldChar w:fldCharType="end"/>
      </w:r>
      <w:bookmarkStart w:id="321" w:name="electricity_grid_params"/>
      <w:bookmarkEnd w:id="320"/>
      <w:bookmarkEnd w:id="321"/>
      <w:r>
        <w:t>: Electricity grid</w:t>
      </w:r>
      <w:bookmarkEnd w:id="31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64110069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7E0EF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B43689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5C5F448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49B0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import (energy hub)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1687A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4E4F960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D492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Supply price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FBD6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0.2 €/kWh</w:t>
            </w:r>
          </w:p>
        </w:tc>
      </w:tr>
      <w:tr w:rsidR="00FA1E15" w14:paraId="6F475F6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3B543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annual import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19F13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3E6367F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2515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Annual price increase (option)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BEF9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 change</w:t>
            </w:r>
          </w:p>
        </w:tc>
      </w:tr>
      <w:tr w:rsidR="00FA1E15" w14:paraId="03C7B1B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97547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Electricity feed-in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8FC0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3BB548E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FA01E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Feed-in tariff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2843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0.04 €/kWh</w:t>
            </w:r>
          </w:p>
        </w:tc>
      </w:tr>
      <w:tr w:rsidR="00FA1E15" w14:paraId="2235BBB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B997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annual feed-in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F82F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62D2CB7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6F3F7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grid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E16B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3CF611E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D5B8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Grid capacity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16A6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471A1E37" w14:textId="77777777" w:rsidR="00FA1E15" w:rsidRDefault="00FA1E15"/>
    <w:p w14:paraId="50060683" w14:textId="3E1453BF" w:rsidR="00FA1E15" w:rsidRDefault="00000000">
      <w:pPr>
        <w:pStyle w:val="CaptionStyle"/>
        <w:spacing w:before="40" w:after="0"/>
        <w:jc w:val="center"/>
      </w:pPr>
      <w:bookmarkStart w:id="322" w:name="_Toc240364131"/>
      <w:r>
        <w:t xml:space="preserve">Table </w:t>
      </w:r>
      <w:bookmarkStart w:id="323" w:name="gas_import_param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71</w:t>
      </w:r>
      <w:r>
        <w:fldChar w:fldCharType="end"/>
      </w:r>
      <w:bookmarkStart w:id="324" w:name="gas_import_params"/>
      <w:bookmarkEnd w:id="323"/>
      <w:bookmarkEnd w:id="324"/>
      <w:r>
        <w:t>: Natural gas</w:t>
      </w:r>
      <w:bookmarkEnd w:id="32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32799BF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234A3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882DC1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F4198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061595E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6079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Natural gas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2483A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DC28C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2EC76D1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2505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Supply price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4760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5CA8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0.08 €/kWh</w:t>
            </w:r>
          </w:p>
        </w:tc>
      </w:tr>
      <w:tr w:rsidR="00FA1E15" w14:paraId="1B5F835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B0214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annual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F8B30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F8C3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0C0E06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3E949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Annual price increase (option)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D76BF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5536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 change</w:t>
            </w:r>
          </w:p>
        </w:tc>
      </w:tr>
      <w:tr w:rsidR="00FA1E15" w14:paraId="383824E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1FBF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grid capacity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043EE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ED934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4F44F78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ED3D8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Grid capacity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5F90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2E10B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23D9D4B6" w14:textId="77777777" w:rsidR="00FA1E15" w:rsidRDefault="00FA1E15"/>
    <w:p w14:paraId="76C20096" w14:textId="64D2B8E1" w:rsidR="00FA1E15" w:rsidRDefault="00000000">
      <w:pPr>
        <w:pStyle w:val="CaptionStyle"/>
        <w:spacing w:before="40" w:after="0"/>
        <w:jc w:val="center"/>
      </w:pPr>
      <w:bookmarkStart w:id="325" w:name="_Toc240364132"/>
      <w:r>
        <w:t xml:space="preserve">Table </w:t>
      </w:r>
      <w:bookmarkStart w:id="326" w:name="biomass_import_param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72</w:t>
      </w:r>
      <w:r>
        <w:fldChar w:fldCharType="end"/>
      </w:r>
      <w:bookmarkStart w:id="327" w:name="biomass_import_params"/>
      <w:bookmarkEnd w:id="326"/>
      <w:bookmarkEnd w:id="327"/>
      <w:r>
        <w:t>: Biomass</w:t>
      </w:r>
      <w:bookmarkEnd w:id="32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66AFA55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B9D7C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3C66C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E5037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Scenario 2</w:t>
            </w:r>
          </w:p>
        </w:tc>
      </w:tr>
      <w:tr w:rsidR="00FA1E15" w14:paraId="2288E93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126F6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Biomass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4801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5B6D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B398A8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68B4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Supply price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EB4A0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0.08 €/kWh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8390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5FBBE62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842E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Limit annual import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E71D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51AF3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3F1F8E6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79A58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Annual price increase (option)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D04F2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 change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79C24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</w:tbl>
    <w:p w14:paraId="38A64F52" w14:textId="77777777" w:rsidR="00FA1E15" w:rsidRDefault="00FA1E15"/>
    <w:p w14:paraId="5F3DD115" w14:textId="77777777" w:rsidR="00FA1E15" w:rsidRDefault="00000000">
      <w:pPr>
        <w:pStyle w:val="berschrift2"/>
      </w:pPr>
      <w:bookmarkStart w:id="328" w:name="h_appendix_economics_num"/>
      <w:bookmarkStart w:id="329" w:name="_Toc240364056"/>
      <w:r>
        <w:rPr>
          <w:color w:val="000000"/>
          <w:sz w:val="36"/>
        </w:rPr>
        <w:t xml:space="preserve">4.4 </w:t>
      </w:r>
      <w:bookmarkEnd w:id="328"/>
      <w:r>
        <w:rPr>
          <w:color w:val="000000"/>
          <w:sz w:val="36"/>
        </w:rPr>
        <w:t>Economic parameters</w:t>
      </w:r>
      <w:bookmarkEnd w:id="329"/>
    </w:p>
    <w:p w14:paraId="618AF9BA" w14:textId="416679A1" w:rsidR="00FA1E15" w:rsidRDefault="00000000">
      <w:pPr>
        <w:pStyle w:val="CaptionStyle"/>
        <w:spacing w:before="40" w:after="0"/>
        <w:jc w:val="center"/>
      </w:pPr>
      <w:bookmarkStart w:id="330" w:name="_Toc240364133"/>
      <w:r>
        <w:t xml:space="preserve">Table </w:t>
      </w:r>
      <w:bookmarkStart w:id="331" w:name="economic_param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73</w:t>
      </w:r>
      <w:r>
        <w:fldChar w:fldCharType="end"/>
      </w:r>
      <w:bookmarkStart w:id="332" w:name="economic_params"/>
      <w:bookmarkEnd w:id="331"/>
      <w:bookmarkEnd w:id="332"/>
      <w:r>
        <w:t>: Economic parameters</w:t>
      </w:r>
      <w:bookmarkEnd w:id="33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154D0DD6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B9B526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0B405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27EFB77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188CF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Imputed interest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E54E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5 %</w:t>
            </w:r>
          </w:p>
        </w:tc>
      </w:tr>
      <w:tr w:rsidR="00FA1E15" w14:paraId="691F8A7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5F18F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Observation period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4CA9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 years</w:t>
            </w:r>
          </w:p>
        </w:tc>
      </w:tr>
      <w:tr w:rsidR="00FA1E15" w14:paraId="6923517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0EE45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Year 1 of observation period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5BE9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2027</w:t>
            </w:r>
          </w:p>
        </w:tc>
      </w:tr>
      <w:tr w:rsidR="00FA1E15" w14:paraId="452E6D6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F990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Inflation rate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2107A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0 %</w:t>
            </w:r>
          </w:p>
        </w:tc>
      </w:tr>
      <w:tr w:rsidR="00FA1E15" w14:paraId="4063858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28C2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Operating cost subsidy (BEW) of large-scale heat pumps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B84CB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0F7ADC2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0795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Operating cost subsidy (BEW) of solar thermal collectors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01B49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3B7830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5D8ED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CO₂ price option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3D24B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 pricing</w:t>
            </w:r>
          </w:p>
        </w:tc>
      </w:tr>
    </w:tbl>
    <w:p w14:paraId="422ACD55" w14:textId="77777777" w:rsidR="00FA1E15" w:rsidRDefault="00FA1E15"/>
    <w:p w14:paraId="7F140047" w14:textId="272826FD" w:rsidR="00FA1E15" w:rsidRDefault="00000000">
      <w:pPr>
        <w:pStyle w:val="CaptionStyle"/>
        <w:spacing w:before="40" w:after="0"/>
        <w:jc w:val="center"/>
      </w:pPr>
      <w:bookmarkStart w:id="333" w:name="_Toc240364134"/>
      <w:r>
        <w:t xml:space="preserve">Table </w:t>
      </w:r>
      <w:bookmarkStart w:id="334" w:name="other_one_time_cost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74</w:t>
      </w:r>
      <w:r>
        <w:fldChar w:fldCharType="end"/>
      </w:r>
      <w:bookmarkStart w:id="335" w:name="other_one_time_costs"/>
      <w:bookmarkEnd w:id="334"/>
      <w:bookmarkEnd w:id="335"/>
      <w:r>
        <w:t>: Other costs: One-time costs for all scenarios</w:t>
      </w:r>
      <w:bookmarkEnd w:id="33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A1E15" w14:paraId="24E5E9B2" w14:textId="77777777">
        <w:trPr>
          <w:jc w:val="center"/>
        </w:trPr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3D5BB22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1CE86D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Specific investment costs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6B18C0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Lifetime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2F9ADD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Maintenance costs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633FE29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Subsidy</w:t>
            </w:r>
          </w:p>
        </w:tc>
      </w:tr>
      <w:tr w:rsidR="00FA1E15" w14:paraId="25542C91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4315C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Gebäude Energiezentrale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A72B0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150,000 €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2AFDD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 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5A02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0 %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17C10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0 %</w:t>
            </w:r>
          </w:p>
        </w:tc>
      </w:tr>
      <w:tr w:rsidR="00FA1E15" w14:paraId="546601FD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3E6B0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Netzpumpe, Druckhaltung, Armaturen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9DAA4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30,000 €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9AA72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 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0C88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1 %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E8C1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40 %</w:t>
            </w:r>
          </w:p>
        </w:tc>
      </w:tr>
      <w:tr w:rsidR="00FA1E15" w14:paraId="643F6FDE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6717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Planungskosten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0D06A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100,000 €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C634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20 years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D9E76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0 %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9005E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50 %</w:t>
            </w:r>
          </w:p>
        </w:tc>
      </w:tr>
    </w:tbl>
    <w:p w14:paraId="70B388A3" w14:textId="77777777" w:rsidR="00FA1E15" w:rsidRDefault="00FA1E15"/>
    <w:p w14:paraId="328DD21F" w14:textId="2DB7F3E9" w:rsidR="00FA1E15" w:rsidRDefault="00000000">
      <w:pPr>
        <w:pStyle w:val="CaptionStyle"/>
        <w:spacing w:before="40" w:after="0"/>
        <w:jc w:val="center"/>
      </w:pPr>
      <w:bookmarkStart w:id="336" w:name="_Toc240364135"/>
      <w:r>
        <w:t xml:space="preserve">Table </w:t>
      </w:r>
      <w:bookmarkStart w:id="337" w:name="other_operation_cost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75</w:t>
      </w:r>
      <w:r>
        <w:fldChar w:fldCharType="end"/>
      </w:r>
      <w:bookmarkStart w:id="338" w:name="other_operation_costs"/>
      <w:bookmarkEnd w:id="337"/>
      <w:bookmarkEnd w:id="338"/>
      <w:r>
        <w:t>: Other costs: Annual costs for all scenarios</w:t>
      </w:r>
      <w:bookmarkEnd w:id="33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A1E15" w14:paraId="4184E405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5C2C15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B7EC9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Annual costs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A079FA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Subsidy</w:t>
            </w:r>
          </w:p>
        </w:tc>
      </w:tr>
      <w:tr w:rsidR="00FA1E15" w14:paraId="279B728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2C74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Verwaltung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800BC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10,000 €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51BBB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40 %</w:t>
            </w:r>
          </w:p>
        </w:tc>
      </w:tr>
    </w:tbl>
    <w:p w14:paraId="1185D2CE" w14:textId="77777777" w:rsidR="00FA1E15" w:rsidRDefault="00FA1E15"/>
    <w:p w14:paraId="55F4E4ED" w14:textId="2C064E76" w:rsidR="00FA1E15" w:rsidRDefault="00000000">
      <w:pPr>
        <w:pStyle w:val="CaptionStyle"/>
        <w:spacing w:before="40" w:after="0"/>
        <w:jc w:val="center"/>
      </w:pPr>
      <w:bookmarkStart w:id="339" w:name="_Toc240364136"/>
      <w:r>
        <w:t xml:space="preserve">Table </w:t>
      </w:r>
      <w:bookmarkStart w:id="340" w:name="revenue_settings_param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76</w:t>
      </w:r>
      <w:r>
        <w:fldChar w:fldCharType="end"/>
      </w:r>
      <w:bookmarkStart w:id="341" w:name="revenue_settings_params"/>
      <w:bookmarkEnd w:id="340"/>
      <w:bookmarkEnd w:id="341"/>
      <w:r>
        <w:t>: Revenue settings: Components</w:t>
      </w:r>
      <w:bookmarkEnd w:id="33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214C107C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EFF4BD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30E291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039FDDE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211B7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Energy price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26B9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2BF6929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107DF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lastRenderedPageBreak/>
              <w:t>Capacity price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BE776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1F5E02F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636AB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Base price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02254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855E0A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A4B1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One-time connection fee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3D00D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</w:tbl>
    <w:p w14:paraId="7197D7C1" w14:textId="77777777" w:rsidR="00FA1E15" w:rsidRDefault="00FA1E15"/>
    <w:p w14:paraId="693D01B2" w14:textId="53E65156" w:rsidR="00FA1E15" w:rsidRDefault="00000000">
      <w:pPr>
        <w:pStyle w:val="CaptionStyle"/>
        <w:spacing w:before="40" w:after="0"/>
        <w:jc w:val="center"/>
      </w:pPr>
      <w:bookmarkStart w:id="342" w:name="_Toc240364137"/>
      <w:r>
        <w:t xml:space="preserve">Table </w:t>
      </w:r>
      <w:bookmarkStart w:id="343" w:name="revenue_price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77</w:t>
      </w:r>
      <w:r>
        <w:fldChar w:fldCharType="end"/>
      </w:r>
      <w:bookmarkStart w:id="344" w:name="revenue_prices"/>
      <w:bookmarkEnd w:id="343"/>
      <w:bookmarkEnd w:id="344"/>
      <w:r>
        <w:t>: Revenue settings: Prices for all scenarios</w:t>
      </w:r>
      <w:bookmarkEnd w:id="34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A1E15" w14:paraId="70539D02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476E9C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40F412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Supply price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E7D28F9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Capacity price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299C62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Heat network connection</w:t>
            </w:r>
          </w:p>
        </w:tc>
      </w:tr>
      <w:tr w:rsidR="00FA1E15" w14:paraId="3E487ABF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BB439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One-time connection fees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1C1C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902345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A5EB8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8,000 €</w:t>
            </w:r>
          </w:p>
        </w:tc>
      </w:tr>
      <w:tr w:rsidR="00FA1E15" w14:paraId="2FADB7D6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99C4E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Heat demand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24CC9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0.18 €/kWh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CA30C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BCF27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35DF41FC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725DF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Cooling demand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8BA2A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0.15 €/kWh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EC876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149D3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2B34BAA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F32A9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Plug loads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B534E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0.3 €/kWh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BC34A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3D9CB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  <w:tr w:rsidR="00FA1E15" w14:paraId="68E6F69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6A916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E-mobility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58CB5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0.3 €/kWh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7CFDC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1F9D6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---</w:t>
            </w:r>
          </w:p>
        </w:tc>
      </w:tr>
    </w:tbl>
    <w:p w14:paraId="7F8E4409" w14:textId="77777777" w:rsidR="00FA1E15" w:rsidRDefault="00FA1E15"/>
    <w:p w14:paraId="0FD4F6EC" w14:textId="77777777" w:rsidR="00FA1E15" w:rsidRDefault="00000000">
      <w:pPr>
        <w:pStyle w:val="berschrift2"/>
      </w:pPr>
      <w:bookmarkStart w:id="345" w:name="h_appendix_project_weather_data_num"/>
      <w:bookmarkStart w:id="346" w:name="_Toc240364057"/>
      <w:r>
        <w:rPr>
          <w:color w:val="000000"/>
          <w:sz w:val="36"/>
        </w:rPr>
        <w:t xml:space="preserve">4.5 </w:t>
      </w:r>
      <w:bookmarkEnd w:id="345"/>
      <w:r>
        <w:rPr>
          <w:color w:val="000000"/>
          <w:sz w:val="36"/>
        </w:rPr>
        <w:t>Project and weather data</w:t>
      </w:r>
      <w:bookmarkEnd w:id="346"/>
    </w:p>
    <w:p w14:paraId="781173B4" w14:textId="77777777" w:rsidR="00FA1E15" w:rsidRDefault="00000000">
      <w:pPr>
        <w:pStyle w:val="berschrift3"/>
      </w:pPr>
      <w:bookmarkStart w:id="347" w:name="h_appendix_project_weather_general_num"/>
      <w:bookmarkStart w:id="348" w:name="_Toc240364058"/>
      <w:r>
        <w:rPr>
          <w:color w:val="000000"/>
          <w:sz w:val="32"/>
        </w:rPr>
        <w:t xml:space="preserve">4.5.1 </w:t>
      </w:r>
      <w:bookmarkEnd w:id="347"/>
      <w:r>
        <w:rPr>
          <w:color w:val="000000"/>
          <w:sz w:val="32"/>
        </w:rPr>
        <w:t>General project data</w:t>
      </w:r>
      <w:bookmarkEnd w:id="348"/>
    </w:p>
    <w:p w14:paraId="5090B487" w14:textId="21AE65DE" w:rsidR="00FA1E15" w:rsidRDefault="00000000">
      <w:pPr>
        <w:pStyle w:val="CaptionStyle"/>
        <w:spacing w:before="40" w:after="0"/>
        <w:jc w:val="center"/>
      </w:pPr>
      <w:bookmarkStart w:id="349" w:name="_Toc240364138"/>
      <w:r>
        <w:t xml:space="preserve">Table </w:t>
      </w:r>
      <w:bookmarkStart w:id="350" w:name="project_setting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78</w:t>
      </w:r>
      <w:r>
        <w:fldChar w:fldCharType="end"/>
      </w:r>
      <w:bookmarkStart w:id="351" w:name="project_settings"/>
      <w:bookmarkEnd w:id="350"/>
      <w:bookmarkEnd w:id="351"/>
      <w:r>
        <w:t>: Project settings</w:t>
      </w:r>
      <w:bookmarkEnd w:id="34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264E21B5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A6A8DD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4D1239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7E29040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6FE0CB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Min. temp. diff. water/water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0F7C8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2</w:t>
            </w:r>
          </w:p>
        </w:tc>
      </w:tr>
      <w:tr w:rsidR="00FA1E15" w14:paraId="2B2FB1D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8CA19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Public holidays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1EF8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yes</w:t>
            </w:r>
          </w:p>
        </w:tc>
      </w:tr>
      <w:tr w:rsidR="00FA1E15" w14:paraId="0264BA3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C59A0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Time change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B30F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7670D3E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48D17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First day of year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984A8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Monday</w:t>
            </w:r>
          </w:p>
        </w:tc>
      </w:tr>
      <w:tr w:rsidR="00FA1E15" w14:paraId="34E7D42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7ED04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Version of simulation core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0877C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4.6</w:t>
            </w:r>
          </w:p>
        </w:tc>
      </w:tr>
    </w:tbl>
    <w:p w14:paraId="3CC395BE" w14:textId="77777777" w:rsidR="00FA1E15" w:rsidRDefault="00FA1E15"/>
    <w:p w14:paraId="36547A3B" w14:textId="5F8A85FB" w:rsidR="00FA1E15" w:rsidRDefault="00000000">
      <w:pPr>
        <w:pStyle w:val="CaptionStyle"/>
        <w:spacing w:before="40" w:after="0"/>
        <w:jc w:val="center"/>
      </w:pPr>
      <w:bookmarkStart w:id="352" w:name="_Toc240364139"/>
      <w:r>
        <w:t xml:space="preserve">Table </w:t>
      </w:r>
      <w:bookmarkStart w:id="353" w:name="geographical_data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79</w:t>
      </w:r>
      <w:r>
        <w:fldChar w:fldCharType="end"/>
      </w:r>
      <w:bookmarkStart w:id="354" w:name="geographical_data"/>
      <w:bookmarkEnd w:id="353"/>
      <w:bookmarkEnd w:id="354"/>
      <w:r>
        <w:t>: Geographical location (weather data)</w:t>
      </w:r>
      <w:bookmarkEnd w:id="35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53D5C827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1E20BF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7F1D71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43EAB5F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6C537D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City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CBBBA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Düsseldorf</w:t>
            </w:r>
          </w:p>
        </w:tc>
      </w:tr>
      <w:tr w:rsidR="00FA1E15" w14:paraId="576003F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534C0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Country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97673A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Germany</w:t>
            </w:r>
          </w:p>
        </w:tc>
      </w:tr>
    </w:tbl>
    <w:p w14:paraId="19862515" w14:textId="77777777" w:rsidR="00FA1E15" w:rsidRDefault="00FA1E15"/>
    <w:p w14:paraId="4A494921" w14:textId="77777777" w:rsidR="00FA1E15" w:rsidRDefault="00000000">
      <w:pPr>
        <w:pStyle w:val="berschrift3"/>
      </w:pPr>
      <w:bookmarkStart w:id="355" w:name="h_appendix_project_weather_weather_num"/>
      <w:bookmarkStart w:id="356" w:name="_Toc240364059"/>
      <w:r>
        <w:rPr>
          <w:color w:val="000000"/>
          <w:sz w:val="32"/>
        </w:rPr>
        <w:t xml:space="preserve">4.5.2 </w:t>
      </w:r>
      <w:bookmarkEnd w:id="355"/>
      <w:r>
        <w:rPr>
          <w:color w:val="000000"/>
          <w:sz w:val="32"/>
        </w:rPr>
        <w:t>Weather data</w:t>
      </w:r>
      <w:bookmarkEnd w:id="356"/>
    </w:p>
    <w:p w14:paraId="78876129" w14:textId="34321E56" w:rsidR="00FA1E15" w:rsidRDefault="00000000">
      <w:pPr>
        <w:pStyle w:val="CaptionStyle"/>
        <w:spacing w:before="40" w:after="0"/>
        <w:jc w:val="center"/>
      </w:pPr>
      <w:bookmarkStart w:id="357" w:name="_Toc240364140"/>
      <w:r>
        <w:t xml:space="preserve">Table </w:t>
      </w:r>
      <w:bookmarkStart w:id="358" w:name="weather_adaptations_num"/>
      <w:r>
        <w:fldChar w:fldCharType="begin"/>
      </w:r>
      <w:r>
        <w:instrText>SEQ Tabelle \* ARABIC</w:instrText>
      </w:r>
      <w:r>
        <w:fldChar w:fldCharType="separate"/>
      </w:r>
      <w:r w:rsidR="00E31272">
        <w:rPr>
          <w:noProof/>
        </w:rPr>
        <w:t>80</w:t>
      </w:r>
      <w:r>
        <w:fldChar w:fldCharType="end"/>
      </w:r>
      <w:bookmarkStart w:id="359" w:name="weather_adaptations"/>
      <w:bookmarkEnd w:id="358"/>
      <w:bookmarkEnd w:id="359"/>
      <w:r>
        <w:t>: Customization of weather data</w:t>
      </w:r>
      <w:bookmarkEnd w:id="35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A1E15" w14:paraId="45AFBC05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CA74A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8E1B37E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color w:val="FFFFFF"/>
                <w:sz w:val="20"/>
              </w:rPr>
              <w:t>All scenarios</w:t>
            </w:r>
          </w:p>
        </w:tc>
      </w:tr>
      <w:tr w:rsidR="00FA1E15" w14:paraId="23D21ED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CCDE17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Air temperature increase/decrease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70DCC4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6EFC886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F56A6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Specify minimum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FFE4E2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71365A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0A544C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Specify maximum temperature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50E94F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623712E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2F650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GHI profile increase/decrease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4286B8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2955E40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DC8AB1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DNI profile increase/decrease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C1AEA6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  <w:tr w:rsidR="00FA1E15" w14:paraId="5CAC137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18E210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Wind speed increase/decrease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A568A3" w14:textId="77777777" w:rsidR="00FA1E15" w:rsidRDefault="00000000">
            <w:pPr>
              <w:spacing w:before="20" w:after="10" w:line="240" w:lineRule="auto"/>
              <w:jc w:val="center"/>
            </w:pPr>
            <w:r>
              <w:rPr>
                <w:sz w:val="20"/>
              </w:rPr>
              <w:t>no</w:t>
            </w:r>
          </w:p>
        </w:tc>
      </w:tr>
    </w:tbl>
    <w:p w14:paraId="5073F620" w14:textId="77777777" w:rsidR="00FA1E15" w:rsidRDefault="00FA1E15"/>
    <w:p w14:paraId="0BB61C6B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6AF4AE3B" wp14:editId="47CCF92F">
            <wp:extent cx="5486400" cy="2743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CF2D6" w14:textId="1D40CE7A" w:rsidR="00FA1E15" w:rsidRDefault="00000000">
      <w:pPr>
        <w:pStyle w:val="CaptionStyle"/>
        <w:spacing w:before="40" w:after="0"/>
        <w:jc w:val="center"/>
      </w:pPr>
      <w:bookmarkStart w:id="360" w:name="_Toc240364162"/>
      <w:r>
        <w:t xml:space="preserve">Figure </w:t>
      </w:r>
      <w:bookmarkStart w:id="361" w:name="air_temp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22</w:t>
      </w:r>
      <w:r>
        <w:fldChar w:fldCharType="end"/>
      </w:r>
      <w:bookmarkStart w:id="362" w:name="air_temp"/>
      <w:bookmarkEnd w:id="361"/>
      <w:bookmarkEnd w:id="362"/>
      <w:r>
        <w:t>: Ambient air temperature (Annual profile)</w:t>
      </w:r>
      <w:bookmarkEnd w:id="360"/>
    </w:p>
    <w:p w14:paraId="42ACDDE6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1D804995" wp14:editId="5D9393DF">
            <wp:extent cx="5486400" cy="2743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9871" w14:textId="60427BEB" w:rsidR="00FA1E15" w:rsidRDefault="00000000">
      <w:pPr>
        <w:pStyle w:val="CaptionStyle"/>
        <w:spacing w:before="40" w:after="0"/>
        <w:jc w:val="center"/>
      </w:pPr>
      <w:bookmarkStart w:id="363" w:name="_Toc240364163"/>
      <w:r>
        <w:t xml:space="preserve">Figure </w:t>
      </w:r>
      <w:bookmarkStart w:id="364" w:name="heatmap_plot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23</w:t>
      </w:r>
      <w:r>
        <w:fldChar w:fldCharType="end"/>
      </w:r>
      <w:bookmarkStart w:id="365" w:name="heatmap_plot"/>
      <w:bookmarkEnd w:id="364"/>
      <w:bookmarkEnd w:id="365"/>
      <w:r>
        <w:t>: Ambient air temperature (Heatmap)</w:t>
      </w:r>
      <w:bookmarkEnd w:id="363"/>
    </w:p>
    <w:p w14:paraId="5CEA29B9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019CBB71" wp14:editId="74CF80F7">
            <wp:extent cx="5486400" cy="2743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F9605" w14:textId="48A16239" w:rsidR="00FA1E15" w:rsidRDefault="00000000">
      <w:pPr>
        <w:pStyle w:val="CaptionStyle"/>
        <w:spacing w:before="40" w:after="0"/>
        <w:jc w:val="center"/>
      </w:pPr>
      <w:bookmarkStart w:id="366" w:name="_Toc240364164"/>
      <w:r>
        <w:t xml:space="preserve">Figure </w:t>
      </w:r>
      <w:bookmarkStart w:id="367" w:name="wind_speed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24</w:t>
      </w:r>
      <w:r>
        <w:fldChar w:fldCharType="end"/>
      </w:r>
      <w:bookmarkStart w:id="368" w:name="wind_speed"/>
      <w:bookmarkEnd w:id="367"/>
      <w:bookmarkEnd w:id="368"/>
      <w:r>
        <w:t>: Wind speed (Annual profile)</w:t>
      </w:r>
      <w:bookmarkEnd w:id="366"/>
    </w:p>
    <w:p w14:paraId="6E3B024C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5793764C" wp14:editId="4F2E1CA6">
            <wp:extent cx="5486400" cy="27432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1E8F" w14:textId="4B9FA962" w:rsidR="00FA1E15" w:rsidRDefault="00000000">
      <w:pPr>
        <w:pStyle w:val="CaptionStyle"/>
        <w:spacing w:before="40" w:after="0"/>
        <w:jc w:val="center"/>
      </w:pPr>
      <w:bookmarkStart w:id="369" w:name="_Toc240364165"/>
      <w:r>
        <w:t xml:space="preserve">Figure </w:t>
      </w:r>
      <w:bookmarkStart w:id="370" w:name="heatmap_plot_fig_2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25</w:t>
      </w:r>
      <w:r>
        <w:fldChar w:fldCharType="end"/>
      </w:r>
      <w:bookmarkStart w:id="371" w:name="heatmap_plot_fig_2"/>
      <w:bookmarkEnd w:id="370"/>
      <w:bookmarkEnd w:id="371"/>
      <w:r>
        <w:t>: Wind speed (Heatmap)</w:t>
      </w:r>
      <w:bookmarkEnd w:id="369"/>
    </w:p>
    <w:p w14:paraId="2CA54504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370DDA61" wp14:editId="297F9F6B">
            <wp:extent cx="5486400" cy="2743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87F6" w14:textId="7398C90A" w:rsidR="00FA1E15" w:rsidRDefault="00000000">
      <w:pPr>
        <w:pStyle w:val="CaptionStyle"/>
        <w:spacing w:before="40" w:after="0"/>
        <w:jc w:val="center"/>
      </w:pPr>
      <w:bookmarkStart w:id="372" w:name="_Toc240364166"/>
      <w:r>
        <w:t xml:space="preserve">Figure </w:t>
      </w:r>
      <w:bookmarkStart w:id="373" w:name="ghi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26</w:t>
      </w:r>
      <w:r>
        <w:fldChar w:fldCharType="end"/>
      </w:r>
      <w:bookmarkStart w:id="374" w:name="ghi"/>
      <w:bookmarkEnd w:id="373"/>
      <w:bookmarkEnd w:id="374"/>
      <w:r>
        <w:t>: Global horizontal irradiance (annual profile)</w:t>
      </w:r>
      <w:bookmarkEnd w:id="372"/>
    </w:p>
    <w:p w14:paraId="7B4DDC94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2013A018" wp14:editId="2BF1727D">
            <wp:extent cx="5486400" cy="27432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0F66" w14:textId="65E20457" w:rsidR="00FA1E15" w:rsidRDefault="00000000">
      <w:pPr>
        <w:pStyle w:val="CaptionStyle"/>
        <w:spacing w:before="40" w:after="0"/>
        <w:jc w:val="center"/>
      </w:pPr>
      <w:bookmarkStart w:id="375" w:name="_Toc240364167"/>
      <w:r>
        <w:t xml:space="preserve">Figure </w:t>
      </w:r>
      <w:bookmarkStart w:id="376" w:name="heatmap_plot_fig_3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27</w:t>
      </w:r>
      <w:r>
        <w:fldChar w:fldCharType="end"/>
      </w:r>
      <w:bookmarkStart w:id="377" w:name="heatmap_plot_fig_3"/>
      <w:bookmarkEnd w:id="376"/>
      <w:bookmarkEnd w:id="377"/>
      <w:r>
        <w:t>: Global horizontal irradiance (Heatmap)</w:t>
      </w:r>
      <w:bookmarkEnd w:id="375"/>
    </w:p>
    <w:p w14:paraId="1D9FC327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68C200F8" wp14:editId="75AC28F2">
            <wp:extent cx="5486400" cy="2743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E75D4" w14:textId="3885CAA7" w:rsidR="00FA1E15" w:rsidRDefault="00000000">
      <w:pPr>
        <w:pStyle w:val="CaptionStyle"/>
        <w:spacing w:before="40" w:after="0"/>
        <w:jc w:val="center"/>
      </w:pPr>
      <w:bookmarkStart w:id="378" w:name="_Toc240364168"/>
      <w:r>
        <w:t xml:space="preserve">Figure </w:t>
      </w:r>
      <w:bookmarkStart w:id="379" w:name="dni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28</w:t>
      </w:r>
      <w:r>
        <w:fldChar w:fldCharType="end"/>
      </w:r>
      <w:bookmarkStart w:id="380" w:name="dni"/>
      <w:bookmarkEnd w:id="379"/>
      <w:bookmarkEnd w:id="380"/>
      <w:r>
        <w:t>: Direct normal irradiance (Annual profile)</w:t>
      </w:r>
      <w:bookmarkEnd w:id="378"/>
    </w:p>
    <w:p w14:paraId="66CB0481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68ABB99B" wp14:editId="1EFC6C84">
            <wp:extent cx="5486400" cy="27432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B570" w14:textId="19E7A4A4" w:rsidR="00FA1E15" w:rsidRDefault="00000000">
      <w:pPr>
        <w:pStyle w:val="CaptionStyle"/>
        <w:spacing w:before="40" w:after="0"/>
        <w:jc w:val="center"/>
      </w:pPr>
      <w:bookmarkStart w:id="381" w:name="_Toc240364169"/>
      <w:r>
        <w:t xml:space="preserve">Figure </w:t>
      </w:r>
      <w:bookmarkStart w:id="382" w:name="heatmap_plot_fig_4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29</w:t>
      </w:r>
      <w:r>
        <w:fldChar w:fldCharType="end"/>
      </w:r>
      <w:bookmarkStart w:id="383" w:name="heatmap_plot_fig_4"/>
      <w:bookmarkEnd w:id="382"/>
      <w:bookmarkEnd w:id="383"/>
      <w:r>
        <w:t>: Direct normal irradiance (Heatmap)</w:t>
      </w:r>
      <w:bookmarkEnd w:id="381"/>
    </w:p>
    <w:p w14:paraId="52D544BB" w14:textId="77777777" w:rsidR="00FA1E15" w:rsidRDefault="00000000">
      <w:pPr>
        <w:spacing w:before="300" w:after="40"/>
        <w:jc w:val="center"/>
      </w:pPr>
      <w:r>
        <w:rPr>
          <w:noProof/>
        </w:rPr>
        <w:lastRenderedPageBreak/>
        <w:drawing>
          <wp:inline distT="0" distB="0" distL="0" distR="0" wp14:anchorId="54DBCB6F" wp14:editId="0F18461B">
            <wp:extent cx="5486400" cy="27432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A98DE" w14:textId="5630AEDB" w:rsidR="00FA1E15" w:rsidRDefault="00000000">
      <w:pPr>
        <w:pStyle w:val="CaptionStyle"/>
        <w:spacing w:before="40" w:after="0"/>
        <w:jc w:val="center"/>
      </w:pPr>
      <w:bookmarkStart w:id="384" w:name="_Toc240364170"/>
      <w:r>
        <w:t xml:space="preserve">Figure </w:t>
      </w:r>
      <w:bookmarkStart w:id="385" w:name="ir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30</w:t>
      </w:r>
      <w:r>
        <w:fldChar w:fldCharType="end"/>
      </w:r>
      <w:bookmarkStart w:id="386" w:name="ir"/>
      <w:bookmarkEnd w:id="385"/>
      <w:bookmarkEnd w:id="386"/>
      <w:r>
        <w:t>: Horizontal infrared radiation (Annual profile)</w:t>
      </w:r>
      <w:bookmarkEnd w:id="384"/>
    </w:p>
    <w:p w14:paraId="43875BCF" w14:textId="77777777" w:rsidR="00FA1E15" w:rsidRDefault="00000000">
      <w:pPr>
        <w:spacing w:before="300" w:after="40"/>
        <w:jc w:val="center"/>
      </w:pPr>
      <w:r>
        <w:rPr>
          <w:noProof/>
        </w:rPr>
        <w:drawing>
          <wp:inline distT="0" distB="0" distL="0" distR="0" wp14:anchorId="3146390D" wp14:editId="6E0766E2">
            <wp:extent cx="5486400" cy="2743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9E1E7" w14:textId="116DAEF2" w:rsidR="00FA1E15" w:rsidRDefault="00000000">
      <w:pPr>
        <w:pStyle w:val="CaptionStyle"/>
        <w:spacing w:before="40" w:after="0"/>
        <w:jc w:val="center"/>
      </w:pPr>
      <w:bookmarkStart w:id="387" w:name="_Toc240364171"/>
      <w:r>
        <w:t xml:space="preserve">Figure </w:t>
      </w:r>
      <w:bookmarkStart w:id="388" w:name="heatmap_plot_fig_5_num"/>
      <w:r>
        <w:fldChar w:fldCharType="begin"/>
      </w:r>
      <w:r>
        <w:instrText>SEQ Abbildung \* ARABIC</w:instrText>
      </w:r>
      <w:r>
        <w:fldChar w:fldCharType="separate"/>
      </w:r>
      <w:r w:rsidR="00E31272">
        <w:rPr>
          <w:noProof/>
        </w:rPr>
        <w:t>31</w:t>
      </w:r>
      <w:r>
        <w:fldChar w:fldCharType="end"/>
      </w:r>
      <w:bookmarkStart w:id="389" w:name="heatmap_plot_fig_5"/>
      <w:bookmarkEnd w:id="388"/>
      <w:bookmarkEnd w:id="389"/>
      <w:r>
        <w:t>: Horizontal infrared radiation (Heatmap)</w:t>
      </w:r>
      <w:bookmarkEnd w:id="387"/>
    </w:p>
    <w:p w14:paraId="53BC1C41" w14:textId="77777777" w:rsidR="00FA1E15" w:rsidRDefault="00000000">
      <w:pPr>
        <w:pStyle w:val="berschrift2"/>
      </w:pPr>
      <w:bookmarkStart w:id="390" w:name="h_appendix_data_sources_num"/>
      <w:bookmarkStart w:id="391" w:name="_Toc240364060"/>
      <w:r>
        <w:rPr>
          <w:color w:val="000000"/>
          <w:sz w:val="36"/>
        </w:rPr>
        <w:t xml:space="preserve">4.6 </w:t>
      </w:r>
      <w:bookmarkEnd w:id="390"/>
      <w:r>
        <w:rPr>
          <w:color w:val="000000"/>
          <w:sz w:val="36"/>
        </w:rPr>
        <w:t>Additional information and data sources</w:t>
      </w:r>
      <w:bookmarkEnd w:id="391"/>
    </w:p>
    <w:p w14:paraId="7294D26F" w14:textId="77777777" w:rsidR="00FA1E15" w:rsidRDefault="00000000">
      <w:pPr>
        <w:jc w:val="both"/>
      </w:pPr>
      <w:r>
        <w:t>This report includes map data © OpenStreetMap contributors, licensed under the Open Database License (ODbL).</w:t>
      </w:r>
    </w:p>
    <w:sectPr w:rsidR="00FA1E15" w:rsidSect="00034616">
      <w:footerReference w:type="default" r:id="rId38"/>
      <w:type w:val="continuous"/>
      <w:pgSz w:w="12240" w:h="15840"/>
      <w:pgMar w:top="1440" w:right="1800" w:bottom="1440" w:left="180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35DA" w14:textId="77777777" w:rsidR="00D47990" w:rsidRDefault="00D47990">
      <w:pPr>
        <w:spacing w:after="0" w:line="240" w:lineRule="auto"/>
      </w:pPr>
      <w:r>
        <w:separator/>
      </w:r>
    </w:p>
  </w:endnote>
  <w:endnote w:type="continuationSeparator" w:id="0">
    <w:p w14:paraId="6C08C4E9" w14:textId="77777777" w:rsidR="00D47990" w:rsidRDefault="00D4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085D" w14:textId="6FD1C521" w:rsidR="00FA1E15" w:rsidRDefault="00000000">
    <w:pPr>
      <w:pStyle w:val="Fuzeile"/>
      <w:jc w:val="center"/>
    </w:pPr>
    <w:r>
      <w:fldChar w:fldCharType="begin"/>
    </w:r>
    <w:r>
      <w:instrText>PAGE</w:instrText>
    </w:r>
    <w:r>
      <w:fldChar w:fldCharType="separate"/>
    </w:r>
    <w:r w:rsidR="00C93F0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1462" w14:textId="77777777" w:rsidR="00D47990" w:rsidRDefault="00D47990">
      <w:pPr>
        <w:spacing w:after="0" w:line="240" w:lineRule="auto"/>
      </w:pPr>
      <w:r>
        <w:separator/>
      </w:r>
    </w:p>
  </w:footnote>
  <w:footnote w:type="continuationSeparator" w:id="0">
    <w:p w14:paraId="23F61BB9" w14:textId="77777777" w:rsidR="00D47990" w:rsidRDefault="00D4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F818" w14:textId="77777777" w:rsidR="00FA1E15" w:rsidRDefault="00000000">
    <w:pPr>
      <w:pStyle w:val="Kopfzeile"/>
      <w:jc w:val="right"/>
    </w:pPr>
    <w:r>
      <w:rPr>
        <w:noProof/>
      </w:rPr>
      <w:drawing>
        <wp:inline distT="0" distB="0" distL="0" distR="0" wp14:anchorId="224FC79B" wp14:editId="69A94991">
          <wp:extent cx="685800" cy="292607"/>
          <wp:effectExtent l="0" t="0" r="0" b="0"/>
          <wp:docPr id="20677996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pro_logo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292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5618372">
    <w:abstractNumId w:val="8"/>
  </w:num>
  <w:num w:numId="2" w16cid:durableId="1517035076">
    <w:abstractNumId w:val="6"/>
  </w:num>
  <w:num w:numId="3" w16cid:durableId="8677996">
    <w:abstractNumId w:val="5"/>
  </w:num>
  <w:num w:numId="4" w16cid:durableId="2009943748">
    <w:abstractNumId w:val="4"/>
  </w:num>
  <w:num w:numId="5" w16cid:durableId="395206228">
    <w:abstractNumId w:val="7"/>
  </w:num>
  <w:num w:numId="6" w16cid:durableId="1443497721">
    <w:abstractNumId w:val="3"/>
  </w:num>
  <w:num w:numId="7" w16cid:durableId="1313293347">
    <w:abstractNumId w:val="2"/>
  </w:num>
  <w:num w:numId="8" w16cid:durableId="513805012">
    <w:abstractNumId w:val="1"/>
  </w:num>
  <w:num w:numId="9" w16cid:durableId="60800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93F0F"/>
    <w:rsid w:val="00CB0664"/>
    <w:rsid w:val="00CB75E5"/>
    <w:rsid w:val="00D47990"/>
    <w:rsid w:val="00E31272"/>
    <w:rsid w:val="00FA1E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0FC75"/>
  <w14:defaultImageDpi w14:val="300"/>
  <w15:docId w15:val="{A3461DAB-DC98-44D6-8982-E3E9A3C6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ptionStyle">
    <w:name w:val="CaptionStyle"/>
    <w:rPr>
      <w:rFonts w:ascii="Calibri" w:hAnsi="Calibri"/>
      <w:i/>
      <w:color w:val="000000"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E3127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31272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E31272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E31272"/>
    <w:rPr>
      <w:color w:val="0000FF" w:themeColor="hyperlink"/>
      <w:u w:val="single"/>
    </w:rPr>
  </w:style>
  <w:style w:type="paragraph" w:styleId="Abbildungsverzeichnis">
    <w:name w:val="table of figures"/>
    <w:basedOn w:val="Standard"/>
    <w:next w:val="Standard"/>
    <w:uiPriority w:val="99"/>
    <w:unhideWhenUsed/>
    <w:rsid w:val="00E3127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8386</Words>
  <Characters>52832</Characters>
  <Application>Microsoft Office Word</Application>
  <DocSecurity>0</DocSecurity>
  <Lines>440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nPro Result Report</dc:title>
  <dc:subject/>
  <dc:creator>Lisa Weidinger</dc:creator>
  <cp:keywords>nPro Energy</cp:keywords>
  <dc:description>This result report has been created by nPro Software.</dc:description>
  <cp:lastModifiedBy>Lisa Weidinger (nPro Energy)</cp:lastModifiedBy>
  <cp:revision>3</cp:revision>
  <dcterms:created xsi:type="dcterms:W3CDTF">2026-09-09T13:46:00Z</dcterms:created>
  <dcterms:modified xsi:type="dcterms:W3CDTF">2026-09-15T09:27:00Z</dcterms:modified>
  <cp:category/>
</cp:coreProperties>
</file>