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C7FF4" w14:textId="77777777" w:rsidR="005D31A4" w:rsidRPr="00B252FF" w:rsidRDefault="00000000">
      <w:pPr>
        <w:jc w:val="center"/>
        <w:rPr>
          <w:lang w:val="de-DE"/>
        </w:rPr>
      </w:pPr>
      <w:r w:rsidRPr="00B252FF">
        <w:rPr>
          <w:b/>
          <w:color w:val="000000"/>
          <w:sz w:val="72"/>
          <w:lang w:val="de-DE"/>
        </w:rPr>
        <w:t>Kurzbericht</w:t>
      </w:r>
    </w:p>
    <w:p w14:paraId="36457069" w14:textId="77777777" w:rsidR="005D31A4" w:rsidRPr="00B252FF" w:rsidRDefault="00000000">
      <w:pPr>
        <w:jc w:val="center"/>
        <w:rPr>
          <w:lang w:val="de-DE"/>
        </w:rPr>
      </w:pPr>
      <w:r w:rsidRPr="00B252FF">
        <w:rPr>
          <w:b/>
          <w:color w:val="000000"/>
          <w:sz w:val="48"/>
          <w:lang w:val="de-DE"/>
        </w:rPr>
        <w:t>Projekt: Projekt 1</w:t>
      </w:r>
    </w:p>
    <w:p w14:paraId="20F62B89" w14:textId="77777777" w:rsidR="005D31A4" w:rsidRPr="00B252FF" w:rsidRDefault="00000000">
      <w:pPr>
        <w:spacing w:before="300" w:after="40"/>
        <w:jc w:val="center"/>
        <w:rPr>
          <w:lang w:val="de-DE"/>
        </w:rPr>
      </w:pPr>
      <w:r w:rsidRPr="00B252FF">
        <w:rPr>
          <w:noProof/>
          <w:lang w:val="de-DE"/>
        </w:rPr>
        <w:drawing>
          <wp:inline distT="0" distB="0" distL="0" distR="0" wp14:anchorId="78CC9AC4" wp14:editId="5C5A3C6D">
            <wp:extent cx="4114800" cy="3429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5D31A4" w:rsidRPr="00B252FF" w14:paraId="5422E1F2" w14:textId="77777777">
        <w:tc>
          <w:tcPr>
            <w:tcW w:w="4320" w:type="dxa"/>
          </w:tcPr>
          <w:p w14:paraId="1EF0F3E0" w14:textId="77777777" w:rsidR="005D31A4" w:rsidRPr="00B252FF" w:rsidRDefault="00000000">
            <w:pPr>
              <w:jc w:val="right"/>
              <w:rPr>
                <w:lang w:val="de-DE"/>
              </w:rPr>
            </w:pPr>
            <w:r w:rsidRPr="00B252FF">
              <w:rPr>
                <w:b/>
                <w:color w:val="000000"/>
                <w:lang w:val="de-DE"/>
              </w:rPr>
              <w:t>Auftraggeber:</w:t>
            </w:r>
          </w:p>
        </w:tc>
        <w:tc>
          <w:tcPr>
            <w:tcW w:w="4320" w:type="dxa"/>
          </w:tcPr>
          <w:p w14:paraId="1CC88855" w14:textId="77777777" w:rsidR="005D31A4" w:rsidRPr="00B252FF" w:rsidRDefault="00000000">
            <w:pPr>
              <w:rPr>
                <w:lang w:val="de-DE"/>
              </w:rPr>
            </w:pPr>
            <w:r w:rsidRPr="00B252FF">
              <w:rPr>
                <w:color w:val="000000"/>
                <w:lang w:val="de-DE"/>
              </w:rPr>
              <w:t>Stadtwerke Musterstadt</w:t>
            </w:r>
          </w:p>
        </w:tc>
      </w:tr>
      <w:tr w:rsidR="005D31A4" w:rsidRPr="00B252FF" w14:paraId="710BA754" w14:textId="77777777">
        <w:tc>
          <w:tcPr>
            <w:tcW w:w="4320" w:type="dxa"/>
          </w:tcPr>
          <w:p w14:paraId="5942DC2D" w14:textId="77777777" w:rsidR="005D31A4" w:rsidRPr="00B252FF" w:rsidRDefault="005D31A4">
            <w:pPr>
              <w:jc w:val="right"/>
              <w:rPr>
                <w:lang w:val="de-DE"/>
              </w:rPr>
            </w:pPr>
          </w:p>
        </w:tc>
        <w:tc>
          <w:tcPr>
            <w:tcW w:w="4320" w:type="dxa"/>
          </w:tcPr>
          <w:p w14:paraId="75058D53" w14:textId="77777777" w:rsidR="005D31A4" w:rsidRPr="00B252FF" w:rsidRDefault="00000000">
            <w:pPr>
              <w:rPr>
                <w:lang w:val="de-DE"/>
              </w:rPr>
            </w:pPr>
            <w:r w:rsidRPr="00B252FF">
              <w:rPr>
                <w:lang w:val="de-DE"/>
              </w:rPr>
              <w:t>Musterstraße 1</w:t>
            </w:r>
          </w:p>
        </w:tc>
      </w:tr>
      <w:tr w:rsidR="005D31A4" w:rsidRPr="00B252FF" w14:paraId="28AE0CC6" w14:textId="77777777">
        <w:tc>
          <w:tcPr>
            <w:tcW w:w="4320" w:type="dxa"/>
          </w:tcPr>
          <w:p w14:paraId="671F3D38" w14:textId="77777777" w:rsidR="005D31A4" w:rsidRPr="00B252FF" w:rsidRDefault="005D31A4">
            <w:pPr>
              <w:jc w:val="right"/>
              <w:rPr>
                <w:lang w:val="de-DE"/>
              </w:rPr>
            </w:pPr>
          </w:p>
        </w:tc>
        <w:tc>
          <w:tcPr>
            <w:tcW w:w="4320" w:type="dxa"/>
          </w:tcPr>
          <w:p w14:paraId="347C895A" w14:textId="77777777" w:rsidR="005D31A4" w:rsidRPr="00B252FF" w:rsidRDefault="00000000">
            <w:pPr>
              <w:rPr>
                <w:lang w:val="de-DE"/>
              </w:rPr>
            </w:pPr>
            <w:r w:rsidRPr="00B252FF">
              <w:rPr>
                <w:lang w:val="de-DE"/>
              </w:rPr>
              <w:t>12345 Musterstadt</w:t>
            </w:r>
          </w:p>
        </w:tc>
      </w:tr>
      <w:tr w:rsidR="005D31A4" w:rsidRPr="00B252FF" w14:paraId="3B481555" w14:textId="77777777">
        <w:tc>
          <w:tcPr>
            <w:tcW w:w="4320" w:type="dxa"/>
          </w:tcPr>
          <w:p w14:paraId="382CE1EB" w14:textId="77777777" w:rsidR="005D31A4" w:rsidRPr="00B252FF" w:rsidRDefault="005D31A4">
            <w:pPr>
              <w:jc w:val="right"/>
              <w:rPr>
                <w:lang w:val="de-DE"/>
              </w:rPr>
            </w:pPr>
          </w:p>
        </w:tc>
        <w:tc>
          <w:tcPr>
            <w:tcW w:w="4320" w:type="dxa"/>
          </w:tcPr>
          <w:p w14:paraId="2CE3D3FB" w14:textId="77777777" w:rsidR="005D31A4" w:rsidRPr="00B252FF" w:rsidRDefault="005D31A4">
            <w:pPr>
              <w:rPr>
                <w:lang w:val="de-DE"/>
              </w:rPr>
            </w:pPr>
          </w:p>
        </w:tc>
      </w:tr>
      <w:tr w:rsidR="005D31A4" w:rsidRPr="00B252FF" w14:paraId="5E682A32" w14:textId="77777777">
        <w:tc>
          <w:tcPr>
            <w:tcW w:w="4320" w:type="dxa"/>
          </w:tcPr>
          <w:p w14:paraId="57672CDA" w14:textId="77777777" w:rsidR="005D31A4" w:rsidRPr="00B252FF" w:rsidRDefault="00000000">
            <w:pPr>
              <w:jc w:val="right"/>
              <w:rPr>
                <w:lang w:val="de-DE"/>
              </w:rPr>
            </w:pPr>
            <w:r w:rsidRPr="00B252FF">
              <w:rPr>
                <w:b/>
                <w:color w:val="000000"/>
                <w:lang w:val="de-DE"/>
              </w:rPr>
              <w:t>Erstellt durch:</w:t>
            </w:r>
          </w:p>
        </w:tc>
        <w:tc>
          <w:tcPr>
            <w:tcW w:w="4320" w:type="dxa"/>
          </w:tcPr>
          <w:p w14:paraId="2C309245" w14:textId="77777777" w:rsidR="005D31A4" w:rsidRPr="00B252FF" w:rsidRDefault="00000000">
            <w:pPr>
              <w:rPr>
                <w:lang w:val="de-DE"/>
              </w:rPr>
            </w:pPr>
            <w:r w:rsidRPr="00B252FF">
              <w:rPr>
                <w:lang w:val="de-DE"/>
              </w:rPr>
              <w:t>Ingenieurbüro Musterfirma</w:t>
            </w:r>
          </w:p>
        </w:tc>
      </w:tr>
      <w:tr w:rsidR="005D31A4" w:rsidRPr="00B252FF" w14:paraId="29F9C4EB" w14:textId="77777777">
        <w:tc>
          <w:tcPr>
            <w:tcW w:w="4320" w:type="dxa"/>
          </w:tcPr>
          <w:p w14:paraId="5D27A4CB" w14:textId="77777777" w:rsidR="005D31A4" w:rsidRPr="00B252FF" w:rsidRDefault="005D31A4">
            <w:pPr>
              <w:jc w:val="right"/>
              <w:rPr>
                <w:lang w:val="de-DE"/>
              </w:rPr>
            </w:pPr>
          </w:p>
        </w:tc>
        <w:tc>
          <w:tcPr>
            <w:tcW w:w="4320" w:type="dxa"/>
          </w:tcPr>
          <w:p w14:paraId="54E9D769" w14:textId="77777777" w:rsidR="005D31A4" w:rsidRPr="00B252FF" w:rsidRDefault="00000000">
            <w:pPr>
              <w:rPr>
                <w:lang w:val="de-DE"/>
              </w:rPr>
            </w:pPr>
            <w:r w:rsidRPr="00B252FF">
              <w:rPr>
                <w:lang w:val="de-DE"/>
              </w:rPr>
              <w:t>Musterstraße 2</w:t>
            </w:r>
          </w:p>
        </w:tc>
      </w:tr>
      <w:tr w:rsidR="005D31A4" w:rsidRPr="00B252FF" w14:paraId="5751E688" w14:textId="77777777">
        <w:tc>
          <w:tcPr>
            <w:tcW w:w="4320" w:type="dxa"/>
          </w:tcPr>
          <w:p w14:paraId="6E0422D1" w14:textId="77777777" w:rsidR="005D31A4" w:rsidRPr="00B252FF" w:rsidRDefault="005D31A4">
            <w:pPr>
              <w:jc w:val="right"/>
              <w:rPr>
                <w:lang w:val="de-DE"/>
              </w:rPr>
            </w:pPr>
          </w:p>
        </w:tc>
        <w:tc>
          <w:tcPr>
            <w:tcW w:w="4320" w:type="dxa"/>
          </w:tcPr>
          <w:p w14:paraId="2FB895A7" w14:textId="77777777" w:rsidR="005D31A4" w:rsidRPr="00B252FF" w:rsidRDefault="00000000">
            <w:pPr>
              <w:rPr>
                <w:lang w:val="de-DE"/>
              </w:rPr>
            </w:pPr>
            <w:r w:rsidRPr="00B252FF">
              <w:rPr>
                <w:lang w:val="de-DE"/>
              </w:rPr>
              <w:t>12345 Musterstadt</w:t>
            </w:r>
          </w:p>
        </w:tc>
      </w:tr>
    </w:tbl>
    <w:p w14:paraId="7C05D874" w14:textId="77777777" w:rsidR="005D31A4" w:rsidRPr="00B252FF" w:rsidRDefault="00000000">
      <w:pPr>
        <w:rPr>
          <w:lang w:val="de-DE"/>
        </w:rPr>
      </w:pPr>
      <w:r w:rsidRPr="00B252FF">
        <w:rPr>
          <w:lang w:val="de-DE"/>
        </w:rPr>
        <w:br w:type="page"/>
      </w:r>
    </w:p>
    <w:p w14:paraId="074DCD4F" w14:textId="77777777" w:rsidR="005D31A4" w:rsidRPr="00B252FF" w:rsidRDefault="005D31A4">
      <w:pPr>
        <w:rPr>
          <w:lang w:val="de-DE"/>
        </w:rPr>
      </w:pPr>
    </w:p>
    <w:p w14:paraId="4ECA0A38" w14:textId="77777777" w:rsidR="005D31A4" w:rsidRPr="00B252FF" w:rsidRDefault="005D31A4">
      <w:pPr>
        <w:rPr>
          <w:lang w:val="de-DE"/>
        </w:rPr>
      </w:pPr>
    </w:p>
    <w:p w14:paraId="37F6DADD" w14:textId="77777777" w:rsidR="005D31A4" w:rsidRPr="00B252FF" w:rsidRDefault="005D31A4">
      <w:pPr>
        <w:rPr>
          <w:lang w:val="de-DE"/>
        </w:rPr>
      </w:pPr>
    </w:p>
    <w:p w14:paraId="143725EE" w14:textId="77777777" w:rsidR="005D31A4" w:rsidRPr="00B252FF" w:rsidRDefault="005D31A4">
      <w:pPr>
        <w:rPr>
          <w:lang w:val="de-DE"/>
        </w:rPr>
      </w:pPr>
    </w:p>
    <w:p w14:paraId="22B6E68B" w14:textId="77777777" w:rsidR="005D31A4" w:rsidRPr="00B252FF" w:rsidRDefault="005D31A4">
      <w:pPr>
        <w:rPr>
          <w:lang w:val="de-DE"/>
        </w:rPr>
      </w:pPr>
    </w:p>
    <w:p w14:paraId="5DB7161F" w14:textId="77777777" w:rsidR="005D31A4" w:rsidRPr="00B252FF" w:rsidRDefault="005D31A4">
      <w:pPr>
        <w:rPr>
          <w:lang w:val="de-DE"/>
        </w:rPr>
      </w:pPr>
    </w:p>
    <w:p w14:paraId="53D882DF" w14:textId="77777777" w:rsidR="005D31A4" w:rsidRPr="00B252FF" w:rsidRDefault="005D31A4">
      <w:pPr>
        <w:rPr>
          <w:lang w:val="de-DE"/>
        </w:rPr>
      </w:pPr>
    </w:p>
    <w:p w14:paraId="34217629" w14:textId="77777777" w:rsidR="005D31A4" w:rsidRPr="00B252FF" w:rsidRDefault="005D31A4">
      <w:pPr>
        <w:rPr>
          <w:lang w:val="de-DE"/>
        </w:rPr>
      </w:pPr>
    </w:p>
    <w:p w14:paraId="02BED1DF" w14:textId="77777777" w:rsidR="005D31A4" w:rsidRPr="00B252FF" w:rsidRDefault="005D31A4">
      <w:pPr>
        <w:rPr>
          <w:lang w:val="de-DE"/>
        </w:rPr>
      </w:pPr>
    </w:p>
    <w:p w14:paraId="6D861CB8" w14:textId="77777777" w:rsidR="005D31A4" w:rsidRPr="00B252FF" w:rsidRDefault="005D31A4">
      <w:pPr>
        <w:rPr>
          <w:lang w:val="de-DE"/>
        </w:rPr>
      </w:pPr>
    </w:p>
    <w:p w14:paraId="4D08AE57" w14:textId="77777777" w:rsidR="005D31A4" w:rsidRPr="00B252FF" w:rsidRDefault="005D31A4">
      <w:pPr>
        <w:rPr>
          <w:lang w:val="de-DE"/>
        </w:rPr>
      </w:pPr>
    </w:p>
    <w:p w14:paraId="611514F2" w14:textId="77777777" w:rsidR="005D31A4" w:rsidRPr="00B252FF" w:rsidRDefault="005D31A4">
      <w:pPr>
        <w:rPr>
          <w:lang w:val="de-DE"/>
        </w:rPr>
      </w:pPr>
    </w:p>
    <w:p w14:paraId="00D183DA" w14:textId="77777777" w:rsidR="005D31A4" w:rsidRPr="00B252FF" w:rsidRDefault="005D31A4">
      <w:pPr>
        <w:rPr>
          <w:lang w:val="de-DE"/>
        </w:rPr>
      </w:pPr>
    </w:p>
    <w:p w14:paraId="00BBDFF2" w14:textId="77777777" w:rsidR="005D31A4" w:rsidRPr="00B252FF" w:rsidRDefault="005D31A4">
      <w:pPr>
        <w:rPr>
          <w:lang w:val="de-DE"/>
        </w:rPr>
      </w:pPr>
    </w:p>
    <w:p w14:paraId="428AFEA9" w14:textId="77777777" w:rsidR="005D31A4" w:rsidRPr="00B252FF" w:rsidRDefault="005D31A4">
      <w:pPr>
        <w:rPr>
          <w:lang w:val="de-DE"/>
        </w:rPr>
      </w:pPr>
    </w:p>
    <w:p w14:paraId="69588420" w14:textId="77777777" w:rsidR="005D31A4" w:rsidRPr="00B252FF" w:rsidRDefault="005D31A4">
      <w:pPr>
        <w:rPr>
          <w:lang w:val="de-DE"/>
        </w:rPr>
      </w:pPr>
    </w:p>
    <w:p w14:paraId="03D1B258" w14:textId="77777777" w:rsidR="005D31A4" w:rsidRPr="00B252FF" w:rsidRDefault="005D31A4">
      <w:pPr>
        <w:rPr>
          <w:lang w:val="de-DE"/>
        </w:rPr>
      </w:pPr>
    </w:p>
    <w:p w14:paraId="1EB390F8" w14:textId="77777777" w:rsidR="005D31A4" w:rsidRPr="00B252FF" w:rsidRDefault="005D31A4">
      <w:pPr>
        <w:rPr>
          <w:lang w:val="de-DE"/>
        </w:rPr>
      </w:pPr>
    </w:p>
    <w:p w14:paraId="69CD3A01" w14:textId="77777777" w:rsidR="005D31A4" w:rsidRPr="00B252FF" w:rsidRDefault="005D31A4">
      <w:pPr>
        <w:rPr>
          <w:lang w:val="de-DE"/>
        </w:rPr>
      </w:pPr>
    </w:p>
    <w:p w14:paraId="0137363F" w14:textId="77777777" w:rsidR="005D31A4" w:rsidRPr="00B252FF" w:rsidRDefault="005D31A4">
      <w:pPr>
        <w:rPr>
          <w:lang w:val="de-DE"/>
        </w:rPr>
      </w:pPr>
    </w:p>
    <w:p w14:paraId="3E28C85B" w14:textId="77777777" w:rsidR="005D31A4" w:rsidRPr="00B252FF" w:rsidRDefault="005D31A4">
      <w:pPr>
        <w:rPr>
          <w:lang w:val="de-DE"/>
        </w:rPr>
      </w:pPr>
    </w:p>
    <w:p w14:paraId="3D9B311D" w14:textId="1AD606E6" w:rsidR="005D31A4" w:rsidRPr="00B252FF" w:rsidRDefault="00000000">
      <w:pPr>
        <w:jc w:val="both"/>
        <w:rPr>
          <w:lang w:val="de-DE"/>
        </w:rPr>
      </w:pPr>
      <w:r w:rsidRPr="00B252FF">
        <w:rPr>
          <w:lang w:val="de-DE"/>
        </w:rPr>
        <w:t xml:space="preserve">Bericht erstellt von:  </w:t>
      </w:r>
      <w:r w:rsidR="00B252FF">
        <w:rPr>
          <w:lang w:val="de-DE"/>
        </w:rPr>
        <w:t>Test</w:t>
      </w:r>
    </w:p>
    <w:p w14:paraId="05B7F39D" w14:textId="77777777" w:rsidR="005D31A4" w:rsidRPr="00B252FF" w:rsidRDefault="00000000">
      <w:pPr>
        <w:jc w:val="both"/>
        <w:rPr>
          <w:lang w:val="de-DE"/>
        </w:rPr>
      </w:pPr>
      <w:r w:rsidRPr="00B252FF">
        <w:rPr>
          <w:lang w:val="de-DE"/>
        </w:rPr>
        <w:t>Bericht erstellt am:  09.09.2026 (13:44)</w:t>
      </w:r>
    </w:p>
    <w:p w14:paraId="7D098BD9" w14:textId="77777777" w:rsidR="005D31A4" w:rsidRPr="00B252FF" w:rsidRDefault="00000000">
      <w:pPr>
        <w:rPr>
          <w:lang w:val="de-DE"/>
        </w:rPr>
      </w:pPr>
      <w:r w:rsidRPr="00B252FF">
        <w:rPr>
          <w:lang w:val="de-DE"/>
        </w:rPr>
        <w:br w:type="page"/>
      </w:r>
    </w:p>
    <w:p w14:paraId="7246FE69" w14:textId="77777777" w:rsidR="005D31A4" w:rsidRPr="00B252FF" w:rsidRDefault="00000000">
      <w:pPr>
        <w:rPr>
          <w:lang w:val="de-DE"/>
        </w:rPr>
      </w:pPr>
      <w:r w:rsidRPr="00B252FF">
        <w:rPr>
          <w:b/>
          <w:sz w:val="28"/>
          <w:lang w:val="de-DE"/>
        </w:rPr>
        <w:lastRenderedPageBreak/>
        <w:t>Inhaltsverzeichnis</w:t>
      </w:r>
    </w:p>
    <w:p w14:paraId="4FF7B366" w14:textId="6636AA53" w:rsidR="00B252FF" w:rsidRPr="00B252FF" w:rsidRDefault="00000000">
      <w:pPr>
        <w:pStyle w:val="Verzeichnis1"/>
        <w:tabs>
          <w:tab w:val="right" w:leader="dot" w:pos="8630"/>
        </w:tabs>
        <w:rPr>
          <w:noProof/>
          <w:lang w:val="de-DE"/>
        </w:rPr>
      </w:pPr>
      <w:r w:rsidRPr="00B252FF">
        <w:rPr>
          <w:lang w:val="de-DE"/>
        </w:rPr>
        <w:fldChar w:fldCharType="begin"/>
      </w:r>
      <w:r w:rsidRPr="00B252FF">
        <w:rPr>
          <w:lang w:val="de-DE"/>
        </w:rPr>
        <w:instrText>TOC \o "1-3" \h \z \u</w:instrText>
      </w:r>
      <w:r w:rsidRPr="00B252FF">
        <w:rPr>
          <w:lang w:val="de-DE"/>
        </w:rPr>
        <w:fldChar w:fldCharType="separate"/>
      </w:r>
      <w:hyperlink w:anchor="_Toc240363750" w:history="1">
        <w:r w:rsidR="00B252FF" w:rsidRPr="00B252FF">
          <w:rPr>
            <w:rStyle w:val="Hyperlink"/>
            <w:noProof/>
            <w:lang w:val="de-DE"/>
          </w:rPr>
          <w:t>1 Zusammenfassung</w:t>
        </w:r>
        <w:r w:rsidR="00B252FF" w:rsidRPr="00B252FF">
          <w:rPr>
            <w:noProof/>
            <w:webHidden/>
            <w:lang w:val="de-DE"/>
          </w:rPr>
          <w:tab/>
        </w:r>
        <w:r w:rsidR="00B252FF" w:rsidRPr="00B252FF">
          <w:rPr>
            <w:noProof/>
            <w:webHidden/>
            <w:lang w:val="de-DE"/>
          </w:rPr>
          <w:fldChar w:fldCharType="begin"/>
        </w:r>
        <w:r w:rsidR="00B252FF" w:rsidRPr="00B252FF">
          <w:rPr>
            <w:noProof/>
            <w:webHidden/>
            <w:lang w:val="de-DE"/>
          </w:rPr>
          <w:instrText xml:space="preserve"> PAGEREF _Toc240363750 \h </w:instrText>
        </w:r>
        <w:r w:rsidR="00B252FF" w:rsidRPr="00B252FF">
          <w:rPr>
            <w:noProof/>
            <w:webHidden/>
            <w:lang w:val="de-DE"/>
          </w:rPr>
        </w:r>
        <w:r w:rsidR="00B252FF" w:rsidRPr="00B252FF">
          <w:rPr>
            <w:noProof/>
            <w:webHidden/>
            <w:lang w:val="de-DE"/>
          </w:rPr>
          <w:fldChar w:fldCharType="separate"/>
        </w:r>
        <w:r w:rsidR="00B252FF" w:rsidRPr="00B252FF">
          <w:rPr>
            <w:noProof/>
            <w:webHidden/>
            <w:lang w:val="de-DE"/>
          </w:rPr>
          <w:t>1</w:t>
        </w:r>
        <w:r w:rsidR="00B252FF" w:rsidRPr="00B252FF">
          <w:rPr>
            <w:noProof/>
            <w:webHidden/>
            <w:lang w:val="de-DE"/>
          </w:rPr>
          <w:fldChar w:fldCharType="end"/>
        </w:r>
      </w:hyperlink>
    </w:p>
    <w:p w14:paraId="6CAA2EC3" w14:textId="270D5C4B" w:rsidR="00B252FF" w:rsidRPr="00B252FF" w:rsidRDefault="00B252FF">
      <w:pPr>
        <w:pStyle w:val="Verzeichnis2"/>
        <w:tabs>
          <w:tab w:val="right" w:leader="dot" w:pos="8630"/>
        </w:tabs>
        <w:rPr>
          <w:noProof/>
          <w:lang w:val="de-DE"/>
        </w:rPr>
      </w:pPr>
      <w:hyperlink w:anchor="_Toc240363751" w:history="1">
        <w:r w:rsidRPr="00B252FF">
          <w:rPr>
            <w:rStyle w:val="Hyperlink"/>
            <w:noProof/>
            <w:lang w:val="de-DE"/>
          </w:rPr>
          <w:t>1.1 Variantenvergleich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_Toc240363751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1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57D0DF75" w14:textId="2B962EDD" w:rsidR="00B252FF" w:rsidRPr="00B252FF" w:rsidRDefault="00B252FF">
      <w:pPr>
        <w:pStyle w:val="Verzeichnis1"/>
        <w:tabs>
          <w:tab w:val="right" w:leader="dot" w:pos="8630"/>
        </w:tabs>
        <w:rPr>
          <w:noProof/>
          <w:lang w:val="de-DE"/>
        </w:rPr>
      </w:pPr>
      <w:hyperlink w:anchor="_Toc240363752" w:history="1">
        <w:r w:rsidRPr="00B252FF">
          <w:rPr>
            <w:rStyle w:val="Hyperlink"/>
            <w:noProof/>
            <w:lang w:val="de-DE"/>
          </w:rPr>
          <w:t>2 Versorgungsvarianten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_Toc240363752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2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031965A6" w14:textId="3497FFC9" w:rsidR="00B252FF" w:rsidRPr="00B252FF" w:rsidRDefault="00B252FF">
      <w:pPr>
        <w:pStyle w:val="Verzeichnis2"/>
        <w:tabs>
          <w:tab w:val="right" w:leader="dot" w:pos="8630"/>
        </w:tabs>
        <w:rPr>
          <w:noProof/>
          <w:lang w:val="de-DE"/>
        </w:rPr>
      </w:pPr>
      <w:hyperlink w:anchor="_Toc240363753" w:history="1">
        <w:r w:rsidRPr="00B252FF">
          <w:rPr>
            <w:rStyle w:val="Hyperlink"/>
            <w:noProof/>
            <w:lang w:val="de-DE"/>
          </w:rPr>
          <w:t>2.1 Variante 1: Variante 1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_Toc240363753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2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005D3221" w14:textId="1DDDDC7A" w:rsidR="00B252FF" w:rsidRPr="00B252FF" w:rsidRDefault="00B252FF">
      <w:pPr>
        <w:pStyle w:val="Verzeichnis3"/>
        <w:tabs>
          <w:tab w:val="right" w:leader="dot" w:pos="8630"/>
        </w:tabs>
        <w:rPr>
          <w:noProof/>
          <w:lang w:val="de-DE"/>
        </w:rPr>
      </w:pPr>
      <w:hyperlink w:anchor="_Toc240363754" w:history="1">
        <w:r w:rsidRPr="00B252FF">
          <w:rPr>
            <w:rStyle w:val="Hyperlink"/>
            <w:noProof/>
            <w:lang w:val="de-DE"/>
          </w:rPr>
          <w:t>2.1.1 Gebäude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_Toc240363754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2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1258BE89" w14:textId="7282C0D0" w:rsidR="00B252FF" w:rsidRPr="00B252FF" w:rsidRDefault="00B252FF">
      <w:pPr>
        <w:pStyle w:val="Verzeichnis3"/>
        <w:tabs>
          <w:tab w:val="right" w:leader="dot" w:pos="8630"/>
        </w:tabs>
        <w:rPr>
          <w:noProof/>
          <w:lang w:val="de-DE"/>
        </w:rPr>
      </w:pPr>
      <w:hyperlink w:anchor="_Toc240363755" w:history="1">
        <w:r w:rsidRPr="00B252FF">
          <w:rPr>
            <w:rStyle w:val="Hyperlink"/>
            <w:noProof/>
            <w:lang w:val="de-DE"/>
          </w:rPr>
          <w:t>2.1.2 Wärmenetz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_Toc240363755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4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71924E20" w14:textId="3579F88F" w:rsidR="00B252FF" w:rsidRPr="00B252FF" w:rsidRDefault="00B252FF">
      <w:pPr>
        <w:pStyle w:val="Verzeichnis3"/>
        <w:tabs>
          <w:tab w:val="right" w:leader="dot" w:pos="8630"/>
        </w:tabs>
        <w:rPr>
          <w:noProof/>
          <w:lang w:val="de-DE"/>
        </w:rPr>
      </w:pPr>
      <w:hyperlink w:anchor="_Toc240363756" w:history="1">
        <w:r w:rsidRPr="00B252FF">
          <w:rPr>
            <w:rStyle w:val="Hyperlink"/>
            <w:noProof/>
            <w:lang w:val="de-DE"/>
          </w:rPr>
          <w:t>2.1.3 Energiezentrale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_Toc240363756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8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14CC12B2" w14:textId="1D7200A7" w:rsidR="00B252FF" w:rsidRPr="00B252FF" w:rsidRDefault="00B252FF">
      <w:pPr>
        <w:pStyle w:val="Verzeichnis3"/>
        <w:tabs>
          <w:tab w:val="right" w:leader="dot" w:pos="8630"/>
        </w:tabs>
        <w:rPr>
          <w:noProof/>
          <w:lang w:val="de-DE"/>
        </w:rPr>
      </w:pPr>
      <w:hyperlink w:anchor="_Toc240363757" w:history="1">
        <w:r w:rsidRPr="00B252FF">
          <w:rPr>
            <w:rStyle w:val="Hyperlink"/>
            <w:noProof/>
            <w:lang w:val="de-DE"/>
          </w:rPr>
          <w:t>2.1.4 Wirtschaftlichkeit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_Toc240363757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11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73F5EDE2" w14:textId="5C93F034" w:rsidR="00B252FF" w:rsidRPr="00B252FF" w:rsidRDefault="00B252FF">
      <w:pPr>
        <w:pStyle w:val="Verzeichnis2"/>
        <w:tabs>
          <w:tab w:val="right" w:leader="dot" w:pos="8630"/>
        </w:tabs>
        <w:rPr>
          <w:noProof/>
          <w:lang w:val="de-DE"/>
        </w:rPr>
      </w:pPr>
      <w:hyperlink w:anchor="_Toc240363758" w:history="1">
        <w:r w:rsidRPr="00B252FF">
          <w:rPr>
            <w:rStyle w:val="Hyperlink"/>
            <w:noProof/>
            <w:lang w:val="de-DE"/>
          </w:rPr>
          <w:t>2.2 Variante 2: Variante 2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_Toc240363758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14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3CB3F249" w14:textId="7C26A6C8" w:rsidR="00B252FF" w:rsidRPr="00B252FF" w:rsidRDefault="00B252FF">
      <w:pPr>
        <w:pStyle w:val="Verzeichnis3"/>
        <w:tabs>
          <w:tab w:val="right" w:leader="dot" w:pos="8630"/>
        </w:tabs>
        <w:rPr>
          <w:noProof/>
          <w:lang w:val="de-DE"/>
        </w:rPr>
      </w:pPr>
      <w:hyperlink w:anchor="_Toc240363759" w:history="1">
        <w:r w:rsidRPr="00B252FF">
          <w:rPr>
            <w:rStyle w:val="Hyperlink"/>
            <w:noProof/>
            <w:lang w:val="de-DE"/>
          </w:rPr>
          <w:t>2.2.1 Gebäude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_Toc240363759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15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5E62A5AC" w14:textId="35BCEC0C" w:rsidR="00B252FF" w:rsidRPr="00B252FF" w:rsidRDefault="00B252FF">
      <w:pPr>
        <w:pStyle w:val="Verzeichnis3"/>
        <w:tabs>
          <w:tab w:val="right" w:leader="dot" w:pos="8630"/>
        </w:tabs>
        <w:rPr>
          <w:noProof/>
          <w:lang w:val="de-DE"/>
        </w:rPr>
      </w:pPr>
      <w:hyperlink w:anchor="_Toc240363760" w:history="1">
        <w:r w:rsidRPr="00B252FF">
          <w:rPr>
            <w:rStyle w:val="Hyperlink"/>
            <w:noProof/>
            <w:lang w:val="de-DE"/>
          </w:rPr>
          <w:t>2.2.2 Wärmenetz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_Toc240363760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16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097A9872" w14:textId="5CDE01B7" w:rsidR="00B252FF" w:rsidRPr="00B252FF" w:rsidRDefault="00B252FF">
      <w:pPr>
        <w:pStyle w:val="Verzeichnis3"/>
        <w:tabs>
          <w:tab w:val="right" w:leader="dot" w:pos="8630"/>
        </w:tabs>
        <w:rPr>
          <w:noProof/>
          <w:lang w:val="de-DE"/>
        </w:rPr>
      </w:pPr>
      <w:hyperlink w:anchor="_Toc240363761" w:history="1">
        <w:r w:rsidRPr="00B252FF">
          <w:rPr>
            <w:rStyle w:val="Hyperlink"/>
            <w:noProof/>
            <w:lang w:val="de-DE"/>
          </w:rPr>
          <w:t>2.2.3 Energiezentrale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_Toc240363761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20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3F37028A" w14:textId="02EB154F" w:rsidR="00B252FF" w:rsidRPr="00B252FF" w:rsidRDefault="00B252FF">
      <w:pPr>
        <w:pStyle w:val="Verzeichnis3"/>
        <w:tabs>
          <w:tab w:val="right" w:leader="dot" w:pos="8630"/>
        </w:tabs>
        <w:rPr>
          <w:noProof/>
          <w:lang w:val="de-DE"/>
        </w:rPr>
      </w:pPr>
      <w:hyperlink w:anchor="_Toc240363762" w:history="1">
        <w:r w:rsidRPr="00B252FF">
          <w:rPr>
            <w:rStyle w:val="Hyperlink"/>
            <w:noProof/>
            <w:lang w:val="de-DE"/>
          </w:rPr>
          <w:t>2.2.4 Wirtschaftlichkeit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_Toc240363762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23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3C6939A8" w14:textId="1D9397BF" w:rsidR="00B252FF" w:rsidRPr="00B252FF" w:rsidRDefault="00B252FF">
      <w:pPr>
        <w:pStyle w:val="Verzeichnis1"/>
        <w:tabs>
          <w:tab w:val="right" w:leader="dot" w:pos="8630"/>
        </w:tabs>
        <w:rPr>
          <w:noProof/>
          <w:lang w:val="de-DE"/>
        </w:rPr>
      </w:pPr>
      <w:hyperlink w:anchor="_Toc240363763" w:history="1">
        <w:r w:rsidRPr="00B252FF">
          <w:rPr>
            <w:rStyle w:val="Hyperlink"/>
            <w:noProof/>
            <w:lang w:val="de-DE"/>
          </w:rPr>
          <w:t>3 Variantenvergleich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_Toc240363763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27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2BD5AD7C" w14:textId="752C1845" w:rsidR="00B252FF" w:rsidRPr="00B252FF" w:rsidRDefault="00B252FF">
      <w:pPr>
        <w:pStyle w:val="Verzeichnis1"/>
        <w:tabs>
          <w:tab w:val="right" w:leader="dot" w:pos="8630"/>
        </w:tabs>
        <w:rPr>
          <w:noProof/>
          <w:lang w:val="de-DE"/>
        </w:rPr>
      </w:pPr>
      <w:hyperlink w:anchor="_Toc240363764" w:history="1">
        <w:r w:rsidRPr="00B252FF">
          <w:rPr>
            <w:rStyle w:val="Hyperlink"/>
            <w:noProof/>
            <w:lang w:val="de-DE"/>
          </w:rPr>
          <w:t>4 Anhang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_Toc240363764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32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3F6D4484" w14:textId="5F933339" w:rsidR="00B252FF" w:rsidRPr="00B252FF" w:rsidRDefault="00B252FF">
      <w:pPr>
        <w:pStyle w:val="Verzeichnis2"/>
        <w:tabs>
          <w:tab w:val="right" w:leader="dot" w:pos="8630"/>
        </w:tabs>
        <w:rPr>
          <w:noProof/>
          <w:lang w:val="de-DE"/>
        </w:rPr>
      </w:pPr>
      <w:hyperlink w:anchor="_Toc240363765" w:history="1">
        <w:r w:rsidRPr="00B252FF">
          <w:rPr>
            <w:rStyle w:val="Hyperlink"/>
            <w:noProof/>
            <w:lang w:val="de-DE"/>
          </w:rPr>
          <w:t>4.1 Gebäude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_Toc240363765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32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5DEA46F4" w14:textId="63DC4150" w:rsidR="00B252FF" w:rsidRPr="00B252FF" w:rsidRDefault="00B252FF">
      <w:pPr>
        <w:pStyle w:val="Verzeichnis3"/>
        <w:tabs>
          <w:tab w:val="right" w:leader="dot" w:pos="8630"/>
        </w:tabs>
        <w:rPr>
          <w:noProof/>
          <w:lang w:val="de-DE"/>
        </w:rPr>
      </w:pPr>
      <w:hyperlink w:anchor="_Toc240363766" w:history="1">
        <w:r w:rsidRPr="00B252FF">
          <w:rPr>
            <w:rStyle w:val="Hyperlink"/>
            <w:noProof/>
            <w:lang w:val="de-DE"/>
          </w:rPr>
          <w:t>4.1.1 Gebäudeenergiesystem: Wirtschaftliche Parameter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_Toc240363766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32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7FB0F805" w14:textId="28C7F55B" w:rsidR="00B252FF" w:rsidRPr="00B252FF" w:rsidRDefault="00B252FF">
      <w:pPr>
        <w:pStyle w:val="Verzeichnis2"/>
        <w:tabs>
          <w:tab w:val="right" w:leader="dot" w:pos="8630"/>
        </w:tabs>
        <w:rPr>
          <w:noProof/>
          <w:lang w:val="de-DE"/>
        </w:rPr>
      </w:pPr>
      <w:hyperlink w:anchor="_Toc240363767" w:history="1">
        <w:r w:rsidRPr="00B252FF">
          <w:rPr>
            <w:rStyle w:val="Hyperlink"/>
            <w:noProof/>
            <w:lang w:val="de-DE"/>
          </w:rPr>
          <w:t>4.2 Wärmenetz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_Toc240363767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34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4327E1E9" w14:textId="4E877B39" w:rsidR="00B252FF" w:rsidRPr="00B252FF" w:rsidRDefault="00B252FF">
      <w:pPr>
        <w:pStyle w:val="Verzeichnis3"/>
        <w:tabs>
          <w:tab w:val="right" w:leader="dot" w:pos="8630"/>
        </w:tabs>
        <w:rPr>
          <w:noProof/>
          <w:lang w:val="de-DE"/>
        </w:rPr>
      </w:pPr>
      <w:hyperlink w:anchor="_Toc240363768" w:history="1">
        <w:r w:rsidRPr="00B252FF">
          <w:rPr>
            <w:rStyle w:val="Hyperlink"/>
            <w:noProof/>
            <w:lang w:val="de-DE"/>
          </w:rPr>
          <w:t>4.2.1 Wärmenetz: Allgemeine Parameter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_Toc240363768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34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6C12787D" w14:textId="122A10D2" w:rsidR="00B252FF" w:rsidRPr="00B252FF" w:rsidRDefault="00B252FF">
      <w:pPr>
        <w:pStyle w:val="Verzeichnis3"/>
        <w:tabs>
          <w:tab w:val="right" w:leader="dot" w:pos="8630"/>
        </w:tabs>
        <w:rPr>
          <w:noProof/>
          <w:lang w:val="de-DE"/>
        </w:rPr>
      </w:pPr>
      <w:hyperlink w:anchor="_Toc240363769" w:history="1">
        <w:r w:rsidRPr="00B252FF">
          <w:rPr>
            <w:rStyle w:val="Hyperlink"/>
            <w:noProof/>
            <w:lang w:val="de-DE"/>
          </w:rPr>
          <w:t>4.2.2 Wärmenetz: Rohrparameter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_Toc240363769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34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1BA5533E" w14:textId="47E49198" w:rsidR="00B252FF" w:rsidRPr="00B252FF" w:rsidRDefault="00B252FF">
      <w:pPr>
        <w:pStyle w:val="Verzeichnis3"/>
        <w:tabs>
          <w:tab w:val="right" w:leader="dot" w:pos="8630"/>
        </w:tabs>
        <w:rPr>
          <w:noProof/>
          <w:lang w:val="de-DE"/>
        </w:rPr>
      </w:pPr>
      <w:hyperlink w:anchor="_Toc240363770" w:history="1">
        <w:r w:rsidRPr="00B252FF">
          <w:rPr>
            <w:rStyle w:val="Hyperlink"/>
            <w:noProof/>
            <w:lang w:val="de-DE"/>
          </w:rPr>
          <w:t>4.2.3 Wärmenetz: Auslegungskriterien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_Toc240363770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35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30772081" w14:textId="1FBA3A86" w:rsidR="00B252FF" w:rsidRPr="00B252FF" w:rsidRDefault="00B252FF">
      <w:pPr>
        <w:pStyle w:val="Verzeichnis3"/>
        <w:tabs>
          <w:tab w:val="right" w:leader="dot" w:pos="8630"/>
        </w:tabs>
        <w:rPr>
          <w:noProof/>
          <w:lang w:val="de-DE"/>
        </w:rPr>
      </w:pPr>
      <w:hyperlink w:anchor="_Toc240363771" w:history="1">
        <w:r w:rsidRPr="00B252FF">
          <w:rPr>
            <w:rStyle w:val="Hyperlink"/>
            <w:noProof/>
            <w:lang w:val="de-DE"/>
          </w:rPr>
          <w:t>4.2.4 Wärmenetz: Fluidparameter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_Toc240363771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37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6526CA6E" w14:textId="004A7B7B" w:rsidR="00B252FF" w:rsidRPr="00B252FF" w:rsidRDefault="00B252FF">
      <w:pPr>
        <w:pStyle w:val="Verzeichnis2"/>
        <w:tabs>
          <w:tab w:val="right" w:leader="dot" w:pos="8630"/>
        </w:tabs>
        <w:rPr>
          <w:noProof/>
          <w:lang w:val="de-DE"/>
        </w:rPr>
      </w:pPr>
      <w:hyperlink w:anchor="_Toc240363772" w:history="1">
        <w:r w:rsidRPr="00B252FF">
          <w:rPr>
            <w:rStyle w:val="Hyperlink"/>
            <w:noProof/>
            <w:lang w:val="de-DE"/>
          </w:rPr>
          <w:t>4.3 Energiezentrale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_Toc240363772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37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1C30C870" w14:textId="130808EE" w:rsidR="00B252FF" w:rsidRPr="00B252FF" w:rsidRDefault="00B252FF">
      <w:pPr>
        <w:pStyle w:val="Verzeichnis3"/>
        <w:tabs>
          <w:tab w:val="right" w:leader="dot" w:pos="8630"/>
        </w:tabs>
        <w:rPr>
          <w:noProof/>
          <w:lang w:val="de-DE"/>
        </w:rPr>
      </w:pPr>
      <w:hyperlink w:anchor="_Toc240363773" w:history="1">
        <w:r w:rsidRPr="00B252FF">
          <w:rPr>
            <w:rStyle w:val="Hyperlink"/>
            <w:noProof/>
            <w:lang w:val="de-DE"/>
          </w:rPr>
          <w:t>4.3.1 Energiezentrale: Allgemeine Parameter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_Toc240363773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37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16862870" w14:textId="021FCA58" w:rsidR="00B252FF" w:rsidRPr="00B252FF" w:rsidRDefault="00B252FF">
      <w:pPr>
        <w:pStyle w:val="Verzeichnis3"/>
        <w:tabs>
          <w:tab w:val="right" w:leader="dot" w:pos="8630"/>
        </w:tabs>
        <w:rPr>
          <w:noProof/>
          <w:lang w:val="de-DE"/>
        </w:rPr>
      </w:pPr>
      <w:hyperlink w:anchor="_Toc240363774" w:history="1">
        <w:r w:rsidRPr="00B252FF">
          <w:rPr>
            <w:rStyle w:val="Hyperlink"/>
            <w:noProof/>
            <w:lang w:val="de-DE"/>
          </w:rPr>
          <w:t>4.3.2 Energiezentrale: Technologie-Einstellungen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_Toc240363774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38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33CA098F" w14:textId="24DEB1A0" w:rsidR="00B252FF" w:rsidRPr="00B252FF" w:rsidRDefault="00B252FF">
      <w:pPr>
        <w:pStyle w:val="Verzeichnis3"/>
        <w:tabs>
          <w:tab w:val="right" w:leader="dot" w:pos="8630"/>
        </w:tabs>
        <w:rPr>
          <w:noProof/>
          <w:lang w:val="de-DE"/>
        </w:rPr>
      </w:pPr>
      <w:hyperlink w:anchor="_Toc240363775" w:history="1">
        <w:r w:rsidRPr="00B252FF">
          <w:rPr>
            <w:rStyle w:val="Hyperlink"/>
            <w:noProof/>
            <w:lang w:val="de-DE"/>
          </w:rPr>
          <w:t>4.3.3 Energiezentrale: Wirtschaftliche Parameter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_Toc240363775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41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68DD879E" w14:textId="54E9C943" w:rsidR="00B252FF" w:rsidRPr="00B252FF" w:rsidRDefault="00B252FF">
      <w:pPr>
        <w:pStyle w:val="Verzeichnis3"/>
        <w:tabs>
          <w:tab w:val="right" w:leader="dot" w:pos="8630"/>
        </w:tabs>
        <w:rPr>
          <w:noProof/>
          <w:lang w:val="de-DE"/>
        </w:rPr>
      </w:pPr>
      <w:hyperlink w:anchor="_Toc240363776" w:history="1">
        <w:r w:rsidRPr="00B252FF">
          <w:rPr>
            <w:rStyle w:val="Hyperlink"/>
            <w:noProof/>
            <w:lang w:val="de-DE"/>
          </w:rPr>
          <w:t>4.3.4 Energiezentrale: Energiebezug und -einspeisung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_Toc240363776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41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15A89BFB" w14:textId="148F371E" w:rsidR="00B252FF" w:rsidRPr="00B252FF" w:rsidRDefault="00B252FF">
      <w:pPr>
        <w:pStyle w:val="Verzeichnis2"/>
        <w:tabs>
          <w:tab w:val="right" w:leader="dot" w:pos="8630"/>
        </w:tabs>
        <w:rPr>
          <w:noProof/>
          <w:lang w:val="de-DE"/>
        </w:rPr>
      </w:pPr>
      <w:hyperlink w:anchor="_Toc240363777" w:history="1">
        <w:r w:rsidRPr="00B252FF">
          <w:rPr>
            <w:rStyle w:val="Hyperlink"/>
            <w:noProof/>
            <w:lang w:val="de-DE"/>
          </w:rPr>
          <w:t>4.4 Wirtschaftliche Parameter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_Toc240363777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42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0074AF06" w14:textId="69601030" w:rsidR="00B252FF" w:rsidRPr="00B252FF" w:rsidRDefault="00B252FF">
      <w:pPr>
        <w:pStyle w:val="Verzeichnis2"/>
        <w:tabs>
          <w:tab w:val="right" w:leader="dot" w:pos="8630"/>
        </w:tabs>
        <w:rPr>
          <w:noProof/>
          <w:lang w:val="de-DE"/>
        </w:rPr>
      </w:pPr>
      <w:hyperlink w:anchor="_Toc240363778" w:history="1">
        <w:r w:rsidRPr="00B252FF">
          <w:rPr>
            <w:rStyle w:val="Hyperlink"/>
            <w:noProof/>
            <w:lang w:val="de-DE"/>
          </w:rPr>
          <w:t>4.5 Projekt- und Wetterdaten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_Toc240363778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43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176B2D8F" w14:textId="06B63C82" w:rsidR="00B252FF" w:rsidRPr="00B252FF" w:rsidRDefault="00B252FF">
      <w:pPr>
        <w:pStyle w:val="Verzeichnis3"/>
        <w:tabs>
          <w:tab w:val="right" w:leader="dot" w:pos="8630"/>
        </w:tabs>
        <w:rPr>
          <w:noProof/>
          <w:lang w:val="de-DE"/>
        </w:rPr>
      </w:pPr>
      <w:hyperlink w:anchor="_Toc240363779" w:history="1">
        <w:r w:rsidRPr="00B252FF">
          <w:rPr>
            <w:rStyle w:val="Hyperlink"/>
            <w:noProof/>
            <w:lang w:val="de-DE"/>
          </w:rPr>
          <w:t>4.5.1 Allgemeine Projektdaten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_Toc240363779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43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05BF7928" w14:textId="4EDFCAA4" w:rsidR="00B252FF" w:rsidRPr="00B252FF" w:rsidRDefault="00B252FF">
      <w:pPr>
        <w:pStyle w:val="Verzeichnis3"/>
        <w:tabs>
          <w:tab w:val="right" w:leader="dot" w:pos="8630"/>
        </w:tabs>
        <w:rPr>
          <w:noProof/>
          <w:lang w:val="de-DE"/>
        </w:rPr>
      </w:pPr>
      <w:hyperlink w:anchor="_Toc240363780" w:history="1">
        <w:r w:rsidRPr="00B252FF">
          <w:rPr>
            <w:rStyle w:val="Hyperlink"/>
            <w:noProof/>
            <w:lang w:val="de-DE"/>
          </w:rPr>
          <w:t>4.5.2 Wetterdaten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_Toc240363780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44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1D97A6F9" w14:textId="6344DBD3" w:rsidR="00B252FF" w:rsidRPr="00B252FF" w:rsidRDefault="00B252FF">
      <w:pPr>
        <w:pStyle w:val="Verzeichnis2"/>
        <w:tabs>
          <w:tab w:val="right" w:leader="dot" w:pos="8630"/>
        </w:tabs>
        <w:rPr>
          <w:noProof/>
          <w:lang w:val="de-DE"/>
        </w:rPr>
      </w:pPr>
      <w:hyperlink w:anchor="_Toc240363781" w:history="1">
        <w:r w:rsidRPr="00B252FF">
          <w:rPr>
            <w:rStyle w:val="Hyperlink"/>
            <w:noProof/>
            <w:lang w:val="de-DE"/>
          </w:rPr>
          <w:t>4.6 Weitere Hinweise und Datenquellen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_Toc240363781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49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289B08A4" w14:textId="5DED5976" w:rsidR="005D31A4" w:rsidRPr="00B252FF" w:rsidRDefault="00000000">
      <w:pPr>
        <w:rPr>
          <w:lang w:val="de-DE"/>
        </w:rPr>
      </w:pPr>
      <w:r w:rsidRPr="00B252FF">
        <w:rPr>
          <w:lang w:val="de-DE"/>
        </w:rPr>
        <w:fldChar w:fldCharType="end"/>
      </w:r>
    </w:p>
    <w:p w14:paraId="5EA75737" w14:textId="77777777" w:rsidR="005D31A4" w:rsidRPr="00B252FF" w:rsidRDefault="00000000">
      <w:pPr>
        <w:rPr>
          <w:lang w:val="de-DE"/>
        </w:rPr>
      </w:pPr>
      <w:r w:rsidRPr="00B252FF">
        <w:rPr>
          <w:lang w:val="de-DE"/>
        </w:rPr>
        <w:br w:type="page"/>
      </w:r>
    </w:p>
    <w:p w14:paraId="54C9B870" w14:textId="77777777" w:rsidR="005D31A4" w:rsidRPr="00B252FF" w:rsidRDefault="00000000">
      <w:pPr>
        <w:rPr>
          <w:lang w:val="de-DE"/>
        </w:rPr>
      </w:pPr>
      <w:r w:rsidRPr="00B252FF">
        <w:rPr>
          <w:b/>
          <w:sz w:val="28"/>
          <w:lang w:val="de-DE"/>
        </w:rPr>
        <w:lastRenderedPageBreak/>
        <w:t>Tabellenverzeichnis</w:t>
      </w:r>
    </w:p>
    <w:p w14:paraId="6F75A6F1" w14:textId="08D98645" w:rsidR="00B252FF" w:rsidRPr="00B252FF" w:rsidRDefault="00000000">
      <w:pPr>
        <w:pStyle w:val="Abbildungsverzeichnis"/>
        <w:tabs>
          <w:tab w:val="right" w:leader="dot" w:pos="8630"/>
        </w:tabs>
        <w:rPr>
          <w:noProof/>
          <w:lang w:val="de-DE"/>
        </w:rPr>
      </w:pPr>
      <w:r w:rsidRPr="00B252FF">
        <w:rPr>
          <w:lang w:val="de-DE"/>
        </w:rPr>
        <w:fldChar w:fldCharType="begin"/>
      </w:r>
      <w:r w:rsidRPr="00B252FF">
        <w:rPr>
          <w:lang w:val="de-DE"/>
        </w:rPr>
        <w:instrText>TOC \h \z \c "Tabelle"</w:instrText>
      </w:r>
      <w:r w:rsidRPr="00B252FF">
        <w:rPr>
          <w:lang w:val="de-DE"/>
        </w:rPr>
        <w:fldChar w:fldCharType="separate"/>
      </w:r>
      <w:hyperlink w:anchor="_Toc240363782" w:history="1">
        <w:r w:rsidR="00B252FF" w:rsidRPr="00B252FF">
          <w:rPr>
            <w:rStyle w:val="Hyperlink"/>
            <w:noProof/>
            <w:lang w:val="de-DE"/>
          </w:rPr>
          <w:t>Tabelle 1: Variante 1: Steckbrief zur Versorgungsvariante: Variante 1</w:t>
        </w:r>
        <w:r w:rsidR="00B252FF" w:rsidRPr="00B252FF">
          <w:rPr>
            <w:noProof/>
            <w:webHidden/>
            <w:lang w:val="de-DE"/>
          </w:rPr>
          <w:tab/>
        </w:r>
        <w:r w:rsidR="00B252FF" w:rsidRPr="00B252FF">
          <w:rPr>
            <w:noProof/>
            <w:webHidden/>
            <w:lang w:val="de-DE"/>
          </w:rPr>
          <w:fldChar w:fldCharType="begin"/>
        </w:r>
        <w:r w:rsidR="00B252FF" w:rsidRPr="00B252FF">
          <w:rPr>
            <w:noProof/>
            <w:webHidden/>
            <w:lang w:val="de-DE"/>
          </w:rPr>
          <w:instrText xml:space="preserve"> PAGEREF _Toc240363782 \h </w:instrText>
        </w:r>
        <w:r w:rsidR="00B252FF" w:rsidRPr="00B252FF">
          <w:rPr>
            <w:noProof/>
            <w:webHidden/>
            <w:lang w:val="de-DE"/>
          </w:rPr>
        </w:r>
        <w:r w:rsidR="00B252FF" w:rsidRPr="00B252FF">
          <w:rPr>
            <w:noProof/>
            <w:webHidden/>
            <w:lang w:val="de-DE"/>
          </w:rPr>
          <w:fldChar w:fldCharType="separate"/>
        </w:r>
        <w:r w:rsidR="00B252FF" w:rsidRPr="00B252FF">
          <w:rPr>
            <w:noProof/>
            <w:webHidden/>
            <w:lang w:val="de-DE"/>
          </w:rPr>
          <w:t>2</w:t>
        </w:r>
        <w:r w:rsidR="00B252FF" w:rsidRPr="00B252FF">
          <w:rPr>
            <w:noProof/>
            <w:webHidden/>
            <w:lang w:val="de-DE"/>
          </w:rPr>
          <w:fldChar w:fldCharType="end"/>
        </w:r>
      </w:hyperlink>
    </w:p>
    <w:p w14:paraId="0F92628A" w14:textId="62418357" w:rsidR="00B252FF" w:rsidRPr="00B252FF" w:rsidRDefault="00B252FF">
      <w:pPr>
        <w:pStyle w:val="Abbildungsverzeichnis"/>
        <w:tabs>
          <w:tab w:val="right" w:leader="dot" w:pos="8630"/>
        </w:tabs>
        <w:rPr>
          <w:noProof/>
          <w:lang w:val="de-DE"/>
        </w:rPr>
      </w:pPr>
      <w:hyperlink w:anchor="_Toc240363783" w:history="1">
        <w:r w:rsidRPr="00B252FF">
          <w:rPr>
            <w:rStyle w:val="Hyperlink"/>
            <w:noProof/>
            <w:lang w:val="de-DE"/>
          </w:rPr>
          <w:t>Tabelle 2: Variante 1: Wärmebedarfe der Gebäude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_Toc240363783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3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7DDB0CB0" w14:textId="0D01E635" w:rsidR="00B252FF" w:rsidRPr="00B252FF" w:rsidRDefault="00B252FF">
      <w:pPr>
        <w:pStyle w:val="Abbildungsverzeichnis"/>
        <w:tabs>
          <w:tab w:val="right" w:leader="dot" w:pos="8630"/>
        </w:tabs>
        <w:rPr>
          <w:noProof/>
          <w:lang w:val="de-DE"/>
        </w:rPr>
      </w:pPr>
      <w:hyperlink w:anchor="_Toc240363784" w:history="1">
        <w:r w:rsidRPr="00B252FF">
          <w:rPr>
            <w:rStyle w:val="Hyperlink"/>
            <w:noProof/>
            <w:lang w:val="de-DE"/>
          </w:rPr>
          <w:t>Tabelle 3: Variante 1: Kältebedarfe der Gebäude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_Toc240363784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3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5782C3DB" w14:textId="3B0C6D6E" w:rsidR="00B252FF" w:rsidRPr="00B252FF" w:rsidRDefault="00B252FF">
      <w:pPr>
        <w:pStyle w:val="Abbildungsverzeichnis"/>
        <w:tabs>
          <w:tab w:val="right" w:leader="dot" w:pos="8630"/>
        </w:tabs>
        <w:rPr>
          <w:noProof/>
          <w:lang w:val="de-DE"/>
        </w:rPr>
      </w:pPr>
      <w:hyperlink w:anchor="_Toc240363785" w:history="1">
        <w:r w:rsidRPr="00B252FF">
          <w:rPr>
            <w:rStyle w:val="Hyperlink"/>
            <w:noProof/>
            <w:lang w:val="de-DE"/>
          </w:rPr>
          <w:t>Tabelle 4: Variante 1: Strombedarfe der Gebäude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_Toc240363785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3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4EA09594" w14:textId="2CFF30E3" w:rsidR="00B252FF" w:rsidRPr="00B252FF" w:rsidRDefault="00B252FF">
      <w:pPr>
        <w:pStyle w:val="Abbildungsverzeichnis"/>
        <w:tabs>
          <w:tab w:val="right" w:leader="dot" w:pos="8630"/>
        </w:tabs>
        <w:rPr>
          <w:noProof/>
          <w:lang w:val="de-DE"/>
        </w:rPr>
      </w:pPr>
      <w:hyperlink w:anchor="_Toc240363786" w:history="1">
        <w:r w:rsidRPr="00B252FF">
          <w:rPr>
            <w:rStyle w:val="Hyperlink"/>
            <w:noProof/>
            <w:lang w:val="de-DE"/>
          </w:rPr>
          <w:t>Tabelle 5: Variante 1: Installierte Gebäudeenergiesysteme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_Toc240363786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4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019733A0" w14:textId="76EC0587" w:rsidR="00B252FF" w:rsidRPr="00B252FF" w:rsidRDefault="00B252FF">
      <w:pPr>
        <w:pStyle w:val="Abbildungsverzeichnis"/>
        <w:tabs>
          <w:tab w:val="right" w:leader="dot" w:pos="8630"/>
        </w:tabs>
        <w:rPr>
          <w:noProof/>
          <w:lang w:val="de-DE"/>
        </w:rPr>
      </w:pPr>
      <w:hyperlink w:anchor="_Toc240363787" w:history="1">
        <w:r w:rsidRPr="00B252FF">
          <w:rPr>
            <w:rStyle w:val="Hyperlink"/>
            <w:noProof/>
            <w:lang w:val="de-DE"/>
          </w:rPr>
          <w:t>Tabelle 6: Variante 1: Wärmebilanz des Wärmenetzes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_Toc240363787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4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20A420F9" w14:textId="3DC66BD3" w:rsidR="00B252FF" w:rsidRPr="00B252FF" w:rsidRDefault="00B252FF">
      <w:pPr>
        <w:pStyle w:val="Abbildungsverzeichnis"/>
        <w:tabs>
          <w:tab w:val="right" w:leader="dot" w:pos="8630"/>
        </w:tabs>
        <w:rPr>
          <w:noProof/>
          <w:lang w:val="de-DE"/>
        </w:rPr>
      </w:pPr>
      <w:hyperlink w:anchor="_Toc240363788" w:history="1">
        <w:r w:rsidRPr="00B252FF">
          <w:rPr>
            <w:rStyle w:val="Hyperlink"/>
            <w:noProof/>
            <w:lang w:val="de-DE"/>
          </w:rPr>
          <w:t>Tabelle 7: Variante 1: Kältebilanz des Wärmenetzes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_Toc240363788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4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5391AB80" w14:textId="679B2609" w:rsidR="00B252FF" w:rsidRPr="00B252FF" w:rsidRDefault="00B252FF">
      <w:pPr>
        <w:pStyle w:val="Abbildungsverzeichnis"/>
        <w:tabs>
          <w:tab w:val="right" w:leader="dot" w:pos="8630"/>
        </w:tabs>
        <w:rPr>
          <w:noProof/>
          <w:lang w:val="de-DE"/>
        </w:rPr>
      </w:pPr>
      <w:hyperlink w:anchor="_Toc240363789" w:history="1">
        <w:r w:rsidRPr="00B252FF">
          <w:rPr>
            <w:rStyle w:val="Hyperlink"/>
            <w:noProof/>
            <w:lang w:val="de-DE"/>
          </w:rPr>
          <w:t>Tabelle 8: Variante 1: Strombilanz des Quartiers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_Toc240363789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4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166D37F0" w14:textId="4E72CCA0" w:rsidR="00B252FF" w:rsidRPr="00B252FF" w:rsidRDefault="00B252FF">
      <w:pPr>
        <w:pStyle w:val="Abbildungsverzeichnis"/>
        <w:tabs>
          <w:tab w:val="right" w:leader="dot" w:pos="8630"/>
        </w:tabs>
        <w:rPr>
          <w:noProof/>
          <w:lang w:val="de-DE"/>
        </w:rPr>
      </w:pPr>
      <w:hyperlink w:anchor="_Toc240363790" w:history="1">
        <w:r w:rsidRPr="00B252FF">
          <w:rPr>
            <w:rStyle w:val="Hyperlink"/>
            <w:noProof/>
            <w:lang w:val="de-DE"/>
          </w:rPr>
          <w:t>Tabelle 9: Variante 1: Eigenschaften des Wärmenetzes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_Toc240363790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4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7707B9AB" w14:textId="7EBEE493" w:rsidR="00B252FF" w:rsidRPr="00B252FF" w:rsidRDefault="00B252FF">
      <w:pPr>
        <w:pStyle w:val="Abbildungsverzeichnis"/>
        <w:tabs>
          <w:tab w:val="right" w:leader="dot" w:pos="8630"/>
        </w:tabs>
        <w:rPr>
          <w:noProof/>
          <w:lang w:val="de-DE"/>
        </w:rPr>
      </w:pPr>
      <w:hyperlink w:anchor="_Toc240363791" w:history="1">
        <w:r w:rsidRPr="00B252FF">
          <w:rPr>
            <w:rStyle w:val="Hyperlink"/>
            <w:noProof/>
            <w:lang w:val="de-DE"/>
          </w:rPr>
          <w:t>Tabelle 10: Variante 1: Pumparbeit und Druck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_Toc240363791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8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7E6AB9E5" w14:textId="3972ABBE" w:rsidR="00B252FF" w:rsidRPr="00B252FF" w:rsidRDefault="00B252FF">
      <w:pPr>
        <w:pStyle w:val="Abbildungsverzeichnis"/>
        <w:tabs>
          <w:tab w:val="right" w:leader="dot" w:pos="8630"/>
        </w:tabs>
        <w:rPr>
          <w:noProof/>
          <w:lang w:val="de-DE"/>
        </w:rPr>
      </w:pPr>
      <w:hyperlink w:anchor="_Toc240363792" w:history="1">
        <w:r w:rsidRPr="00B252FF">
          <w:rPr>
            <w:rStyle w:val="Hyperlink"/>
            <w:noProof/>
            <w:lang w:val="de-DE"/>
          </w:rPr>
          <w:t>Tabelle 11: Variante 1: Druckverluste am Netzschlechtpunkt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_Toc240363792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8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5F6A923B" w14:textId="712B9968" w:rsidR="00B252FF" w:rsidRPr="00B252FF" w:rsidRDefault="00B252FF">
      <w:pPr>
        <w:pStyle w:val="Abbildungsverzeichnis"/>
        <w:tabs>
          <w:tab w:val="right" w:leader="dot" w:pos="8630"/>
        </w:tabs>
        <w:rPr>
          <w:noProof/>
          <w:lang w:val="de-DE"/>
        </w:rPr>
      </w:pPr>
      <w:hyperlink w:anchor="_Toc240363793" w:history="1">
        <w:r w:rsidRPr="00B252FF">
          <w:rPr>
            <w:rStyle w:val="Hyperlink"/>
            <w:noProof/>
            <w:lang w:val="de-DE"/>
          </w:rPr>
          <w:t>Tabelle 12: Variante 1: Auslegung der Technologien in der Energiezentrale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_Toc240363793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8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1678CE02" w14:textId="62BAF01F" w:rsidR="00B252FF" w:rsidRPr="00B252FF" w:rsidRDefault="00B252FF">
      <w:pPr>
        <w:pStyle w:val="Abbildungsverzeichnis"/>
        <w:tabs>
          <w:tab w:val="right" w:leader="dot" w:pos="8630"/>
        </w:tabs>
        <w:rPr>
          <w:noProof/>
          <w:lang w:val="de-DE"/>
        </w:rPr>
      </w:pPr>
      <w:hyperlink w:anchor="_Toc240363794" w:history="1">
        <w:r w:rsidRPr="00B252FF">
          <w:rPr>
            <w:rStyle w:val="Hyperlink"/>
            <w:noProof/>
            <w:lang w:val="de-DE"/>
          </w:rPr>
          <w:t>Tabelle 17: Variante 1: Energiebezug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_Toc240363794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9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3383DDC5" w14:textId="25CE357C" w:rsidR="00B252FF" w:rsidRPr="00B252FF" w:rsidRDefault="00B252FF">
      <w:pPr>
        <w:pStyle w:val="Abbildungsverzeichnis"/>
        <w:tabs>
          <w:tab w:val="right" w:leader="dot" w:pos="8630"/>
        </w:tabs>
        <w:rPr>
          <w:noProof/>
          <w:lang w:val="de-DE"/>
        </w:rPr>
      </w:pPr>
      <w:hyperlink w:anchor="_Toc240363795" w:history="1">
        <w:r w:rsidRPr="00B252FF">
          <w:rPr>
            <w:rStyle w:val="Hyperlink"/>
            <w:noProof/>
            <w:lang w:val="de-DE"/>
          </w:rPr>
          <w:t>Tabelle 18: Variante 1: Energieeinspeisung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_Toc240363795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10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64DFAD80" w14:textId="12C079A3" w:rsidR="00B252FF" w:rsidRPr="00B252FF" w:rsidRDefault="00B252FF">
      <w:pPr>
        <w:pStyle w:val="Abbildungsverzeichnis"/>
        <w:tabs>
          <w:tab w:val="right" w:leader="dot" w:pos="8630"/>
        </w:tabs>
        <w:rPr>
          <w:noProof/>
          <w:lang w:val="de-DE"/>
        </w:rPr>
      </w:pPr>
      <w:hyperlink w:anchor="_Toc240363796" w:history="1">
        <w:r w:rsidRPr="00B252FF">
          <w:rPr>
            <w:rStyle w:val="Hyperlink"/>
            <w:noProof/>
            <w:lang w:val="de-DE"/>
          </w:rPr>
          <w:t>Tabelle 19: Variante 1: Stromerzeugung und -bezug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_Toc240363796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10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740FE6A8" w14:textId="156A66DF" w:rsidR="00B252FF" w:rsidRPr="00B252FF" w:rsidRDefault="00B252FF">
      <w:pPr>
        <w:pStyle w:val="Abbildungsverzeichnis"/>
        <w:tabs>
          <w:tab w:val="right" w:leader="dot" w:pos="8630"/>
        </w:tabs>
        <w:rPr>
          <w:noProof/>
          <w:lang w:val="de-DE"/>
        </w:rPr>
      </w:pPr>
      <w:hyperlink w:anchor="_Toc240363797" w:history="1">
        <w:r w:rsidRPr="00B252FF">
          <w:rPr>
            <w:rStyle w:val="Hyperlink"/>
            <w:noProof/>
            <w:lang w:val="de-DE"/>
          </w:rPr>
          <w:t>Tabelle 20: Variante 1: Wärmeerzeugung und -bezug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_Toc240363797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10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2110AF19" w14:textId="4AE78C2F" w:rsidR="00B252FF" w:rsidRPr="00B252FF" w:rsidRDefault="00B252FF">
      <w:pPr>
        <w:pStyle w:val="Abbildungsverzeichnis"/>
        <w:tabs>
          <w:tab w:val="right" w:leader="dot" w:pos="8630"/>
        </w:tabs>
        <w:rPr>
          <w:noProof/>
          <w:lang w:val="de-DE"/>
        </w:rPr>
      </w:pPr>
      <w:hyperlink w:anchor="_Toc240363798" w:history="1">
        <w:r w:rsidRPr="00B252FF">
          <w:rPr>
            <w:rStyle w:val="Hyperlink"/>
            <w:noProof/>
            <w:lang w:val="de-DE"/>
          </w:rPr>
          <w:t>Tabelle 21: Variante 1: Emissionen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_Toc240363798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10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181A137F" w14:textId="1EAC3D2D" w:rsidR="00B252FF" w:rsidRPr="00B252FF" w:rsidRDefault="00B252FF">
      <w:pPr>
        <w:pStyle w:val="Abbildungsverzeichnis"/>
        <w:tabs>
          <w:tab w:val="right" w:leader="dot" w:pos="8630"/>
        </w:tabs>
        <w:rPr>
          <w:noProof/>
          <w:lang w:val="de-DE"/>
        </w:rPr>
      </w:pPr>
      <w:hyperlink w:anchor="_Toc240363799" w:history="1">
        <w:r w:rsidRPr="00B252FF">
          <w:rPr>
            <w:rStyle w:val="Hyperlink"/>
            <w:noProof/>
            <w:lang w:val="de-DE"/>
          </w:rPr>
          <w:t>Tabelle 22: Variante 1: Primärenergiefaktor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_Toc240363799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10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3B6AB891" w14:textId="1A15AAFA" w:rsidR="00B252FF" w:rsidRPr="00B252FF" w:rsidRDefault="00B252FF">
      <w:pPr>
        <w:pStyle w:val="Abbildungsverzeichnis"/>
        <w:tabs>
          <w:tab w:val="right" w:leader="dot" w:pos="8630"/>
        </w:tabs>
        <w:rPr>
          <w:noProof/>
          <w:lang w:val="de-DE"/>
        </w:rPr>
      </w:pPr>
      <w:hyperlink w:anchor="_Toc240363800" w:history="1">
        <w:r w:rsidRPr="00B252FF">
          <w:rPr>
            <w:rStyle w:val="Hyperlink"/>
            <w:noProof/>
            <w:lang w:val="de-DE"/>
          </w:rPr>
          <w:t>Tabelle 23: Variante 1: Wirtschaftliche Kennzahlen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_Toc240363800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11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08376CD1" w14:textId="3E233081" w:rsidR="00B252FF" w:rsidRPr="00B252FF" w:rsidRDefault="00B252FF">
      <w:pPr>
        <w:pStyle w:val="Abbildungsverzeichnis"/>
        <w:tabs>
          <w:tab w:val="right" w:leader="dot" w:pos="8630"/>
        </w:tabs>
        <w:rPr>
          <w:noProof/>
          <w:lang w:val="de-DE"/>
        </w:rPr>
      </w:pPr>
      <w:hyperlink w:anchor="_Toc240363801" w:history="1">
        <w:r w:rsidRPr="00B252FF">
          <w:rPr>
            <w:rStyle w:val="Hyperlink"/>
            <w:noProof/>
            <w:lang w:val="de-DE"/>
          </w:rPr>
          <w:t>Tabelle 24: Variante 1: Förderungen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_Toc240363801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11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5156551B" w14:textId="52B71A4D" w:rsidR="00B252FF" w:rsidRPr="00B252FF" w:rsidRDefault="00B252FF">
      <w:pPr>
        <w:pStyle w:val="Abbildungsverzeichnis"/>
        <w:tabs>
          <w:tab w:val="right" w:leader="dot" w:pos="8630"/>
        </w:tabs>
        <w:rPr>
          <w:noProof/>
          <w:lang w:val="de-DE"/>
        </w:rPr>
      </w:pPr>
      <w:hyperlink w:anchor="_Toc240363802" w:history="1">
        <w:r w:rsidRPr="00B252FF">
          <w:rPr>
            <w:rStyle w:val="Hyperlink"/>
            <w:noProof/>
            <w:lang w:val="de-DE"/>
          </w:rPr>
          <w:t>Tabelle 25: Variante 1: Kostenaufstellung in €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_Toc240363802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11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780BDC13" w14:textId="182818CE" w:rsidR="00B252FF" w:rsidRPr="00B252FF" w:rsidRDefault="00B252FF">
      <w:pPr>
        <w:pStyle w:val="Abbildungsverzeichnis"/>
        <w:tabs>
          <w:tab w:val="right" w:leader="dot" w:pos="8630"/>
        </w:tabs>
        <w:rPr>
          <w:noProof/>
          <w:lang w:val="de-DE"/>
        </w:rPr>
      </w:pPr>
      <w:hyperlink w:anchor="_Toc240363803" w:history="1">
        <w:r w:rsidRPr="00B252FF">
          <w:rPr>
            <w:rStyle w:val="Hyperlink"/>
            <w:noProof/>
            <w:lang w:val="de-DE"/>
          </w:rPr>
          <w:t>Tabelle 26: Variante 2: Steckbrief zur Versorgungsvariante: Variante 2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_Toc240363803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14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7A06BAFC" w14:textId="6D89112D" w:rsidR="00B252FF" w:rsidRPr="00B252FF" w:rsidRDefault="00B252FF">
      <w:pPr>
        <w:pStyle w:val="Abbildungsverzeichnis"/>
        <w:tabs>
          <w:tab w:val="right" w:leader="dot" w:pos="8630"/>
        </w:tabs>
        <w:rPr>
          <w:noProof/>
          <w:lang w:val="de-DE"/>
        </w:rPr>
      </w:pPr>
      <w:hyperlink w:anchor="_Toc240363804" w:history="1">
        <w:r w:rsidRPr="00B252FF">
          <w:rPr>
            <w:rStyle w:val="Hyperlink"/>
            <w:noProof/>
            <w:lang w:val="de-DE"/>
          </w:rPr>
          <w:t>Tabelle 27: Variante 2: Wärmebedarfe der Gebäude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_Toc240363804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15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6F405FF0" w14:textId="3F65A0B7" w:rsidR="00B252FF" w:rsidRPr="00B252FF" w:rsidRDefault="00B252FF">
      <w:pPr>
        <w:pStyle w:val="Abbildungsverzeichnis"/>
        <w:tabs>
          <w:tab w:val="right" w:leader="dot" w:pos="8630"/>
        </w:tabs>
        <w:rPr>
          <w:noProof/>
          <w:lang w:val="de-DE"/>
        </w:rPr>
      </w:pPr>
      <w:hyperlink w:anchor="_Toc240363805" w:history="1">
        <w:r w:rsidRPr="00B252FF">
          <w:rPr>
            <w:rStyle w:val="Hyperlink"/>
            <w:noProof/>
            <w:lang w:val="de-DE"/>
          </w:rPr>
          <w:t>Tabelle 28: Variante 2: Kältebedarfe der Gebäude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_Toc240363805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15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13AD66E9" w14:textId="1DADB022" w:rsidR="00B252FF" w:rsidRPr="00B252FF" w:rsidRDefault="00B252FF">
      <w:pPr>
        <w:pStyle w:val="Abbildungsverzeichnis"/>
        <w:tabs>
          <w:tab w:val="right" w:leader="dot" w:pos="8630"/>
        </w:tabs>
        <w:rPr>
          <w:noProof/>
          <w:lang w:val="de-DE"/>
        </w:rPr>
      </w:pPr>
      <w:hyperlink w:anchor="_Toc240363806" w:history="1">
        <w:r w:rsidRPr="00B252FF">
          <w:rPr>
            <w:rStyle w:val="Hyperlink"/>
            <w:noProof/>
            <w:lang w:val="de-DE"/>
          </w:rPr>
          <w:t>Tabelle 29: Variante 2: Strombedarfe der Gebäude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_Toc240363806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15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7E51C1B2" w14:textId="6DB29E92" w:rsidR="00B252FF" w:rsidRPr="00B252FF" w:rsidRDefault="00B252FF">
      <w:pPr>
        <w:pStyle w:val="Abbildungsverzeichnis"/>
        <w:tabs>
          <w:tab w:val="right" w:leader="dot" w:pos="8630"/>
        </w:tabs>
        <w:rPr>
          <w:noProof/>
          <w:lang w:val="de-DE"/>
        </w:rPr>
      </w:pPr>
      <w:hyperlink w:anchor="_Toc240363807" w:history="1">
        <w:r w:rsidRPr="00B252FF">
          <w:rPr>
            <w:rStyle w:val="Hyperlink"/>
            <w:noProof/>
            <w:lang w:val="de-DE"/>
          </w:rPr>
          <w:t>Tabelle 30: Variante 2: Installierte Gebäudeenergiesysteme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_Toc240363807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16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2180CDB1" w14:textId="0681C1E6" w:rsidR="00B252FF" w:rsidRPr="00B252FF" w:rsidRDefault="00B252FF">
      <w:pPr>
        <w:pStyle w:val="Abbildungsverzeichnis"/>
        <w:tabs>
          <w:tab w:val="right" w:leader="dot" w:pos="8630"/>
        </w:tabs>
        <w:rPr>
          <w:noProof/>
          <w:lang w:val="de-DE"/>
        </w:rPr>
      </w:pPr>
      <w:hyperlink w:anchor="_Toc240363808" w:history="1">
        <w:r w:rsidRPr="00B252FF">
          <w:rPr>
            <w:rStyle w:val="Hyperlink"/>
            <w:noProof/>
            <w:lang w:val="de-DE"/>
          </w:rPr>
          <w:t>Tabelle 31: Variante 2: Wärmebilanz des Wärmenetzes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_Toc240363808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16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655FB4DF" w14:textId="5F8EC7FE" w:rsidR="00B252FF" w:rsidRPr="00B252FF" w:rsidRDefault="00B252FF">
      <w:pPr>
        <w:pStyle w:val="Abbildungsverzeichnis"/>
        <w:tabs>
          <w:tab w:val="right" w:leader="dot" w:pos="8630"/>
        </w:tabs>
        <w:rPr>
          <w:noProof/>
          <w:lang w:val="de-DE"/>
        </w:rPr>
      </w:pPr>
      <w:hyperlink w:anchor="_Toc240363809" w:history="1">
        <w:r w:rsidRPr="00B252FF">
          <w:rPr>
            <w:rStyle w:val="Hyperlink"/>
            <w:noProof/>
            <w:lang w:val="de-DE"/>
          </w:rPr>
          <w:t>Tabelle 32: Variante 2: Kältebilanz des Wärmenetzes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_Toc240363809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16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23AACA59" w14:textId="78B278C4" w:rsidR="00B252FF" w:rsidRPr="00B252FF" w:rsidRDefault="00B252FF">
      <w:pPr>
        <w:pStyle w:val="Abbildungsverzeichnis"/>
        <w:tabs>
          <w:tab w:val="right" w:leader="dot" w:pos="8630"/>
        </w:tabs>
        <w:rPr>
          <w:noProof/>
          <w:lang w:val="de-DE"/>
        </w:rPr>
      </w:pPr>
      <w:hyperlink w:anchor="_Toc240363810" w:history="1">
        <w:r w:rsidRPr="00B252FF">
          <w:rPr>
            <w:rStyle w:val="Hyperlink"/>
            <w:noProof/>
            <w:lang w:val="de-DE"/>
          </w:rPr>
          <w:t>Tabelle 33: Variante 2: Strombilanz des Quartiers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_Toc240363810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16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6A216B0E" w14:textId="52DD1C52" w:rsidR="00B252FF" w:rsidRPr="00B252FF" w:rsidRDefault="00B252FF">
      <w:pPr>
        <w:pStyle w:val="Abbildungsverzeichnis"/>
        <w:tabs>
          <w:tab w:val="right" w:leader="dot" w:pos="8630"/>
        </w:tabs>
        <w:rPr>
          <w:noProof/>
          <w:lang w:val="de-DE"/>
        </w:rPr>
      </w:pPr>
      <w:hyperlink w:anchor="_Toc240363811" w:history="1">
        <w:r w:rsidRPr="00B252FF">
          <w:rPr>
            <w:rStyle w:val="Hyperlink"/>
            <w:noProof/>
            <w:lang w:val="de-DE"/>
          </w:rPr>
          <w:t>Tabelle 34: Variante 2: Eigenschaften des Wärmenetzes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_Toc240363811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16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1F14F72B" w14:textId="5FD6A420" w:rsidR="00B252FF" w:rsidRPr="00B252FF" w:rsidRDefault="00B252FF">
      <w:pPr>
        <w:pStyle w:val="Abbildungsverzeichnis"/>
        <w:tabs>
          <w:tab w:val="right" w:leader="dot" w:pos="8630"/>
        </w:tabs>
        <w:rPr>
          <w:noProof/>
          <w:lang w:val="de-DE"/>
        </w:rPr>
      </w:pPr>
      <w:hyperlink w:anchor="_Toc240363812" w:history="1">
        <w:r w:rsidRPr="00B252FF">
          <w:rPr>
            <w:rStyle w:val="Hyperlink"/>
            <w:noProof/>
            <w:lang w:val="de-DE"/>
          </w:rPr>
          <w:t>Tabelle 35: Variante 2: Pumparbeit und Druck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_Toc240363812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20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025AE280" w14:textId="225E135E" w:rsidR="00B252FF" w:rsidRPr="00B252FF" w:rsidRDefault="00B252FF">
      <w:pPr>
        <w:pStyle w:val="Abbildungsverzeichnis"/>
        <w:tabs>
          <w:tab w:val="right" w:leader="dot" w:pos="8630"/>
        </w:tabs>
        <w:rPr>
          <w:noProof/>
          <w:lang w:val="de-DE"/>
        </w:rPr>
      </w:pPr>
      <w:hyperlink w:anchor="_Toc240363813" w:history="1">
        <w:r w:rsidRPr="00B252FF">
          <w:rPr>
            <w:rStyle w:val="Hyperlink"/>
            <w:noProof/>
            <w:lang w:val="de-DE"/>
          </w:rPr>
          <w:t>Tabelle 36: Variante 2: Druckverluste am Netzschlechtpunkt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_Toc240363813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20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73AFEC9D" w14:textId="0FC4004F" w:rsidR="00B252FF" w:rsidRPr="00B252FF" w:rsidRDefault="00B252FF">
      <w:pPr>
        <w:pStyle w:val="Abbildungsverzeichnis"/>
        <w:tabs>
          <w:tab w:val="right" w:leader="dot" w:pos="8630"/>
        </w:tabs>
        <w:rPr>
          <w:noProof/>
          <w:lang w:val="de-DE"/>
        </w:rPr>
      </w:pPr>
      <w:hyperlink w:anchor="_Toc240363814" w:history="1">
        <w:r w:rsidRPr="00B252FF">
          <w:rPr>
            <w:rStyle w:val="Hyperlink"/>
            <w:noProof/>
            <w:lang w:val="de-DE"/>
          </w:rPr>
          <w:t>Tabelle 37: Variante 2: Auslegung der Technologien in der Energiezentrale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_Toc240363814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20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3F153202" w14:textId="2FAACC00" w:rsidR="00B252FF" w:rsidRPr="00B252FF" w:rsidRDefault="00B252FF">
      <w:pPr>
        <w:pStyle w:val="Abbildungsverzeichnis"/>
        <w:tabs>
          <w:tab w:val="right" w:leader="dot" w:pos="8630"/>
        </w:tabs>
        <w:rPr>
          <w:noProof/>
          <w:lang w:val="de-DE"/>
        </w:rPr>
      </w:pPr>
      <w:hyperlink w:anchor="_Toc240363815" w:history="1">
        <w:r w:rsidRPr="00B252FF">
          <w:rPr>
            <w:rStyle w:val="Hyperlink"/>
            <w:noProof/>
            <w:lang w:val="de-DE"/>
          </w:rPr>
          <w:t>Tabelle 42: Variante 2: Energiebezug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_Toc240363815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21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2B2C4195" w14:textId="0D5A3219" w:rsidR="00B252FF" w:rsidRPr="00B252FF" w:rsidRDefault="00B252FF">
      <w:pPr>
        <w:pStyle w:val="Abbildungsverzeichnis"/>
        <w:tabs>
          <w:tab w:val="right" w:leader="dot" w:pos="8630"/>
        </w:tabs>
        <w:rPr>
          <w:noProof/>
          <w:lang w:val="de-DE"/>
        </w:rPr>
      </w:pPr>
      <w:hyperlink w:anchor="_Toc240363816" w:history="1">
        <w:r w:rsidRPr="00B252FF">
          <w:rPr>
            <w:rStyle w:val="Hyperlink"/>
            <w:noProof/>
            <w:lang w:val="de-DE"/>
          </w:rPr>
          <w:t>Tabelle 43: Variante 2: Energieeinspeisung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_Toc240363816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22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5BDCB636" w14:textId="3FB7C329" w:rsidR="00B252FF" w:rsidRPr="00B252FF" w:rsidRDefault="00B252FF">
      <w:pPr>
        <w:pStyle w:val="Abbildungsverzeichnis"/>
        <w:tabs>
          <w:tab w:val="right" w:leader="dot" w:pos="8630"/>
        </w:tabs>
        <w:rPr>
          <w:noProof/>
          <w:lang w:val="de-DE"/>
        </w:rPr>
      </w:pPr>
      <w:hyperlink w:anchor="_Toc240363817" w:history="1">
        <w:r w:rsidRPr="00B252FF">
          <w:rPr>
            <w:rStyle w:val="Hyperlink"/>
            <w:noProof/>
            <w:lang w:val="de-DE"/>
          </w:rPr>
          <w:t>Tabelle 44: Variante 2: Stromerzeugung und -bezug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_Toc240363817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22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3D472197" w14:textId="6F5BFD7D" w:rsidR="00B252FF" w:rsidRPr="00B252FF" w:rsidRDefault="00B252FF">
      <w:pPr>
        <w:pStyle w:val="Abbildungsverzeichnis"/>
        <w:tabs>
          <w:tab w:val="right" w:leader="dot" w:pos="8630"/>
        </w:tabs>
        <w:rPr>
          <w:noProof/>
          <w:lang w:val="de-DE"/>
        </w:rPr>
      </w:pPr>
      <w:hyperlink w:anchor="_Toc240363818" w:history="1">
        <w:r w:rsidRPr="00B252FF">
          <w:rPr>
            <w:rStyle w:val="Hyperlink"/>
            <w:noProof/>
            <w:lang w:val="de-DE"/>
          </w:rPr>
          <w:t>Tabelle 45: Variante 2: Wärmeerzeugung und -bezug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_Toc240363818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22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6CE06DE0" w14:textId="43A4587F" w:rsidR="00B252FF" w:rsidRPr="00B252FF" w:rsidRDefault="00B252FF">
      <w:pPr>
        <w:pStyle w:val="Abbildungsverzeichnis"/>
        <w:tabs>
          <w:tab w:val="right" w:leader="dot" w:pos="8630"/>
        </w:tabs>
        <w:rPr>
          <w:noProof/>
          <w:lang w:val="de-DE"/>
        </w:rPr>
      </w:pPr>
      <w:hyperlink w:anchor="_Toc240363819" w:history="1">
        <w:r w:rsidRPr="00B252FF">
          <w:rPr>
            <w:rStyle w:val="Hyperlink"/>
            <w:noProof/>
            <w:lang w:val="de-DE"/>
          </w:rPr>
          <w:t>Tabelle 46: Variante 2: Emissionen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_Toc240363819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22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78E42A46" w14:textId="472EA006" w:rsidR="00B252FF" w:rsidRPr="00B252FF" w:rsidRDefault="00B252FF">
      <w:pPr>
        <w:pStyle w:val="Abbildungsverzeichnis"/>
        <w:tabs>
          <w:tab w:val="right" w:leader="dot" w:pos="8630"/>
        </w:tabs>
        <w:rPr>
          <w:noProof/>
          <w:lang w:val="de-DE"/>
        </w:rPr>
      </w:pPr>
      <w:hyperlink w:anchor="_Toc240363820" w:history="1">
        <w:r w:rsidRPr="00B252FF">
          <w:rPr>
            <w:rStyle w:val="Hyperlink"/>
            <w:noProof/>
            <w:lang w:val="de-DE"/>
          </w:rPr>
          <w:t>Tabelle 47: Variante 2: Primärenergiefaktor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_Toc240363820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22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6436C207" w14:textId="27622759" w:rsidR="00B252FF" w:rsidRPr="00B252FF" w:rsidRDefault="00B252FF">
      <w:pPr>
        <w:pStyle w:val="Abbildungsverzeichnis"/>
        <w:tabs>
          <w:tab w:val="right" w:leader="dot" w:pos="8630"/>
        </w:tabs>
        <w:rPr>
          <w:noProof/>
          <w:lang w:val="de-DE"/>
        </w:rPr>
      </w:pPr>
      <w:hyperlink w:anchor="_Toc240363821" w:history="1">
        <w:r w:rsidRPr="00B252FF">
          <w:rPr>
            <w:rStyle w:val="Hyperlink"/>
            <w:noProof/>
            <w:lang w:val="de-DE"/>
          </w:rPr>
          <w:t>Tabelle 48: Variante 2: Wirtschaftliche Kennzahlen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_Toc240363821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23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23BE7776" w14:textId="4DA4916E" w:rsidR="00B252FF" w:rsidRPr="00B252FF" w:rsidRDefault="00B252FF">
      <w:pPr>
        <w:pStyle w:val="Abbildungsverzeichnis"/>
        <w:tabs>
          <w:tab w:val="right" w:leader="dot" w:pos="8630"/>
        </w:tabs>
        <w:rPr>
          <w:noProof/>
          <w:lang w:val="de-DE"/>
        </w:rPr>
      </w:pPr>
      <w:hyperlink w:anchor="_Toc240363822" w:history="1">
        <w:r w:rsidRPr="00B252FF">
          <w:rPr>
            <w:rStyle w:val="Hyperlink"/>
            <w:noProof/>
            <w:lang w:val="de-DE"/>
          </w:rPr>
          <w:t>Tabelle 49: Variante 2: Förderungen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_Toc240363822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23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5CF9B971" w14:textId="748EBA50" w:rsidR="00B252FF" w:rsidRPr="00B252FF" w:rsidRDefault="00B252FF">
      <w:pPr>
        <w:pStyle w:val="Abbildungsverzeichnis"/>
        <w:tabs>
          <w:tab w:val="right" w:leader="dot" w:pos="8630"/>
        </w:tabs>
        <w:rPr>
          <w:noProof/>
          <w:lang w:val="de-DE"/>
        </w:rPr>
      </w:pPr>
      <w:hyperlink w:anchor="_Toc240363823" w:history="1">
        <w:r w:rsidRPr="00B252FF">
          <w:rPr>
            <w:rStyle w:val="Hyperlink"/>
            <w:noProof/>
            <w:lang w:val="de-DE"/>
          </w:rPr>
          <w:t>Tabelle 50: Variante 2: Kostenaufstellung in €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_Toc240363823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23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734BFA24" w14:textId="51184117" w:rsidR="00B252FF" w:rsidRPr="00B252FF" w:rsidRDefault="00B252FF">
      <w:pPr>
        <w:pStyle w:val="Abbildungsverzeichnis"/>
        <w:tabs>
          <w:tab w:val="right" w:leader="dot" w:pos="8630"/>
        </w:tabs>
        <w:rPr>
          <w:noProof/>
          <w:lang w:val="de-DE"/>
        </w:rPr>
      </w:pPr>
      <w:hyperlink w:anchor="_Toc240363824" w:history="1">
        <w:r w:rsidRPr="00B252FF">
          <w:rPr>
            <w:rStyle w:val="Hyperlink"/>
            <w:noProof/>
            <w:lang w:val="de-DE"/>
          </w:rPr>
          <w:t>Tabelle 51: Optimierung der Energiezentrale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_Toc240363824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27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44C82BF7" w14:textId="6D615F91" w:rsidR="00B252FF" w:rsidRPr="00B252FF" w:rsidRDefault="00B252FF">
      <w:pPr>
        <w:pStyle w:val="Abbildungsverzeichnis"/>
        <w:tabs>
          <w:tab w:val="right" w:leader="dot" w:pos="8630"/>
        </w:tabs>
        <w:rPr>
          <w:noProof/>
          <w:lang w:val="de-DE"/>
        </w:rPr>
      </w:pPr>
      <w:hyperlink w:anchor="_Toc240363825" w:history="1">
        <w:r w:rsidRPr="00B252FF">
          <w:rPr>
            <w:rStyle w:val="Hyperlink"/>
            <w:noProof/>
            <w:lang w:val="de-DE"/>
          </w:rPr>
          <w:t>Tabelle 52: Wirtschaftlichkeit: Kennzahlen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_Toc240363825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27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4E4B8A5B" w14:textId="4371D8E6" w:rsidR="00B252FF" w:rsidRPr="00B252FF" w:rsidRDefault="00B252FF">
      <w:pPr>
        <w:pStyle w:val="Abbildungsverzeichnis"/>
        <w:tabs>
          <w:tab w:val="right" w:leader="dot" w:pos="8630"/>
        </w:tabs>
        <w:rPr>
          <w:noProof/>
          <w:lang w:val="de-DE"/>
        </w:rPr>
      </w:pPr>
      <w:hyperlink w:anchor="_Toc240363826" w:history="1">
        <w:r w:rsidRPr="00B252FF">
          <w:rPr>
            <w:rStyle w:val="Hyperlink"/>
            <w:noProof/>
            <w:lang w:val="de-DE"/>
          </w:rPr>
          <w:t>Tabelle 53: Kostenaufstellung in €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_Toc240363826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27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4307A6EA" w14:textId="27F6B2D8" w:rsidR="00B252FF" w:rsidRPr="00B252FF" w:rsidRDefault="00B252FF">
      <w:pPr>
        <w:pStyle w:val="Abbildungsverzeichnis"/>
        <w:tabs>
          <w:tab w:val="right" w:leader="dot" w:pos="8630"/>
        </w:tabs>
        <w:rPr>
          <w:noProof/>
          <w:lang w:val="de-DE"/>
        </w:rPr>
      </w:pPr>
      <w:hyperlink w:anchor="_Toc240363827" w:history="1">
        <w:r w:rsidRPr="00B252FF">
          <w:rPr>
            <w:rStyle w:val="Hyperlink"/>
            <w:noProof/>
            <w:lang w:val="de-DE"/>
          </w:rPr>
          <w:t>Tabelle 54: Emissionen und Primärenergie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_Toc240363827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31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179B4164" w14:textId="7C0F6620" w:rsidR="00B252FF" w:rsidRPr="00B252FF" w:rsidRDefault="00B252FF">
      <w:pPr>
        <w:pStyle w:val="Abbildungsverzeichnis"/>
        <w:tabs>
          <w:tab w:val="right" w:leader="dot" w:pos="8630"/>
        </w:tabs>
        <w:rPr>
          <w:noProof/>
          <w:lang w:val="de-DE"/>
        </w:rPr>
      </w:pPr>
      <w:hyperlink w:anchor="_Toc240363828" w:history="1">
        <w:r w:rsidRPr="00B252FF">
          <w:rPr>
            <w:rStyle w:val="Hyperlink"/>
            <w:noProof/>
            <w:lang w:val="de-DE"/>
          </w:rPr>
          <w:t>Tabelle 55: Kostenparameter dezentrale Anlagen für Variante 'Variante 1'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_Toc240363828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32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3A285FC3" w14:textId="75BD053D" w:rsidR="00B252FF" w:rsidRPr="00B252FF" w:rsidRDefault="00B252FF">
      <w:pPr>
        <w:pStyle w:val="Abbildungsverzeichnis"/>
        <w:tabs>
          <w:tab w:val="right" w:leader="dot" w:pos="8630"/>
        </w:tabs>
        <w:rPr>
          <w:noProof/>
          <w:lang w:val="de-DE"/>
        </w:rPr>
      </w:pPr>
      <w:hyperlink w:anchor="_Toc240363829" w:history="1">
        <w:r w:rsidRPr="00B252FF">
          <w:rPr>
            <w:rStyle w:val="Hyperlink"/>
            <w:noProof/>
            <w:lang w:val="de-DE"/>
          </w:rPr>
          <w:t>Tabelle 56: Kostenparameter dezentrale Anlagen für Variante 'Variante 2'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_Toc240363829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32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39EE8BCA" w14:textId="73DFCACE" w:rsidR="00B252FF" w:rsidRPr="00B252FF" w:rsidRDefault="00B252FF">
      <w:pPr>
        <w:pStyle w:val="Abbildungsverzeichnis"/>
        <w:tabs>
          <w:tab w:val="right" w:leader="dot" w:pos="8630"/>
        </w:tabs>
        <w:rPr>
          <w:noProof/>
          <w:lang w:val="de-DE"/>
        </w:rPr>
      </w:pPr>
      <w:hyperlink w:anchor="_Toc240363830" w:history="1">
        <w:r w:rsidRPr="00B252FF">
          <w:rPr>
            <w:rStyle w:val="Hyperlink"/>
            <w:noProof/>
            <w:lang w:val="de-DE"/>
          </w:rPr>
          <w:t>Tabelle 57: Wärmenetz-Einstellungen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_Toc240363830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34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0F7596F5" w14:textId="6634EB46" w:rsidR="00B252FF" w:rsidRPr="00B252FF" w:rsidRDefault="00B252FF">
      <w:pPr>
        <w:pStyle w:val="Abbildungsverzeichnis"/>
        <w:tabs>
          <w:tab w:val="right" w:leader="dot" w:pos="8630"/>
        </w:tabs>
        <w:rPr>
          <w:noProof/>
          <w:lang w:val="de-DE"/>
        </w:rPr>
      </w:pPr>
      <w:hyperlink w:anchor="_Toc240363831" w:history="1">
        <w:r w:rsidRPr="00B252FF">
          <w:rPr>
            <w:rStyle w:val="Hyperlink"/>
            <w:noProof/>
            <w:lang w:val="de-DE"/>
          </w:rPr>
          <w:t>Tabelle 58: Hydraulik-Einstellungen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_Toc240363831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34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2D2CEEED" w14:textId="12F11F6D" w:rsidR="00B252FF" w:rsidRPr="00B252FF" w:rsidRDefault="00B252FF">
      <w:pPr>
        <w:pStyle w:val="Abbildungsverzeichnis"/>
        <w:tabs>
          <w:tab w:val="right" w:leader="dot" w:pos="8630"/>
        </w:tabs>
        <w:rPr>
          <w:noProof/>
          <w:lang w:val="de-DE"/>
        </w:rPr>
      </w:pPr>
      <w:hyperlink w:anchor="_Toc240363832" w:history="1">
        <w:r w:rsidRPr="00B252FF">
          <w:rPr>
            <w:rStyle w:val="Hyperlink"/>
            <w:noProof/>
            <w:lang w:val="de-DE"/>
          </w:rPr>
          <w:t>Tabelle 59: Rohrparameter: Kunststoff (Doppelrohr): BruggPipes: CALPEX DUO (normal) für Variante 'Variante 1'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_Toc240363832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34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2FD6BD3C" w14:textId="4A0EF097" w:rsidR="00B252FF" w:rsidRPr="00B252FF" w:rsidRDefault="00B252FF">
      <w:pPr>
        <w:pStyle w:val="Abbildungsverzeichnis"/>
        <w:tabs>
          <w:tab w:val="right" w:leader="dot" w:pos="8630"/>
        </w:tabs>
        <w:rPr>
          <w:noProof/>
          <w:lang w:val="de-DE"/>
        </w:rPr>
      </w:pPr>
      <w:hyperlink w:anchor="_Toc240363833" w:history="1">
        <w:r w:rsidRPr="00B252FF">
          <w:rPr>
            <w:rStyle w:val="Hyperlink"/>
            <w:noProof/>
            <w:lang w:val="de-DE"/>
          </w:rPr>
          <w:t>Tabelle 60: Rohrparameter: Kunststoff (Doppelrohr): BruggPipes: CALPEX DUO (normal) für Variante 'Variante 2'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_Toc240363833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35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5C26770B" w14:textId="767ED270" w:rsidR="00B252FF" w:rsidRPr="00B252FF" w:rsidRDefault="00B252FF">
      <w:pPr>
        <w:pStyle w:val="Abbildungsverzeichnis"/>
        <w:tabs>
          <w:tab w:val="right" w:leader="dot" w:pos="8630"/>
        </w:tabs>
        <w:rPr>
          <w:noProof/>
          <w:lang w:val="de-DE"/>
        </w:rPr>
      </w:pPr>
      <w:hyperlink w:anchor="_Toc240363834" w:history="1">
        <w:r w:rsidRPr="00B252FF">
          <w:rPr>
            <w:rStyle w:val="Hyperlink"/>
            <w:noProof/>
            <w:lang w:val="de-DE"/>
          </w:rPr>
          <w:t>Tabelle 61: Rohrkosten für alle Varianten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_Toc240363834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35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4AB1CF71" w14:textId="3975C4C4" w:rsidR="00B252FF" w:rsidRPr="00B252FF" w:rsidRDefault="00B252FF">
      <w:pPr>
        <w:pStyle w:val="Abbildungsverzeichnis"/>
        <w:tabs>
          <w:tab w:val="right" w:leader="dot" w:pos="8630"/>
        </w:tabs>
        <w:rPr>
          <w:noProof/>
          <w:lang w:val="de-DE"/>
        </w:rPr>
      </w:pPr>
      <w:hyperlink w:anchor="_Toc240363835" w:history="1">
        <w:r w:rsidRPr="00B252FF">
          <w:rPr>
            <w:rStyle w:val="Hyperlink"/>
            <w:noProof/>
            <w:lang w:val="de-DE"/>
          </w:rPr>
          <w:t>Tabelle 62: Auslegungskriterien: Kunststoff (Doppelrohr): BruggPipes: CALPEX DUO (normal) für Variante 'Variante 1'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_Toc240363835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35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226FF1DA" w14:textId="071D66A8" w:rsidR="00B252FF" w:rsidRPr="00B252FF" w:rsidRDefault="00B252FF">
      <w:pPr>
        <w:pStyle w:val="Abbildungsverzeichnis"/>
        <w:tabs>
          <w:tab w:val="right" w:leader="dot" w:pos="8630"/>
        </w:tabs>
        <w:rPr>
          <w:noProof/>
          <w:lang w:val="de-DE"/>
        </w:rPr>
      </w:pPr>
      <w:hyperlink w:anchor="_Toc240363836" w:history="1">
        <w:r w:rsidRPr="00B252FF">
          <w:rPr>
            <w:rStyle w:val="Hyperlink"/>
            <w:noProof/>
            <w:lang w:val="de-DE"/>
          </w:rPr>
          <w:t>Tabelle 63: Auslegungskriterien: Kunststoff (Doppelrohr): BruggPipes: CALPEX DUO (normal) für Variante 'Variante 2'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_Toc240363836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36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3B9DFCD5" w14:textId="7CF5B257" w:rsidR="00B252FF" w:rsidRPr="00B252FF" w:rsidRDefault="00B252FF">
      <w:pPr>
        <w:pStyle w:val="Abbildungsverzeichnis"/>
        <w:tabs>
          <w:tab w:val="right" w:leader="dot" w:pos="8630"/>
        </w:tabs>
        <w:rPr>
          <w:noProof/>
          <w:lang w:val="de-DE"/>
        </w:rPr>
      </w:pPr>
      <w:hyperlink w:anchor="_Toc240363837" w:history="1">
        <w:r w:rsidRPr="00B252FF">
          <w:rPr>
            <w:rStyle w:val="Hyperlink"/>
            <w:noProof/>
            <w:lang w:val="de-DE"/>
          </w:rPr>
          <w:t>Tabelle 64: Fluidparameter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_Toc240363837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37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36F9398B" w14:textId="21A88E2C" w:rsidR="00B252FF" w:rsidRPr="00B252FF" w:rsidRDefault="00B252FF">
      <w:pPr>
        <w:pStyle w:val="Abbildungsverzeichnis"/>
        <w:tabs>
          <w:tab w:val="right" w:leader="dot" w:pos="8630"/>
        </w:tabs>
        <w:rPr>
          <w:noProof/>
          <w:lang w:val="de-DE"/>
        </w:rPr>
      </w:pPr>
      <w:hyperlink w:anchor="_Toc240363838" w:history="1">
        <w:r w:rsidRPr="00B252FF">
          <w:rPr>
            <w:rStyle w:val="Hyperlink"/>
            <w:noProof/>
            <w:lang w:val="de-DE"/>
          </w:rPr>
          <w:t>Tabelle 65: Einstellungen der Auslegungsoptimierung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_Toc240363838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37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12214BE3" w14:textId="1ED1F925" w:rsidR="00B252FF" w:rsidRPr="00B252FF" w:rsidRDefault="00B252FF">
      <w:pPr>
        <w:pStyle w:val="Abbildungsverzeichnis"/>
        <w:tabs>
          <w:tab w:val="right" w:leader="dot" w:pos="8630"/>
        </w:tabs>
        <w:rPr>
          <w:noProof/>
          <w:lang w:val="de-DE"/>
        </w:rPr>
      </w:pPr>
      <w:hyperlink w:anchor="_Toc240363839" w:history="1">
        <w:r w:rsidRPr="00B252FF">
          <w:rPr>
            <w:rStyle w:val="Hyperlink"/>
            <w:noProof/>
            <w:lang w:val="de-DE"/>
          </w:rPr>
          <w:t>Tabelle 66: Einstellungen zu Energiebedarfen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_Toc240363839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37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2268F465" w14:textId="26A479CD" w:rsidR="00B252FF" w:rsidRPr="00B252FF" w:rsidRDefault="00B252FF">
      <w:pPr>
        <w:pStyle w:val="Abbildungsverzeichnis"/>
        <w:tabs>
          <w:tab w:val="right" w:leader="dot" w:pos="8630"/>
        </w:tabs>
        <w:rPr>
          <w:noProof/>
          <w:lang w:val="de-DE"/>
        </w:rPr>
      </w:pPr>
      <w:hyperlink w:anchor="_Toc240363840" w:history="1">
        <w:r w:rsidRPr="00B252FF">
          <w:rPr>
            <w:rStyle w:val="Hyperlink"/>
            <w:noProof/>
            <w:lang w:val="de-DE"/>
          </w:rPr>
          <w:t>Tabelle 67: Ökologische Parameter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_Toc240363840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38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2F74919F" w14:textId="7A47F9CE" w:rsidR="00B252FF" w:rsidRPr="00B252FF" w:rsidRDefault="00B252FF">
      <w:pPr>
        <w:pStyle w:val="Abbildungsverzeichnis"/>
        <w:tabs>
          <w:tab w:val="right" w:leader="dot" w:pos="8630"/>
        </w:tabs>
        <w:rPr>
          <w:noProof/>
          <w:lang w:val="de-DE"/>
        </w:rPr>
      </w:pPr>
      <w:hyperlink w:anchor="_Toc240363841" w:history="1">
        <w:r w:rsidRPr="00B252FF">
          <w:rPr>
            <w:rStyle w:val="Hyperlink"/>
            <w:noProof/>
            <w:lang w:val="de-DE"/>
          </w:rPr>
          <w:t>Tabelle 68: Emissions- und Primärenergiefaktoren für Variante 'Variante 1'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_Toc240363841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38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26034CD1" w14:textId="674DADF3" w:rsidR="00B252FF" w:rsidRPr="00B252FF" w:rsidRDefault="00B252FF">
      <w:pPr>
        <w:pStyle w:val="Abbildungsverzeichnis"/>
        <w:tabs>
          <w:tab w:val="right" w:leader="dot" w:pos="8630"/>
        </w:tabs>
        <w:rPr>
          <w:noProof/>
          <w:lang w:val="de-DE"/>
        </w:rPr>
      </w:pPr>
      <w:hyperlink w:anchor="_Toc240363842" w:history="1">
        <w:r w:rsidRPr="00B252FF">
          <w:rPr>
            <w:rStyle w:val="Hyperlink"/>
            <w:noProof/>
            <w:lang w:val="de-DE"/>
          </w:rPr>
          <w:t>Tabelle 69: Emissions- und Primärenergiefaktoren für Variante 'Variante 2'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_Toc240363842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38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67A6AF69" w14:textId="571A9329" w:rsidR="00B252FF" w:rsidRPr="00B252FF" w:rsidRDefault="00B252FF">
      <w:pPr>
        <w:pStyle w:val="Abbildungsverzeichnis"/>
        <w:tabs>
          <w:tab w:val="right" w:leader="dot" w:pos="8630"/>
        </w:tabs>
        <w:rPr>
          <w:noProof/>
          <w:lang w:val="de-DE"/>
        </w:rPr>
      </w:pPr>
      <w:hyperlink w:anchor="_Toc240363843" w:history="1">
        <w:r w:rsidRPr="00B252FF">
          <w:rPr>
            <w:rStyle w:val="Hyperlink"/>
            <w:noProof/>
            <w:lang w:val="de-DE"/>
          </w:rPr>
          <w:t>Tabelle 70: Biomasse-BHKW 1: Einstellungen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_Toc240363843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38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00A445E9" w14:textId="72A34968" w:rsidR="00B252FF" w:rsidRPr="00B252FF" w:rsidRDefault="00B252FF">
      <w:pPr>
        <w:pStyle w:val="Abbildungsverzeichnis"/>
        <w:tabs>
          <w:tab w:val="right" w:leader="dot" w:pos="8630"/>
        </w:tabs>
        <w:rPr>
          <w:noProof/>
          <w:lang w:val="de-DE"/>
        </w:rPr>
      </w:pPr>
      <w:hyperlink w:anchor="_Toc240363844" w:history="1">
        <w:r w:rsidRPr="00B252FF">
          <w:rPr>
            <w:rStyle w:val="Hyperlink"/>
            <w:noProof/>
            <w:lang w:val="de-DE"/>
          </w:rPr>
          <w:t>Tabelle 71: Photovoltaik: Einstellungen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_Toc240363844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39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391AAB4D" w14:textId="352B90FE" w:rsidR="00B252FF" w:rsidRPr="00B252FF" w:rsidRDefault="00B252FF">
      <w:pPr>
        <w:pStyle w:val="Abbildungsverzeichnis"/>
        <w:tabs>
          <w:tab w:val="right" w:leader="dot" w:pos="8630"/>
        </w:tabs>
        <w:rPr>
          <w:noProof/>
          <w:lang w:val="de-DE"/>
        </w:rPr>
      </w:pPr>
      <w:hyperlink w:anchor="_Toc240363845" w:history="1">
        <w:r w:rsidRPr="00B252FF">
          <w:rPr>
            <w:rStyle w:val="Hyperlink"/>
            <w:noProof/>
            <w:lang w:val="de-DE"/>
          </w:rPr>
          <w:t>Tabelle 72: Solarthermie: Einstellungen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_Toc240363845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39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4F2A7088" w14:textId="620450E6" w:rsidR="00B252FF" w:rsidRPr="00B252FF" w:rsidRDefault="00B252FF">
      <w:pPr>
        <w:pStyle w:val="Abbildungsverzeichnis"/>
        <w:tabs>
          <w:tab w:val="right" w:leader="dot" w:pos="8630"/>
        </w:tabs>
        <w:rPr>
          <w:noProof/>
          <w:lang w:val="de-DE"/>
        </w:rPr>
      </w:pPr>
      <w:hyperlink w:anchor="_Toc240363846" w:history="1">
        <w:r w:rsidRPr="00B252FF">
          <w:rPr>
            <w:rStyle w:val="Hyperlink"/>
            <w:noProof/>
            <w:lang w:val="de-DE"/>
          </w:rPr>
          <w:t>Tabelle 73: Geothermie-Sonden 1: Einstellungen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_Toc240363846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39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2A2BE241" w14:textId="56C7E5B9" w:rsidR="00B252FF" w:rsidRPr="00B252FF" w:rsidRDefault="00B252FF">
      <w:pPr>
        <w:pStyle w:val="Abbildungsverzeichnis"/>
        <w:tabs>
          <w:tab w:val="right" w:leader="dot" w:pos="8630"/>
        </w:tabs>
        <w:rPr>
          <w:noProof/>
          <w:lang w:val="de-DE"/>
        </w:rPr>
      </w:pPr>
      <w:hyperlink w:anchor="_Toc240363847" w:history="1">
        <w:r w:rsidRPr="00B252FF">
          <w:rPr>
            <w:rStyle w:val="Hyperlink"/>
            <w:noProof/>
            <w:lang w:val="de-DE"/>
          </w:rPr>
          <w:t>Tabelle 74: Luftwärmepumpe: Einstellungen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_Toc240363847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40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7093B113" w14:textId="12793CD3" w:rsidR="00B252FF" w:rsidRPr="00B252FF" w:rsidRDefault="00B252FF">
      <w:pPr>
        <w:pStyle w:val="Abbildungsverzeichnis"/>
        <w:tabs>
          <w:tab w:val="right" w:leader="dot" w:pos="8630"/>
        </w:tabs>
        <w:rPr>
          <w:noProof/>
          <w:lang w:val="de-DE"/>
        </w:rPr>
      </w:pPr>
      <w:hyperlink w:anchor="_Toc240363848" w:history="1">
        <w:r w:rsidRPr="00B252FF">
          <w:rPr>
            <w:rStyle w:val="Hyperlink"/>
            <w:noProof/>
            <w:lang w:val="de-DE"/>
          </w:rPr>
          <w:t>Tabelle 75: Wärmespeicher: Einstellungen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_Toc240363848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40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6CFD2175" w14:textId="56F5D116" w:rsidR="00B252FF" w:rsidRPr="00B252FF" w:rsidRDefault="00B252FF">
      <w:pPr>
        <w:pStyle w:val="Abbildungsverzeichnis"/>
        <w:tabs>
          <w:tab w:val="right" w:leader="dot" w:pos="8630"/>
        </w:tabs>
        <w:rPr>
          <w:noProof/>
          <w:lang w:val="de-DE"/>
        </w:rPr>
      </w:pPr>
      <w:hyperlink w:anchor="_Toc240363849" w:history="1">
        <w:r w:rsidRPr="00B252FF">
          <w:rPr>
            <w:rStyle w:val="Hyperlink"/>
            <w:noProof/>
            <w:lang w:val="de-DE"/>
          </w:rPr>
          <w:t>Tabelle 76: Kostenparameter für Variante 'Variante 1'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_Toc240363849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41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45F97393" w14:textId="0A2920C6" w:rsidR="00B252FF" w:rsidRPr="00B252FF" w:rsidRDefault="00B252FF">
      <w:pPr>
        <w:pStyle w:val="Abbildungsverzeichnis"/>
        <w:tabs>
          <w:tab w:val="right" w:leader="dot" w:pos="8630"/>
        </w:tabs>
        <w:rPr>
          <w:noProof/>
          <w:lang w:val="de-DE"/>
        </w:rPr>
      </w:pPr>
      <w:hyperlink w:anchor="_Toc240363850" w:history="1">
        <w:r w:rsidRPr="00B252FF">
          <w:rPr>
            <w:rStyle w:val="Hyperlink"/>
            <w:noProof/>
            <w:lang w:val="de-DE"/>
          </w:rPr>
          <w:t>Tabelle 77: Kostenparameter für Variante 'Variante 2'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_Toc240363850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41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0DD3A1CD" w14:textId="7B9EBDC7" w:rsidR="00B252FF" w:rsidRPr="00B252FF" w:rsidRDefault="00B252FF">
      <w:pPr>
        <w:pStyle w:val="Abbildungsverzeichnis"/>
        <w:tabs>
          <w:tab w:val="right" w:leader="dot" w:pos="8630"/>
        </w:tabs>
        <w:rPr>
          <w:noProof/>
          <w:lang w:val="de-DE"/>
        </w:rPr>
      </w:pPr>
      <w:hyperlink w:anchor="_Toc240363851" w:history="1">
        <w:r w:rsidRPr="00B252FF">
          <w:rPr>
            <w:rStyle w:val="Hyperlink"/>
            <w:noProof/>
            <w:lang w:val="de-DE"/>
          </w:rPr>
          <w:t>Tabelle 78: Stromnetz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_Toc240363851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41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0AF2EF52" w14:textId="15EC2C95" w:rsidR="00B252FF" w:rsidRPr="00B252FF" w:rsidRDefault="00B252FF">
      <w:pPr>
        <w:pStyle w:val="Abbildungsverzeichnis"/>
        <w:tabs>
          <w:tab w:val="right" w:leader="dot" w:pos="8630"/>
        </w:tabs>
        <w:rPr>
          <w:noProof/>
          <w:lang w:val="de-DE"/>
        </w:rPr>
      </w:pPr>
      <w:hyperlink w:anchor="_Toc240363852" w:history="1">
        <w:r w:rsidRPr="00B252FF">
          <w:rPr>
            <w:rStyle w:val="Hyperlink"/>
            <w:noProof/>
            <w:lang w:val="de-DE"/>
          </w:rPr>
          <w:t>Tabelle 79: Erdgas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_Toc240363852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42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24D3D8F5" w14:textId="0FC6CF03" w:rsidR="00B252FF" w:rsidRPr="00B252FF" w:rsidRDefault="00B252FF">
      <w:pPr>
        <w:pStyle w:val="Abbildungsverzeichnis"/>
        <w:tabs>
          <w:tab w:val="right" w:leader="dot" w:pos="8630"/>
        </w:tabs>
        <w:rPr>
          <w:noProof/>
          <w:lang w:val="de-DE"/>
        </w:rPr>
      </w:pPr>
      <w:hyperlink w:anchor="_Toc240363853" w:history="1">
        <w:r w:rsidRPr="00B252FF">
          <w:rPr>
            <w:rStyle w:val="Hyperlink"/>
            <w:noProof/>
            <w:lang w:val="de-DE"/>
          </w:rPr>
          <w:t>Tabelle 80: Biomasse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_Toc240363853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42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6E37035F" w14:textId="7D5942C4" w:rsidR="00B252FF" w:rsidRPr="00B252FF" w:rsidRDefault="00B252FF">
      <w:pPr>
        <w:pStyle w:val="Abbildungsverzeichnis"/>
        <w:tabs>
          <w:tab w:val="right" w:leader="dot" w:pos="8630"/>
        </w:tabs>
        <w:rPr>
          <w:noProof/>
          <w:lang w:val="de-DE"/>
        </w:rPr>
      </w:pPr>
      <w:hyperlink w:anchor="_Toc240363854" w:history="1">
        <w:r w:rsidRPr="00B252FF">
          <w:rPr>
            <w:rStyle w:val="Hyperlink"/>
            <w:noProof/>
            <w:lang w:val="de-DE"/>
          </w:rPr>
          <w:t>Tabelle 81: Ökonomische Parameter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_Toc240363854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42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4F894195" w14:textId="5363D15A" w:rsidR="00B252FF" w:rsidRPr="00B252FF" w:rsidRDefault="00B252FF">
      <w:pPr>
        <w:pStyle w:val="Abbildungsverzeichnis"/>
        <w:tabs>
          <w:tab w:val="right" w:leader="dot" w:pos="8630"/>
        </w:tabs>
        <w:rPr>
          <w:noProof/>
          <w:lang w:val="de-DE"/>
        </w:rPr>
      </w:pPr>
      <w:hyperlink w:anchor="_Toc240363855" w:history="1">
        <w:r w:rsidRPr="00B252FF">
          <w:rPr>
            <w:rStyle w:val="Hyperlink"/>
            <w:noProof/>
            <w:lang w:val="de-DE"/>
          </w:rPr>
          <w:t>Tabelle 82: Sonstige Kosten: Einmalige Kosten für alle Varianten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_Toc240363855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42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5FA5C486" w14:textId="762B500D" w:rsidR="00B252FF" w:rsidRPr="00B252FF" w:rsidRDefault="00B252FF">
      <w:pPr>
        <w:pStyle w:val="Abbildungsverzeichnis"/>
        <w:tabs>
          <w:tab w:val="right" w:leader="dot" w:pos="8630"/>
        </w:tabs>
        <w:rPr>
          <w:noProof/>
          <w:lang w:val="de-DE"/>
        </w:rPr>
      </w:pPr>
      <w:hyperlink w:anchor="_Toc240363856" w:history="1">
        <w:r w:rsidRPr="00B252FF">
          <w:rPr>
            <w:rStyle w:val="Hyperlink"/>
            <w:noProof/>
            <w:lang w:val="de-DE"/>
          </w:rPr>
          <w:t>Tabelle 83: Sonstige Kosten: Jährliche Kosten für alle Varianten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_Toc240363856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43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757128E2" w14:textId="17B085E3" w:rsidR="00B252FF" w:rsidRPr="00B252FF" w:rsidRDefault="00B252FF">
      <w:pPr>
        <w:pStyle w:val="Abbildungsverzeichnis"/>
        <w:tabs>
          <w:tab w:val="right" w:leader="dot" w:pos="8630"/>
        </w:tabs>
        <w:rPr>
          <w:noProof/>
          <w:lang w:val="de-DE"/>
        </w:rPr>
      </w:pPr>
      <w:hyperlink w:anchor="_Toc240363857" w:history="1">
        <w:r w:rsidRPr="00B252FF">
          <w:rPr>
            <w:rStyle w:val="Hyperlink"/>
            <w:noProof/>
            <w:lang w:val="de-DE"/>
          </w:rPr>
          <w:t>Tabelle 84: Erlös-Einstellungen: Bestandteile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_Toc240363857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43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113A6F00" w14:textId="132DBF6E" w:rsidR="00B252FF" w:rsidRPr="00B252FF" w:rsidRDefault="00B252FF">
      <w:pPr>
        <w:pStyle w:val="Abbildungsverzeichnis"/>
        <w:tabs>
          <w:tab w:val="right" w:leader="dot" w:pos="8630"/>
        </w:tabs>
        <w:rPr>
          <w:noProof/>
          <w:lang w:val="de-DE"/>
        </w:rPr>
      </w:pPr>
      <w:hyperlink w:anchor="_Toc240363858" w:history="1">
        <w:r w:rsidRPr="00B252FF">
          <w:rPr>
            <w:rStyle w:val="Hyperlink"/>
            <w:noProof/>
            <w:lang w:val="de-DE"/>
          </w:rPr>
          <w:t>Tabelle 85: Erlös-Einstellungen: Preise für alle Varianten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_Toc240363858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43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09C10116" w14:textId="20E7559E" w:rsidR="00B252FF" w:rsidRPr="00B252FF" w:rsidRDefault="00B252FF">
      <w:pPr>
        <w:pStyle w:val="Abbildungsverzeichnis"/>
        <w:tabs>
          <w:tab w:val="right" w:leader="dot" w:pos="8630"/>
        </w:tabs>
        <w:rPr>
          <w:noProof/>
          <w:lang w:val="de-DE"/>
        </w:rPr>
      </w:pPr>
      <w:hyperlink w:anchor="_Toc240363859" w:history="1">
        <w:r w:rsidRPr="00B252FF">
          <w:rPr>
            <w:rStyle w:val="Hyperlink"/>
            <w:noProof/>
            <w:lang w:val="de-DE"/>
          </w:rPr>
          <w:t>Tabelle 86: Projekt-Einstellungen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_Toc240363859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43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4C53514E" w14:textId="6C4C4EE7" w:rsidR="00B252FF" w:rsidRPr="00B252FF" w:rsidRDefault="00B252FF">
      <w:pPr>
        <w:pStyle w:val="Abbildungsverzeichnis"/>
        <w:tabs>
          <w:tab w:val="right" w:leader="dot" w:pos="8630"/>
        </w:tabs>
        <w:rPr>
          <w:noProof/>
          <w:lang w:val="de-DE"/>
        </w:rPr>
      </w:pPr>
      <w:hyperlink w:anchor="_Toc240363860" w:history="1">
        <w:r w:rsidRPr="00B252FF">
          <w:rPr>
            <w:rStyle w:val="Hyperlink"/>
            <w:noProof/>
            <w:lang w:val="de-DE"/>
          </w:rPr>
          <w:t>Tabelle 87: Geographischer Ort (Wetterdaten)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_Toc240363860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43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3362EC89" w14:textId="1788921B" w:rsidR="00B252FF" w:rsidRPr="00B252FF" w:rsidRDefault="00B252FF">
      <w:pPr>
        <w:pStyle w:val="Abbildungsverzeichnis"/>
        <w:tabs>
          <w:tab w:val="right" w:leader="dot" w:pos="8630"/>
        </w:tabs>
        <w:rPr>
          <w:noProof/>
          <w:lang w:val="de-DE"/>
        </w:rPr>
      </w:pPr>
      <w:hyperlink w:anchor="_Toc240363861" w:history="1">
        <w:r w:rsidRPr="00B252FF">
          <w:rPr>
            <w:rStyle w:val="Hyperlink"/>
            <w:noProof/>
            <w:lang w:val="de-DE"/>
          </w:rPr>
          <w:t>Tabelle 88: Anpassungen der Wetterdaten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_Toc240363861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44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59B58A43" w14:textId="75191D61" w:rsidR="005D31A4" w:rsidRPr="00B252FF" w:rsidRDefault="00000000">
      <w:pPr>
        <w:rPr>
          <w:lang w:val="de-DE"/>
        </w:rPr>
      </w:pPr>
      <w:r w:rsidRPr="00B252FF">
        <w:rPr>
          <w:lang w:val="de-DE"/>
        </w:rPr>
        <w:fldChar w:fldCharType="end"/>
      </w:r>
    </w:p>
    <w:p w14:paraId="2486038F" w14:textId="77777777" w:rsidR="005D31A4" w:rsidRPr="00B252FF" w:rsidRDefault="00000000">
      <w:pPr>
        <w:rPr>
          <w:lang w:val="de-DE"/>
        </w:rPr>
      </w:pPr>
      <w:r w:rsidRPr="00B252FF">
        <w:rPr>
          <w:lang w:val="de-DE"/>
        </w:rPr>
        <w:br w:type="page"/>
      </w:r>
    </w:p>
    <w:p w14:paraId="444348E9" w14:textId="77777777" w:rsidR="005D31A4" w:rsidRPr="00B252FF" w:rsidRDefault="00000000">
      <w:pPr>
        <w:rPr>
          <w:lang w:val="de-DE"/>
        </w:rPr>
      </w:pPr>
      <w:r w:rsidRPr="00B252FF">
        <w:rPr>
          <w:b/>
          <w:sz w:val="28"/>
          <w:lang w:val="de-DE"/>
        </w:rPr>
        <w:lastRenderedPageBreak/>
        <w:t>Abbildungsverzeichnis</w:t>
      </w:r>
    </w:p>
    <w:p w14:paraId="7D64B0AA" w14:textId="3EAF0AAF" w:rsidR="00B252FF" w:rsidRPr="00B252FF" w:rsidRDefault="00000000">
      <w:pPr>
        <w:pStyle w:val="Abbildungsverzeichnis"/>
        <w:tabs>
          <w:tab w:val="right" w:leader="dot" w:pos="8630"/>
        </w:tabs>
        <w:rPr>
          <w:rFonts w:asciiTheme="minorHAnsi" w:hAnsiTheme="minorHAnsi"/>
          <w:noProof/>
          <w:kern w:val="2"/>
          <w:szCs w:val="24"/>
          <w:lang w:val="de-DE" w:eastAsia="de-DE"/>
          <w14:ligatures w14:val="standardContextual"/>
        </w:rPr>
      </w:pPr>
      <w:r w:rsidRPr="00B252FF">
        <w:rPr>
          <w:lang w:val="de-DE"/>
        </w:rPr>
        <w:fldChar w:fldCharType="begin"/>
      </w:r>
      <w:r w:rsidRPr="00B252FF">
        <w:rPr>
          <w:lang w:val="de-DE"/>
        </w:rPr>
        <w:instrText>TOC \h \z \c "Abbildung"</w:instrText>
      </w:r>
      <w:r w:rsidRPr="00B252FF">
        <w:rPr>
          <w:lang w:val="de-DE"/>
        </w:rPr>
        <w:fldChar w:fldCharType="separate"/>
      </w:r>
      <w:hyperlink w:anchor="_Toc240363862" w:history="1">
        <w:r w:rsidR="00B252FF" w:rsidRPr="00B252FF">
          <w:rPr>
            <w:rStyle w:val="Hyperlink"/>
            <w:noProof/>
            <w:lang w:val="de-DE"/>
          </w:rPr>
          <w:t>Abbildung 1: Wärmegestehungskosten und spezifischen CO₂-Emissionen</w:t>
        </w:r>
        <w:r w:rsidR="00B252FF" w:rsidRPr="00B252FF">
          <w:rPr>
            <w:noProof/>
            <w:webHidden/>
            <w:lang w:val="de-DE"/>
          </w:rPr>
          <w:tab/>
        </w:r>
        <w:r w:rsidR="00B252FF" w:rsidRPr="00B252FF">
          <w:rPr>
            <w:noProof/>
            <w:webHidden/>
            <w:lang w:val="de-DE"/>
          </w:rPr>
          <w:fldChar w:fldCharType="begin"/>
        </w:r>
        <w:r w:rsidR="00B252FF" w:rsidRPr="00B252FF">
          <w:rPr>
            <w:noProof/>
            <w:webHidden/>
            <w:lang w:val="de-DE"/>
          </w:rPr>
          <w:instrText xml:space="preserve"> PAGEREF _Toc240363862 \h </w:instrText>
        </w:r>
        <w:r w:rsidR="00B252FF" w:rsidRPr="00B252FF">
          <w:rPr>
            <w:noProof/>
            <w:webHidden/>
            <w:lang w:val="de-DE"/>
          </w:rPr>
        </w:r>
        <w:r w:rsidR="00B252FF" w:rsidRPr="00B252FF">
          <w:rPr>
            <w:noProof/>
            <w:webHidden/>
            <w:lang w:val="de-DE"/>
          </w:rPr>
          <w:fldChar w:fldCharType="separate"/>
        </w:r>
        <w:r w:rsidR="00B252FF" w:rsidRPr="00B252FF">
          <w:rPr>
            <w:noProof/>
            <w:webHidden/>
            <w:lang w:val="de-DE"/>
          </w:rPr>
          <w:t>1</w:t>
        </w:r>
        <w:r w:rsidR="00B252FF" w:rsidRPr="00B252FF">
          <w:rPr>
            <w:noProof/>
            <w:webHidden/>
            <w:lang w:val="de-DE"/>
          </w:rPr>
          <w:fldChar w:fldCharType="end"/>
        </w:r>
      </w:hyperlink>
    </w:p>
    <w:p w14:paraId="1ADA6205" w14:textId="2DAF2CA5" w:rsidR="00B252FF" w:rsidRPr="00B252FF" w:rsidRDefault="00B252FF">
      <w:pPr>
        <w:pStyle w:val="Abbildungsverzeichnis"/>
        <w:tabs>
          <w:tab w:val="right" w:leader="dot" w:pos="8630"/>
        </w:tabs>
        <w:rPr>
          <w:rFonts w:asciiTheme="minorHAnsi" w:hAnsiTheme="minorHAnsi"/>
          <w:noProof/>
          <w:kern w:val="2"/>
          <w:szCs w:val="24"/>
          <w:lang w:val="de-DE" w:eastAsia="de-DE"/>
          <w14:ligatures w14:val="standardContextual"/>
        </w:rPr>
      </w:pPr>
      <w:hyperlink w:anchor="_Toc240363863" w:history="1">
        <w:r w:rsidRPr="00B252FF">
          <w:rPr>
            <w:rStyle w:val="Hyperlink"/>
            <w:noProof/>
            <w:lang w:val="de-DE"/>
          </w:rPr>
          <w:t>Abbildung 2: Variante 1: Stündlich aufgelöster Gesamtwärmebedarf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_Toc240363863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2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46EF21D3" w14:textId="1113440E" w:rsidR="00B252FF" w:rsidRPr="00B252FF" w:rsidRDefault="00B252FF">
      <w:pPr>
        <w:pStyle w:val="Abbildungsverzeichnis"/>
        <w:tabs>
          <w:tab w:val="right" w:leader="dot" w:pos="8630"/>
        </w:tabs>
        <w:rPr>
          <w:rFonts w:asciiTheme="minorHAnsi" w:hAnsiTheme="minorHAnsi"/>
          <w:noProof/>
          <w:kern w:val="2"/>
          <w:szCs w:val="24"/>
          <w:lang w:val="de-DE" w:eastAsia="de-DE"/>
          <w14:ligatures w14:val="standardContextual"/>
        </w:rPr>
      </w:pPr>
      <w:hyperlink w:anchor="_Toc240363864" w:history="1">
        <w:r w:rsidRPr="00B252FF">
          <w:rPr>
            <w:rStyle w:val="Hyperlink"/>
            <w:noProof/>
            <w:lang w:val="de-DE"/>
          </w:rPr>
          <w:t>Abbildung 3: Variante 1: Stündlich aufgelöster Gesamtkältebedarf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_Toc240363864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3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5EF1647B" w14:textId="026BFFF7" w:rsidR="00B252FF" w:rsidRPr="00B252FF" w:rsidRDefault="00B252FF">
      <w:pPr>
        <w:pStyle w:val="Abbildungsverzeichnis"/>
        <w:tabs>
          <w:tab w:val="right" w:leader="dot" w:pos="8630"/>
        </w:tabs>
        <w:rPr>
          <w:rFonts w:asciiTheme="minorHAnsi" w:hAnsiTheme="minorHAnsi"/>
          <w:noProof/>
          <w:kern w:val="2"/>
          <w:szCs w:val="24"/>
          <w:lang w:val="de-DE" w:eastAsia="de-DE"/>
          <w14:ligatures w14:val="standardContextual"/>
        </w:rPr>
      </w:pPr>
      <w:hyperlink w:anchor="_Toc240363865" w:history="1">
        <w:r w:rsidRPr="00B252FF">
          <w:rPr>
            <w:rStyle w:val="Hyperlink"/>
            <w:noProof/>
            <w:lang w:val="de-DE"/>
          </w:rPr>
          <w:t>Abbildung 4: Variante 1: Verteilung der Rohrdurchmesser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_Toc240363865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5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6DA8B1CD" w14:textId="42B25A07" w:rsidR="00B252FF" w:rsidRPr="00B252FF" w:rsidRDefault="00B252FF">
      <w:pPr>
        <w:pStyle w:val="Abbildungsverzeichnis"/>
        <w:tabs>
          <w:tab w:val="right" w:leader="dot" w:pos="8630"/>
        </w:tabs>
        <w:rPr>
          <w:rFonts w:asciiTheme="minorHAnsi" w:hAnsiTheme="minorHAnsi"/>
          <w:noProof/>
          <w:kern w:val="2"/>
          <w:szCs w:val="24"/>
          <w:lang w:val="de-DE" w:eastAsia="de-DE"/>
          <w14:ligatures w14:val="standardContextual"/>
        </w:rPr>
      </w:pPr>
      <w:hyperlink w:anchor="_Toc240363866" w:history="1">
        <w:r w:rsidRPr="00B252FF">
          <w:rPr>
            <w:rStyle w:val="Hyperlink"/>
            <w:noProof/>
            <w:lang w:val="de-DE"/>
          </w:rPr>
          <w:t>Abbildung 5: Variante 1: Auslegungsergebnis: Rohrdurchmesser und Nutzflächen der Gebäude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_Toc240363866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6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7BB9ED9F" w14:textId="312DAD19" w:rsidR="00B252FF" w:rsidRPr="00B252FF" w:rsidRDefault="00B252FF">
      <w:pPr>
        <w:pStyle w:val="Abbildungsverzeichnis"/>
        <w:tabs>
          <w:tab w:val="right" w:leader="dot" w:pos="8630"/>
        </w:tabs>
        <w:rPr>
          <w:rFonts w:asciiTheme="minorHAnsi" w:hAnsiTheme="minorHAnsi"/>
          <w:noProof/>
          <w:kern w:val="2"/>
          <w:szCs w:val="24"/>
          <w:lang w:val="de-DE" w:eastAsia="de-DE"/>
          <w14:ligatures w14:val="standardContextual"/>
        </w:rPr>
      </w:pPr>
      <w:hyperlink w:anchor="_Toc240363867" w:history="1">
        <w:r w:rsidRPr="00B252FF">
          <w:rPr>
            <w:rStyle w:val="Hyperlink"/>
            <w:noProof/>
            <w:lang w:val="de-DE"/>
          </w:rPr>
          <w:t>Abbildung 6: Variante 1: Jahresprofil der Vor- und Rücklauftemperatur im Wärmenetz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_Toc240363867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6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26DDD92F" w14:textId="4C85FD20" w:rsidR="00B252FF" w:rsidRPr="00B252FF" w:rsidRDefault="00B252FF">
      <w:pPr>
        <w:pStyle w:val="Abbildungsverzeichnis"/>
        <w:tabs>
          <w:tab w:val="right" w:leader="dot" w:pos="8630"/>
        </w:tabs>
        <w:rPr>
          <w:rFonts w:asciiTheme="minorHAnsi" w:hAnsiTheme="minorHAnsi"/>
          <w:noProof/>
          <w:kern w:val="2"/>
          <w:szCs w:val="24"/>
          <w:lang w:val="de-DE" w:eastAsia="de-DE"/>
          <w14:ligatures w14:val="standardContextual"/>
        </w:rPr>
      </w:pPr>
      <w:hyperlink w:anchor="_Toc240363868" w:history="1">
        <w:r w:rsidRPr="00B252FF">
          <w:rPr>
            <w:rStyle w:val="Hyperlink"/>
            <w:noProof/>
            <w:lang w:val="de-DE"/>
          </w:rPr>
          <w:t>Abbildung 7: Variante 1: Auslegungsergebnis: Netzvorlauftemperatur und Wärmebedarf der Gebäude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_Toc240363868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7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27E1B39F" w14:textId="53F691E9" w:rsidR="00B252FF" w:rsidRPr="00B252FF" w:rsidRDefault="00B252FF">
      <w:pPr>
        <w:pStyle w:val="Abbildungsverzeichnis"/>
        <w:tabs>
          <w:tab w:val="right" w:leader="dot" w:pos="8630"/>
        </w:tabs>
        <w:rPr>
          <w:rFonts w:asciiTheme="minorHAnsi" w:hAnsiTheme="minorHAnsi"/>
          <w:noProof/>
          <w:kern w:val="2"/>
          <w:szCs w:val="24"/>
          <w:lang w:val="de-DE" w:eastAsia="de-DE"/>
          <w14:ligatures w14:val="standardContextual"/>
        </w:rPr>
      </w:pPr>
      <w:hyperlink w:anchor="_Toc240363869" w:history="1">
        <w:r w:rsidRPr="00B252FF">
          <w:rPr>
            <w:rStyle w:val="Hyperlink"/>
            <w:noProof/>
            <w:lang w:val="de-DE"/>
          </w:rPr>
          <w:t>Abbildung 8: Variante 1: Wärmestrom: Wärmenetz zu Erdboden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_Toc240363869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7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18B4A28C" w14:textId="36649D29" w:rsidR="00B252FF" w:rsidRPr="00B252FF" w:rsidRDefault="00B252FF">
      <w:pPr>
        <w:pStyle w:val="Abbildungsverzeichnis"/>
        <w:tabs>
          <w:tab w:val="right" w:leader="dot" w:pos="8630"/>
        </w:tabs>
        <w:rPr>
          <w:rFonts w:asciiTheme="minorHAnsi" w:hAnsiTheme="minorHAnsi"/>
          <w:noProof/>
          <w:kern w:val="2"/>
          <w:szCs w:val="24"/>
          <w:lang w:val="de-DE" w:eastAsia="de-DE"/>
          <w14:ligatures w14:val="standardContextual"/>
        </w:rPr>
      </w:pPr>
      <w:hyperlink w:anchor="_Toc240363870" w:history="1">
        <w:r w:rsidRPr="00B252FF">
          <w:rPr>
            <w:rStyle w:val="Hyperlink"/>
            <w:noProof/>
            <w:lang w:val="de-DE"/>
          </w:rPr>
          <w:t>Abbildung 9: Variante 1: Gleichzeitigkeitsfaktor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_Toc240363870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8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64CC88C8" w14:textId="61B17438" w:rsidR="00B252FF" w:rsidRPr="00B252FF" w:rsidRDefault="00B252FF">
      <w:pPr>
        <w:pStyle w:val="Abbildungsverzeichnis"/>
        <w:tabs>
          <w:tab w:val="right" w:leader="dot" w:pos="8630"/>
        </w:tabs>
        <w:rPr>
          <w:rFonts w:asciiTheme="minorHAnsi" w:hAnsiTheme="minorHAnsi"/>
          <w:noProof/>
          <w:kern w:val="2"/>
          <w:szCs w:val="24"/>
          <w:lang w:val="de-DE" w:eastAsia="de-DE"/>
          <w14:ligatures w14:val="standardContextual"/>
        </w:rPr>
      </w:pPr>
      <w:hyperlink w:anchor="_Toc240363871" w:history="1">
        <w:r w:rsidRPr="00B252FF">
          <w:rPr>
            <w:rStyle w:val="Hyperlink"/>
            <w:noProof/>
            <w:lang w:val="de-DE"/>
          </w:rPr>
          <w:t>Abbildung 10: Variante 2: Verteilung der Rohrdurchmesser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_Toc240363871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17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15A85C24" w14:textId="5DE300A1" w:rsidR="00B252FF" w:rsidRPr="00B252FF" w:rsidRDefault="00B252FF">
      <w:pPr>
        <w:pStyle w:val="Abbildungsverzeichnis"/>
        <w:tabs>
          <w:tab w:val="right" w:leader="dot" w:pos="8630"/>
        </w:tabs>
        <w:rPr>
          <w:rFonts w:asciiTheme="minorHAnsi" w:hAnsiTheme="minorHAnsi"/>
          <w:noProof/>
          <w:kern w:val="2"/>
          <w:szCs w:val="24"/>
          <w:lang w:val="de-DE" w:eastAsia="de-DE"/>
          <w14:ligatures w14:val="standardContextual"/>
        </w:rPr>
      </w:pPr>
      <w:hyperlink w:anchor="_Toc240363872" w:history="1">
        <w:r w:rsidRPr="00B252FF">
          <w:rPr>
            <w:rStyle w:val="Hyperlink"/>
            <w:noProof/>
            <w:lang w:val="de-DE"/>
          </w:rPr>
          <w:t>Abbildung 11: Variante 2: Auslegungsergebnis: Rohrdurchmesser und Nutzflächen der Gebäude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_Toc240363872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18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76E391BD" w14:textId="46715110" w:rsidR="00B252FF" w:rsidRPr="00B252FF" w:rsidRDefault="00B252FF">
      <w:pPr>
        <w:pStyle w:val="Abbildungsverzeichnis"/>
        <w:tabs>
          <w:tab w:val="right" w:leader="dot" w:pos="8630"/>
        </w:tabs>
        <w:rPr>
          <w:rFonts w:asciiTheme="minorHAnsi" w:hAnsiTheme="minorHAnsi"/>
          <w:noProof/>
          <w:kern w:val="2"/>
          <w:szCs w:val="24"/>
          <w:lang w:val="de-DE" w:eastAsia="de-DE"/>
          <w14:ligatures w14:val="standardContextual"/>
        </w:rPr>
      </w:pPr>
      <w:hyperlink w:anchor="_Toc240363873" w:history="1">
        <w:r w:rsidRPr="00B252FF">
          <w:rPr>
            <w:rStyle w:val="Hyperlink"/>
            <w:noProof/>
            <w:lang w:val="de-DE"/>
          </w:rPr>
          <w:t>Abbildung 12: Variante 2: Jahresprofil der Vor- und Rücklauftemperatur im Wärmenetz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_Toc240363873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18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135AF680" w14:textId="18D25FB9" w:rsidR="00B252FF" w:rsidRPr="00B252FF" w:rsidRDefault="00B252FF">
      <w:pPr>
        <w:pStyle w:val="Abbildungsverzeichnis"/>
        <w:tabs>
          <w:tab w:val="right" w:leader="dot" w:pos="8630"/>
        </w:tabs>
        <w:rPr>
          <w:rFonts w:asciiTheme="minorHAnsi" w:hAnsiTheme="minorHAnsi"/>
          <w:noProof/>
          <w:kern w:val="2"/>
          <w:szCs w:val="24"/>
          <w:lang w:val="de-DE" w:eastAsia="de-DE"/>
          <w14:ligatures w14:val="standardContextual"/>
        </w:rPr>
      </w:pPr>
      <w:hyperlink w:anchor="_Toc240363874" w:history="1">
        <w:r w:rsidRPr="00B252FF">
          <w:rPr>
            <w:rStyle w:val="Hyperlink"/>
            <w:noProof/>
            <w:lang w:val="de-DE"/>
          </w:rPr>
          <w:t>Abbildung 13: Variante 2: Auslegungsergebnis: Netzvorlauftemperatur und Wärmebedarf der Gebäude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_Toc240363874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19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23AF4346" w14:textId="29B78105" w:rsidR="00B252FF" w:rsidRPr="00B252FF" w:rsidRDefault="00B252FF">
      <w:pPr>
        <w:pStyle w:val="Abbildungsverzeichnis"/>
        <w:tabs>
          <w:tab w:val="right" w:leader="dot" w:pos="8630"/>
        </w:tabs>
        <w:rPr>
          <w:rFonts w:asciiTheme="minorHAnsi" w:hAnsiTheme="minorHAnsi"/>
          <w:noProof/>
          <w:kern w:val="2"/>
          <w:szCs w:val="24"/>
          <w:lang w:val="de-DE" w:eastAsia="de-DE"/>
          <w14:ligatures w14:val="standardContextual"/>
        </w:rPr>
      </w:pPr>
      <w:hyperlink w:anchor="_Toc240363875" w:history="1">
        <w:r w:rsidRPr="00B252FF">
          <w:rPr>
            <w:rStyle w:val="Hyperlink"/>
            <w:noProof/>
            <w:lang w:val="de-DE"/>
          </w:rPr>
          <w:t>Abbildung 14: Variante 2: Wärmestrom: Wärmenetz zu Erdboden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_Toc240363875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19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15B4A5CE" w14:textId="6C746FD7" w:rsidR="00B252FF" w:rsidRPr="00B252FF" w:rsidRDefault="00B252FF">
      <w:pPr>
        <w:pStyle w:val="Abbildungsverzeichnis"/>
        <w:tabs>
          <w:tab w:val="right" w:leader="dot" w:pos="8630"/>
        </w:tabs>
        <w:rPr>
          <w:rFonts w:asciiTheme="minorHAnsi" w:hAnsiTheme="minorHAnsi"/>
          <w:noProof/>
          <w:kern w:val="2"/>
          <w:szCs w:val="24"/>
          <w:lang w:val="de-DE" w:eastAsia="de-DE"/>
          <w14:ligatures w14:val="standardContextual"/>
        </w:rPr>
      </w:pPr>
      <w:hyperlink w:anchor="_Toc240363876" w:history="1">
        <w:r w:rsidRPr="00B252FF">
          <w:rPr>
            <w:rStyle w:val="Hyperlink"/>
            <w:noProof/>
            <w:lang w:val="de-DE"/>
          </w:rPr>
          <w:t>Abbildung 15: Variante 2: Gleichzeitigkeitsfaktor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_Toc240363876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20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4E498D5A" w14:textId="1E932EB1" w:rsidR="00B252FF" w:rsidRPr="00B252FF" w:rsidRDefault="00B252FF">
      <w:pPr>
        <w:pStyle w:val="Abbildungsverzeichnis"/>
        <w:tabs>
          <w:tab w:val="right" w:leader="dot" w:pos="8630"/>
        </w:tabs>
        <w:rPr>
          <w:rFonts w:asciiTheme="minorHAnsi" w:hAnsiTheme="minorHAnsi"/>
          <w:noProof/>
          <w:kern w:val="2"/>
          <w:szCs w:val="24"/>
          <w:lang w:val="de-DE" w:eastAsia="de-DE"/>
          <w14:ligatures w14:val="standardContextual"/>
        </w:rPr>
      </w:pPr>
      <w:hyperlink w:anchor="_Toc240363877" w:history="1">
        <w:r w:rsidRPr="00B252FF">
          <w:rPr>
            <w:rStyle w:val="Hyperlink"/>
            <w:noProof/>
            <w:lang w:val="de-DE"/>
          </w:rPr>
          <w:t>Abbildung 16: Wärmegestehungskosten und spezifischen CO₂-Emissionen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_Toc240363877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30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76C09467" w14:textId="48768AAE" w:rsidR="00B252FF" w:rsidRPr="00B252FF" w:rsidRDefault="00B252FF">
      <w:pPr>
        <w:pStyle w:val="Abbildungsverzeichnis"/>
        <w:tabs>
          <w:tab w:val="right" w:leader="dot" w:pos="8630"/>
        </w:tabs>
        <w:rPr>
          <w:rFonts w:asciiTheme="minorHAnsi" w:hAnsiTheme="minorHAnsi"/>
          <w:noProof/>
          <w:kern w:val="2"/>
          <w:szCs w:val="24"/>
          <w:lang w:val="de-DE" w:eastAsia="de-DE"/>
          <w14:ligatures w14:val="standardContextual"/>
        </w:rPr>
      </w:pPr>
      <w:hyperlink w:anchor="_Toc240363878" w:history="1">
        <w:r w:rsidRPr="00B252FF">
          <w:rPr>
            <w:rStyle w:val="Hyperlink"/>
            <w:noProof/>
            <w:lang w:val="de-DE"/>
          </w:rPr>
          <w:t>Abbildung 17: Gesamtkosten und Emissionen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_Toc240363878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30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550A2409" w14:textId="1D1625C1" w:rsidR="00B252FF" w:rsidRPr="00B252FF" w:rsidRDefault="00B252FF">
      <w:pPr>
        <w:pStyle w:val="Abbildungsverzeichnis"/>
        <w:tabs>
          <w:tab w:val="right" w:leader="dot" w:pos="8630"/>
        </w:tabs>
        <w:rPr>
          <w:rFonts w:asciiTheme="minorHAnsi" w:hAnsiTheme="minorHAnsi"/>
          <w:noProof/>
          <w:kern w:val="2"/>
          <w:szCs w:val="24"/>
          <w:lang w:val="de-DE" w:eastAsia="de-DE"/>
          <w14:ligatures w14:val="standardContextual"/>
        </w:rPr>
      </w:pPr>
      <w:hyperlink w:anchor="_Toc240363879" w:history="1">
        <w:r w:rsidRPr="00B252FF">
          <w:rPr>
            <w:rStyle w:val="Hyperlink"/>
            <w:noProof/>
            <w:lang w:val="de-DE"/>
          </w:rPr>
          <w:t>Abbildung 18: Energiebezug und Einspeisung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_Toc240363879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30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0115476A" w14:textId="710EE858" w:rsidR="00B252FF" w:rsidRPr="00B252FF" w:rsidRDefault="00B252FF">
      <w:pPr>
        <w:pStyle w:val="Abbildungsverzeichnis"/>
        <w:tabs>
          <w:tab w:val="right" w:leader="dot" w:pos="8630"/>
        </w:tabs>
        <w:rPr>
          <w:rFonts w:asciiTheme="minorHAnsi" w:hAnsiTheme="minorHAnsi"/>
          <w:noProof/>
          <w:kern w:val="2"/>
          <w:szCs w:val="24"/>
          <w:lang w:val="de-DE" w:eastAsia="de-DE"/>
          <w14:ligatures w14:val="standardContextual"/>
        </w:rPr>
      </w:pPr>
      <w:hyperlink w:anchor="_Toc240363880" w:history="1">
        <w:r w:rsidRPr="00B252FF">
          <w:rPr>
            <w:rStyle w:val="Hyperlink"/>
            <w:noProof/>
            <w:lang w:val="de-DE"/>
          </w:rPr>
          <w:t>Abbildung 19: Energiebedarfe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_Toc240363880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31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28614E54" w14:textId="33B04D5F" w:rsidR="00B252FF" w:rsidRPr="00B252FF" w:rsidRDefault="00B252FF">
      <w:pPr>
        <w:pStyle w:val="Abbildungsverzeichnis"/>
        <w:tabs>
          <w:tab w:val="right" w:leader="dot" w:pos="8630"/>
        </w:tabs>
        <w:rPr>
          <w:rFonts w:asciiTheme="minorHAnsi" w:hAnsiTheme="minorHAnsi"/>
          <w:noProof/>
          <w:kern w:val="2"/>
          <w:szCs w:val="24"/>
          <w:lang w:val="de-DE" w:eastAsia="de-DE"/>
          <w14:ligatures w14:val="standardContextual"/>
        </w:rPr>
      </w:pPr>
      <w:hyperlink w:anchor="_Toc240363881" w:history="1">
        <w:r w:rsidRPr="00B252FF">
          <w:rPr>
            <w:rStyle w:val="Hyperlink"/>
            <w:noProof/>
            <w:lang w:val="de-DE"/>
          </w:rPr>
          <w:t>Abbildung 20: Auslegungskriterium: Druckgradient (Kunststoff (Doppelrohr): BruggPipes: CALPEX DUO (normal))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_Toc240363881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36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3806B56C" w14:textId="298C2C1A" w:rsidR="00B252FF" w:rsidRPr="00B252FF" w:rsidRDefault="00B252FF">
      <w:pPr>
        <w:pStyle w:val="Abbildungsverzeichnis"/>
        <w:tabs>
          <w:tab w:val="right" w:leader="dot" w:pos="8630"/>
        </w:tabs>
        <w:rPr>
          <w:rFonts w:asciiTheme="minorHAnsi" w:hAnsiTheme="minorHAnsi"/>
          <w:noProof/>
          <w:kern w:val="2"/>
          <w:szCs w:val="24"/>
          <w:lang w:val="de-DE" w:eastAsia="de-DE"/>
          <w14:ligatures w14:val="standardContextual"/>
        </w:rPr>
      </w:pPr>
      <w:hyperlink w:anchor="_Toc240363882" w:history="1">
        <w:r w:rsidRPr="00B252FF">
          <w:rPr>
            <w:rStyle w:val="Hyperlink"/>
            <w:noProof/>
            <w:lang w:val="de-DE"/>
          </w:rPr>
          <w:t>Abbildung 21: Auslegungskriterium: Strömungsgeschwindigkeit (Kunststoff (Doppelrohr): BruggPipes: CALPEX DUO (normal))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_Toc240363882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37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746ACB75" w14:textId="5B84D787" w:rsidR="00B252FF" w:rsidRPr="00B252FF" w:rsidRDefault="00B252FF">
      <w:pPr>
        <w:pStyle w:val="Abbildungsverzeichnis"/>
        <w:tabs>
          <w:tab w:val="right" w:leader="dot" w:pos="8630"/>
        </w:tabs>
        <w:rPr>
          <w:rFonts w:asciiTheme="minorHAnsi" w:hAnsiTheme="minorHAnsi"/>
          <w:noProof/>
          <w:kern w:val="2"/>
          <w:szCs w:val="24"/>
          <w:lang w:val="de-DE" w:eastAsia="de-DE"/>
          <w14:ligatures w14:val="standardContextual"/>
        </w:rPr>
      </w:pPr>
      <w:hyperlink w:anchor="_Toc240363883" w:history="1">
        <w:r w:rsidRPr="00B252FF">
          <w:rPr>
            <w:rStyle w:val="Hyperlink"/>
            <w:noProof/>
            <w:lang w:val="de-DE"/>
          </w:rPr>
          <w:t>Abbildung 22: Lufttemperatur (Jahresprofil)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_Toc240363883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44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400C3A25" w14:textId="37A59D8E" w:rsidR="00B252FF" w:rsidRPr="00B252FF" w:rsidRDefault="00B252FF">
      <w:pPr>
        <w:pStyle w:val="Abbildungsverzeichnis"/>
        <w:tabs>
          <w:tab w:val="right" w:leader="dot" w:pos="8630"/>
        </w:tabs>
        <w:rPr>
          <w:rFonts w:asciiTheme="minorHAnsi" w:hAnsiTheme="minorHAnsi"/>
          <w:noProof/>
          <w:kern w:val="2"/>
          <w:szCs w:val="24"/>
          <w:lang w:val="de-DE" w:eastAsia="de-DE"/>
          <w14:ligatures w14:val="standardContextual"/>
        </w:rPr>
      </w:pPr>
      <w:hyperlink w:anchor="_Toc240363884" w:history="1">
        <w:r w:rsidRPr="00B252FF">
          <w:rPr>
            <w:rStyle w:val="Hyperlink"/>
            <w:noProof/>
            <w:lang w:val="de-DE"/>
          </w:rPr>
          <w:t>Abbildung 23: Lufttemperatur (Heatmap)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_Toc240363884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45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301F73FC" w14:textId="1FE76E72" w:rsidR="00B252FF" w:rsidRPr="00B252FF" w:rsidRDefault="00B252FF">
      <w:pPr>
        <w:pStyle w:val="Abbildungsverzeichnis"/>
        <w:tabs>
          <w:tab w:val="right" w:leader="dot" w:pos="8630"/>
        </w:tabs>
        <w:rPr>
          <w:rFonts w:asciiTheme="minorHAnsi" w:hAnsiTheme="minorHAnsi"/>
          <w:noProof/>
          <w:kern w:val="2"/>
          <w:szCs w:val="24"/>
          <w:lang w:val="de-DE" w:eastAsia="de-DE"/>
          <w14:ligatures w14:val="standardContextual"/>
        </w:rPr>
      </w:pPr>
      <w:hyperlink w:anchor="_Toc240363885" w:history="1">
        <w:r w:rsidRPr="00B252FF">
          <w:rPr>
            <w:rStyle w:val="Hyperlink"/>
            <w:noProof/>
            <w:lang w:val="de-DE"/>
          </w:rPr>
          <w:t>Abbildung 24: Windgeschwindigkeit (Jahresprofil)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_Toc240363885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45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41B15C85" w14:textId="5D3FAF9E" w:rsidR="00B252FF" w:rsidRPr="00B252FF" w:rsidRDefault="00B252FF">
      <w:pPr>
        <w:pStyle w:val="Abbildungsverzeichnis"/>
        <w:tabs>
          <w:tab w:val="right" w:leader="dot" w:pos="8630"/>
        </w:tabs>
        <w:rPr>
          <w:rFonts w:asciiTheme="minorHAnsi" w:hAnsiTheme="minorHAnsi"/>
          <w:noProof/>
          <w:kern w:val="2"/>
          <w:szCs w:val="24"/>
          <w:lang w:val="de-DE" w:eastAsia="de-DE"/>
          <w14:ligatures w14:val="standardContextual"/>
        </w:rPr>
      </w:pPr>
      <w:hyperlink w:anchor="_Toc240363886" w:history="1">
        <w:r w:rsidRPr="00B252FF">
          <w:rPr>
            <w:rStyle w:val="Hyperlink"/>
            <w:noProof/>
            <w:lang w:val="de-DE"/>
          </w:rPr>
          <w:t>Abbildung 25: Windgeschwindigkeit (Heatmap)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_Toc240363886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46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4C372937" w14:textId="3158D3A9" w:rsidR="00B252FF" w:rsidRPr="00B252FF" w:rsidRDefault="00B252FF">
      <w:pPr>
        <w:pStyle w:val="Abbildungsverzeichnis"/>
        <w:tabs>
          <w:tab w:val="right" w:leader="dot" w:pos="8630"/>
        </w:tabs>
        <w:rPr>
          <w:rFonts w:asciiTheme="minorHAnsi" w:hAnsiTheme="minorHAnsi"/>
          <w:noProof/>
          <w:kern w:val="2"/>
          <w:szCs w:val="24"/>
          <w:lang w:val="de-DE" w:eastAsia="de-DE"/>
          <w14:ligatures w14:val="standardContextual"/>
        </w:rPr>
      </w:pPr>
      <w:hyperlink w:anchor="_Toc240363887" w:history="1">
        <w:r w:rsidRPr="00B252FF">
          <w:rPr>
            <w:rStyle w:val="Hyperlink"/>
            <w:noProof/>
            <w:lang w:val="de-DE"/>
          </w:rPr>
          <w:t>Abbildung 26: Globalstrahlung (Jahresprofil)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_Toc240363887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46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7B350715" w14:textId="5DC0062A" w:rsidR="00B252FF" w:rsidRPr="00B252FF" w:rsidRDefault="00B252FF">
      <w:pPr>
        <w:pStyle w:val="Abbildungsverzeichnis"/>
        <w:tabs>
          <w:tab w:val="right" w:leader="dot" w:pos="8630"/>
        </w:tabs>
        <w:rPr>
          <w:rFonts w:asciiTheme="minorHAnsi" w:hAnsiTheme="minorHAnsi"/>
          <w:noProof/>
          <w:kern w:val="2"/>
          <w:szCs w:val="24"/>
          <w:lang w:val="de-DE" w:eastAsia="de-DE"/>
          <w14:ligatures w14:val="standardContextual"/>
        </w:rPr>
      </w:pPr>
      <w:hyperlink w:anchor="_Toc240363888" w:history="1">
        <w:r w:rsidRPr="00B252FF">
          <w:rPr>
            <w:rStyle w:val="Hyperlink"/>
            <w:noProof/>
            <w:lang w:val="de-DE"/>
          </w:rPr>
          <w:t>Abbildung 27: Globalstrahlung (Heatmap)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_Toc240363888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47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3C5DA43E" w14:textId="2345714A" w:rsidR="00B252FF" w:rsidRPr="00B252FF" w:rsidRDefault="00B252FF">
      <w:pPr>
        <w:pStyle w:val="Abbildungsverzeichnis"/>
        <w:tabs>
          <w:tab w:val="right" w:leader="dot" w:pos="8630"/>
        </w:tabs>
        <w:rPr>
          <w:rFonts w:asciiTheme="minorHAnsi" w:hAnsiTheme="minorHAnsi"/>
          <w:noProof/>
          <w:kern w:val="2"/>
          <w:szCs w:val="24"/>
          <w:lang w:val="de-DE" w:eastAsia="de-DE"/>
          <w14:ligatures w14:val="standardContextual"/>
        </w:rPr>
      </w:pPr>
      <w:hyperlink w:anchor="_Toc240363889" w:history="1">
        <w:r w:rsidRPr="00B252FF">
          <w:rPr>
            <w:rStyle w:val="Hyperlink"/>
            <w:noProof/>
            <w:lang w:val="de-DE"/>
          </w:rPr>
          <w:t>Abbildung 28: Direkte Normalstrahlung (Jahresprofil)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_Toc240363889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47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6F72C2DA" w14:textId="433A0D3A" w:rsidR="00B252FF" w:rsidRPr="00B252FF" w:rsidRDefault="00B252FF">
      <w:pPr>
        <w:pStyle w:val="Abbildungsverzeichnis"/>
        <w:tabs>
          <w:tab w:val="right" w:leader="dot" w:pos="8630"/>
        </w:tabs>
        <w:rPr>
          <w:rFonts w:asciiTheme="minorHAnsi" w:hAnsiTheme="minorHAnsi"/>
          <w:noProof/>
          <w:kern w:val="2"/>
          <w:szCs w:val="24"/>
          <w:lang w:val="de-DE" w:eastAsia="de-DE"/>
          <w14:ligatures w14:val="standardContextual"/>
        </w:rPr>
      </w:pPr>
      <w:hyperlink w:anchor="_Toc240363890" w:history="1">
        <w:r w:rsidRPr="00B252FF">
          <w:rPr>
            <w:rStyle w:val="Hyperlink"/>
            <w:noProof/>
            <w:lang w:val="de-DE"/>
          </w:rPr>
          <w:t>Abbildung 29: Direkte Normalstrahlung (Heatmap)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_Toc240363890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48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20AA075B" w14:textId="7BEB5078" w:rsidR="00B252FF" w:rsidRPr="00B252FF" w:rsidRDefault="00B252FF">
      <w:pPr>
        <w:pStyle w:val="Abbildungsverzeichnis"/>
        <w:tabs>
          <w:tab w:val="right" w:leader="dot" w:pos="8630"/>
        </w:tabs>
        <w:rPr>
          <w:rFonts w:asciiTheme="minorHAnsi" w:hAnsiTheme="minorHAnsi"/>
          <w:noProof/>
          <w:kern w:val="2"/>
          <w:szCs w:val="24"/>
          <w:lang w:val="de-DE" w:eastAsia="de-DE"/>
          <w14:ligatures w14:val="standardContextual"/>
        </w:rPr>
      </w:pPr>
      <w:hyperlink w:anchor="_Toc240363891" w:history="1">
        <w:r w:rsidRPr="00B252FF">
          <w:rPr>
            <w:rStyle w:val="Hyperlink"/>
            <w:noProof/>
            <w:lang w:val="de-DE"/>
          </w:rPr>
          <w:t>Abbildung 30: Horizontale Infrarotstrahlung (Jahresprofil)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_Toc240363891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48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35E8DFBD" w14:textId="42587BB0" w:rsidR="00B252FF" w:rsidRPr="00B252FF" w:rsidRDefault="00B252FF">
      <w:pPr>
        <w:pStyle w:val="Abbildungsverzeichnis"/>
        <w:tabs>
          <w:tab w:val="right" w:leader="dot" w:pos="8630"/>
        </w:tabs>
        <w:rPr>
          <w:rFonts w:asciiTheme="minorHAnsi" w:hAnsiTheme="minorHAnsi"/>
          <w:noProof/>
          <w:kern w:val="2"/>
          <w:szCs w:val="24"/>
          <w:lang w:val="de-DE" w:eastAsia="de-DE"/>
          <w14:ligatures w14:val="standardContextual"/>
        </w:rPr>
      </w:pPr>
      <w:hyperlink w:anchor="_Toc240363892" w:history="1">
        <w:r w:rsidRPr="00B252FF">
          <w:rPr>
            <w:rStyle w:val="Hyperlink"/>
            <w:noProof/>
            <w:lang w:val="de-DE"/>
          </w:rPr>
          <w:t>Abbildung 31: Horizontale Infrarotstrahlung (Heatmap)</w:t>
        </w:r>
        <w:r w:rsidRPr="00B252FF">
          <w:rPr>
            <w:noProof/>
            <w:webHidden/>
            <w:lang w:val="de-DE"/>
          </w:rPr>
          <w:tab/>
        </w:r>
        <w:r w:rsidRPr="00B252FF">
          <w:rPr>
            <w:noProof/>
            <w:webHidden/>
            <w:lang w:val="de-DE"/>
          </w:rPr>
          <w:fldChar w:fldCharType="begin"/>
        </w:r>
        <w:r w:rsidRPr="00B252FF">
          <w:rPr>
            <w:noProof/>
            <w:webHidden/>
            <w:lang w:val="de-DE"/>
          </w:rPr>
          <w:instrText xml:space="preserve"> PAGEREF _Toc240363892 \h </w:instrText>
        </w:r>
        <w:r w:rsidRPr="00B252FF">
          <w:rPr>
            <w:noProof/>
            <w:webHidden/>
            <w:lang w:val="de-DE"/>
          </w:rPr>
        </w:r>
        <w:r w:rsidRPr="00B252FF">
          <w:rPr>
            <w:noProof/>
            <w:webHidden/>
            <w:lang w:val="de-DE"/>
          </w:rPr>
          <w:fldChar w:fldCharType="separate"/>
        </w:r>
        <w:r w:rsidRPr="00B252FF">
          <w:rPr>
            <w:noProof/>
            <w:webHidden/>
            <w:lang w:val="de-DE"/>
          </w:rPr>
          <w:t>49</w:t>
        </w:r>
        <w:r w:rsidRPr="00B252FF">
          <w:rPr>
            <w:noProof/>
            <w:webHidden/>
            <w:lang w:val="de-DE"/>
          </w:rPr>
          <w:fldChar w:fldCharType="end"/>
        </w:r>
      </w:hyperlink>
    </w:p>
    <w:p w14:paraId="6450E2D1" w14:textId="41DC198C" w:rsidR="005D31A4" w:rsidRPr="00B252FF" w:rsidRDefault="00000000">
      <w:pPr>
        <w:rPr>
          <w:lang w:val="de-DE"/>
        </w:rPr>
      </w:pPr>
      <w:r w:rsidRPr="00B252FF">
        <w:rPr>
          <w:lang w:val="de-DE"/>
        </w:rPr>
        <w:fldChar w:fldCharType="end"/>
      </w:r>
    </w:p>
    <w:p w14:paraId="0E1A5368" w14:textId="77777777" w:rsidR="005D31A4" w:rsidRPr="00B252FF" w:rsidRDefault="005D31A4">
      <w:pPr>
        <w:rPr>
          <w:lang w:val="de-DE"/>
        </w:rPr>
        <w:sectPr w:rsidR="005D31A4" w:rsidRPr="00B252FF">
          <w:headerReference w:type="default" r:id="rId9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22FE6A57" w14:textId="77777777" w:rsidR="005D31A4" w:rsidRPr="00B252FF" w:rsidRDefault="00000000">
      <w:pPr>
        <w:rPr>
          <w:lang w:val="de-DE"/>
        </w:rPr>
      </w:pPr>
      <w:r w:rsidRPr="00B252FF">
        <w:rPr>
          <w:lang w:val="de-DE"/>
        </w:rPr>
        <w:br w:type="page"/>
      </w:r>
    </w:p>
    <w:p w14:paraId="15424FDE" w14:textId="77777777" w:rsidR="005D31A4" w:rsidRPr="00B252FF" w:rsidRDefault="00000000">
      <w:pPr>
        <w:pStyle w:val="berschrift1"/>
        <w:rPr>
          <w:lang w:val="de-DE"/>
        </w:rPr>
      </w:pPr>
      <w:bookmarkStart w:id="0" w:name="cha_2_summary_num"/>
      <w:bookmarkStart w:id="1" w:name="_Toc240363750"/>
      <w:r w:rsidRPr="00B252FF">
        <w:rPr>
          <w:color w:val="000000"/>
          <w:sz w:val="44"/>
          <w:lang w:val="de-DE"/>
        </w:rPr>
        <w:lastRenderedPageBreak/>
        <w:t xml:space="preserve">1 </w:t>
      </w:r>
      <w:bookmarkEnd w:id="0"/>
      <w:r w:rsidRPr="00B252FF">
        <w:rPr>
          <w:color w:val="000000"/>
          <w:sz w:val="44"/>
          <w:lang w:val="de-DE"/>
        </w:rPr>
        <w:t>Zusammenfassung</w:t>
      </w:r>
      <w:bookmarkEnd w:id="1"/>
    </w:p>
    <w:p w14:paraId="2BFEBD55" w14:textId="77777777" w:rsidR="005D31A4" w:rsidRPr="00B252FF" w:rsidRDefault="00000000">
      <w:pPr>
        <w:pStyle w:val="berschrift2"/>
        <w:rPr>
          <w:lang w:val="de-DE"/>
        </w:rPr>
      </w:pPr>
      <w:bookmarkStart w:id="2" w:name="cha_2_scenario_comparison_num"/>
      <w:bookmarkStart w:id="3" w:name="_Toc240363751"/>
      <w:r w:rsidRPr="00B252FF">
        <w:rPr>
          <w:color w:val="000000"/>
          <w:sz w:val="36"/>
          <w:lang w:val="de-DE"/>
        </w:rPr>
        <w:t xml:space="preserve">1.1 </w:t>
      </w:r>
      <w:bookmarkEnd w:id="2"/>
      <w:r w:rsidRPr="00B252FF">
        <w:rPr>
          <w:color w:val="000000"/>
          <w:sz w:val="36"/>
          <w:lang w:val="de-DE"/>
        </w:rPr>
        <w:t>Variantenvergleich</w:t>
      </w:r>
      <w:bookmarkEnd w:id="3"/>
    </w:p>
    <w:p w14:paraId="66B23CDE" w14:textId="77777777" w:rsidR="005D31A4" w:rsidRPr="00B252FF" w:rsidRDefault="00000000">
      <w:pPr>
        <w:spacing w:before="300" w:after="40"/>
        <w:jc w:val="center"/>
        <w:rPr>
          <w:lang w:val="de-DE"/>
        </w:rPr>
      </w:pPr>
      <w:r w:rsidRPr="00B252FF">
        <w:rPr>
          <w:noProof/>
          <w:lang w:val="de-DE"/>
        </w:rPr>
        <w:drawing>
          <wp:inline distT="0" distB="0" distL="0" distR="0" wp14:anchorId="0CCD0721" wp14:editId="30973530">
            <wp:extent cx="5486400" cy="2743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D60C6E" w14:textId="3F865A32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4" w:name="_Toc240363862"/>
      <w:r w:rsidRPr="00B252FF">
        <w:rPr>
          <w:lang w:val="de-DE"/>
        </w:rPr>
        <w:t xml:space="preserve">Abbildung </w:t>
      </w:r>
      <w:bookmarkStart w:id="5" w:name="scenario_comparison_specific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Abbildung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1</w:t>
      </w:r>
      <w:r w:rsidRPr="00B252FF">
        <w:rPr>
          <w:lang w:val="de-DE"/>
        </w:rPr>
        <w:fldChar w:fldCharType="end"/>
      </w:r>
      <w:bookmarkStart w:id="6" w:name="scenario_comparison_specific"/>
      <w:bookmarkEnd w:id="5"/>
      <w:bookmarkEnd w:id="6"/>
      <w:r w:rsidRPr="00B252FF">
        <w:rPr>
          <w:lang w:val="de-DE"/>
        </w:rPr>
        <w:t>: Wärmegestehungskosten und spezifischen CO₂-Emissionen</w:t>
      </w:r>
      <w:bookmarkEnd w:id="4"/>
    </w:p>
    <w:p w14:paraId="54A7B47F" w14:textId="77777777" w:rsidR="005D31A4" w:rsidRPr="00B252FF" w:rsidRDefault="00000000">
      <w:pPr>
        <w:rPr>
          <w:lang w:val="de-DE"/>
        </w:rPr>
      </w:pPr>
      <w:r w:rsidRPr="00B252FF">
        <w:rPr>
          <w:lang w:val="de-DE"/>
        </w:rPr>
        <w:br w:type="page"/>
      </w:r>
    </w:p>
    <w:p w14:paraId="40C4527D" w14:textId="77777777" w:rsidR="005D31A4" w:rsidRPr="00B252FF" w:rsidRDefault="00000000">
      <w:pPr>
        <w:pStyle w:val="berschrift1"/>
        <w:rPr>
          <w:lang w:val="de-DE"/>
        </w:rPr>
      </w:pPr>
      <w:bookmarkStart w:id="7" w:name="cha_3_scenarios_num"/>
      <w:bookmarkStart w:id="8" w:name="_Toc240363752"/>
      <w:r w:rsidRPr="00B252FF">
        <w:rPr>
          <w:color w:val="000000"/>
          <w:sz w:val="44"/>
          <w:lang w:val="de-DE"/>
        </w:rPr>
        <w:lastRenderedPageBreak/>
        <w:t xml:space="preserve">2 </w:t>
      </w:r>
      <w:bookmarkEnd w:id="7"/>
      <w:r w:rsidRPr="00B252FF">
        <w:rPr>
          <w:color w:val="000000"/>
          <w:sz w:val="44"/>
          <w:lang w:val="de-DE"/>
        </w:rPr>
        <w:t>Versorgungsvarianten</w:t>
      </w:r>
      <w:bookmarkEnd w:id="8"/>
    </w:p>
    <w:p w14:paraId="469D63E5" w14:textId="77777777" w:rsidR="005D31A4" w:rsidRPr="00B252FF" w:rsidRDefault="00000000">
      <w:pPr>
        <w:pStyle w:val="berschrift2"/>
        <w:rPr>
          <w:lang w:val="de-DE"/>
        </w:rPr>
      </w:pPr>
      <w:bookmarkStart w:id="9" w:name="_Toc240363753"/>
      <w:r w:rsidRPr="00B252FF">
        <w:rPr>
          <w:color w:val="000000"/>
          <w:sz w:val="36"/>
          <w:lang w:val="de-DE"/>
        </w:rPr>
        <w:t>2.1 Variante 1: Variante 1</w:t>
      </w:r>
      <w:bookmarkEnd w:id="9"/>
    </w:p>
    <w:p w14:paraId="1F0E23E8" w14:textId="77777777" w:rsidR="005D31A4" w:rsidRPr="00B252FF" w:rsidRDefault="00000000">
      <w:pPr>
        <w:rPr>
          <w:lang w:val="de-DE"/>
        </w:rPr>
      </w:pPr>
      <w:r w:rsidRPr="00B252FF">
        <w:rPr>
          <w:b/>
          <w:sz w:val="28"/>
          <w:lang w:val="de-DE"/>
        </w:rPr>
        <w:t>Steckbrief zur Versorgungsvariante</w:t>
      </w:r>
    </w:p>
    <w:p w14:paraId="7C843B57" w14:textId="4C7BC1CE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10" w:name="_Toc240363782"/>
      <w:r w:rsidRPr="00B252FF">
        <w:rPr>
          <w:lang w:val="de-DE"/>
        </w:rPr>
        <w:t xml:space="preserve">Tabelle </w:t>
      </w:r>
      <w:bookmarkStart w:id="11" w:name="variant_fact_sheet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Tabelle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1</w:t>
      </w:r>
      <w:r w:rsidRPr="00B252FF">
        <w:rPr>
          <w:lang w:val="de-DE"/>
        </w:rPr>
        <w:fldChar w:fldCharType="end"/>
      </w:r>
      <w:bookmarkStart w:id="12" w:name="variant_fact_sheet"/>
      <w:bookmarkEnd w:id="11"/>
      <w:bookmarkEnd w:id="12"/>
      <w:r w:rsidRPr="00B252FF">
        <w:rPr>
          <w:lang w:val="de-DE"/>
        </w:rPr>
        <w:t>: Variante 1: Steckbrief zur Versorgungsvariante: Variante 1</w:t>
      </w:r>
      <w:bookmarkEnd w:id="10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4320"/>
      </w:tblGrid>
      <w:tr w:rsidR="005D31A4" w:rsidRPr="00B252FF" w14:paraId="554A1745" w14:textId="77777777">
        <w:trPr>
          <w:jc w:val="center"/>
        </w:trPr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77E5846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3B15FAF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</w:tr>
      <w:tr w:rsidR="005D31A4" w:rsidRPr="00B252FF" w14:paraId="73AF5214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66B92B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Wärmenetz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7E8A92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ja</w:t>
            </w:r>
          </w:p>
        </w:tc>
      </w:tr>
      <w:tr w:rsidR="005D31A4" w:rsidRPr="00B252FF" w14:paraId="55B78324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7ECB99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Gebäude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F986DC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38 Wohngebäude, 12 Nichtwohngebäude</w:t>
            </w:r>
          </w:p>
        </w:tc>
      </w:tr>
      <w:tr w:rsidR="005D31A4" w:rsidRPr="00B252FF" w14:paraId="3108084E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C2EE9D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Angeschlossene Gebäude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ECE07A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47</w:t>
            </w:r>
          </w:p>
        </w:tc>
      </w:tr>
      <w:tr w:rsidR="005D31A4" w:rsidRPr="00B252FF" w14:paraId="04CC18AE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C33572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Installierte Wärmepumpen in Gebäuden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8A248B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</w:t>
            </w:r>
          </w:p>
        </w:tc>
      </w:tr>
      <w:tr w:rsidR="005D31A4" w:rsidRPr="00B252FF" w14:paraId="30375B71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4DB854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Wärmenetztyp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494EC3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Klassisches Wärmenetz</w:t>
            </w:r>
            <w:r w:rsidRPr="00B252FF">
              <w:rPr>
                <w:sz w:val="20"/>
                <w:lang w:val="de-DE"/>
              </w:rPr>
              <w:br/>
              <w:t>75 °C (konstant) / 55 °C (konstant)</w:t>
            </w:r>
          </w:p>
        </w:tc>
      </w:tr>
      <w:tr w:rsidR="005D31A4" w:rsidRPr="00B252FF" w14:paraId="5C607DB5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6BBC6E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Technologien in Energiezentrale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CC994D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Biomasse-BHKW 1, Photovoltaik, Solarthermie, Geothermie-Sonden 1</w:t>
            </w:r>
          </w:p>
        </w:tc>
      </w:tr>
    </w:tbl>
    <w:p w14:paraId="7CC3752C" w14:textId="77777777" w:rsidR="005D31A4" w:rsidRPr="00B252FF" w:rsidRDefault="005D31A4">
      <w:pPr>
        <w:rPr>
          <w:lang w:val="de-DE"/>
        </w:rPr>
      </w:pPr>
    </w:p>
    <w:p w14:paraId="717312D1" w14:textId="77777777" w:rsidR="005D31A4" w:rsidRPr="00B252FF" w:rsidRDefault="00000000">
      <w:pPr>
        <w:pStyle w:val="berschrift3"/>
        <w:rPr>
          <w:lang w:val="de-DE"/>
        </w:rPr>
      </w:pPr>
      <w:bookmarkStart w:id="13" w:name="_Toc240363754"/>
      <w:r w:rsidRPr="00B252FF">
        <w:rPr>
          <w:color w:val="000000"/>
          <w:sz w:val="32"/>
          <w:lang w:val="de-DE"/>
        </w:rPr>
        <w:t>2.1.1 Gebäude</w:t>
      </w:r>
      <w:bookmarkEnd w:id="13"/>
    </w:p>
    <w:p w14:paraId="66A5C340" w14:textId="77777777" w:rsidR="005D31A4" w:rsidRPr="00B252FF" w:rsidRDefault="00000000">
      <w:pPr>
        <w:spacing w:before="300" w:after="40"/>
        <w:jc w:val="center"/>
        <w:rPr>
          <w:lang w:val="de-DE"/>
        </w:rPr>
      </w:pPr>
      <w:r w:rsidRPr="00B252FF">
        <w:rPr>
          <w:noProof/>
          <w:lang w:val="de-DE"/>
        </w:rPr>
        <w:drawing>
          <wp:inline distT="0" distB="0" distL="0" distR="0" wp14:anchorId="33E02EC1" wp14:editId="3A6E846B">
            <wp:extent cx="5486400" cy="27432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05AAD" w14:textId="5E3532CC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14" w:name="_Toc240363863"/>
      <w:r w:rsidRPr="00B252FF">
        <w:rPr>
          <w:lang w:val="de-DE"/>
        </w:rPr>
        <w:t xml:space="preserve">Abbildung </w:t>
      </w:r>
      <w:bookmarkStart w:id="15" w:name="heating_demand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Abbildung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2</w:t>
      </w:r>
      <w:r w:rsidRPr="00B252FF">
        <w:rPr>
          <w:lang w:val="de-DE"/>
        </w:rPr>
        <w:fldChar w:fldCharType="end"/>
      </w:r>
      <w:bookmarkStart w:id="16" w:name="heating_demand"/>
      <w:bookmarkEnd w:id="15"/>
      <w:bookmarkEnd w:id="16"/>
      <w:r w:rsidRPr="00B252FF">
        <w:rPr>
          <w:lang w:val="de-DE"/>
        </w:rPr>
        <w:t>: Variante 1: Stündlich aufgelöster Gesamtwärmebedarf</w:t>
      </w:r>
      <w:bookmarkEnd w:id="14"/>
    </w:p>
    <w:p w14:paraId="3FE34BF4" w14:textId="77777777" w:rsidR="005D31A4" w:rsidRPr="00B252FF" w:rsidRDefault="00000000">
      <w:pPr>
        <w:spacing w:before="300" w:after="40"/>
        <w:jc w:val="center"/>
        <w:rPr>
          <w:lang w:val="de-DE"/>
        </w:rPr>
      </w:pPr>
      <w:r w:rsidRPr="00B252FF">
        <w:rPr>
          <w:noProof/>
          <w:lang w:val="de-DE"/>
        </w:rPr>
        <w:lastRenderedPageBreak/>
        <w:drawing>
          <wp:inline distT="0" distB="0" distL="0" distR="0" wp14:anchorId="3CDAE2B3" wp14:editId="3437C119">
            <wp:extent cx="5486400" cy="27432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E5B6D2" w14:textId="2CB52F99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17" w:name="_Toc240363864"/>
      <w:r w:rsidRPr="00B252FF">
        <w:rPr>
          <w:lang w:val="de-DE"/>
        </w:rPr>
        <w:t xml:space="preserve">Abbildung </w:t>
      </w:r>
      <w:bookmarkStart w:id="18" w:name="cooling_demand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Abbildung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3</w:t>
      </w:r>
      <w:r w:rsidRPr="00B252FF">
        <w:rPr>
          <w:lang w:val="de-DE"/>
        </w:rPr>
        <w:fldChar w:fldCharType="end"/>
      </w:r>
      <w:bookmarkStart w:id="19" w:name="cooling_demand"/>
      <w:bookmarkEnd w:id="18"/>
      <w:bookmarkEnd w:id="19"/>
      <w:r w:rsidRPr="00B252FF">
        <w:rPr>
          <w:lang w:val="de-DE"/>
        </w:rPr>
        <w:t>: Variante 1: Stündlich aufgelöster Gesamtkältebedarf</w:t>
      </w:r>
      <w:bookmarkEnd w:id="17"/>
    </w:p>
    <w:p w14:paraId="40A35CB9" w14:textId="66C0D6BB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20" w:name="_Toc240363783"/>
      <w:r w:rsidRPr="00B252FF">
        <w:rPr>
          <w:lang w:val="de-DE"/>
        </w:rPr>
        <w:t xml:space="preserve">Tabelle </w:t>
      </w:r>
      <w:bookmarkStart w:id="21" w:name="bldg_heat_demand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Tabelle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2</w:t>
      </w:r>
      <w:r w:rsidRPr="00B252FF">
        <w:rPr>
          <w:lang w:val="de-DE"/>
        </w:rPr>
        <w:fldChar w:fldCharType="end"/>
      </w:r>
      <w:bookmarkStart w:id="22" w:name="bldg_heat_demand"/>
      <w:bookmarkEnd w:id="21"/>
      <w:bookmarkEnd w:id="22"/>
      <w:r w:rsidRPr="00B252FF">
        <w:rPr>
          <w:lang w:val="de-DE"/>
        </w:rPr>
        <w:t>: Variante 1: Wärmebedarfe der Gebäude</w:t>
      </w:r>
      <w:bookmarkEnd w:id="20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5D31A4" w:rsidRPr="00B252FF" w14:paraId="1FC63C26" w14:textId="77777777">
        <w:trPr>
          <w:jc w:val="center"/>
        </w:trPr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5628F52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7C51D21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Jahresenergie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69F60FB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Maximalleistung</w:t>
            </w:r>
          </w:p>
        </w:tc>
      </w:tr>
      <w:tr w:rsidR="005D31A4" w:rsidRPr="00B252FF" w14:paraId="568D7AE9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2FE2EA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Raumwärme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C50CD5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623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2E2EC3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563 kW</w:t>
            </w:r>
          </w:p>
        </w:tc>
      </w:tr>
      <w:tr w:rsidR="005D31A4" w:rsidRPr="00B252FF" w14:paraId="014BC884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CB1109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Trinkwarmwasser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FD565E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143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8B48B2B" w14:textId="77777777" w:rsidR="005D31A4" w:rsidRPr="00B252FF" w:rsidRDefault="005D31A4">
            <w:pPr>
              <w:spacing w:before="20" w:after="10" w:line="240" w:lineRule="auto"/>
              <w:jc w:val="center"/>
              <w:rPr>
                <w:lang w:val="de-DE"/>
              </w:rPr>
            </w:pPr>
          </w:p>
        </w:tc>
      </w:tr>
      <w:tr w:rsidR="005D31A4" w:rsidRPr="00B252FF" w14:paraId="1CCBFFBB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35825E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Gesamt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7B2E05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766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4564619" w14:textId="77777777" w:rsidR="005D31A4" w:rsidRPr="00B252FF" w:rsidRDefault="005D31A4">
            <w:pPr>
              <w:spacing w:before="20" w:after="10" w:line="240" w:lineRule="auto"/>
              <w:jc w:val="center"/>
              <w:rPr>
                <w:lang w:val="de-DE"/>
              </w:rPr>
            </w:pPr>
          </w:p>
        </w:tc>
      </w:tr>
      <w:tr w:rsidR="005D31A4" w:rsidRPr="00B252FF" w14:paraId="30DE25F3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91E69D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Wärmeerzeugung der Luftwärmepumpen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ECE82A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– 39,4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377AAB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 </w:t>
            </w:r>
          </w:p>
        </w:tc>
      </w:tr>
      <w:tr w:rsidR="005D31A4" w:rsidRPr="00B252FF" w14:paraId="09681242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562967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Dez. elektr. TWW-Erwärmung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233667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– 9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8EEBA2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 </w:t>
            </w:r>
          </w:p>
        </w:tc>
      </w:tr>
      <w:tr w:rsidR="005D31A4" w:rsidRPr="00B252FF" w14:paraId="41E4E543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891284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Wärmebezug aller Gebäude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3C2C50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718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20E191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516 kW</w:t>
            </w:r>
          </w:p>
        </w:tc>
      </w:tr>
      <w:tr w:rsidR="005D31A4" w:rsidRPr="00B252FF" w14:paraId="52C44A59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53C22B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Wärmeverluste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F0D9FF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164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8BF023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21,4 kW</w:t>
            </w:r>
          </w:p>
        </w:tc>
      </w:tr>
      <w:tr w:rsidR="005D31A4" w:rsidRPr="00B252FF" w14:paraId="6A0A5E46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F6520D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Wärmeeinspeisung an Energiezentrale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5AA5A4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881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3575FF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537 kW</w:t>
            </w:r>
          </w:p>
        </w:tc>
      </w:tr>
    </w:tbl>
    <w:p w14:paraId="2ACF9CD1" w14:textId="77777777" w:rsidR="005D31A4" w:rsidRPr="00B252FF" w:rsidRDefault="005D31A4">
      <w:pPr>
        <w:rPr>
          <w:lang w:val="de-DE"/>
        </w:rPr>
      </w:pPr>
    </w:p>
    <w:p w14:paraId="79BFBB4A" w14:textId="10CF9CE0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23" w:name="_Toc240363784"/>
      <w:r w:rsidRPr="00B252FF">
        <w:rPr>
          <w:lang w:val="de-DE"/>
        </w:rPr>
        <w:t xml:space="preserve">Tabelle </w:t>
      </w:r>
      <w:bookmarkStart w:id="24" w:name="bldg_cool_demand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Tabelle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3</w:t>
      </w:r>
      <w:r w:rsidRPr="00B252FF">
        <w:rPr>
          <w:lang w:val="de-DE"/>
        </w:rPr>
        <w:fldChar w:fldCharType="end"/>
      </w:r>
      <w:bookmarkStart w:id="25" w:name="bldg_cool_demand"/>
      <w:bookmarkEnd w:id="24"/>
      <w:bookmarkEnd w:id="25"/>
      <w:r w:rsidRPr="00B252FF">
        <w:rPr>
          <w:lang w:val="de-DE"/>
        </w:rPr>
        <w:t>: Variante 1: Kältebedarfe der Gebäude</w:t>
      </w:r>
      <w:bookmarkEnd w:id="23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5D31A4" w:rsidRPr="00B252FF" w14:paraId="76107546" w14:textId="77777777">
        <w:trPr>
          <w:jc w:val="center"/>
        </w:trPr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4B80FD0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2E777B7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Jahresenergie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38C8451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Maximalleistung</w:t>
            </w:r>
          </w:p>
        </w:tc>
      </w:tr>
      <w:tr w:rsidR="005D31A4" w:rsidRPr="00B252FF" w14:paraId="692A1BB1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06FF56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Klimatisierung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226CE6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22,4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5CA339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66 kW</w:t>
            </w:r>
          </w:p>
        </w:tc>
      </w:tr>
      <w:tr w:rsidR="005D31A4" w:rsidRPr="00B252FF" w14:paraId="242ADC78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F754E9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Prozesskälte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255936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805DE3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 kW</w:t>
            </w:r>
          </w:p>
        </w:tc>
      </w:tr>
      <w:tr w:rsidR="005D31A4" w:rsidRPr="00B252FF" w14:paraId="43D0DB10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B589E1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Gesamt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1B4CE0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22,4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05123A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66 kW</w:t>
            </w:r>
          </w:p>
        </w:tc>
      </w:tr>
      <w:tr w:rsidR="005D31A4" w:rsidRPr="00B252FF" w14:paraId="4A51E3D0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E70CD2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Kälteerzeugung der luftgekühlten Kältemaschinen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87B3F5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– 22,4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B38BA5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 </w:t>
            </w:r>
          </w:p>
        </w:tc>
      </w:tr>
      <w:tr w:rsidR="005D31A4" w:rsidRPr="00B252FF" w14:paraId="4DCD454C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29D899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Abwärmeeinspeisung ins Wärmenetz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0B4365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C95118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 kW</w:t>
            </w:r>
          </w:p>
        </w:tc>
      </w:tr>
    </w:tbl>
    <w:p w14:paraId="56E860BB" w14:textId="77777777" w:rsidR="005D31A4" w:rsidRPr="00B252FF" w:rsidRDefault="005D31A4">
      <w:pPr>
        <w:rPr>
          <w:lang w:val="de-DE"/>
        </w:rPr>
      </w:pPr>
    </w:p>
    <w:p w14:paraId="2BD3C3E5" w14:textId="3A9826CF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26" w:name="_Toc240363785"/>
      <w:r w:rsidRPr="00B252FF">
        <w:rPr>
          <w:lang w:val="de-DE"/>
        </w:rPr>
        <w:t xml:space="preserve">Tabelle </w:t>
      </w:r>
      <w:bookmarkStart w:id="27" w:name="bldg_elec_demand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Tabelle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4</w:t>
      </w:r>
      <w:r w:rsidRPr="00B252FF">
        <w:rPr>
          <w:lang w:val="de-DE"/>
        </w:rPr>
        <w:fldChar w:fldCharType="end"/>
      </w:r>
      <w:bookmarkStart w:id="28" w:name="bldg_elec_demand"/>
      <w:bookmarkEnd w:id="27"/>
      <w:bookmarkEnd w:id="28"/>
      <w:r w:rsidRPr="00B252FF">
        <w:rPr>
          <w:lang w:val="de-DE"/>
        </w:rPr>
        <w:t>: Variante 1: Strombedarfe der Gebäude</w:t>
      </w:r>
      <w:bookmarkEnd w:id="26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5D31A4" w:rsidRPr="00B252FF" w14:paraId="72AACEA3" w14:textId="77777777">
        <w:trPr>
          <w:jc w:val="center"/>
        </w:trPr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760EF97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37860D5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Jahresenergie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2CB9E59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Maximalleistung</w:t>
            </w:r>
          </w:p>
        </w:tc>
      </w:tr>
      <w:tr w:rsidR="005D31A4" w:rsidRPr="00B252FF" w14:paraId="781738B7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DC6472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Nutzerstrom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AA4EB2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6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3DE094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2,7 kW</w:t>
            </w:r>
          </w:p>
        </w:tc>
      </w:tr>
      <w:tr w:rsidR="005D31A4" w:rsidRPr="00B252FF" w14:paraId="53331446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DE7C6B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lastRenderedPageBreak/>
              <w:t>Elektromobilität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FBEDBE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498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807181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153 kW</w:t>
            </w:r>
          </w:p>
        </w:tc>
      </w:tr>
      <w:tr w:rsidR="005D31A4" w:rsidRPr="00B252FF" w14:paraId="62F60DFE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99DA1E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Gesamt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F5A4C3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504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62B375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154 kW</w:t>
            </w:r>
          </w:p>
        </w:tc>
      </w:tr>
      <w:tr w:rsidR="005D31A4" w:rsidRPr="00B252FF" w14:paraId="6EBB5338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483B4E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Betriebsstrom aller Gebäude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BBEA28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+ 20,4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B6F0FB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 </w:t>
            </w:r>
          </w:p>
        </w:tc>
      </w:tr>
      <w:tr w:rsidR="005D31A4" w:rsidRPr="00B252FF" w14:paraId="4AA852A7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37486E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Strombezug aller Gebäude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86813A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524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BC5B47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 </w:t>
            </w:r>
          </w:p>
        </w:tc>
      </w:tr>
    </w:tbl>
    <w:p w14:paraId="3677B752" w14:textId="77777777" w:rsidR="005D31A4" w:rsidRPr="00B252FF" w:rsidRDefault="005D31A4">
      <w:pPr>
        <w:rPr>
          <w:lang w:val="de-DE"/>
        </w:rPr>
      </w:pPr>
    </w:p>
    <w:p w14:paraId="29C098C9" w14:textId="22C72353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29" w:name="_Toc240363786"/>
      <w:r w:rsidRPr="00B252FF">
        <w:rPr>
          <w:lang w:val="de-DE"/>
        </w:rPr>
        <w:t xml:space="preserve">Tabelle </w:t>
      </w:r>
      <w:bookmarkStart w:id="30" w:name="bldg_installed_bes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Tabelle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5</w:t>
      </w:r>
      <w:r w:rsidRPr="00B252FF">
        <w:rPr>
          <w:lang w:val="de-DE"/>
        </w:rPr>
        <w:fldChar w:fldCharType="end"/>
      </w:r>
      <w:bookmarkStart w:id="31" w:name="bldg_installed_bes"/>
      <w:bookmarkEnd w:id="30"/>
      <w:bookmarkEnd w:id="31"/>
      <w:r w:rsidRPr="00B252FF">
        <w:rPr>
          <w:lang w:val="de-DE"/>
        </w:rPr>
        <w:t>: Variante 1: Installierte Gebäudeenergiesysteme</w:t>
      </w:r>
      <w:bookmarkEnd w:id="29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158"/>
        <w:gridCol w:w="861"/>
        <w:gridCol w:w="1117"/>
        <w:gridCol w:w="1215"/>
        <w:gridCol w:w="1247"/>
        <w:gridCol w:w="1614"/>
        <w:gridCol w:w="644"/>
      </w:tblGrid>
      <w:tr w:rsidR="005D31A4" w:rsidRPr="00B252FF" w14:paraId="6044158A" w14:textId="77777777">
        <w:trPr>
          <w:jc w:val="center"/>
        </w:trPr>
        <w:tc>
          <w:tcPr>
            <w:tcW w:w="1234" w:type="dxa"/>
            <w:tcBorders>
              <w:bottom w:val="single" w:sz="22" w:space="0" w:color="C00000"/>
            </w:tcBorders>
            <w:shd w:val="clear" w:color="auto" w:fill="343A40"/>
          </w:tcPr>
          <w:p w14:paraId="5CB2223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  <w:tc>
          <w:tcPr>
            <w:tcW w:w="1234" w:type="dxa"/>
            <w:tcBorders>
              <w:bottom w:val="single" w:sz="22" w:space="0" w:color="C00000"/>
            </w:tcBorders>
            <w:shd w:val="clear" w:color="auto" w:fill="343A40"/>
          </w:tcPr>
          <w:p w14:paraId="38D8B2D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Anzahl</w:t>
            </w:r>
          </w:p>
        </w:tc>
        <w:tc>
          <w:tcPr>
            <w:tcW w:w="1234" w:type="dxa"/>
            <w:tcBorders>
              <w:bottom w:val="single" w:sz="22" w:space="0" w:color="C00000"/>
            </w:tcBorders>
            <w:shd w:val="clear" w:color="auto" w:fill="343A40"/>
          </w:tcPr>
          <w:p w14:paraId="6C50ACE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Installierte Leistung</w:t>
            </w:r>
          </w:p>
        </w:tc>
        <w:tc>
          <w:tcPr>
            <w:tcW w:w="1234" w:type="dxa"/>
            <w:tcBorders>
              <w:bottom w:val="single" w:sz="22" w:space="0" w:color="C00000"/>
            </w:tcBorders>
            <w:shd w:val="clear" w:color="auto" w:fill="343A40"/>
          </w:tcPr>
          <w:p w14:paraId="6E06F85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Nutzenergie</w:t>
            </w:r>
          </w:p>
        </w:tc>
        <w:tc>
          <w:tcPr>
            <w:tcW w:w="1234" w:type="dxa"/>
            <w:tcBorders>
              <w:bottom w:val="single" w:sz="22" w:space="0" w:color="C00000"/>
            </w:tcBorders>
            <w:shd w:val="clear" w:color="auto" w:fill="343A40"/>
          </w:tcPr>
          <w:p w14:paraId="1C72A96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Strombedarf</w:t>
            </w:r>
          </w:p>
        </w:tc>
        <w:tc>
          <w:tcPr>
            <w:tcW w:w="1234" w:type="dxa"/>
            <w:tcBorders>
              <w:bottom w:val="single" w:sz="22" w:space="0" w:color="C00000"/>
            </w:tcBorders>
            <w:shd w:val="clear" w:color="auto" w:fill="343A40"/>
          </w:tcPr>
          <w:p w14:paraId="75DAA9D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Brennstoffbedarf</w:t>
            </w:r>
          </w:p>
        </w:tc>
        <w:tc>
          <w:tcPr>
            <w:tcW w:w="1234" w:type="dxa"/>
            <w:tcBorders>
              <w:bottom w:val="single" w:sz="22" w:space="0" w:color="C00000"/>
            </w:tcBorders>
            <w:shd w:val="clear" w:color="auto" w:fill="343A40"/>
          </w:tcPr>
          <w:p w14:paraId="60B3795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JAZ</w:t>
            </w:r>
          </w:p>
        </w:tc>
      </w:tr>
      <w:tr w:rsidR="005D31A4" w:rsidRPr="00B252FF" w14:paraId="2C10CC67" w14:textId="77777777">
        <w:trPr>
          <w:jc w:val="center"/>
        </w:trPr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EFB3BC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Wärmeübergabestation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73129A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47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4185FE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987 kWₜₕ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625335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718 MWh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C301A9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C79590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659BF6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</w:tr>
      <w:tr w:rsidR="005D31A4" w:rsidRPr="00B252FF" w14:paraId="6A7DE133" w14:textId="77777777">
        <w:trPr>
          <w:jc w:val="center"/>
        </w:trPr>
        <w:tc>
          <w:tcPr>
            <w:tcW w:w="1234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B7E5A2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Luftwärmepumpe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955F9C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25C8FE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52 kWₜₕ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40867E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39,4 MWh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18604F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8,9 MWh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D797CF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8BB74D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4,4</w:t>
            </w:r>
          </w:p>
        </w:tc>
      </w:tr>
      <w:tr w:rsidR="005D31A4" w:rsidRPr="00B252FF" w14:paraId="50B893FA" w14:textId="77777777">
        <w:trPr>
          <w:jc w:val="center"/>
        </w:trPr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A3548D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Dez. elektr. TWW-Erwärmung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938BF8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6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119042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214 kWₜₕ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7C0F8A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9 MWh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110DAA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9 MWh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EA09EA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2F3DED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</w:tr>
      <w:tr w:rsidR="005D31A4" w:rsidRPr="00B252FF" w14:paraId="23AFD49C" w14:textId="77777777">
        <w:trPr>
          <w:jc w:val="center"/>
        </w:trPr>
        <w:tc>
          <w:tcPr>
            <w:tcW w:w="1234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411CEA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Speicher (TWW)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A32185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47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EDD81F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14.100 l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2D1082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832850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526349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5BD213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</w:tr>
      <w:tr w:rsidR="005D31A4" w:rsidRPr="00B252FF" w14:paraId="0D5DC3C2" w14:textId="77777777">
        <w:trPr>
          <w:jc w:val="center"/>
        </w:trPr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B7C1CC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Luftgekühlte Kältemaschine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369737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7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F7F35E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66 kWₜₕ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E44D0E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22,4 MWh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10F789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2,5 MWh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9926C6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154CD8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9</w:t>
            </w:r>
          </w:p>
        </w:tc>
      </w:tr>
    </w:tbl>
    <w:p w14:paraId="612BABC9" w14:textId="77777777" w:rsidR="005D31A4" w:rsidRPr="00B252FF" w:rsidRDefault="005D31A4">
      <w:pPr>
        <w:rPr>
          <w:lang w:val="de-DE"/>
        </w:rPr>
      </w:pPr>
    </w:p>
    <w:p w14:paraId="636A34B4" w14:textId="77777777" w:rsidR="005D31A4" w:rsidRPr="00B252FF" w:rsidRDefault="00000000">
      <w:pPr>
        <w:pStyle w:val="berschrift3"/>
        <w:rPr>
          <w:lang w:val="de-DE"/>
        </w:rPr>
      </w:pPr>
      <w:bookmarkStart w:id="32" w:name="_Toc240363755"/>
      <w:r w:rsidRPr="00B252FF">
        <w:rPr>
          <w:color w:val="000000"/>
          <w:sz w:val="32"/>
          <w:lang w:val="de-DE"/>
        </w:rPr>
        <w:t>2.1.2 Wärmenetz</w:t>
      </w:r>
      <w:bookmarkEnd w:id="32"/>
    </w:p>
    <w:p w14:paraId="7C74D2CD" w14:textId="4EDC48BE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33" w:name="_Toc240363787"/>
      <w:r w:rsidRPr="00B252FF">
        <w:rPr>
          <w:lang w:val="de-DE"/>
        </w:rPr>
        <w:t xml:space="preserve">Tabelle </w:t>
      </w:r>
      <w:bookmarkStart w:id="34" w:name="netw_heat_demand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Tabelle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6</w:t>
      </w:r>
      <w:r w:rsidRPr="00B252FF">
        <w:rPr>
          <w:lang w:val="de-DE"/>
        </w:rPr>
        <w:fldChar w:fldCharType="end"/>
      </w:r>
      <w:bookmarkStart w:id="35" w:name="netw_heat_demand"/>
      <w:bookmarkEnd w:id="34"/>
      <w:bookmarkEnd w:id="35"/>
      <w:r w:rsidRPr="00B252FF">
        <w:rPr>
          <w:lang w:val="de-DE"/>
        </w:rPr>
        <w:t>: Variante 1: Wärmebilanz des Wärmenetzes</w:t>
      </w:r>
      <w:bookmarkEnd w:id="33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5D31A4" w:rsidRPr="00B252FF" w14:paraId="21F90E71" w14:textId="77777777">
        <w:trPr>
          <w:jc w:val="center"/>
        </w:trPr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28C7F48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19FC311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Jahresenergie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7AF4F21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Maximalleistung</w:t>
            </w:r>
          </w:p>
        </w:tc>
      </w:tr>
      <w:tr w:rsidR="005D31A4" w:rsidRPr="00B252FF" w14:paraId="058EEEA5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AABB8A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Wärmebezug aller Gebäude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8D8A47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718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A29EDA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516 kW</w:t>
            </w:r>
          </w:p>
        </w:tc>
      </w:tr>
      <w:tr w:rsidR="005D31A4" w:rsidRPr="00B252FF" w14:paraId="10975368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765F4A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Wärmeverluste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D6773C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+ 164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4D23DB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21,4 kW</w:t>
            </w:r>
          </w:p>
        </w:tc>
      </w:tr>
      <w:tr w:rsidR="005D31A4" w:rsidRPr="00B252FF" w14:paraId="45B00DDE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86764C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Wärmeeinspeisung an Energiezentrale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192996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881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015216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537 kW</w:t>
            </w:r>
          </w:p>
        </w:tc>
      </w:tr>
    </w:tbl>
    <w:p w14:paraId="0E10CB21" w14:textId="77777777" w:rsidR="005D31A4" w:rsidRPr="00B252FF" w:rsidRDefault="005D31A4">
      <w:pPr>
        <w:rPr>
          <w:lang w:val="de-DE"/>
        </w:rPr>
      </w:pPr>
    </w:p>
    <w:p w14:paraId="354D6B0F" w14:textId="3318F65D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36" w:name="_Toc240363788"/>
      <w:r w:rsidRPr="00B252FF">
        <w:rPr>
          <w:lang w:val="de-DE"/>
        </w:rPr>
        <w:t xml:space="preserve">Tabelle </w:t>
      </w:r>
      <w:bookmarkStart w:id="37" w:name="netw_cool_demand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Tabelle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7</w:t>
      </w:r>
      <w:r w:rsidRPr="00B252FF">
        <w:rPr>
          <w:lang w:val="de-DE"/>
        </w:rPr>
        <w:fldChar w:fldCharType="end"/>
      </w:r>
      <w:bookmarkStart w:id="38" w:name="netw_cool_demand"/>
      <w:bookmarkEnd w:id="37"/>
      <w:bookmarkEnd w:id="38"/>
      <w:r w:rsidRPr="00B252FF">
        <w:rPr>
          <w:lang w:val="de-DE"/>
        </w:rPr>
        <w:t>: Variante 1: Kältebilanz des Wärmenetzes</w:t>
      </w:r>
      <w:bookmarkEnd w:id="36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5D31A4" w:rsidRPr="00B252FF" w14:paraId="019C1D33" w14:textId="77777777">
        <w:trPr>
          <w:jc w:val="center"/>
        </w:trPr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7610EF8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02C1AFB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Jahresenergie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5B7DBBD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Maximalleistung</w:t>
            </w:r>
          </w:p>
        </w:tc>
      </w:tr>
      <w:tr w:rsidR="005D31A4" w:rsidRPr="00B252FF" w14:paraId="356B96D8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D18DBD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Abwärmeeinspeisung ins Wärmenetz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DB65DF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83F74A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 kW</w:t>
            </w:r>
          </w:p>
        </w:tc>
      </w:tr>
    </w:tbl>
    <w:p w14:paraId="7B86A452" w14:textId="77777777" w:rsidR="005D31A4" w:rsidRPr="00B252FF" w:rsidRDefault="005D31A4">
      <w:pPr>
        <w:rPr>
          <w:lang w:val="de-DE"/>
        </w:rPr>
      </w:pPr>
    </w:p>
    <w:p w14:paraId="775AE568" w14:textId="05E2F318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39" w:name="_Toc240363789"/>
      <w:r w:rsidRPr="00B252FF">
        <w:rPr>
          <w:lang w:val="de-DE"/>
        </w:rPr>
        <w:t xml:space="preserve">Tabelle </w:t>
      </w:r>
      <w:bookmarkStart w:id="40" w:name="netw_elec_demand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Tabelle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8</w:t>
      </w:r>
      <w:r w:rsidRPr="00B252FF">
        <w:rPr>
          <w:lang w:val="de-DE"/>
        </w:rPr>
        <w:fldChar w:fldCharType="end"/>
      </w:r>
      <w:bookmarkStart w:id="41" w:name="netw_elec_demand"/>
      <w:bookmarkEnd w:id="40"/>
      <w:bookmarkEnd w:id="41"/>
      <w:r w:rsidRPr="00B252FF">
        <w:rPr>
          <w:lang w:val="de-DE"/>
        </w:rPr>
        <w:t>: Variante 1: Strombilanz des Quartiers</w:t>
      </w:r>
      <w:bookmarkEnd w:id="39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5D31A4" w:rsidRPr="00B252FF" w14:paraId="34A9F0C3" w14:textId="77777777">
        <w:trPr>
          <w:jc w:val="center"/>
        </w:trPr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751FBE4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5DD4124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Jahresenergie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2BCEB95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Maximalleistung</w:t>
            </w:r>
          </w:p>
        </w:tc>
      </w:tr>
      <w:tr w:rsidR="005D31A4" w:rsidRPr="00B252FF" w14:paraId="5E53EC0F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68649B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Strombezug aller Gebäude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8C712B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524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8263F3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 </w:t>
            </w:r>
          </w:p>
        </w:tc>
      </w:tr>
      <w:tr w:rsidR="005D31A4" w:rsidRPr="00B252FF" w14:paraId="4648D673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493D57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Pumparbeit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670094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+ 6,7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32179C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4,9 kW</w:t>
            </w:r>
          </w:p>
        </w:tc>
      </w:tr>
      <w:tr w:rsidR="005D31A4" w:rsidRPr="00B252FF" w14:paraId="7E01DC52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357E4D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Strombedarf Quartier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DF3485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531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92A7CC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 </w:t>
            </w:r>
          </w:p>
        </w:tc>
      </w:tr>
    </w:tbl>
    <w:p w14:paraId="286E2390" w14:textId="77777777" w:rsidR="005D31A4" w:rsidRPr="00B252FF" w:rsidRDefault="005D31A4">
      <w:pPr>
        <w:rPr>
          <w:lang w:val="de-DE"/>
        </w:rPr>
      </w:pPr>
    </w:p>
    <w:p w14:paraId="245702D6" w14:textId="49CBF847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42" w:name="_Toc240363790"/>
      <w:r w:rsidRPr="00B252FF">
        <w:rPr>
          <w:lang w:val="de-DE"/>
        </w:rPr>
        <w:t xml:space="preserve">Tabelle </w:t>
      </w:r>
      <w:bookmarkStart w:id="43" w:name="netw_properties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Tabelle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9</w:t>
      </w:r>
      <w:r w:rsidRPr="00B252FF">
        <w:rPr>
          <w:lang w:val="de-DE"/>
        </w:rPr>
        <w:fldChar w:fldCharType="end"/>
      </w:r>
      <w:bookmarkStart w:id="44" w:name="netw_properties"/>
      <w:bookmarkEnd w:id="43"/>
      <w:bookmarkEnd w:id="44"/>
      <w:r w:rsidRPr="00B252FF">
        <w:rPr>
          <w:lang w:val="de-DE"/>
        </w:rPr>
        <w:t>: Variante 1: Eigenschaften des Wärmenetzes</w:t>
      </w:r>
      <w:bookmarkEnd w:id="42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4320"/>
      </w:tblGrid>
      <w:tr w:rsidR="005D31A4" w:rsidRPr="00B252FF" w14:paraId="2D84F07F" w14:textId="77777777">
        <w:trPr>
          <w:jc w:val="center"/>
        </w:trPr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3914961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Netzeigenschaften</w:t>
            </w:r>
          </w:p>
        </w:tc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65CE119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</w:tr>
      <w:tr w:rsidR="005D31A4" w:rsidRPr="00B252FF" w14:paraId="34A89250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00B058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Trassenlänge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1E04AF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1,4 km</w:t>
            </w:r>
          </w:p>
        </w:tc>
      </w:tr>
      <w:tr w:rsidR="005D31A4" w:rsidRPr="00B252FF" w14:paraId="286BCEFC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201E3D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davon Verteilleitungen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D8DEA8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0,78 km</w:t>
            </w:r>
          </w:p>
        </w:tc>
      </w:tr>
      <w:tr w:rsidR="005D31A4" w:rsidRPr="00B252FF" w14:paraId="65D90036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AF0500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lastRenderedPageBreak/>
              <w:t>davon Hausanschlüsse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03AABA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0,62 km</w:t>
            </w:r>
          </w:p>
        </w:tc>
      </w:tr>
      <w:tr w:rsidR="005D31A4" w:rsidRPr="00B252FF" w14:paraId="689A06FC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0E9F4D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Vorlauftemperatur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A624FB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75 °C (konstant)</w:t>
            </w:r>
          </w:p>
        </w:tc>
      </w:tr>
      <w:tr w:rsidR="005D31A4" w:rsidRPr="00B252FF" w14:paraId="1863B3F6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80ADF0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Rücklauftemperatur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41A84C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55 °C (konstant)</w:t>
            </w:r>
          </w:p>
        </w:tc>
      </w:tr>
      <w:tr w:rsidR="005D31A4" w:rsidRPr="00B252FF" w14:paraId="65A96D24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3FBA1A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Wassermasse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7759A3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4,1 t</w:t>
            </w:r>
          </w:p>
        </w:tc>
      </w:tr>
      <w:tr w:rsidR="005D31A4" w:rsidRPr="00B252FF" w14:paraId="29EE64B8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FCCFD6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Wasservolumen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621636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4,2 m³</w:t>
            </w:r>
          </w:p>
        </w:tc>
      </w:tr>
      <w:tr w:rsidR="005D31A4" w:rsidRPr="00B252FF" w14:paraId="61051AC8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99AB09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Wärmeliniendichte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E74C70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0,51 MWh/m</w:t>
            </w:r>
          </w:p>
        </w:tc>
      </w:tr>
      <w:tr w:rsidR="005D31A4" w:rsidRPr="00B252FF" w14:paraId="4BBD7DEA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BE15B9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Quartiersfläche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F82E5F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2,7 ha</w:t>
            </w:r>
          </w:p>
        </w:tc>
      </w:tr>
      <w:tr w:rsidR="005D31A4" w:rsidRPr="00B252FF" w14:paraId="039021C4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F94488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Wärmedichte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6AF710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284 MWh/ha</w:t>
            </w:r>
          </w:p>
        </w:tc>
      </w:tr>
    </w:tbl>
    <w:p w14:paraId="4B6C1838" w14:textId="77777777" w:rsidR="005D31A4" w:rsidRPr="00B252FF" w:rsidRDefault="005D31A4">
      <w:pPr>
        <w:rPr>
          <w:lang w:val="de-DE"/>
        </w:rPr>
      </w:pPr>
    </w:p>
    <w:p w14:paraId="0CEA0925" w14:textId="77777777" w:rsidR="005D31A4" w:rsidRPr="00B252FF" w:rsidRDefault="00000000">
      <w:pPr>
        <w:spacing w:before="300" w:after="40"/>
        <w:jc w:val="center"/>
        <w:rPr>
          <w:lang w:val="de-DE"/>
        </w:rPr>
      </w:pPr>
      <w:r w:rsidRPr="00B252FF">
        <w:rPr>
          <w:noProof/>
          <w:lang w:val="de-DE"/>
        </w:rPr>
        <w:drawing>
          <wp:inline distT="0" distB="0" distL="0" distR="0" wp14:anchorId="59F7AE47" wp14:editId="0DE5BD9A">
            <wp:extent cx="5486400" cy="27432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6D7A08" w14:textId="28B02FBB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45" w:name="_Toc240363865"/>
      <w:r w:rsidRPr="00B252FF">
        <w:rPr>
          <w:lang w:val="de-DE"/>
        </w:rPr>
        <w:t xml:space="preserve">Abbildung </w:t>
      </w:r>
      <w:bookmarkStart w:id="46" w:name="pipe_categories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Abbildung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4</w:t>
      </w:r>
      <w:r w:rsidRPr="00B252FF">
        <w:rPr>
          <w:lang w:val="de-DE"/>
        </w:rPr>
        <w:fldChar w:fldCharType="end"/>
      </w:r>
      <w:bookmarkStart w:id="47" w:name="pipe_categories"/>
      <w:bookmarkEnd w:id="46"/>
      <w:bookmarkEnd w:id="47"/>
      <w:r w:rsidRPr="00B252FF">
        <w:rPr>
          <w:lang w:val="de-DE"/>
        </w:rPr>
        <w:t>: Variante 1: Verteilung der Rohrdurchmesser</w:t>
      </w:r>
      <w:bookmarkEnd w:id="45"/>
    </w:p>
    <w:p w14:paraId="47EF311D" w14:textId="77777777" w:rsidR="005D31A4" w:rsidRPr="00B252FF" w:rsidRDefault="00000000">
      <w:pPr>
        <w:spacing w:before="300" w:after="40"/>
        <w:jc w:val="center"/>
        <w:rPr>
          <w:lang w:val="de-DE"/>
        </w:rPr>
      </w:pPr>
      <w:r w:rsidRPr="00B252FF">
        <w:rPr>
          <w:noProof/>
          <w:lang w:val="de-DE"/>
        </w:rPr>
        <w:lastRenderedPageBreak/>
        <w:drawing>
          <wp:inline distT="0" distB="0" distL="0" distR="0" wp14:anchorId="41A76E53" wp14:editId="4F403487">
            <wp:extent cx="5486400" cy="45720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3C05D2" w14:textId="1C574424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48" w:name="_Toc240363866"/>
      <w:r w:rsidRPr="00B252FF">
        <w:rPr>
          <w:lang w:val="de-DE"/>
        </w:rPr>
        <w:t xml:space="preserve">Abbildung </w:t>
      </w:r>
      <w:bookmarkStart w:id="49" w:name="network_plot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Abbildung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5</w:t>
      </w:r>
      <w:r w:rsidRPr="00B252FF">
        <w:rPr>
          <w:lang w:val="de-DE"/>
        </w:rPr>
        <w:fldChar w:fldCharType="end"/>
      </w:r>
      <w:bookmarkStart w:id="50" w:name="network_plot"/>
      <w:bookmarkEnd w:id="49"/>
      <w:bookmarkEnd w:id="50"/>
      <w:r w:rsidRPr="00B252FF">
        <w:rPr>
          <w:lang w:val="de-DE"/>
        </w:rPr>
        <w:t>: Variante 1: Auslegungsergebnis: Rohrdurchmesser und Nutzflächen der Gebäude</w:t>
      </w:r>
      <w:bookmarkEnd w:id="48"/>
    </w:p>
    <w:p w14:paraId="1FB80C6D" w14:textId="77777777" w:rsidR="005D31A4" w:rsidRPr="00B252FF" w:rsidRDefault="00000000">
      <w:pPr>
        <w:spacing w:before="300" w:after="40"/>
        <w:jc w:val="center"/>
        <w:rPr>
          <w:lang w:val="de-DE"/>
        </w:rPr>
      </w:pPr>
      <w:r w:rsidRPr="00B252FF">
        <w:rPr>
          <w:noProof/>
          <w:lang w:val="de-DE"/>
        </w:rPr>
        <w:drawing>
          <wp:inline distT="0" distB="0" distL="0" distR="0" wp14:anchorId="6D2BF8BB" wp14:editId="4AF20808">
            <wp:extent cx="5486400" cy="27432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181D8" w14:textId="42B38ADF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51" w:name="_Toc240363867"/>
      <w:r w:rsidRPr="00B252FF">
        <w:rPr>
          <w:lang w:val="de-DE"/>
        </w:rPr>
        <w:t xml:space="preserve">Abbildung </w:t>
      </w:r>
      <w:bookmarkStart w:id="52" w:name="network_temperature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Abbildung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6</w:t>
      </w:r>
      <w:r w:rsidRPr="00B252FF">
        <w:rPr>
          <w:lang w:val="de-DE"/>
        </w:rPr>
        <w:fldChar w:fldCharType="end"/>
      </w:r>
      <w:bookmarkStart w:id="53" w:name="network_temperature"/>
      <w:bookmarkEnd w:id="52"/>
      <w:bookmarkEnd w:id="53"/>
      <w:r w:rsidRPr="00B252FF">
        <w:rPr>
          <w:lang w:val="de-DE"/>
        </w:rPr>
        <w:t>: Variante 1: Jahresprofil der Vor- und Rücklauftemperatur im Wärmenetz</w:t>
      </w:r>
      <w:bookmarkEnd w:id="51"/>
    </w:p>
    <w:p w14:paraId="049F29EB" w14:textId="77777777" w:rsidR="005D31A4" w:rsidRPr="00B252FF" w:rsidRDefault="00000000">
      <w:pPr>
        <w:spacing w:before="300" w:after="40"/>
        <w:jc w:val="center"/>
        <w:rPr>
          <w:lang w:val="de-DE"/>
        </w:rPr>
      </w:pPr>
      <w:r w:rsidRPr="00B252FF">
        <w:rPr>
          <w:noProof/>
          <w:lang w:val="de-DE"/>
        </w:rPr>
        <w:lastRenderedPageBreak/>
        <w:drawing>
          <wp:inline distT="0" distB="0" distL="0" distR="0" wp14:anchorId="422AFC8A" wp14:editId="0627079D">
            <wp:extent cx="5486400" cy="45720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17C5F4" w14:textId="2C93D166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54" w:name="_Toc240363868"/>
      <w:r w:rsidRPr="00B252FF">
        <w:rPr>
          <w:lang w:val="de-DE"/>
        </w:rPr>
        <w:t xml:space="preserve">Abbildung </w:t>
      </w:r>
      <w:bookmarkStart w:id="55" w:name="network_plot_fig_2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Abbildung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7</w:t>
      </w:r>
      <w:r w:rsidRPr="00B252FF">
        <w:rPr>
          <w:lang w:val="de-DE"/>
        </w:rPr>
        <w:fldChar w:fldCharType="end"/>
      </w:r>
      <w:bookmarkStart w:id="56" w:name="network_plot_fig_2"/>
      <w:bookmarkEnd w:id="55"/>
      <w:bookmarkEnd w:id="56"/>
      <w:r w:rsidRPr="00B252FF">
        <w:rPr>
          <w:lang w:val="de-DE"/>
        </w:rPr>
        <w:t>: Variante 1: Auslegungsergebnis: Netzvorlauftemperatur und Wärmebedarf der Gebäude</w:t>
      </w:r>
      <w:bookmarkEnd w:id="54"/>
    </w:p>
    <w:p w14:paraId="50121A93" w14:textId="77777777" w:rsidR="005D31A4" w:rsidRPr="00B252FF" w:rsidRDefault="00000000">
      <w:pPr>
        <w:spacing w:before="300" w:after="40"/>
        <w:jc w:val="center"/>
        <w:rPr>
          <w:lang w:val="de-DE"/>
        </w:rPr>
      </w:pPr>
      <w:r w:rsidRPr="00B252FF">
        <w:rPr>
          <w:noProof/>
          <w:lang w:val="de-DE"/>
        </w:rPr>
        <w:drawing>
          <wp:inline distT="0" distB="0" distL="0" distR="0" wp14:anchorId="225BBE78" wp14:editId="34A6D06B">
            <wp:extent cx="5486400" cy="27432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259AF" w14:textId="55ABABBC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57" w:name="_Toc240363869"/>
      <w:r w:rsidRPr="00B252FF">
        <w:rPr>
          <w:lang w:val="de-DE"/>
        </w:rPr>
        <w:t xml:space="preserve">Abbildung </w:t>
      </w:r>
      <w:bookmarkStart w:id="58" w:name="heat_loss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Abbildung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8</w:t>
      </w:r>
      <w:r w:rsidRPr="00B252FF">
        <w:rPr>
          <w:lang w:val="de-DE"/>
        </w:rPr>
        <w:fldChar w:fldCharType="end"/>
      </w:r>
      <w:bookmarkStart w:id="59" w:name="heat_loss"/>
      <w:bookmarkEnd w:id="58"/>
      <w:bookmarkEnd w:id="59"/>
      <w:r w:rsidRPr="00B252FF">
        <w:rPr>
          <w:lang w:val="de-DE"/>
        </w:rPr>
        <w:t>: Variante 1: Wärmestrom: Wärmenetz zu Erdboden</w:t>
      </w:r>
      <w:bookmarkEnd w:id="57"/>
    </w:p>
    <w:p w14:paraId="46877813" w14:textId="77777777" w:rsidR="005D31A4" w:rsidRPr="00B252FF" w:rsidRDefault="00000000">
      <w:pPr>
        <w:spacing w:before="300" w:after="40"/>
        <w:jc w:val="center"/>
        <w:rPr>
          <w:lang w:val="de-DE"/>
        </w:rPr>
      </w:pPr>
      <w:r w:rsidRPr="00B252FF">
        <w:rPr>
          <w:noProof/>
          <w:lang w:val="de-DE"/>
        </w:rPr>
        <w:lastRenderedPageBreak/>
        <w:drawing>
          <wp:inline distT="0" distB="0" distL="0" distR="0" wp14:anchorId="7E967601" wp14:editId="6D39FC19">
            <wp:extent cx="5486400" cy="27432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164126" w14:textId="7089BB83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60" w:name="_Toc240363870"/>
      <w:r w:rsidRPr="00B252FF">
        <w:rPr>
          <w:lang w:val="de-DE"/>
        </w:rPr>
        <w:t xml:space="preserve">Abbildung </w:t>
      </w:r>
      <w:bookmarkStart w:id="61" w:name="diversity_factor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Abbildung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9</w:t>
      </w:r>
      <w:r w:rsidRPr="00B252FF">
        <w:rPr>
          <w:lang w:val="de-DE"/>
        </w:rPr>
        <w:fldChar w:fldCharType="end"/>
      </w:r>
      <w:bookmarkStart w:id="62" w:name="diversity_factor"/>
      <w:bookmarkEnd w:id="61"/>
      <w:bookmarkEnd w:id="62"/>
      <w:r w:rsidRPr="00B252FF">
        <w:rPr>
          <w:lang w:val="de-DE"/>
        </w:rPr>
        <w:t>: Variante 1: Gleichzeitigkeitsfaktor</w:t>
      </w:r>
      <w:bookmarkEnd w:id="60"/>
    </w:p>
    <w:p w14:paraId="2ECE3D40" w14:textId="5E305281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63" w:name="_Toc240363791"/>
      <w:r w:rsidRPr="00B252FF">
        <w:rPr>
          <w:lang w:val="de-DE"/>
        </w:rPr>
        <w:t xml:space="preserve">Tabelle </w:t>
      </w:r>
      <w:bookmarkStart w:id="64" w:name="pump_work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Tabelle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10</w:t>
      </w:r>
      <w:r w:rsidRPr="00B252FF">
        <w:rPr>
          <w:lang w:val="de-DE"/>
        </w:rPr>
        <w:fldChar w:fldCharType="end"/>
      </w:r>
      <w:bookmarkStart w:id="65" w:name="pump_work"/>
      <w:bookmarkEnd w:id="64"/>
      <w:bookmarkEnd w:id="65"/>
      <w:r w:rsidRPr="00B252FF">
        <w:rPr>
          <w:lang w:val="de-DE"/>
        </w:rPr>
        <w:t>: Variante 1: Pumparbeit und Druck</w:t>
      </w:r>
      <w:bookmarkEnd w:id="63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4320"/>
      </w:tblGrid>
      <w:tr w:rsidR="005D31A4" w:rsidRPr="00B252FF" w14:paraId="16EE1696" w14:textId="77777777">
        <w:trPr>
          <w:jc w:val="center"/>
        </w:trPr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3910900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Pumparbeit und Druck</w:t>
            </w:r>
          </w:p>
        </w:tc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4B73075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</w:tr>
      <w:tr w:rsidR="005D31A4" w:rsidRPr="00B252FF" w14:paraId="0FFE7AD6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6E53AE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Mittlerer Druckgradient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310A10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329 Pa/m</w:t>
            </w:r>
          </w:p>
        </w:tc>
      </w:tr>
      <w:tr w:rsidR="005D31A4" w:rsidRPr="00B252FF" w14:paraId="6DDDCBFA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0BB2FC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Druckverlust Netzschlechtpunkt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825669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3,8 bar</w:t>
            </w:r>
          </w:p>
        </w:tc>
      </w:tr>
      <w:tr w:rsidR="005D31A4" w:rsidRPr="00B252FF" w14:paraId="22B34D3D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0E7323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Volumenstrom Netzpumpe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07DBC7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34,3 m³/h</w:t>
            </w:r>
          </w:p>
        </w:tc>
      </w:tr>
      <w:tr w:rsidR="005D31A4" w:rsidRPr="00B252FF" w14:paraId="725CC66C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3A6DF5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Max. Pumpleistung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3D2358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3,6 kW</w:t>
            </w:r>
          </w:p>
        </w:tc>
      </w:tr>
      <w:tr w:rsidR="005D31A4" w:rsidRPr="00B252FF" w14:paraId="701809A4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C350E8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El. Leistungsaufnahme der Pumpe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A7B1D1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4,8 kW</w:t>
            </w:r>
          </w:p>
        </w:tc>
      </w:tr>
      <w:tr w:rsidR="005D31A4" w:rsidRPr="00B252FF" w14:paraId="3A1A8341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536D64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Strombedarf Netzpumpe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3C866C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6,7 MWh</w:t>
            </w:r>
          </w:p>
        </w:tc>
      </w:tr>
      <w:tr w:rsidR="005D31A4" w:rsidRPr="00B252FF" w14:paraId="305894FD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62A349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Relativer Strombedarf Netzpumpe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C309F3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0,94 %</w:t>
            </w:r>
          </w:p>
        </w:tc>
      </w:tr>
      <w:tr w:rsidR="005D31A4" w:rsidRPr="00B252FF" w14:paraId="641F94B9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158747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Druckstufe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979E3A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PN16</w:t>
            </w:r>
          </w:p>
        </w:tc>
      </w:tr>
    </w:tbl>
    <w:p w14:paraId="2A995E3E" w14:textId="77777777" w:rsidR="005D31A4" w:rsidRPr="00B252FF" w:rsidRDefault="005D31A4">
      <w:pPr>
        <w:rPr>
          <w:lang w:val="de-DE"/>
        </w:rPr>
      </w:pPr>
    </w:p>
    <w:p w14:paraId="58C12C9D" w14:textId="3F9E09CF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66" w:name="_Toc240363792"/>
      <w:r w:rsidRPr="00B252FF">
        <w:rPr>
          <w:lang w:val="de-DE"/>
        </w:rPr>
        <w:t xml:space="preserve">Tabelle </w:t>
      </w:r>
      <w:bookmarkStart w:id="67" w:name="pressure_losses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Tabelle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11</w:t>
      </w:r>
      <w:r w:rsidRPr="00B252FF">
        <w:rPr>
          <w:lang w:val="de-DE"/>
        </w:rPr>
        <w:fldChar w:fldCharType="end"/>
      </w:r>
      <w:bookmarkStart w:id="68" w:name="pressure_losses"/>
      <w:bookmarkEnd w:id="67"/>
      <w:bookmarkEnd w:id="68"/>
      <w:r w:rsidRPr="00B252FF">
        <w:rPr>
          <w:lang w:val="de-DE"/>
        </w:rPr>
        <w:t>: Variante 1: Druckverluste am Netzschlechtpunkt</w:t>
      </w:r>
      <w:bookmarkEnd w:id="66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4320"/>
      </w:tblGrid>
      <w:tr w:rsidR="005D31A4" w:rsidRPr="00B252FF" w14:paraId="1D5AF6EC" w14:textId="77777777">
        <w:trPr>
          <w:jc w:val="center"/>
        </w:trPr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05D976C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Druckverluste am Netzschlechtpunkt</w:t>
            </w:r>
          </w:p>
        </w:tc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02AF624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</w:tr>
      <w:tr w:rsidR="005D31A4" w:rsidRPr="00B252FF" w14:paraId="45B4564E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5BF722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Druckverlust Energiezentrale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C8A6E3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0,2 bar</w:t>
            </w:r>
          </w:p>
        </w:tc>
      </w:tr>
      <w:tr w:rsidR="005D31A4" w:rsidRPr="00B252FF" w14:paraId="4C6C09A1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25FCBF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Druckverlust Wärmeübergabestation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021D16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0,3 bar</w:t>
            </w:r>
          </w:p>
        </w:tc>
      </w:tr>
      <w:tr w:rsidR="005D31A4" w:rsidRPr="00B252FF" w14:paraId="3EFEA6E5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7BA46D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Druckverlust Rohrleitungen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03BBE4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2,7 bar</w:t>
            </w:r>
          </w:p>
        </w:tc>
      </w:tr>
      <w:tr w:rsidR="005D31A4" w:rsidRPr="00B252FF" w14:paraId="409AD24E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A556C9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Druckverlust Rohreinbauten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A33CF0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0,66 bar</w:t>
            </w:r>
          </w:p>
        </w:tc>
      </w:tr>
      <w:tr w:rsidR="005D31A4" w:rsidRPr="00B252FF" w14:paraId="4C7F7EF1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E82D71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Druckverlust Netzschlechtpunkt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C82AEF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3,8 bar</w:t>
            </w:r>
          </w:p>
        </w:tc>
      </w:tr>
      <w:tr w:rsidR="005D31A4" w:rsidRPr="00B252FF" w14:paraId="0B75A005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235C06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Gebäudename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32271D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Marie-Hüllenkremer-Straße 23</w:t>
            </w:r>
          </w:p>
        </w:tc>
      </w:tr>
    </w:tbl>
    <w:p w14:paraId="3A8896BD" w14:textId="77777777" w:rsidR="005D31A4" w:rsidRPr="00B252FF" w:rsidRDefault="005D31A4">
      <w:pPr>
        <w:rPr>
          <w:lang w:val="de-DE"/>
        </w:rPr>
      </w:pPr>
    </w:p>
    <w:p w14:paraId="250BAFF9" w14:textId="77777777" w:rsidR="005D31A4" w:rsidRPr="00B252FF" w:rsidRDefault="00000000">
      <w:pPr>
        <w:pStyle w:val="berschrift3"/>
        <w:rPr>
          <w:lang w:val="de-DE"/>
        </w:rPr>
      </w:pPr>
      <w:bookmarkStart w:id="69" w:name="_Toc240363756"/>
      <w:r w:rsidRPr="00B252FF">
        <w:rPr>
          <w:color w:val="000000"/>
          <w:sz w:val="32"/>
          <w:lang w:val="de-DE"/>
        </w:rPr>
        <w:t>2.1.3 Energiezentrale</w:t>
      </w:r>
      <w:bookmarkEnd w:id="69"/>
    </w:p>
    <w:p w14:paraId="4C6A98BB" w14:textId="00DFFEF4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70" w:name="_Toc240363793"/>
      <w:r w:rsidRPr="00B252FF">
        <w:rPr>
          <w:lang w:val="de-DE"/>
        </w:rPr>
        <w:t xml:space="preserve">Tabelle </w:t>
      </w:r>
      <w:bookmarkStart w:id="71" w:name="results_energy_hub_sizing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Tabelle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12</w:t>
      </w:r>
      <w:r w:rsidRPr="00B252FF">
        <w:rPr>
          <w:lang w:val="de-DE"/>
        </w:rPr>
        <w:fldChar w:fldCharType="end"/>
      </w:r>
      <w:bookmarkStart w:id="72" w:name="results_energy_hub_sizing"/>
      <w:bookmarkEnd w:id="71"/>
      <w:bookmarkEnd w:id="72"/>
      <w:r w:rsidRPr="00B252FF">
        <w:rPr>
          <w:lang w:val="de-DE"/>
        </w:rPr>
        <w:t>: Variante 1: Auslegung der Technologien in der Energiezentrale</w:t>
      </w:r>
      <w:bookmarkEnd w:id="70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5D31A4" w:rsidRPr="00B252FF" w14:paraId="4287E1AD" w14:textId="77777777">
        <w:trPr>
          <w:jc w:val="center"/>
        </w:trPr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30721D6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Technologie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24DE6EE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Auslegung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04516B2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Volllaststunden/Ladezyklen</w:t>
            </w:r>
          </w:p>
        </w:tc>
      </w:tr>
      <w:tr w:rsidR="005D31A4" w:rsidRPr="00B252FF" w14:paraId="1F3CC3C1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1E97A0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Biomasse-BHKW 1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4FAF94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56 kWₑₗ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B3A863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4.766 h</w:t>
            </w:r>
          </w:p>
        </w:tc>
      </w:tr>
      <w:tr w:rsidR="005D31A4" w:rsidRPr="00B252FF" w14:paraId="3F412A69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92E84A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Photovoltaik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8A4B83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224 kWₚ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23BE80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970 h</w:t>
            </w:r>
          </w:p>
        </w:tc>
      </w:tr>
      <w:tr w:rsidR="005D31A4" w:rsidRPr="00B252FF" w14:paraId="4C280426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204DE2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lastRenderedPageBreak/>
              <w:t>Solarthermie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FCA659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1.000 m²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2A918C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76 h</w:t>
            </w:r>
          </w:p>
        </w:tc>
      </w:tr>
      <w:tr w:rsidR="005D31A4" w:rsidRPr="00B252FF" w14:paraId="28020CC6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63403B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Geothermie-Sonden 1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47E67A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342 kWₜₕ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05A6C8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930 h</w:t>
            </w:r>
          </w:p>
        </w:tc>
      </w:tr>
    </w:tbl>
    <w:p w14:paraId="71B0D554" w14:textId="77777777" w:rsidR="005D31A4" w:rsidRPr="00B252FF" w:rsidRDefault="005D31A4">
      <w:pPr>
        <w:rPr>
          <w:lang w:val="de-DE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4320"/>
      </w:tblGrid>
      <w:tr w:rsidR="005D31A4" w:rsidRPr="00B252FF" w14:paraId="21B5F5CC" w14:textId="77777777">
        <w:trPr>
          <w:jc w:val="center"/>
        </w:trPr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27F4F81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7BDE7ED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</w:tr>
      <w:tr w:rsidR="005D31A4" w:rsidRPr="00B252FF" w14:paraId="1EAC8CAA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CA3635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Elektrische Nennleistung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327888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56 kWₑₗ</w:t>
            </w:r>
          </w:p>
        </w:tc>
      </w:tr>
      <w:tr w:rsidR="005D31A4" w:rsidRPr="00B252FF" w14:paraId="35254A3E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C9D1A6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Erzeugter Strom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20A6DD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267 MWh</w:t>
            </w:r>
          </w:p>
        </w:tc>
      </w:tr>
      <w:tr w:rsidR="005D31A4" w:rsidRPr="00B252FF" w14:paraId="26A9B17C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29E04A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Erzeugte Wärme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324D26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381 MWh</w:t>
            </w:r>
          </w:p>
        </w:tc>
      </w:tr>
      <w:tr w:rsidR="005D31A4" w:rsidRPr="00B252FF" w14:paraId="78A67274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70AAE9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Brennstoffbedarf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FD9FC0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763 MWh</w:t>
            </w:r>
          </w:p>
        </w:tc>
      </w:tr>
      <w:tr w:rsidR="005D31A4" w:rsidRPr="00B252FF" w14:paraId="1CDF3797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481CB2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Volllaststunden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25B1FC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4.766 h</w:t>
            </w:r>
          </w:p>
        </w:tc>
      </w:tr>
    </w:tbl>
    <w:p w14:paraId="3A645FF7" w14:textId="77777777" w:rsidR="005D31A4" w:rsidRPr="00B252FF" w:rsidRDefault="005D31A4">
      <w:pPr>
        <w:rPr>
          <w:lang w:val="de-DE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4320"/>
      </w:tblGrid>
      <w:tr w:rsidR="005D31A4" w:rsidRPr="00B252FF" w14:paraId="1359BD47" w14:textId="77777777">
        <w:trPr>
          <w:jc w:val="center"/>
        </w:trPr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37C264D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37A36B5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</w:tr>
      <w:tr w:rsidR="005D31A4" w:rsidRPr="00B252FF" w14:paraId="0F3B79D7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4BF0A0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Installierte Leistung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FEFD7E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224 kWₚ</w:t>
            </w:r>
          </w:p>
        </w:tc>
      </w:tr>
      <w:tr w:rsidR="005D31A4" w:rsidRPr="00B252FF" w14:paraId="2E35DACC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7BDDF4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Kollektorfläche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A2CA80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1.400 m²</w:t>
            </w:r>
          </w:p>
        </w:tc>
      </w:tr>
      <w:tr w:rsidR="005D31A4" w:rsidRPr="00B252FF" w14:paraId="57DA29BD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31792E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Erzeugter Strom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A6CB7F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217 MWh</w:t>
            </w:r>
          </w:p>
        </w:tc>
      </w:tr>
      <w:tr w:rsidR="005D31A4" w:rsidRPr="00B252FF" w14:paraId="6DA937B8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7801B8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Volllaststunden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8AD5BD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970 h</w:t>
            </w:r>
          </w:p>
        </w:tc>
      </w:tr>
      <w:tr w:rsidR="005D31A4" w:rsidRPr="00B252FF" w14:paraId="0652EDB6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FCB8E4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Abgeregeltes Erzeugungspotential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F1DD3C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 MWh</w:t>
            </w:r>
          </w:p>
        </w:tc>
      </w:tr>
    </w:tbl>
    <w:p w14:paraId="3676263A" w14:textId="77777777" w:rsidR="005D31A4" w:rsidRPr="00B252FF" w:rsidRDefault="005D31A4">
      <w:pPr>
        <w:rPr>
          <w:lang w:val="de-DE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4320"/>
      </w:tblGrid>
      <w:tr w:rsidR="005D31A4" w:rsidRPr="00B252FF" w14:paraId="78646DC4" w14:textId="77777777">
        <w:trPr>
          <w:jc w:val="center"/>
        </w:trPr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6DA5410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77BBBD9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</w:tr>
      <w:tr w:rsidR="005D31A4" w:rsidRPr="00B252FF" w14:paraId="1E409B86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FD3EF6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Kollektorfläche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0948F0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 m²</w:t>
            </w:r>
          </w:p>
        </w:tc>
      </w:tr>
      <w:tr w:rsidR="005D31A4" w:rsidRPr="00B252FF" w14:paraId="7466C7E1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F9B273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Erzeugte Wärme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E3B4F8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76 MWh</w:t>
            </w:r>
          </w:p>
        </w:tc>
      </w:tr>
      <w:tr w:rsidR="005D31A4" w:rsidRPr="00B252FF" w14:paraId="2DE6FCC7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60EFAD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Abgeregeltes Erzeugungspotential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7BA374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179 MWh</w:t>
            </w:r>
          </w:p>
        </w:tc>
      </w:tr>
      <w:tr w:rsidR="005D31A4" w:rsidRPr="00B252FF" w14:paraId="4BB54797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17C264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Ertrag pro Kollektorfläche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2D620C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76 h</w:t>
            </w:r>
          </w:p>
        </w:tc>
      </w:tr>
    </w:tbl>
    <w:p w14:paraId="04885402" w14:textId="77777777" w:rsidR="005D31A4" w:rsidRPr="00B252FF" w:rsidRDefault="005D31A4">
      <w:pPr>
        <w:rPr>
          <w:lang w:val="de-DE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4320"/>
      </w:tblGrid>
      <w:tr w:rsidR="005D31A4" w:rsidRPr="00B252FF" w14:paraId="22EF7ECF" w14:textId="77777777">
        <w:trPr>
          <w:jc w:val="center"/>
        </w:trPr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7D0B96A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409EB0C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</w:tr>
      <w:tr w:rsidR="005D31A4" w:rsidRPr="00B252FF" w14:paraId="37B7D421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8E0827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Entzugsleistung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7FB1DE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342 kWₜₕ</w:t>
            </w:r>
          </w:p>
        </w:tc>
      </w:tr>
      <w:tr w:rsidR="005D31A4" w:rsidRPr="00B252FF" w14:paraId="752D9B64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251D75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Erzeugte Wärme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8BE3CC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424 MWh</w:t>
            </w:r>
          </w:p>
        </w:tc>
      </w:tr>
      <w:tr w:rsidR="005D31A4" w:rsidRPr="00B252FF" w14:paraId="15C32EFE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1AF3F0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Wärmepumpen-Kapazität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B1167A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456 kWₜₕ</w:t>
            </w:r>
          </w:p>
        </w:tc>
      </w:tr>
      <w:tr w:rsidR="005D31A4" w:rsidRPr="00B252FF" w14:paraId="6D69D6C7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BEE835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Strombedarf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8317BD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106 MWh</w:t>
            </w:r>
          </w:p>
        </w:tc>
      </w:tr>
    </w:tbl>
    <w:p w14:paraId="1061760D" w14:textId="77777777" w:rsidR="005D31A4" w:rsidRPr="00B252FF" w:rsidRDefault="005D31A4">
      <w:pPr>
        <w:rPr>
          <w:lang w:val="de-DE"/>
        </w:rPr>
      </w:pPr>
    </w:p>
    <w:p w14:paraId="05FA779D" w14:textId="5433D091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73" w:name="_Toc240363794"/>
      <w:r w:rsidRPr="00B252FF">
        <w:rPr>
          <w:lang w:val="de-DE"/>
        </w:rPr>
        <w:t xml:space="preserve">Tabelle </w:t>
      </w:r>
      <w:bookmarkStart w:id="74" w:name="results_eh_energy_import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Tabelle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13</w:t>
      </w:r>
      <w:r w:rsidRPr="00B252FF">
        <w:rPr>
          <w:lang w:val="de-DE"/>
        </w:rPr>
        <w:fldChar w:fldCharType="end"/>
      </w:r>
      <w:bookmarkStart w:id="75" w:name="results_eh_energy_import"/>
      <w:bookmarkEnd w:id="74"/>
      <w:bookmarkEnd w:id="75"/>
      <w:r w:rsidRPr="00B252FF">
        <w:rPr>
          <w:lang w:val="de-DE"/>
        </w:rPr>
        <w:t>: Variante 1: Energiebezug</w:t>
      </w:r>
      <w:bookmarkEnd w:id="73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5D31A4" w:rsidRPr="00B252FF" w14:paraId="18324DD5" w14:textId="77777777">
        <w:trPr>
          <w:jc w:val="center"/>
        </w:trPr>
        <w:tc>
          <w:tcPr>
            <w:tcW w:w="2160" w:type="dxa"/>
            <w:tcBorders>
              <w:bottom w:val="single" w:sz="22" w:space="0" w:color="C00000"/>
            </w:tcBorders>
            <w:shd w:val="clear" w:color="auto" w:fill="343A40"/>
          </w:tcPr>
          <w:p w14:paraId="74CB7FE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  <w:tc>
          <w:tcPr>
            <w:tcW w:w="2160" w:type="dxa"/>
            <w:tcBorders>
              <w:bottom w:val="single" w:sz="22" w:space="0" w:color="C00000"/>
            </w:tcBorders>
            <w:shd w:val="clear" w:color="auto" w:fill="343A40"/>
          </w:tcPr>
          <w:p w14:paraId="3DF7824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Jahressumme</w:t>
            </w:r>
          </w:p>
        </w:tc>
        <w:tc>
          <w:tcPr>
            <w:tcW w:w="2160" w:type="dxa"/>
            <w:tcBorders>
              <w:bottom w:val="single" w:sz="22" w:space="0" w:color="C00000"/>
            </w:tcBorders>
            <w:shd w:val="clear" w:color="auto" w:fill="343A40"/>
          </w:tcPr>
          <w:p w14:paraId="5B4E069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Maximalleistung</w:t>
            </w:r>
          </w:p>
        </w:tc>
        <w:tc>
          <w:tcPr>
            <w:tcW w:w="2160" w:type="dxa"/>
            <w:tcBorders>
              <w:bottom w:val="single" w:sz="22" w:space="0" w:color="C00000"/>
            </w:tcBorders>
            <w:shd w:val="clear" w:color="auto" w:fill="343A40"/>
          </w:tcPr>
          <w:p w14:paraId="5B604B3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Anteil</w:t>
            </w:r>
          </w:p>
        </w:tc>
      </w:tr>
      <w:tr w:rsidR="005D31A4" w:rsidRPr="00B252FF" w14:paraId="208530B9" w14:textId="77777777">
        <w:trPr>
          <w:jc w:val="center"/>
        </w:trPr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CE0977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Strombezug aus Stromnetz (Energiezentrale)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F201EE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221 MWh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E4D655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177 kW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A36B9D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17,3 %</w:t>
            </w:r>
          </w:p>
        </w:tc>
      </w:tr>
      <w:tr w:rsidR="005D31A4" w:rsidRPr="00B252FF" w14:paraId="2B579E82" w14:textId="77777777">
        <w:trPr>
          <w:jc w:val="center"/>
        </w:trPr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0AAF02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Erneuerbare Stromerzeugung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8CC55A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217 MWh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1FD90D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7AAB7B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17,0 %</w:t>
            </w:r>
          </w:p>
        </w:tc>
      </w:tr>
      <w:tr w:rsidR="005D31A4" w:rsidRPr="00B252FF" w14:paraId="4594A9BB" w14:textId="77777777">
        <w:trPr>
          <w:jc w:val="center"/>
        </w:trPr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B68BAB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Biomasse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BCEED7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763 MWh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C79E8C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160 kW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BE399E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59,7 %</w:t>
            </w:r>
          </w:p>
        </w:tc>
      </w:tr>
      <w:tr w:rsidR="005D31A4" w:rsidRPr="00B252FF" w14:paraId="6B83C5BF" w14:textId="77777777">
        <w:trPr>
          <w:jc w:val="center"/>
        </w:trPr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340513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Wärme aus Solarthermie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5785C2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76 MWh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573642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6D7452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6,0 %</w:t>
            </w:r>
          </w:p>
        </w:tc>
      </w:tr>
    </w:tbl>
    <w:p w14:paraId="39462A85" w14:textId="77777777" w:rsidR="005D31A4" w:rsidRPr="00B252FF" w:rsidRDefault="005D31A4">
      <w:pPr>
        <w:rPr>
          <w:lang w:val="de-DE"/>
        </w:rPr>
      </w:pPr>
    </w:p>
    <w:p w14:paraId="53DA0D27" w14:textId="7C9FC124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76" w:name="_Toc240363795"/>
      <w:r w:rsidRPr="00B252FF">
        <w:rPr>
          <w:lang w:val="de-DE"/>
        </w:rPr>
        <w:lastRenderedPageBreak/>
        <w:t xml:space="preserve">Tabelle </w:t>
      </w:r>
      <w:bookmarkStart w:id="77" w:name="results_eh_energy_feedin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Tabelle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14</w:t>
      </w:r>
      <w:r w:rsidRPr="00B252FF">
        <w:rPr>
          <w:lang w:val="de-DE"/>
        </w:rPr>
        <w:fldChar w:fldCharType="end"/>
      </w:r>
      <w:bookmarkStart w:id="78" w:name="results_eh_energy_feedin"/>
      <w:bookmarkEnd w:id="77"/>
      <w:bookmarkEnd w:id="78"/>
      <w:r w:rsidRPr="00B252FF">
        <w:rPr>
          <w:lang w:val="de-DE"/>
        </w:rPr>
        <w:t>: Variante 1: Energieeinspeisung</w:t>
      </w:r>
      <w:bookmarkEnd w:id="76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5D31A4" w:rsidRPr="00B252FF" w14:paraId="719137FB" w14:textId="77777777">
        <w:trPr>
          <w:jc w:val="center"/>
        </w:trPr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6F376D0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3C5E99E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Jahresenergie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1443369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Maximalleistung</w:t>
            </w:r>
          </w:p>
        </w:tc>
      </w:tr>
      <w:tr w:rsidR="005D31A4" w:rsidRPr="00B252FF" w14:paraId="07D85C2A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B1D9A2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Stromeinspeisung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9B0DC9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68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10C16E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132 kW</w:t>
            </w:r>
          </w:p>
        </w:tc>
      </w:tr>
    </w:tbl>
    <w:p w14:paraId="12547779" w14:textId="77777777" w:rsidR="005D31A4" w:rsidRPr="00B252FF" w:rsidRDefault="005D31A4">
      <w:pPr>
        <w:rPr>
          <w:lang w:val="de-DE"/>
        </w:rPr>
      </w:pPr>
    </w:p>
    <w:p w14:paraId="4D7829FC" w14:textId="6ED294BB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79" w:name="_Toc240363796"/>
      <w:r w:rsidRPr="00B252FF">
        <w:rPr>
          <w:lang w:val="de-DE"/>
        </w:rPr>
        <w:t xml:space="preserve">Tabelle </w:t>
      </w:r>
      <w:bookmarkStart w:id="80" w:name="results_elec_generation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Tabelle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15</w:t>
      </w:r>
      <w:r w:rsidRPr="00B252FF">
        <w:rPr>
          <w:lang w:val="de-DE"/>
        </w:rPr>
        <w:fldChar w:fldCharType="end"/>
      </w:r>
      <w:bookmarkStart w:id="81" w:name="results_elec_generation"/>
      <w:bookmarkEnd w:id="80"/>
      <w:bookmarkEnd w:id="81"/>
      <w:r w:rsidRPr="00B252FF">
        <w:rPr>
          <w:lang w:val="de-DE"/>
        </w:rPr>
        <w:t>: Variante 1: Stromerzeugung und -bezug</w:t>
      </w:r>
      <w:bookmarkEnd w:id="79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5D31A4" w:rsidRPr="00B252FF" w14:paraId="2F954326" w14:textId="77777777">
        <w:trPr>
          <w:jc w:val="center"/>
        </w:trPr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15EF77E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Technologie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1ED773B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Jahresenergie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4A801AE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Anteil</w:t>
            </w:r>
          </w:p>
        </w:tc>
      </w:tr>
      <w:tr w:rsidR="005D31A4" w:rsidRPr="00B252FF" w14:paraId="0FBFDB4C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C3DCED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Biomasse-BHKW 1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A35C7C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267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C3D1E4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37,9 %</w:t>
            </w:r>
          </w:p>
        </w:tc>
      </w:tr>
      <w:tr w:rsidR="005D31A4" w:rsidRPr="00B252FF" w14:paraId="4B4A5C51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E4CA0F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Erneuerbare Stromerzeugung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CC8F47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217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457119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30,8 %</w:t>
            </w:r>
          </w:p>
        </w:tc>
      </w:tr>
      <w:tr w:rsidR="005D31A4" w:rsidRPr="00B252FF" w14:paraId="183DD004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EC46B8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davon Photovoltaik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05D637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217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9BECFF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30,8 %</w:t>
            </w:r>
          </w:p>
        </w:tc>
      </w:tr>
      <w:tr w:rsidR="005D31A4" w:rsidRPr="00B252FF" w14:paraId="2E5F0FAE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661D84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Strombezug aus Stromnetz (Energiezentrale)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2B3302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221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F4B148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31,3 %</w:t>
            </w:r>
          </w:p>
        </w:tc>
      </w:tr>
      <w:tr w:rsidR="005D31A4" w:rsidRPr="00B252FF" w14:paraId="50F17E1B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FE9464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 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339D0E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Autarkiegrad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C0F45B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65 %</w:t>
            </w:r>
          </w:p>
        </w:tc>
      </w:tr>
      <w:tr w:rsidR="005D31A4" w:rsidRPr="00B252FF" w14:paraId="5FACE22C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B7FA46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 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AD1FD8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Eigenverbrauchsquote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4F7C0D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86 %</w:t>
            </w:r>
          </w:p>
        </w:tc>
      </w:tr>
    </w:tbl>
    <w:p w14:paraId="066DA082" w14:textId="77777777" w:rsidR="005D31A4" w:rsidRPr="00B252FF" w:rsidRDefault="005D31A4">
      <w:pPr>
        <w:rPr>
          <w:lang w:val="de-DE"/>
        </w:rPr>
      </w:pPr>
    </w:p>
    <w:p w14:paraId="36B34BA2" w14:textId="2FAE3A9A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82" w:name="_Toc240363797"/>
      <w:r w:rsidRPr="00B252FF">
        <w:rPr>
          <w:lang w:val="de-DE"/>
        </w:rPr>
        <w:t xml:space="preserve">Tabelle </w:t>
      </w:r>
      <w:bookmarkStart w:id="83" w:name="results_heat_generation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Tabelle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16</w:t>
      </w:r>
      <w:r w:rsidRPr="00B252FF">
        <w:rPr>
          <w:lang w:val="de-DE"/>
        </w:rPr>
        <w:fldChar w:fldCharType="end"/>
      </w:r>
      <w:bookmarkStart w:id="84" w:name="results_heat_generation"/>
      <w:bookmarkEnd w:id="83"/>
      <w:bookmarkEnd w:id="84"/>
      <w:r w:rsidRPr="00B252FF">
        <w:rPr>
          <w:lang w:val="de-DE"/>
        </w:rPr>
        <w:t>: Variante 1: Wärmeerzeugung und -bezug</w:t>
      </w:r>
      <w:bookmarkEnd w:id="82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5D31A4" w:rsidRPr="00B252FF" w14:paraId="6E1F7D85" w14:textId="77777777">
        <w:trPr>
          <w:jc w:val="center"/>
        </w:trPr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1769465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Technologie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3CBD46A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Jahresenergie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444D8CC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Anteil</w:t>
            </w:r>
          </w:p>
        </w:tc>
      </w:tr>
      <w:tr w:rsidR="005D31A4" w:rsidRPr="00B252FF" w14:paraId="4F30BFCE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91F4A7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Biomasse-BHKW 1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079319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381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46F5C3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43,2 %</w:t>
            </w:r>
          </w:p>
        </w:tc>
      </w:tr>
      <w:tr w:rsidR="005D31A4" w:rsidRPr="00B252FF" w14:paraId="0B719DDB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C3B334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Solarthermie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62B04C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76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B634C4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8,6 %</w:t>
            </w:r>
          </w:p>
        </w:tc>
      </w:tr>
      <w:tr w:rsidR="005D31A4" w:rsidRPr="00B252FF" w14:paraId="501D9C60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0C1832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Geothermie-Sonden 1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AD1F3B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424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37EBCC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48,1 %</w:t>
            </w:r>
          </w:p>
        </w:tc>
      </w:tr>
      <w:tr w:rsidR="005D31A4" w:rsidRPr="00B252FF" w14:paraId="3644A94C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B04E68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Solarthermischer Deckungsgrad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60D29E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 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20D60B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8,6 %</w:t>
            </w:r>
          </w:p>
        </w:tc>
      </w:tr>
    </w:tbl>
    <w:p w14:paraId="031F8767" w14:textId="77777777" w:rsidR="005D31A4" w:rsidRPr="00B252FF" w:rsidRDefault="005D31A4">
      <w:pPr>
        <w:rPr>
          <w:lang w:val="de-DE"/>
        </w:rPr>
      </w:pPr>
    </w:p>
    <w:p w14:paraId="6B9A3622" w14:textId="77777777" w:rsidR="005D31A4" w:rsidRPr="00B252FF" w:rsidRDefault="00000000">
      <w:pPr>
        <w:rPr>
          <w:lang w:val="de-DE"/>
        </w:rPr>
      </w:pPr>
      <w:r w:rsidRPr="00B252FF">
        <w:rPr>
          <w:b/>
          <w:sz w:val="28"/>
          <w:lang w:val="de-DE"/>
        </w:rPr>
        <w:t>Emissionen und Primärenergie</w:t>
      </w:r>
    </w:p>
    <w:p w14:paraId="161BADA5" w14:textId="2CB5BB3F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85" w:name="_Toc240363798"/>
      <w:r w:rsidRPr="00B252FF">
        <w:rPr>
          <w:lang w:val="de-DE"/>
        </w:rPr>
        <w:t xml:space="preserve">Tabelle </w:t>
      </w:r>
      <w:bookmarkStart w:id="86" w:name="results_emissions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Tabelle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17</w:t>
      </w:r>
      <w:r w:rsidRPr="00B252FF">
        <w:rPr>
          <w:lang w:val="de-DE"/>
        </w:rPr>
        <w:fldChar w:fldCharType="end"/>
      </w:r>
      <w:bookmarkStart w:id="87" w:name="results_emissions"/>
      <w:bookmarkEnd w:id="86"/>
      <w:bookmarkEnd w:id="87"/>
      <w:r w:rsidRPr="00B252FF">
        <w:rPr>
          <w:lang w:val="de-DE"/>
        </w:rPr>
        <w:t>: Variante 1: Emissionen</w:t>
      </w:r>
      <w:bookmarkEnd w:id="85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672"/>
        <w:gridCol w:w="1439"/>
        <w:gridCol w:w="1434"/>
        <w:gridCol w:w="1439"/>
        <w:gridCol w:w="1434"/>
        <w:gridCol w:w="1438"/>
      </w:tblGrid>
      <w:tr w:rsidR="005D31A4" w:rsidRPr="00B252FF" w14:paraId="6D39C6C6" w14:textId="77777777">
        <w:trPr>
          <w:jc w:val="center"/>
        </w:trPr>
        <w:tc>
          <w:tcPr>
            <w:tcW w:w="1440" w:type="dxa"/>
            <w:tcBorders>
              <w:bottom w:val="single" w:sz="22" w:space="0" w:color="C00000"/>
            </w:tcBorders>
            <w:shd w:val="clear" w:color="auto" w:fill="343A40"/>
          </w:tcPr>
          <w:p w14:paraId="3EE13DB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  <w:tc>
          <w:tcPr>
            <w:tcW w:w="1440" w:type="dxa"/>
            <w:tcBorders>
              <w:bottom w:val="single" w:sz="22" w:space="0" w:color="C00000"/>
            </w:tcBorders>
            <w:shd w:val="clear" w:color="auto" w:fill="343A40"/>
          </w:tcPr>
          <w:p w14:paraId="6209D78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Spez. Emissionen</w:t>
            </w:r>
          </w:p>
        </w:tc>
        <w:tc>
          <w:tcPr>
            <w:tcW w:w="1440" w:type="dxa"/>
            <w:tcBorders>
              <w:bottom w:val="single" w:sz="22" w:space="0" w:color="C00000"/>
            </w:tcBorders>
            <w:shd w:val="clear" w:color="auto" w:fill="343A40"/>
          </w:tcPr>
          <w:p w14:paraId="2E9EDA9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  <w:tc>
          <w:tcPr>
            <w:tcW w:w="1440" w:type="dxa"/>
            <w:tcBorders>
              <w:bottom w:val="single" w:sz="22" w:space="0" w:color="C00000"/>
            </w:tcBorders>
            <w:shd w:val="clear" w:color="auto" w:fill="343A40"/>
          </w:tcPr>
          <w:p w14:paraId="1F33DC2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Jahressumme</w:t>
            </w:r>
          </w:p>
        </w:tc>
        <w:tc>
          <w:tcPr>
            <w:tcW w:w="1440" w:type="dxa"/>
            <w:tcBorders>
              <w:bottom w:val="single" w:sz="22" w:space="0" w:color="C00000"/>
            </w:tcBorders>
            <w:shd w:val="clear" w:color="auto" w:fill="343A40"/>
          </w:tcPr>
          <w:p w14:paraId="2392424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  <w:tc>
          <w:tcPr>
            <w:tcW w:w="1440" w:type="dxa"/>
            <w:tcBorders>
              <w:bottom w:val="single" w:sz="22" w:space="0" w:color="C00000"/>
            </w:tcBorders>
            <w:shd w:val="clear" w:color="auto" w:fill="343A40"/>
          </w:tcPr>
          <w:p w14:paraId="3D0468E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CO₂-Emissionen</w:t>
            </w:r>
          </w:p>
        </w:tc>
      </w:tr>
      <w:tr w:rsidR="005D31A4" w:rsidRPr="00B252FF" w14:paraId="503F1E28" w14:textId="77777777">
        <w:trPr>
          <w:jc w:val="center"/>
        </w:trPr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C8B9E1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Strombezug (Energiezentrale)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33D352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350 g/kWh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E2D97C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×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624692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221 MWh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DE328C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=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E9F4C4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77 t</w:t>
            </w:r>
          </w:p>
        </w:tc>
      </w:tr>
      <w:tr w:rsidR="005D31A4" w:rsidRPr="00B252FF" w14:paraId="57D8EB53" w14:textId="77777777">
        <w:trPr>
          <w:jc w:val="center"/>
        </w:trPr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074CBD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Stromeinspeisung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BBD7CE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- 0 g/kWh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F6D9CC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×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B248FF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68 MWh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4B361A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=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0B7021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- 0 t</w:t>
            </w:r>
          </w:p>
        </w:tc>
      </w:tr>
      <w:tr w:rsidR="005D31A4" w:rsidRPr="00B252FF" w14:paraId="74D1BC5B" w14:textId="77777777">
        <w:trPr>
          <w:jc w:val="center"/>
        </w:trPr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7C8B25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Biomasse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96F39C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40 g/kWh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B0876A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×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EBC21E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763 MWh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26DA13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=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2CD9B7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30,5 t</w:t>
            </w:r>
          </w:p>
        </w:tc>
      </w:tr>
      <w:tr w:rsidR="005D31A4" w:rsidRPr="00B252FF" w14:paraId="4B44704D" w14:textId="77777777">
        <w:trPr>
          <w:jc w:val="center"/>
        </w:trPr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D33DBA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Fernwärmebezug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97D90F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  150 g/kWh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12F600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×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18294A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 MWh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98E7EE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=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AA807E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  0 t</w:t>
            </w:r>
          </w:p>
        </w:tc>
      </w:tr>
      <w:tr w:rsidR="005D31A4" w:rsidRPr="00B252FF" w14:paraId="21E3D2E6" w14:textId="77777777">
        <w:trPr>
          <w:jc w:val="center"/>
        </w:trPr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B95211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Fernkältebezug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322AD5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  150 g/kWh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460E1D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×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3C4928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 MWh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73713D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=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7004F0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  0 t</w:t>
            </w:r>
          </w:p>
        </w:tc>
      </w:tr>
      <w:tr w:rsidR="005D31A4" w:rsidRPr="00B252FF" w14:paraId="4C64613D" w14:textId="77777777">
        <w:trPr>
          <w:jc w:val="center"/>
        </w:trPr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C1E8CD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 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B0E9C7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 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A94E16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 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C97655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Summe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716798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 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440936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108 t</w:t>
            </w:r>
          </w:p>
        </w:tc>
      </w:tr>
    </w:tbl>
    <w:p w14:paraId="41F3342E" w14:textId="77777777" w:rsidR="005D31A4" w:rsidRPr="00B252FF" w:rsidRDefault="005D31A4">
      <w:pPr>
        <w:rPr>
          <w:lang w:val="de-DE"/>
        </w:rPr>
      </w:pPr>
    </w:p>
    <w:p w14:paraId="2A25AC71" w14:textId="02E83B97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88" w:name="_Toc240363799"/>
      <w:r w:rsidRPr="00B252FF">
        <w:rPr>
          <w:lang w:val="de-DE"/>
        </w:rPr>
        <w:t xml:space="preserve">Tabelle </w:t>
      </w:r>
      <w:bookmarkStart w:id="89" w:name="results_primary_energy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Tabelle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18</w:t>
      </w:r>
      <w:r w:rsidRPr="00B252FF">
        <w:rPr>
          <w:lang w:val="de-DE"/>
        </w:rPr>
        <w:fldChar w:fldCharType="end"/>
      </w:r>
      <w:bookmarkStart w:id="90" w:name="results_primary_energy"/>
      <w:bookmarkEnd w:id="89"/>
      <w:bookmarkEnd w:id="90"/>
      <w:r w:rsidRPr="00B252FF">
        <w:rPr>
          <w:lang w:val="de-DE"/>
        </w:rPr>
        <w:t>: Variante 1: Primärenergiefaktor</w:t>
      </w:r>
      <w:bookmarkEnd w:id="88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672"/>
        <w:gridCol w:w="1864"/>
        <w:gridCol w:w="1236"/>
        <w:gridCol w:w="1420"/>
        <w:gridCol w:w="1236"/>
        <w:gridCol w:w="1428"/>
      </w:tblGrid>
      <w:tr w:rsidR="005D31A4" w:rsidRPr="00B252FF" w14:paraId="70495E12" w14:textId="77777777">
        <w:trPr>
          <w:jc w:val="center"/>
        </w:trPr>
        <w:tc>
          <w:tcPr>
            <w:tcW w:w="1440" w:type="dxa"/>
            <w:tcBorders>
              <w:bottom w:val="single" w:sz="22" w:space="0" w:color="C00000"/>
            </w:tcBorders>
            <w:shd w:val="clear" w:color="auto" w:fill="343A40"/>
          </w:tcPr>
          <w:p w14:paraId="02553BD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  <w:tc>
          <w:tcPr>
            <w:tcW w:w="1440" w:type="dxa"/>
            <w:tcBorders>
              <w:bottom w:val="single" w:sz="22" w:space="0" w:color="C00000"/>
            </w:tcBorders>
            <w:shd w:val="clear" w:color="auto" w:fill="343A40"/>
          </w:tcPr>
          <w:p w14:paraId="1AE4E02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Primärenergiefaktor</w:t>
            </w:r>
          </w:p>
        </w:tc>
        <w:tc>
          <w:tcPr>
            <w:tcW w:w="1440" w:type="dxa"/>
            <w:tcBorders>
              <w:bottom w:val="single" w:sz="22" w:space="0" w:color="C00000"/>
            </w:tcBorders>
            <w:shd w:val="clear" w:color="auto" w:fill="343A40"/>
          </w:tcPr>
          <w:p w14:paraId="5977EB1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  <w:tc>
          <w:tcPr>
            <w:tcW w:w="1440" w:type="dxa"/>
            <w:tcBorders>
              <w:bottom w:val="single" w:sz="22" w:space="0" w:color="C00000"/>
            </w:tcBorders>
            <w:shd w:val="clear" w:color="auto" w:fill="343A40"/>
          </w:tcPr>
          <w:p w14:paraId="6883E28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Jahressumme</w:t>
            </w:r>
          </w:p>
        </w:tc>
        <w:tc>
          <w:tcPr>
            <w:tcW w:w="1440" w:type="dxa"/>
            <w:tcBorders>
              <w:bottom w:val="single" w:sz="22" w:space="0" w:color="C00000"/>
            </w:tcBorders>
            <w:shd w:val="clear" w:color="auto" w:fill="343A40"/>
          </w:tcPr>
          <w:p w14:paraId="2695F57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  <w:tc>
          <w:tcPr>
            <w:tcW w:w="1440" w:type="dxa"/>
            <w:tcBorders>
              <w:bottom w:val="single" w:sz="22" w:space="0" w:color="C00000"/>
            </w:tcBorders>
            <w:shd w:val="clear" w:color="auto" w:fill="343A40"/>
          </w:tcPr>
          <w:p w14:paraId="61F788D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Primärenergie</w:t>
            </w:r>
          </w:p>
        </w:tc>
      </w:tr>
      <w:tr w:rsidR="005D31A4" w:rsidRPr="00B252FF" w14:paraId="63E76483" w14:textId="77777777">
        <w:trPr>
          <w:jc w:val="center"/>
        </w:trPr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9AABAB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Strombezug (Energiezentrale)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5C916B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1,8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E78E1A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×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E7519C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221 MWh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D6AF95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=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BEBE61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398 MWh</w:t>
            </w:r>
          </w:p>
        </w:tc>
      </w:tr>
      <w:tr w:rsidR="005D31A4" w:rsidRPr="00B252FF" w14:paraId="273E71A2" w14:textId="77777777">
        <w:trPr>
          <w:jc w:val="center"/>
        </w:trPr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F07D31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Stromeinspeisung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A3A5A4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- 0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BA6E4E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×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CA792A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68 MWh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3B3229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=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A42944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- 0 MWh</w:t>
            </w:r>
          </w:p>
        </w:tc>
      </w:tr>
      <w:tr w:rsidR="005D31A4" w:rsidRPr="00B252FF" w14:paraId="56AFB4EC" w14:textId="77777777">
        <w:trPr>
          <w:jc w:val="center"/>
        </w:trPr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19A1C8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Biomasse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0456E9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0,2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2B060E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×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381A99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763 MWh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0552BC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=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E7D443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153 MWh</w:t>
            </w:r>
          </w:p>
        </w:tc>
      </w:tr>
      <w:tr w:rsidR="005D31A4" w:rsidRPr="00B252FF" w14:paraId="13D49FB8" w14:textId="77777777">
        <w:trPr>
          <w:jc w:val="center"/>
        </w:trPr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DBC96C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Fernwärmebezug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6F1305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  0,6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DD8C14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×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F7C107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 MWh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5919F1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=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E91361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  0 MWh</w:t>
            </w:r>
          </w:p>
        </w:tc>
      </w:tr>
      <w:tr w:rsidR="005D31A4" w:rsidRPr="00B252FF" w14:paraId="56CF63F1" w14:textId="77777777">
        <w:trPr>
          <w:jc w:val="center"/>
        </w:trPr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F00126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lastRenderedPageBreak/>
              <w:t>Fernkältebezug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0CE30D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  0,8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133750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×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E1D62B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 MWh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861B44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=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74E6D9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  0 MWh</w:t>
            </w:r>
          </w:p>
        </w:tc>
      </w:tr>
      <w:tr w:rsidR="005D31A4" w:rsidRPr="00B252FF" w14:paraId="419529A7" w14:textId="77777777">
        <w:trPr>
          <w:jc w:val="center"/>
        </w:trPr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D39FAD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 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4586E8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 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F95373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 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A75053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Summe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655D19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 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5567A0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550 MWh</w:t>
            </w:r>
          </w:p>
        </w:tc>
      </w:tr>
    </w:tbl>
    <w:p w14:paraId="126BB8D9" w14:textId="77777777" w:rsidR="005D31A4" w:rsidRPr="00B252FF" w:rsidRDefault="005D31A4">
      <w:pPr>
        <w:rPr>
          <w:lang w:val="de-DE"/>
        </w:rPr>
      </w:pPr>
    </w:p>
    <w:p w14:paraId="499F13C1" w14:textId="77777777" w:rsidR="005D31A4" w:rsidRPr="00B252FF" w:rsidRDefault="00000000">
      <w:pPr>
        <w:pStyle w:val="berschrift3"/>
        <w:rPr>
          <w:lang w:val="de-DE"/>
        </w:rPr>
      </w:pPr>
      <w:bookmarkStart w:id="91" w:name="_Toc240363757"/>
      <w:r w:rsidRPr="00B252FF">
        <w:rPr>
          <w:color w:val="000000"/>
          <w:sz w:val="32"/>
          <w:lang w:val="de-DE"/>
        </w:rPr>
        <w:t>2.1.4 Wirtschaftlichkeit</w:t>
      </w:r>
      <w:bookmarkEnd w:id="91"/>
    </w:p>
    <w:p w14:paraId="76C5B26B" w14:textId="77777777" w:rsidR="005D31A4" w:rsidRPr="00B252FF" w:rsidRDefault="00000000">
      <w:pPr>
        <w:rPr>
          <w:lang w:val="de-DE"/>
        </w:rPr>
      </w:pPr>
      <w:r w:rsidRPr="00B252FF">
        <w:rPr>
          <w:b/>
          <w:sz w:val="28"/>
          <w:lang w:val="de-DE"/>
        </w:rPr>
        <w:t>Zusammenfassung</w:t>
      </w:r>
    </w:p>
    <w:p w14:paraId="195AB4E0" w14:textId="607D076A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92" w:name="_Toc240363800"/>
      <w:r w:rsidRPr="00B252FF">
        <w:rPr>
          <w:lang w:val="de-DE"/>
        </w:rPr>
        <w:t xml:space="preserve">Tabelle </w:t>
      </w:r>
      <w:bookmarkStart w:id="93" w:name="results_economic_kpis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Tabelle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19</w:t>
      </w:r>
      <w:r w:rsidRPr="00B252FF">
        <w:rPr>
          <w:lang w:val="de-DE"/>
        </w:rPr>
        <w:fldChar w:fldCharType="end"/>
      </w:r>
      <w:bookmarkStart w:id="94" w:name="results_economic_kpis"/>
      <w:bookmarkEnd w:id="93"/>
      <w:bookmarkEnd w:id="94"/>
      <w:r w:rsidRPr="00B252FF">
        <w:rPr>
          <w:lang w:val="de-DE"/>
        </w:rPr>
        <w:t>: Variante 1: Wirtschaftliche Kennzahlen</w:t>
      </w:r>
      <w:bookmarkEnd w:id="92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4320"/>
      </w:tblGrid>
      <w:tr w:rsidR="005D31A4" w:rsidRPr="00B252FF" w14:paraId="6AF081BA" w14:textId="77777777">
        <w:trPr>
          <w:jc w:val="center"/>
        </w:trPr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47D9AE8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0509FB0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</w:tr>
      <w:tr w:rsidR="005D31A4" w:rsidRPr="00B252FF" w14:paraId="56653BB7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7ADA74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Kapitalwert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BF6CEB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+ 639.921 €</w:t>
            </w:r>
          </w:p>
        </w:tc>
      </w:tr>
      <w:tr w:rsidR="005D31A4" w:rsidRPr="00B252FF" w14:paraId="19C41E2A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4B0B14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Amortisationsdauer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98DA37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17 Jahre</w:t>
            </w:r>
          </w:p>
        </w:tc>
      </w:tr>
      <w:tr w:rsidR="005D31A4" w:rsidRPr="00B252FF" w14:paraId="4445ECF9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3C5EB4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Interner Zinsfuß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ADEE6B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7,9 %</w:t>
            </w:r>
          </w:p>
        </w:tc>
      </w:tr>
      <w:tr w:rsidR="005D31A4" w:rsidRPr="00B252FF" w14:paraId="4E1383E9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9A0D4E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Gesamtkosten (exkl. Verkaufserlöse)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A14E14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3.924.707,0 €</w:t>
            </w:r>
          </w:p>
        </w:tc>
      </w:tr>
      <w:tr w:rsidR="005D31A4" w:rsidRPr="00B252FF" w14:paraId="676C5711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DB86C0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Energiegestehungskosten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715B92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0,244 €/kWh</w:t>
            </w:r>
          </w:p>
        </w:tc>
      </w:tr>
      <w:tr w:rsidR="005D31A4" w:rsidRPr="00B252FF" w14:paraId="2EC77920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25521D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Jährl. Energiekosten pro Nutzfläche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6FFCF7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46,32 €/m²</w:t>
            </w:r>
          </w:p>
        </w:tc>
      </w:tr>
      <w:tr w:rsidR="005D31A4" w:rsidRPr="00B252FF" w14:paraId="467B4EBB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57E997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Monatliche Energiekosten pro Nutzfläche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4D33A9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3,86 €/m²</w:t>
            </w:r>
          </w:p>
        </w:tc>
      </w:tr>
    </w:tbl>
    <w:p w14:paraId="0388254B" w14:textId="77777777" w:rsidR="005D31A4" w:rsidRPr="00B252FF" w:rsidRDefault="005D31A4">
      <w:pPr>
        <w:rPr>
          <w:lang w:val="de-DE"/>
        </w:rPr>
      </w:pPr>
    </w:p>
    <w:p w14:paraId="190B5B0E" w14:textId="426008CD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95" w:name="_Toc240363801"/>
      <w:r w:rsidRPr="00B252FF">
        <w:rPr>
          <w:lang w:val="de-DE"/>
        </w:rPr>
        <w:t xml:space="preserve">Tabelle </w:t>
      </w:r>
      <w:bookmarkStart w:id="96" w:name="results_subsidy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Tabelle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20</w:t>
      </w:r>
      <w:r w:rsidRPr="00B252FF">
        <w:rPr>
          <w:lang w:val="de-DE"/>
        </w:rPr>
        <w:fldChar w:fldCharType="end"/>
      </w:r>
      <w:bookmarkStart w:id="97" w:name="results_subsidy"/>
      <w:bookmarkEnd w:id="96"/>
      <w:bookmarkEnd w:id="97"/>
      <w:r w:rsidRPr="00B252FF">
        <w:rPr>
          <w:lang w:val="de-DE"/>
        </w:rPr>
        <w:t>: Variante 1: Förderungen</w:t>
      </w:r>
      <w:bookmarkEnd w:id="95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4320"/>
      </w:tblGrid>
      <w:tr w:rsidR="005D31A4" w:rsidRPr="00B252FF" w14:paraId="49B1CA2B" w14:textId="77777777">
        <w:trPr>
          <w:jc w:val="center"/>
        </w:trPr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63B0F36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16760BD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</w:tr>
      <w:tr w:rsidR="005D31A4" w:rsidRPr="00B252FF" w14:paraId="443C1591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4A5A5E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Anfangsinvestition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1DA069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3.612.164,0 €</w:t>
            </w:r>
          </w:p>
        </w:tc>
      </w:tr>
      <w:tr w:rsidR="005D31A4" w:rsidRPr="00B252FF" w14:paraId="61FBCDB2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0142A6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Förderung auf Anfangsinvestition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0AC6DC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1.203.486,0 €</w:t>
            </w:r>
          </w:p>
        </w:tc>
      </w:tr>
      <w:tr w:rsidR="005D31A4" w:rsidRPr="00B252FF" w14:paraId="5FF7C20E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40F092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Förderquote Anfangsinvestition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FDF98D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33,3 %</w:t>
            </w:r>
          </w:p>
        </w:tc>
      </w:tr>
      <w:tr w:rsidR="005D31A4" w:rsidRPr="00B252FF" w14:paraId="5916F25C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EDC6B4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Gesamtkosten (exkl. aller Erlöse und Förderungen)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90C549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5.162.090 €</w:t>
            </w:r>
          </w:p>
        </w:tc>
      </w:tr>
      <w:tr w:rsidR="005D31A4" w:rsidRPr="00B252FF" w14:paraId="6CB71878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05C9FC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Gesamtförderung im Betrachtungshorizont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C6A151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1.253.335,0 €</w:t>
            </w:r>
          </w:p>
        </w:tc>
      </w:tr>
      <w:tr w:rsidR="005D31A4" w:rsidRPr="00B252FF" w14:paraId="6BFF5DCB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732B7F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Förderquote (gesamt)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FC9639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24,3 %</w:t>
            </w:r>
          </w:p>
        </w:tc>
      </w:tr>
    </w:tbl>
    <w:p w14:paraId="3EBE13FB" w14:textId="77777777" w:rsidR="005D31A4" w:rsidRPr="00B252FF" w:rsidRDefault="005D31A4">
      <w:pPr>
        <w:rPr>
          <w:lang w:val="de-DE"/>
        </w:rPr>
      </w:pPr>
    </w:p>
    <w:p w14:paraId="1D1158EE" w14:textId="77777777" w:rsidR="005D31A4" w:rsidRPr="00B252FF" w:rsidRDefault="00000000">
      <w:pPr>
        <w:rPr>
          <w:lang w:val="de-DE"/>
        </w:rPr>
      </w:pPr>
      <w:r w:rsidRPr="00B252FF">
        <w:rPr>
          <w:b/>
          <w:sz w:val="28"/>
          <w:lang w:val="de-DE"/>
        </w:rPr>
        <w:t>Kosten- und Erlösaufstellung</w:t>
      </w:r>
    </w:p>
    <w:p w14:paraId="3D8D66A5" w14:textId="0E19CF47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98" w:name="_Toc240363802"/>
      <w:r w:rsidRPr="00B252FF">
        <w:rPr>
          <w:lang w:val="de-DE"/>
        </w:rPr>
        <w:t xml:space="preserve">Tabelle </w:t>
      </w:r>
      <w:bookmarkStart w:id="99" w:name="results_cash_flow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Tabelle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21</w:t>
      </w:r>
      <w:r w:rsidRPr="00B252FF">
        <w:rPr>
          <w:lang w:val="de-DE"/>
        </w:rPr>
        <w:fldChar w:fldCharType="end"/>
      </w:r>
      <w:bookmarkStart w:id="100" w:name="results_cash_flow"/>
      <w:bookmarkEnd w:id="99"/>
      <w:bookmarkEnd w:id="100"/>
      <w:r w:rsidRPr="00B252FF">
        <w:rPr>
          <w:lang w:val="de-DE"/>
        </w:rPr>
        <w:t>: Variante 1: Kostenaufstellung in €</w:t>
      </w:r>
      <w:bookmarkEnd w:id="98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206"/>
        <w:gridCol w:w="1005"/>
        <w:gridCol w:w="1004"/>
        <w:gridCol w:w="854"/>
        <w:gridCol w:w="854"/>
        <w:gridCol w:w="854"/>
        <w:gridCol w:w="371"/>
        <w:gridCol w:w="854"/>
        <w:gridCol w:w="854"/>
      </w:tblGrid>
      <w:tr w:rsidR="005D31A4" w:rsidRPr="00B252FF" w14:paraId="0068E2A6" w14:textId="77777777">
        <w:trPr>
          <w:jc w:val="center"/>
        </w:trPr>
        <w:tc>
          <w:tcPr>
            <w:tcW w:w="960" w:type="dxa"/>
            <w:tcBorders>
              <w:bottom w:val="single" w:sz="22" w:space="0" w:color="C00000"/>
            </w:tcBorders>
            <w:shd w:val="clear" w:color="auto" w:fill="343A40"/>
          </w:tcPr>
          <w:p w14:paraId="74A7AD0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  <w:tc>
          <w:tcPr>
            <w:tcW w:w="960" w:type="dxa"/>
            <w:tcBorders>
              <w:bottom w:val="single" w:sz="22" w:space="0" w:color="C00000"/>
            </w:tcBorders>
            <w:shd w:val="clear" w:color="auto" w:fill="343A40"/>
          </w:tcPr>
          <w:p w14:paraId="5FA573E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Summe</w:t>
            </w:r>
          </w:p>
        </w:tc>
        <w:tc>
          <w:tcPr>
            <w:tcW w:w="960" w:type="dxa"/>
            <w:tcBorders>
              <w:bottom w:val="single" w:sz="22" w:space="0" w:color="C00000"/>
            </w:tcBorders>
            <w:shd w:val="clear" w:color="auto" w:fill="343A40"/>
          </w:tcPr>
          <w:p w14:paraId="695D468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2027</w:t>
            </w:r>
          </w:p>
        </w:tc>
        <w:tc>
          <w:tcPr>
            <w:tcW w:w="960" w:type="dxa"/>
            <w:tcBorders>
              <w:bottom w:val="single" w:sz="22" w:space="0" w:color="C00000"/>
            </w:tcBorders>
            <w:shd w:val="clear" w:color="auto" w:fill="343A40"/>
          </w:tcPr>
          <w:p w14:paraId="3A66A2E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2028</w:t>
            </w:r>
          </w:p>
        </w:tc>
        <w:tc>
          <w:tcPr>
            <w:tcW w:w="960" w:type="dxa"/>
            <w:tcBorders>
              <w:bottom w:val="single" w:sz="22" w:space="0" w:color="C00000"/>
            </w:tcBorders>
            <w:shd w:val="clear" w:color="auto" w:fill="343A40"/>
          </w:tcPr>
          <w:p w14:paraId="0E850C5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2029</w:t>
            </w:r>
          </w:p>
        </w:tc>
        <w:tc>
          <w:tcPr>
            <w:tcW w:w="960" w:type="dxa"/>
            <w:tcBorders>
              <w:bottom w:val="single" w:sz="22" w:space="0" w:color="C00000"/>
            </w:tcBorders>
            <w:shd w:val="clear" w:color="auto" w:fill="343A40"/>
          </w:tcPr>
          <w:p w14:paraId="2136CF2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2030</w:t>
            </w:r>
          </w:p>
        </w:tc>
        <w:tc>
          <w:tcPr>
            <w:tcW w:w="960" w:type="dxa"/>
            <w:tcBorders>
              <w:bottom w:val="single" w:sz="22" w:space="0" w:color="C00000"/>
            </w:tcBorders>
            <w:shd w:val="clear" w:color="auto" w:fill="343A40"/>
          </w:tcPr>
          <w:p w14:paraId="4EB4EBF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22" w:space="0" w:color="C00000"/>
            </w:tcBorders>
            <w:shd w:val="clear" w:color="auto" w:fill="343A40"/>
          </w:tcPr>
          <w:p w14:paraId="0DCC7D4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2046</w:t>
            </w:r>
          </w:p>
        </w:tc>
        <w:tc>
          <w:tcPr>
            <w:tcW w:w="960" w:type="dxa"/>
            <w:tcBorders>
              <w:bottom w:val="single" w:sz="22" w:space="0" w:color="C00000"/>
            </w:tcBorders>
            <w:shd w:val="clear" w:color="auto" w:fill="343A40"/>
          </w:tcPr>
          <w:p w14:paraId="78EEE8E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2047</w:t>
            </w:r>
          </w:p>
        </w:tc>
      </w:tr>
      <w:tr w:rsidR="005D31A4" w:rsidRPr="00B252FF" w14:paraId="5D12C784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2CBA4C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Gesamtkosten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97DB2D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-639.921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643126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2.032.678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6262F5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-176.079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1F31DB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-167.694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6C7815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-159.709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EB8F51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89F461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-73.164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150351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-471.573</w:t>
            </w:r>
          </w:p>
        </w:tc>
      </w:tr>
      <w:tr w:rsidR="005D31A4" w:rsidRPr="00B252FF" w14:paraId="23F82F1C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47D0A5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Investitionskosten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C01867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3.243.622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190502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3.612.164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860E37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802C4C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D453A1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3D1D4E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3E262C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EF3A47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-401.892</w:t>
            </w:r>
          </w:p>
        </w:tc>
      </w:tr>
      <w:tr w:rsidR="005D31A4" w:rsidRPr="00B252FF" w14:paraId="21005BDB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334178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Gebäudeenergiesysteme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07714B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492.771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361C02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563.133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815F16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CD9F31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04EFBC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11D5C3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E67141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37B01C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-70.362</w:t>
            </w:r>
          </w:p>
        </w:tc>
      </w:tr>
      <w:tr w:rsidR="005D31A4" w:rsidRPr="00B252FF" w14:paraId="552C14B7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5D0A04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Dez. elektr. TWW-Erwärmung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FA079D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5.590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A6FD91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5.590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FE938D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135EA3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C66371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85C264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2363F1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620035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</w:tr>
      <w:tr w:rsidR="005D31A4" w:rsidRPr="00B252FF" w14:paraId="32883CC4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723859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Luftwärmepumpe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8C9259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82.005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7B4A22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82.005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7BD426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2AA396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768C3D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92CE08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9AE45F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DBF64B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</w:tr>
      <w:tr w:rsidR="005D31A4" w:rsidRPr="00B252FF" w14:paraId="19696827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F8FF52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lastRenderedPageBreak/>
              <w:t>Luftgekühlte Kältemaschine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0BCE41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77.242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986F0B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77.242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8CC81D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89D7F7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D2F4C0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A84559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1D3C8A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4C6CB1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</w:tr>
      <w:tr w:rsidR="005D31A4" w:rsidRPr="00B252FF" w14:paraId="6C0D77E7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BCD683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Speicher (TWW)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2252F0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65.341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78ACA6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74.730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284CD7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BCABFC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C2BC03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57A853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854F9B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EFC31C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-9.388</w:t>
            </w:r>
          </w:p>
        </w:tc>
      </w:tr>
      <w:tr w:rsidR="005D31A4" w:rsidRPr="00B252FF" w14:paraId="45333C4B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BBDBAF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Wärmeübergabestation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8BBC00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262.590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5C1810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323.564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B80299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EC827F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FB1618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2F85AF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CC7134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C3C025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-60.974</w:t>
            </w:r>
          </w:p>
        </w:tc>
      </w:tr>
      <w:tr w:rsidR="005D31A4" w:rsidRPr="00B252FF" w14:paraId="4E90AC22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99CDDE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Wärmenetz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1FA3D9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1.015.929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8198CB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1.251.830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7373D0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D2D813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5C24FF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A830A7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035D07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B8A955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-235.900</w:t>
            </w:r>
          </w:p>
        </w:tc>
      </w:tr>
      <w:tr w:rsidR="005D31A4" w:rsidRPr="00B252FF" w14:paraId="14ADCF86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F2879A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Hausanschlussleitung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ECFEBA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418.062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991879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515.137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F0C99B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17272E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EAEC4D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1C2131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D625E6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1CC463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-97.075</w:t>
            </w:r>
          </w:p>
        </w:tc>
      </w:tr>
      <w:tr w:rsidR="005D31A4" w:rsidRPr="00B252FF" w14:paraId="076A9CB4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AFEF59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Verteilleitung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2215FC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597.866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56423B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736.692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DBC10A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2D8C93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1AB187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BD5975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C1CD5B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93F2B3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-138.825</w:t>
            </w:r>
          </w:p>
        </w:tc>
      </w:tr>
      <w:tr w:rsidR="005D31A4" w:rsidRPr="00B252FF" w14:paraId="47B9822E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00A5B4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Energiezentrale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85C0A2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1.454.921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DFF75A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1.517.200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C526E6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16319C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1DF9F8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AF81AD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B2B973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255917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-95.629</w:t>
            </w:r>
          </w:p>
        </w:tc>
      </w:tr>
      <w:tr w:rsidR="005D31A4" w:rsidRPr="00B252FF" w14:paraId="6AE1165B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2C3E84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Biomasse-BHKW 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0B346F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87.858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8B60A4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72.800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AB6425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D1C65B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577E4D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392FC8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8ED7FA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A4742F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-18.291</w:t>
            </w:r>
          </w:p>
        </w:tc>
      </w:tr>
      <w:tr w:rsidR="005D31A4" w:rsidRPr="00B252FF" w14:paraId="4E40A6DE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823A15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Photovoltaik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9F138E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246.400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6200B5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246.400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6610A1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3CDC2C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7B5B6F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137F7F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B2FC1D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22B9D5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</w:tr>
      <w:tr w:rsidR="005D31A4" w:rsidRPr="00B252FF" w14:paraId="7F0762BE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14E615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Solarthermie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6F87C5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400.000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5C7625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400.000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D1353D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983D1C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1133FA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A7E596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C3A011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849B73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</w:tr>
      <w:tr w:rsidR="005D31A4" w:rsidRPr="00B252FF" w14:paraId="04598ED0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9640D1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Geothermie-Sonden 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E56B46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264.662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F546C4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342.000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4C9A4F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6CBAAF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E6BC2B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71ABF2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824039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8ABDD6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-77.337</w:t>
            </w:r>
          </w:p>
        </w:tc>
      </w:tr>
      <w:tr w:rsidR="005D31A4" w:rsidRPr="00B252FF" w14:paraId="33B59F9C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AC8859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Wärmepumpe (Geothermie-Sonden 1)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9BA15B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456.000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2E03DA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456.000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FA9718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276183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78D038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7CE09D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65B8FB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1A50B7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</w:tr>
      <w:tr w:rsidR="005D31A4" w:rsidRPr="00B252FF" w14:paraId="6AD4EFBD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9B8F32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Sonstige Kosten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755B99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280.000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EBE76E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280.000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BE5597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8A5C4E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A7FC53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2BE574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B2624E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162153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</w:tr>
      <w:tr w:rsidR="005D31A4" w:rsidRPr="00B252FF" w14:paraId="0F832B08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5FE232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Gebäude Energiezentrale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197E5B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150.000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B536C3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150.000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A6AC38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CDB358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0A0898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9C9D17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E74D97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3C8201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</w:tr>
      <w:tr w:rsidR="005D31A4" w:rsidRPr="00B252FF" w14:paraId="019C4119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616993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Netzpumpe, Druckhaltung, Armaturen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C01900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30.000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2FE3DD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30.000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E976C3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220927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6A0C20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03FEFE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FE3C38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FD175A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</w:tr>
      <w:tr w:rsidR="005D31A4" w:rsidRPr="00B252FF" w14:paraId="1C1542E0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27A07F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Planungskosten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E915FA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100.000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A109BA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100.000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A30693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E40BC5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48553C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9EAF54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5D02FF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ECCA65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</w:tr>
      <w:tr w:rsidR="005D31A4" w:rsidRPr="00B252FF" w14:paraId="08C971F7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6B34FD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Wartungskosten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80B858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532.171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D0DBD4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323C3C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40.669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E19B75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38.732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B9AE0C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36.888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FAE85F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55633B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16.898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70BBFC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16.094</w:t>
            </w:r>
          </w:p>
        </w:tc>
      </w:tr>
      <w:tr w:rsidR="005D31A4" w:rsidRPr="00B252FF" w14:paraId="1D001B93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325D27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Gebäudeenergiesysteme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D071E5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80.711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52452B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D85FF2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6.168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89AA91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5.874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0552E6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5.594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EE0BEA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EFE620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2.562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003CDE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2.440</w:t>
            </w:r>
          </w:p>
        </w:tc>
      </w:tr>
      <w:tr w:rsidR="005D31A4" w:rsidRPr="00B252FF" w14:paraId="5538FFCE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82E906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Dez. elektr. TWW-Erwärmung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D66632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696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BF6E80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A2FF6A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53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D15979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50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064730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89E068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16E006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41142B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21</w:t>
            </w:r>
          </w:p>
        </w:tc>
      </w:tr>
      <w:tr w:rsidR="005D31A4" w:rsidRPr="00B252FF" w14:paraId="32632965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6BA765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Luftwärmepumpe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A5B1F7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20.439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4D381C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126B62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1.562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527414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1.487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E00EAD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1.416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43EC32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6D08E3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649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9ECF44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618</w:t>
            </w:r>
          </w:p>
        </w:tc>
      </w:tr>
      <w:tr w:rsidR="005D31A4" w:rsidRPr="00B252FF" w14:paraId="12A56DD4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137E1F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Luftgekühlte Kältemaschine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7E52F4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19.252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E54840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B58C48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1.471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77912D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1.401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AD39B6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1.334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2FD1F6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3AA5E4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611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9EEA10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582</w:t>
            </w:r>
          </w:p>
        </w:tc>
      </w:tr>
      <w:tr w:rsidR="005D31A4" w:rsidRPr="00B252FF" w14:paraId="5B2C84AF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F732C6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Wärmeübergabestation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07AD20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40.323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2D7CDA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BF85BB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3.081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1E3B7E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2.934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813D24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2.795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B766C5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928411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1.280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856F61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1.219</w:t>
            </w:r>
          </w:p>
        </w:tc>
      </w:tr>
      <w:tr w:rsidR="005D31A4" w:rsidRPr="00B252FF" w14:paraId="4D11A829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5EB18B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Wärmenetz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720414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156.005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B762DD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FC98F8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11.922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293588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11.354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9B8E96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10.813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5DEAF2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AF2D88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4.953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16A10C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4.718</w:t>
            </w:r>
          </w:p>
        </w:tc>
      </w:tr>
      <w:tr w:rsidR="005D31A4" w:rsidRPr="00B252FF" w14:paraId="495212A8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96D03E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Hausanschlussleitung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63AF0E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64.197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E37EAA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231559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4.906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9AC7A2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4.672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8D7529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4.449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78901B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E148C0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2.038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54D80C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1.941</w:t>
            </w:r>
          </w:p>
        </w:tc>
      </w:tr>
      <w:tr w:rsidR="005D31A4" w:rsidRPr="00B252FF" w14:paraId="32E1C206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CA291F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Verteilleitung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3C7AAB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91.808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DEE236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3D0DAD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7.016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E69562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6.682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A1C134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6.363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21B77D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2D2053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2.915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E1E139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2.776</w:t>
            </w:r>
          </w:p>
        </w:tc>
      </w:tr>
      <w:tr w:rsidR="005D31A4" w:rsidRPr="00B252FF" w14:paraId="0D7B6AC3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9DD2EE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Energiezentrale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55E36A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291.715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A6293F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2D3E7B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22.293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66C2D2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21.231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F0DA97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20.220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A2BABD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86D823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9.263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C289F7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8.822</w:t>
            </w:r>
          </w:p>
        </w:tc>
      </w:tr>
      <w:tr w:rsidR="005D31A4" w:rsidRPr="00B252FF" w14:paraId="6C9EDDE8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2BB60F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Biomasse-BHKW 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984421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72.579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1E956E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FB8E72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5.546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389160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5.282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D1E768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5.030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4B652D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195D41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2.304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BF6F84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2.195</w:t>
            </w:r>
          </w:p>
        </w:tc>
      </w:tr>
      <w:tr w:rsidR="005D31A4" w:rsidRPr="00B252FF" w14:paraId="7AE6659D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5B3F6A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Photovoltaik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409675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30.706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7CD465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90FA4F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2.346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8383DD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2.234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0AA58F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2.128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22319F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7A7579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975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9D9282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928</w:t>
            </w:r>
          </w:p>
        </w:tc>
      </w:tr>
      <w:tr w:rsidR="005D31A4" w:rsidRPr="00B252FF" w14:paraId="47B15A3E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3D5252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Solarthermie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2FE4EC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74.773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12243B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A8CF8F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5.714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D37A64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5.442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AF3880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5.183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BB6C25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D4A1F2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2.374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F9AFB8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2.261</w:t>
            </w:r>
          </w:p>
        </w:tc>
      </w:tr>
      <w:tr w:rsidR="005D31A4" w:rsidRPr="00B252FF" w14:paraId="4EB34A59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9DFC65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lastRenderedPageBreak/>
              <w:t>Wärmepumpe (Geothermie-Sonden 1)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8C85B2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113.655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95D004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FE1080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8.685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6FDB2A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8.272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DBBC71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7.878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7D2E64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0D8E87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3.609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C5BF42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3.437</w:t>
            </w:r>
          </w:p>
        </w:tc>
      </w:tr>
      <w:tr w:rsidR="005D31A4" w:rsidRPr="00B252FF" w14:paraId="3C4D2FB5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F3816A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Sonstige Kosten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5CA6BE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3.738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19A1ED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09EC2A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285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59D52C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272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F7CC62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259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0C9A34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289929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118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2CA773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113</w:t>
            </w:r>
          </w:p>
        </w:tc>
      </w:tr>
      <w:tr w:rsidR="005D31A4" w:rsidRPr="00B252FF" w14:paraId="73B08544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82C16B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Netzpumpe, Druckhaltung, Armaturen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E70036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3.738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A407F8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76965D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285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173BB8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272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FECD64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259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BE5EF5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F1A9CD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118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B00AB1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113</w:t>
            </w:r>
          </w:p>
        </w:tc>
      </w:tr>
      <w:tr w:rsidR="005D31A4" w:rsidRPr="00B252FF" w14:paraId="23F96206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5F581D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Sonstige Betriebskosten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682933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124.622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A5729E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CEE88B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9.523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5FF7E2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9.070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597049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8.638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D98FD8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14440D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3.957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277AB7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3.768</w:t>
            </w:r>
          </w:p>
        </w:tc>
      </w:tr>
      <w:tr w:rsidR="005D31A4" w:rsidRPr="00B252FF" w14:paraId="1F9E5BF4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13254B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Verwaltung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2E82CA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124.622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0068D9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671A77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9.523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131D45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9.070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FAB3D0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8.638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752384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844B3E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3.957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EB5CD9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3.768</w:t>
            </w:r>
          </w:p>
        </w:tc>
      </w:tr>
      <w:tr w:rsidR="005D31A4" w:rsidRPr="00B252FF" w14:paraId="39923507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93A579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Energiekosten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E3FEFC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1.311.523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5DFC6D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4DD176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100.228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0D8963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95.455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007080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90.910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8CCDFA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6ACAB1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41.647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92DB55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39.663</w:t>
            </w:r>
          </w:p>
        </w:tc>
      </w:tr>
      <w:tr w:rsidR="005D31A4" w:rsidRPr="00B252FF" w14:paraId="1A4EF377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9091B6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Energiezentrale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D6CC0F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1.311.523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033A45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833701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100.228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85F48A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95.455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A7391B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90.910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EA9681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40B92B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41.647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B09996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39.663</w:t>
            </w:r>
          </w:p>
        </w:tc>
      </w:tr>
      <w:tr w:rsidR="005D31A4" w:rsidRPr="00B252FF" w14:paraId="6D2EE888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1DED70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Strom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CECD7C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550.829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51DCC4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332660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42.095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F8026A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40.090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256C86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38.181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652F01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6D044C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17.491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EEBF55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16.658</w:t>
            </w:r>
          </w:p>
        </w:tc>
      </w:tr>
      <w:tr w:rsidR="005D31A4" w:rsidRPr="00B252FF" w14:paraId="28B1FF39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B9BADF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Arbeitspreis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E6D4FE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550.829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29FC1E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5DE014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42.095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0E4A6A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40.090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EDA8A5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38.181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0FB245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DAE28E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17.491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D63CCB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16.658</w:t>
            </w:r>
          </w:p>
        </w:tc>
      </w:tr>
      <w:tr w:rsidR="005D31A4" w:rsidRPr="00B252FF" w14:paraId="66DAA3F7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F98E6B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Biomasse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7D8502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760.693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088A9B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5E2888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58.133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E9C506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55.365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DC4541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52.728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FDAFD6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F38A1D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24.155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AA4FF1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23.005</w:t>
            </w:r>
          </w:p>
        </w:tc>
      </w:tr>
      <w:tr w:rsidR="005D31A4" w:rsidRPr="00B252FF" w14:paraId="2EDA771A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CD124A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Arbeitspreis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E78FAE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760.693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23E6C1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FC4EDE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58.133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0E8221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55.365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471B94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52.728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9DCE31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A0068C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24.155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CBFA2F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23.005</w:t>
            </w:r>
          </w:p>
        </w:tc>
      </w:tr>
      <w:tr w:rsidR="005D31A4" w:rsidRPr="00B252FF" w14:paraId="2B436181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E17F6D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Erlöse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8655A2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-4.598.525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33FEE3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-376.000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6A2BDB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-322.691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C54507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-307.325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9A000B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-292.690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A47F5E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5B2343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-134.085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08A78A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-127.700</w:t>
            </w:r>
          </w:p>
        </w:tc>
      </w:tr>
      <w:tr w:rsidR="005D31A4" w:rsidRPr="00B252FF" w14:paraId="1F4F6159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3006C9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Einspeisung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253288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-33.897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B45F7E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643B88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-2.590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F0BC11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-2.467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0FAFD8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-2.349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7DCCEA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CF1AA3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-1.076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E1D263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-1.025</w:t>
            </w:r>
          </w:p>
        </w:tc>
      </w:tr>
      <w:tr w:rsidR="005D31A4" w:rsidRPr="00B252FF" w14:paraId="63A0311C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3565F9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Strom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39EBA1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-33.897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B54E23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27708C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-2.590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B97DDD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-2.467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C2608A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-2.349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A27959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BA272F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-1.076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22013B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-1.025</w:t>
            </w:r>
          </w:p>
        </w:tc>
      </w:tr>
      <w:tr w:rsidR="005D31A4" w:rsidRPr="00B252FF" w14:paraId="2DDC40BB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388E7C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Deckung der Bedarfe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630604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-4.564.628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8EAA3B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-376.000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C96889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-320.101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6036AD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-304.858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C268D5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-290.341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E0987F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EB1F9A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-133.008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CC35D3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-126.674</w:t>
            </w:r>
          </w:p>
        </w:tc>
      </w:tr>
      <w:tr w:rsidR="005D31A4" w:rsidRPr="00B252FF" w14:paraId="48B68BD4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5AC046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Wärmebedarf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3328FC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-2.096.628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5C3B35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FC3105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-160.227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956418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-152.597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D1DB2A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-145.331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75BE19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AE9989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-66.577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E90EBE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-63.407</w:t>
            </w:r>
          </w:p>
        </w:tc>
      </w:tr>
      <w:tr w:rsidR="005D31A4" w:rsidRPr="00B252FF" w14:paraId="603CEE80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E1F238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Arbeitspreis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BA3A26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-1.718.718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F9A1C8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644B84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-131.347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55EBB8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-125.092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E4D49A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-119.135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60EEE5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5DB8B9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-54.577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2876BB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-51.978</w:t>
            </w:r>
          </w:p>
        </w:tc>
      </w:tr>
      <w:tr w:rsidR="005D31A4" w:rsidRPr="00B252FF" w14:paraId="5F98CC54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C96913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Leistungspreis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74E00B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-377.910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67D36A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CA59E6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-28.880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8BA75B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-27.505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442AC0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-26.195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CCF158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F7A060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-12.000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747266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-11.428</w:t>
            </w:r>
          </w:p>
        </w:tc>
      </w:tr>
      <w:tr w:rsidR="005D31A4" w:rsidRPr="00B252FF" w14:paraId="4020ACA3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3E391F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Kältebedarf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C63E70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-82.890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FA2F52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9A2909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-6.334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C919AA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-6.032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8E7533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-5.745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D70F8B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2026F1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-2.632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26D249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-2.506</w:t>
            </w:r>
          </w:p>
        </w:tc>
      </w:tr>
      <w:tr w:rsidR="005D31A4" w:rsidRPr="00B252FF" w14:paraId="0065D452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08BBA8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Arbeitspreis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B7F108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-41.833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4A8E15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DD943C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-3.197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309471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-3.044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5F805A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-2.899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6FCE30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E9D7E5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-1.328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B03EB4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-1.265</w:t>
            </w:r>
          </w:p>
        </w:tc>
      </w:tr>
      <w:tr w:rsidR="005D31A4" w:rsidRPr="00B252FF" w14:paraId="581F54BE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D8EF2E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Leistungspreis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008783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-41.056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FF862A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6ED222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-3.137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244975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-2.988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C7009D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-2.845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136D13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F05808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-1.303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120887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-1.241</w:t>
            </w:r>
          </w:p>
        </w:tc>
      </w:tr>
      <w:tr w:rsidR="005D31A4" w:rsidRPr="00B252FF" w14:paraId="01646BC3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502DE9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Nutzerstrom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A233C1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-24.206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4C4753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FD2011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-1.849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681CDF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-1.761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CC65B8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-1.677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0B361F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CC1A1C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-768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B68752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-732</w:t>
            </w:r>
          </w:p>
        </w:tc>
      </w:tr>
      <w:tr w:rsidR="005D31A4" w:rsidRPr="00B252FF" w14:paraId="41CF053B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486C99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Arbeitspreis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1F0971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-22.536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5E0847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14755B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-1.722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8AF86E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-1.640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0D6FB5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-1.562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2755E5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BB14E1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-715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C0D35A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-681</w:t>
            </w:r>
          </w:p>
        </w:tc>
      </w:tr>
      <w:tr w:rsidR="005D31A4" w:rsidRPr="00B252FF" w14:paraId="4A4EA60F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E08749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Leistungspreis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56C80C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-1.669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E94D1D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E4321D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-127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076DF5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-121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B6223E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-115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F0944E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1A4BA1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-53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783E75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-50</w:t>
            </w:r>
          </w:p>
        </w:tc>
      </w:tr>
      <w:tr w:rsidR="005D31A4" w:rsidRPr="00B252FF" w14:paraId="28948771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64562C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Elektromobilität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EEBDB5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-1.984.902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949768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25543F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-151.689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C1CCDD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-144.465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811A80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-137.586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867856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675CC7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-63.030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031910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-60.028</w:t>
            </w:r>
          </w:p>
        </w:tc>
      </w:tr>
      <w:tr w:rsidR="005D31A4" w:rsidRPr="00B252FF" w14:paraId="70DE4444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51CB6B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Arbeitspreis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99B75C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-1.860.28</w:t>
            </w:r>
            <w:r w:rsidRPr="00B252FF">
              <w:rPr>
                <w:sz w:val="20"/>
                <w:lang w:val="de-DE"/>
              </w:rPr>
              <w:lastRenderedPageBreak/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C03576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lastRenderedPageBreak/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73DA02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-142.16</w:t>
            </w:r>
            <w:r w:rsidRPr="00B252FF">
              <w:rPr>
                <w:sz w:val="20"/>
                <w:lang w:val="de-DE"/>
              </w:rPr>
              <w:lastRenderedPageBreak/>
              <w:t>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236C56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lastRenderedPageBreak/>
              <w:t>-135.39</w:t>
            </w:r>
            <w:r w:rsidRPr="00B252FF">
              <w:rPr>
                <w:sz w:val="20"/>
                <w:lang w:val="de-DE"/>
              </w:rPr>
              <w:lastRenderedPageBreak/>
              <w:t>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A3EC45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lastRenderedPageBreak/>
              <w:t>-128.94</w:t>
            </w:r>
            <w:r w:rsidRPr="00B252FF">
              <w:rPr>
                <w:sz w:val="20"/>
                <w:lang w:val="de-DE"/>
              </w:rPr>
              <w:lastRenderedPageBreak/>
              <w:t>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4FF675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lastRenderedPageBreak/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52B8F3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-59.072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3222B2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-56.259</w:t>
            </w:r>
          </w:p>
        </w:tc>
      </w:tr>
      <w:tr w:rsidR="005D31A4" w:rsidRPr="00B252FF" w14:paraId="2DCE4F9D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9EDE16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Leistungspreis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5EC500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-124.622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5C71E2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2DD3A9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-9.523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C1DFDC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-9.070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59CF72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-8.638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1C39BA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836CD0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-3.957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96549D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-3.768</w:t>
            </w:r>
          </w:p>
        </w:tc>
      </w:tr>
      <w:tr w:rsidR="005D31A4" w:rsidRPr="00B252FF" w14:paraId="1666CC1F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ED10EB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Einmalige Anschlussgebühren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52DF2F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-376.000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ECEFD4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-376.000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5D800F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AAA9C1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E33D2D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52C2E7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AFF531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023545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</w:tr>
      <w:tr w:rsidR="005D31A4" w:rsidRPr="00B252FF" w14:paraId="1F97E012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0B17E5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Förderung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44837C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-1.253.335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190B04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-1.203.486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6C750B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-3.809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771935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-3.628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B2E564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-3.455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BB0F4A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EA6851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-1.582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54D3FD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-1.507</w:t>
            </w:r>
          </w:p>
        </w:tc>
      </w:tr>
      <w:tr w:rsidR="005D31A4" w:rsidRPr="00B252FF" w14:paraId="0D287D5F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07BE3C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Gebäudeenergiesysteme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BDD85C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-161.553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C62309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-161.553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DEF9A2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BFA917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6AAF89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80E9BF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381D23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66A0AA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</w:tr>
      <w:tr w:rsidR="005D31A4" w:rsidRPr="00B252FF" w14:paraId="597140B8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55E55E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Dez. elektr. TWW-Erwärmung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F12D8E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-2.236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1173F0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-2.236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3D8C83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E86421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FA36C1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B75829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620DB5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58A65D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</w:tr>
      <w:tr w:rsidR="005D31A4" w:rsidRPr="00B252FF" w14:paraId="4DEA5544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8CCB06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Speicher (TWW)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F9940C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-29.892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55703D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-29.892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639FD2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9B1C30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393686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9197CE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1DA88C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7BF389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</w:tr>
      <w:tr w:rsidR="005D31A4" w:rsidRPr="00B252FF" w14:paraId="33547813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1D5E0D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Wärmeübergabestation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51EF7A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-129.425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00FF5A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-129.425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F4FA07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CCBFA2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8488CD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250433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C2F5B6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FD2C17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</w:tr>
      <w:tr w:rsidR="005D31A4" w:rsidRPr="00B252FF" w14:paraId="440EF45C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A8F512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Wärmenetz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72A619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-500.732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FEE14A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-500.732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B9B12D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72DFF6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AAC92B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986924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AA6DFC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EE28B8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</w:tr>
      <w:tr w:rsidR="005D31A4" w:rsidRPr="00B252FF" w14:paraId="72E5B159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CC14A1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Hausanschlussleitung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E44E21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-206.055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3A2AF5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-206.055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32CDFB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B8E494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C9E7A8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6CF039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ECA092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7CD1D3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</w:tr>
      <w:tr w:rsidR="005D31A4" w:rsidRPr="00B252FF" w14:paraId="2A1D65AD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0D1874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Verteilleitung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13FE15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-294.677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AB4E77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-294.677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9210C7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3E8D0E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5A22DC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9C3875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D2C9A4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326948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</w:tr>
      <w:tr w:rsidR="005D31A4" w:rsidRPr="00B252FF" w14:paraId="486712EA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4D254E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Energiezentrale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410A89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-479.200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E2188C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-479.200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789B3F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8C97A2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460BE5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E7370C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DB9E29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F36E7C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</w:tr>
      <w:tr w:rsidR="005D31A4" w:rsidRPr="00B252FF" w14:paraId="5B856E72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54D6F6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Solarthermie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6B6A3F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-160.000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7BC4E3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-160.000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E122D0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A5698E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73569E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72BB5E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2EE3EC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8EA31C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</w:tr>
      <w:tr w:rsidR="005D31A4" w:rsidRPr="00B252FF" w14:paraId="35D48DE4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8EAF79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Geothermie-Sonden 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92A009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-136.800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B65E11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-136.800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E7A3F8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2E4BD2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C39F64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6A9217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17488E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EB4B6C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</w:tr>
      <w:tr w:rsidR="005D31A4" w:rsidRPr="00B252FF" w14:paraId="6A1B32C0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654340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Wärmepumpe (Geothermie-Sonden 1)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75BCB7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-182.400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799DB3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-182.400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47C9DC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BBDEDC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057C94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2D093E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6C72E8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251E06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</w:tr>
      <w:tr w:rsidR="005D31A4" w:rsidRPr="00B252FF" w14:paraId="637B7273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076CD5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Sonstige Kosten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8B0310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-62.000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A56FDF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-62.000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659CDA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E34B49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7004AE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147A37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456003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2521EF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</w:tr>
      <w:tr w:rsidR="005D31A4" w:rsidRPr="00B252FF" w14:paraId="1476940F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1E29BD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Netzpumpe, Druckhaltung, Armaturen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D82515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-12.000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B7656B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-12.000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5E9462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1343AC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BC0AA0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946D8E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DFC0F6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9E6C09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</w:tr>
      <w:tr w:rsidR="005D31A4" w:rsidRPr="00B252FF" w14:paraId="46DAF97F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41AAFF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Planungskosten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EDD1FC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-50.000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419AE1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-50.000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839D36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D6EC3F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D5FEBF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3ED111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8B48FF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202F76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</w:tr>
      <w:tr w:rsidR="005D31A4" w:rsidRPr="00B252FF" w14:paraId="7A2E3917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9A2625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Sonstige Betriebskosten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5A489D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-49.848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448C0D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61AD9B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-3.809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F1FF52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-3.628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80C128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-3.455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22EFA6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F4991A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-1.582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465385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-1.507</w:t>
            </w:r>
          </w:p>
        </w:tc>
      </w:tr>
      <w:tr w:rsidR="005D31A4" w:rsidRPr="00B252FF" w14:paraId="446C6179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A51140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Verwaltung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3792C8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-49.848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AADF96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F46C86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-3.809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982F04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-3.628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F48E45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-3.455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A6C531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8BD6F4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-1.582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661E3C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-1.507</w:t>
            </w:r>
          </w:p>
        </w:tc>
      </w:tr>
    </w:tbl>
    <w:p w14:paraId="0CE4356D" w14:textId="77777777" w:rsidR="005D31A4" w:rsidRPr="00B252FF" w:rsidRDefault="005D31A4">
      <w:pPr>
        <w:rPr>
          <w:lang w:val="de-DE"/>
        </w:rPr>
      </w:pPr>
    </w:p>
    <w:p w14:paraId="29E2619A" w14:textId="77777777" w:rsidR="005D31A4" w:rsidRPr="00B252FF" w:rsidRDefault="00000000">
      <w:pPr>
        <w:pStyle w:val="berschrift2"/>
        <w:rPr>
          <w:lang w:val="de-DE"/>
        </w:rPr>
      </w:pPr>
      <w:bookmarkStart w:id="101" w:name="_num"/>
      <w:bookmarkStart w:id="102" w:name="_Toc240363758"/>
      <w:r w:rsidRPr="00B252FF">
        <w:rPr>
          <w:color w:val="000000"/>
          <w:sz w:val="36"/>
          <w:lang w:val="de-DE"/>
        </w:rPr>
        <w:t xml:space="preserve">2.2 </w:t>
      </w:r>
      <w:bookmarkEnd w:id="101"/>
      <w:r w:rsidRPr="00B252FF">
        <w:rPr>
          <w:color w:val="000000"/>
          <w:sz w:val="36"/>
          <w:lang w:val="de-DE"/>
        </w:rPr>
        <w:t>Variante 2: Variante 2</w:t>
      </w:r>
      <w:bookmarkEnd w:id="102"/>
    </w:p>
    <w:p w14:paraId="6CC723F7" w14:textId="77777777" w:rsidR="005D31A4" w:rsidRPr="00B252FF" w:rsidRDefault="00000000">
      <w:pPr>
        <w:rPr>
          <w:lang w:val="de-DE"/>
        </w:rPr>
      </w:pPr>
      <w:r w:rsidRPr="00B252FF">
        <w:rPr>
          <w:b/>
          <w:sz w:val="28"/>
          <w:lang w:val="de-DE"/>
        </w:rPr>
        <w:t>Steckbrief zur Versorgungsvariante</w:t>
      </w:r>
    </w:p>
    <w:p w14:paraId="2EBB9E76" w14:textId="5238F377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103" w:name="_Toc240363803"/>
      <w:r w:rsidRPr="00B252FF">
        <w:rPr>
          <w:lang w:val="de-DE"/>
        </w:rPr>
        <w:t xml:space="preserve">Tabelle </w:t>
      </w:r>
      <w:bookmarkStart w:id="104" w:name="variant_fact_sheet_tab_2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Tabelle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22</w:t>
      </w:r>
      <w:r w:rsidRPr="00B252FF">
        <w:rPr>
          <w:lang w:val="de-DE"/>
        </w:rPr>
        <w:fldChar w:fldCharType="end"/>
      </w:r>
      <w:bookmarkStart w:id="105" w:name="variant_fact_sheet_tab_2"/>
      <w:bookmarkEnd w:id="104"/>
      <w:bookmarkEnd w:id="105"/>
      <w:r w:rsidRPr="00B252FF">
        <w:rPr>
          <w:lang w:val="de-DE"/>
        </w:rPr>
        <w:t>: Variante 2: Steckbrief zur Versorgungsvariante: Variante 2</w:t>
      </w:r>
      <w:bookmarkEnd w:id="103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4320"/>
      </w:tblGrid>
      <w:tr w:rsidR="005D31A4" w:rsidRPr="00B252FF" w14:paraId="39DEF742" w14:textId="77777777">
        <w:trPr>
          <w:jc w:val="center"/>
        </w:trPr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6EBAE5B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130B76F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</w:tr>
      <w:tr w:rsidR="005D31A4" w:rsidRPr="00B252FF" w14:paraId="72672233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9C0748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Wärmenetz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743E2F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ja</w:t>
            </w:r>
          </w:p>
        </w:tc>
      </w:tr>
      <w:tr w:rsidR="005D31A4" w:rsidRPr="00B252FF" w14:paraId="3D9144C6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998041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Gebäude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7E3145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38 Wohngebäude, 12 Nichtwohngebäude</w:t>
            </w:r>
          </w:p>
        </w:tc>
      </w:tr>
      <w:tr w:rsidR="005D31A4" w:rsidRPr="00B252FF" w14:paraId="12EE14F7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908259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Angeschlossene Gebäude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897CF0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47</w:t>
            </w:r>
          </w:p>
        </w:tc>
      </w:tr>
      <w:tr w:rsidR="005D31A4" w:rsidRPr="00B252FF" w14:paraId="79D7CE8C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2A6FDE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Installierte Wärmepumpen in Gebäuden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B676D4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</w:t>
            </w:r>
          </w:p>
        </w:tc>
      </w:tr>
      <w:tr w:rsidR="005D31A4" w:rsidRPr="00B252FF" w14:paraId="521E2377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71BD30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Installierte elektrische Warmwasserbereiter in Gebäuden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17AE13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</w:t>
            </w:r>
          </w:p>
        </w:tc>
      </w:tr>
      <w:tr w:rsidR="005D31A4" w:rsidRPr="00B252FF" w14:paraId="4987E3C1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943601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lastRenderedPageBreak/>
              <w:t>Wärmenetztyp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8C99C8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Klassisches Wärmenetz</w:t>
            </w:r>
            <w:r w:rsidRPr="00B252FF">
              <w:rPr>
                <w:sz w:val="20"/>
                <w:lang w:val="de-DE"/>
              </w:rPr>
              <w:br/>
              <w:t>75 °C (konstant) / 55 °C (konstant)</w:t>
            </w:r>
          </w:p>
        </w:tc>
      </w:tr>
      <w:tr w:rsidR="005D31A4" w:rsidRPr="00B252FF" w14:paraId="21FDC33B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D3939B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Technologien in Energiezentrale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76893E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Erdgas-BHKW 1, Photovoltaik, Luftwärmepumpe, Wärmespeicher</w:t>
            </w:r>
          </w:p>
        </w:tc>
      </w:tr>
    </w:tbl>
    <w:p w14:paraId="1F377385" w14:textId="77777777" w:rsidR="005D31A4" w:rsidRPr="00B252FF" w:rsidRDefault="005D31A4">
      <w:pPr>
        <w:rPr>
          <w:lang w:val="de-DE"/>
        </w:rPr>
      </w:pPr>
    </w:p>
    <w:p w14:paraId="2D577AED" w14:textId="77777777" w:rsidR="005D31A4" w:rsidRPr="00B252FF" w:rsidRDefault="00000000">
      <w:pPr>
        <w:pStyle w:val="berschrift3"/>
        <w:rPr>
          <w:lang w:val="de-DE"/>
        </w:rPr>
      </w:pPr>
      <w:bookmarkStart w:id="106" w:name="cha_3_buildings_num"/>
      <w:bookmarkStart w:id="107" w:name="_Toc240363759"/>
      <w:r w:rsidRPr="00B252FF">
        <w:rPr>
          <w:color w:val="000000"/>
          <w:sz w:val="32"/>
          <w:lang w:val="de-DE"/>
        </w:rPr>
        <w:t xml:space="preserve">2.2.1 </w:t>
      </w:r>
      <w:bookmarkEnd w:id="106"/>
      <w:r w:rsidRPr="00B252FF">
        <w:rPr>
          <w:color w:val="000000"/>
          <w:sz w:val="32"/>
          <w:lang w:val="de-DE"/>
        </w:rPr>
        <w:t>Gebäude</w:t>
      </w:r>
      <w:bookmarkEnd w:id="107"/>
    </w:p>
    <w:p w14:paraId="1013A620" w14:textId="022C9310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108" w:name="_Toc240363804"/>
      <w:r w:rsidRPr="00B252FF">
        <w:rPr>
          <w:lang w:val="de-DE"/>
        </w:rPr>
        <w:t xml:space="preserve">Tabelle </w:t>
      </w:r>
      <w:bookmarkStart w:id="109" w:name="bldg_heat_demand_tab_2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Tabelle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23</w:t>
      </w:r>
      <w:r w:rsidRPr="00B252FF">
        <w:rPr>
          <w:lang w:val="de-DE"/>
        </w:rPr>
        <w:fldChar w:fldCharType="end"/>
      </w:r>
      <w:bookmarkStart w:id="110" w:name="bldg_heat_demand_tab_2"/>
      <w:bookmarkEnd w:id="109"/>
      <w:bookmarkEnd w:id="110"/>
      <w:r w:rsidRPr="00B252FF">
        <w:rPr>
          <w:lang w:val="de-DE"/>
        </w:rPr>
        <w:t>: Variante 2: Wärmebedarfe der Gebäude</w:t>
      </w:r>
      <w:bookmarkEnd w:id="108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5D31A4" w:rsidRPr="00B252FF" w14:paraId="3DE24C4C" w14:textId="77777777">
        <w:trPr>
          <w:jc w:val="center"/>
        </w:trPr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5CD8CCC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0435B0A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Jahresenergie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1AC620B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Maximalleistung</w:t>
            </w:r>
          </w:p>
        </w:tc>
      </w:tr>
      <w:tr w:rsidR="005D31A4" w:rsidRPr="00B252FF" w14:paraId="69C552D8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D95D97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Raumwärme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8C3E27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623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DD32F2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563 kW</w:t>
            </w:r>
          </w:p>
        </w:tc>
      </w:tr>
      <w:tr w:rsidR="005D31A4" w:rsidRPr="00B252FF" w14:paraId="79D580D6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2081A9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Trinkwarmwasser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BF0B87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143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CE1B479" w14:textId="77777777" w:rsidR="005D31A4" w:rsidRPr="00B252FF" w:rsidRDefault="005D31A4">
            <w:pPr>
              <w:spacing w:before="20" w:after="10" w:line="240" w:lineRule="auto"/>
              <w:jc w:val="center"/>
              <w:rPr>
                <w:lang w:val="de-DE"/>
              </w:rPr>
            </w:pPr>
          </w:p>
        </w:tc>
      </w:tr>
      <w:tr w:rsidR="005D31A4" w:rsidRPr="00B252FF" w14:paraId="49EC0403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EBC8DC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Gesamt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296C9E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766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DCC83E1" w14:textId="77777777" w:rsidR="005D31A4" w:rsidRPr="00B252FF" w:rsidRDefault="005D31A4">
            <w:pPr>
              <w:spacing w:before="20" w:after="10" w:line="240" w:lineRule="auto"/>
              <w:jc w:val="center"/>
              <w:rPr>
                <w:lang w:val="de-DE"/>
              </w:rPr>
            </w:pPr>
          </w:p>
        </w:tc>
      </w:tr>
      <w:tr w:rsidR="005D31A4" w:rsidRPr="00B252FF" w14:paraId="185D4F54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E62C68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Wärmeerzeugung der Luftwärmepumpen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E67D26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– 39,4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000C39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 </w:t>
            </w:r>
          </w:p>
        </w:tc>
      </w:tr>
      <w:tr w:rsidR="005D31A4" w:rsidRPr="00B252FF" w14:paraId="0C915F12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EB9159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Wärmeerzeugung der Erdwärmepumpen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D7D438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– 9,7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994627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 </w:t>
            </w:r>
          </w:p>
        </w:tc>
      </w:tr>
      <w:tr w:rsidR="005D31A4" w:rsidRPr="00B252FF" w14:paraId="3E44DF05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FF8FD1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Wärmeerzeugung der Heizstäbe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E126D7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– 3,2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3FE4FB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 </w:t>
            </w:r>
          </w:p>
        </w:tc>
      </w:tr>
      <w:tr w:rsidR="005D31A4" w:rsidRPr="00B252FF" w14:paraId="23B24DDE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32C9DD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Dez. elektr. TWW-Erwärmung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1B0A8A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– 9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142332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 </w:t>
            </w:r>
          </w:p>
        </w:tc>
      </w:tr>
      <w:tr w:rsidR="005D31A4" w:rsidRPr="00B252FF" w14:paraId="0EB833D9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A62158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Wärmebezug aller Gebäude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FE12B7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705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C4C85D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504 kW</w:t>
            </w:r>
          </w:p>
        </w:tc>
      </w:tr>
      <w:tr w:rsidR="005D31A4" w:rsidRPr="00B252FF" w14:paraId="23C4F508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BA9C70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Wärmeverluste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B451E0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253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59EAFA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33,3 kW</w:t>
            </w:r>
          </w:p>
        </w:tc>
      </w:tr>
      <w:tr w:rsidR="005D31A4" w:rsidRPr="00B252FF" w14:paraId="72B4D2F7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5F8EE3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Wärmeeinspeisung an Energiezentrale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9D7008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958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83B36D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536 kW</w:t>
            </w:r>
          </w:p>
        </w:tc>
      </w:tr>
    </w:tbl>
    <w:p w14:paraId="1E0E3249" w14:textId="77777777" w:rsidR="005D31A4" w:rsidRPr="00B252FF" w:rsidRDefault="005D31A4">
      <w:pPr>
        <w:rPr>
          <w:lang w:val="de-DE"/>
        </w:rPr>
      </w:pPr>
    </w:p>
    <w:p w14:paraId="21ABEB5F" w14:textId="0C3B6EEB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111" w:name="_Toc240363805"/>
      <w:r w:rsidRPr="00B252FF">
        <w:rPr>
          <w:lang w:val="de-DE"/>
        </w:rPr>
        <w:t xml:space="preserve">Tabelle </w:t>
      </w:r>
      <w:bookmarkStart w:id="112" w:name="bldg_cool_demand_tab_2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Tabelle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24</w:t>
      </w:r>
      <w:r w:rsidRPr="00B252FF">
        <w:rPr>
          <w:lang w:val="de-DE"/>
        </w:rPr>
        <w:fldChar w:fldCharType="end"/>
      </w:r>
      <w:bookmarkStart w:id="113" w:name="bldg_cool_demand_tab_2"/>
      <w:bookmarkEnd w:id="112"/>
      <w:bookmarkEnd w:id="113"/>
      <w:r w:rsidRPr="00B252FF">
        <w:rPr>
          <w:lang w:val="de-DE"/>
        </w:rPr>
        <w:t>: Variante 2: Kältebedarfe der Gebäude</w:t>
      </w:r>
      <w:bookmarkEnd w:id="111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5D31A4" w:rsidRPr="00B252FF" w14:paraId="0B22DD88" w14:textId="77777777">
        <w:trPr>
          <w:jc w:val="center"/>
        </w:trPr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5B714E9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24E1B23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Jahresenergie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017F491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Maximalleistung</w:t>
            </w:r>
          </w:p>
        </w:tc>
      </w:tr>
      <w:tr w:rsidR="005D31A4" w:rsidRPr="00B252FF" w14:paraId="7D0748B1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399616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Klimatisierung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E3A9E3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22,4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9D3CA5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66 kW</w:t>
            </w:r>
          </w:p>
        </w:tc>
      </w:tr>
      <w:tr w:rsidR="005D31A4" w:rsidRPr="00B252FF" w14:paraId="420F8B46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B7CB89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Prozesskälte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AC36B3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5F5642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 kW</w:t>
            </w:r>
          </w:p>
        </w:tc>
      </w:tr>
      <w:tr w:rsidR="005D31A4" w:rsidRPr="00B252FF" w14:paraId="09F1FE12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95EE03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Gesamt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7CD358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22,4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68BBD8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66 kW</w:t>
            </w:r>
          </w:p>
        </w:tc>
      </w:tr>
      <w:tr w:rsidR="005D31A4" w:rsidRPr="00B252FF" w14:paraId="7EBD9193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3ACA3D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Kälteerzeugung der luftgekühlten Kältemaschinen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116953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– 22,4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A6779E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 </w:t>
            </w:r>
          </w:p>
        </w:tc>
      </w:tr>
      <w:tr w:rsidR="005D31A4" w:rsidRPr="00B252FF" w14:paraId="1D0FB8E6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986A6B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Abwärmeeinspeisung ins Wärmenetz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DB7A80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9B7038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 kW</w:t>
            </w:r>
          </w:p>
        </w:tc>
      </w:tr>
    </w:tbl>
    <w:p w14:paraId="7F351B61" w14:textId="77777777" w:rsidR="005D31A4" w:rsidRPr="00B252FF" w:rsidRDefault="005D31A4">
      <w:pPr>
        <w:rPr>
          <w:lang w:val="de-DE"/>
        </w:rPr>
      </w:pPr>
    </w:p>
    <w:p w14:paraId="3368518C" w14:textId="3B07FCDE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114" w:name="_Toc240363806"/>
      <w:r w:rsidRPr="00B252FF">
        <w:rPr>
          <w:lang w:val="de-DE"/>
        </w:rPr>
        <w:t xml:space="preserve">Tabelle </w:t>
      </w:r>
      <w:bookmarkStart w:id="115" w:name="bldg_elec_demand_tab_2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Tabelle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25</w:t>
      </w:r>
      <w:r w:rsidRPr="00B252FF">
        <w:rPr>
          <w:lang w:val="de-DE"/>
        </w:rPr>
        <w:fldChar w:fldCharType="end"/>
      </w:r>
      <w:bookmarkStart w:id="116" w:name="bldg_elec_demand_tab_2"/>
      <w:bookmarkEnd w:id="115"/>
      <w:bookmarkEnd w:id="116"/>
      <w:r w:rsidRPr="00B252FF">
        <w:rPr>
          <w:lang w:val="de-DE"/>
        </w:rPr>
        <w:t>: Variante 2: Strombedarfe der Gebäude</w:t>
      </w:r>
      <w:bookmarkEnd w:id="114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5D31A4" w:rsidRPr="00B252FF" w14:paraId="1438E436" w14:textId="77777777">
        <w:trPr>
          <w:jc w:val="center"/>
        </w:trPr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440D44B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4C113C8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Jahresenergie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4C4BD50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Maximalleistung</w:t>
            </w:r>
          </w:p>
        </w:tc>
      </w:tr>
      <w:tr w:rsidR="005D31A4" w:rsidRPr="00B252FF" w14:paraId="453FD303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5979D9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Nutzerstrom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485AFF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6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7BCE8E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2,7 kW</w:t>
            </w:r>
          </w:p>
        </w:tc>
      </w:tr>
      <w:tr w:rsidR="005D31A4" w:rsidRPr="00B252FF" w14:paraId="003F1FEB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C8F05E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Elektromobilität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5E2A41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498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2BE0E7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153 kW</w:t>
            </w:r>
          </w:p>
        </w:tc>
      </w:tr>
      <w:tr w:rsidR="005D31A4" w:rsidRPr="00B252FF" w14:paraId="64C9EEAD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0B81E9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Gesamt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27949E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504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2146DE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154 kW</w:t>
            </w:r>
          </w:p>
        </w:tc>
      </w:tr>
      <w:tr w:rsidR="005D31A4" w:rsidRPr="00B252FF" w14:paraId="7A00880E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1D6541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Betriebsstrom aller Gebäude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665CF2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+ 25,6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AC9C7B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 </w:t>
            </w:r>
          </w:p>
        </w:tc>
      </w:tr>
      <w:tr w:rsidR="005D31A4" w:rsidRPr="00B252FF" w14:paraId="41EAC01A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1707E9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Strombezug aller Gebäude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3B54A4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529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CEFADC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 </w:t>
            </w:r>
          </w:p>
        </w:tc>
      </w:tr>
    </w:tbl>
    <w:p w14:paraId="65D87564" w14:textId="77777777" w:rsidR="005D31A4" w:rsidRPr="00B252FF" w:rsidRDefault="005D31A4">
      <w:pPr>
        <w:rPr>
          <w:lang w:val="de-DE"/>
        </w:rPr>
      </w:pPr>
    </w:p>
    <w:p w14:paraId="3C1C7643" w14:textId="62B6DA08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117" w:name="_Toc240363807"/>
      <w:r w:rsidRPr="00B252FF">
        <w:rPr>
          <w:lang w:val="de-DE"/>
        </w:rPr>
        <w:lastRenderedPageBreak/>
        <w:t xml:space="preserve">Tabelle </w:t>
      </w:r>
      <w:bookmarkStart w:id="118" w:name="bldg_installed_bes_tab_2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Tabelle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26</w:t>
      </w:r>
      <w:r w:rsidRPr="00B252FF">
        <w:rPr>
          <w:lang w:val="de-DE"/>
        </w:rPr>
        <w:fldChar w:fldCharType="end"/>
      </w:r>
      <w:bookmarkStart w:id="119" w:name="bldg_installed_bes_tab_2"/>
      <w:bookmarkEnd w:id="118"/>
      <w:bookmarkEnd w:id="119"/>
      <w:r w:rsidRPr="00B252FF">
        <w:rPr>
          <w:lang w:val="de-DE"/>
        </w:rPr>
        <w:t>: Variante 2: Installierte Gebäudeenergiesysteme</w:t>
      </w:r>
      <w:bookmarkEnd w:id="117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158"/>
        <w:gridCol w:w="861"/>
        <w:gridCol w:w="1117"/>
        <w:gridCol w:w="1215"/>
        <w:gridCol w:w="1247"/>
        <w:gridCol w:w="1614"/>
        <w:gridCol w:w="644"/>
      </w:tblGrid>
      <w:tr w:rsidR="005D31A4" w:rsidRPr="00B252FF" w14:paraId="26F56491" w14:textId="77777777">
        <w:trPr>
          <w:jc w:val="center"/>
        </w:trPr>
        <w:tc>
          <w:tcPr>
            <w:tcW w:w="1234" w:type="dxa"/>
            <w:tcBorders>
              <w:bottom w:val="single" w:sz="22" w:space="0" w:color="C00000"/>
            </w:tcBorders>
            <w:shd w:val="clear" w:color="auto" w:fill="343A40"/>
          </w:tcPr>
          <w:p w14:paraId="2AF1C8A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  <w:tc>
          <w:tcPr>
            <w:tcW w:w="1234" w:type="dxa"/>
            <w:tcBorders>
              <w:bottom w:val="single" w:sz="22" w:space="0" w:color="C00000"/>
            </w:tcBorders>
            <w:shd w:val="clear" w:color="auto" w:fill="343A40"/>
          </w:tcPr>
          <w:p w14:paraId="18AA654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Anzahl</w:t>
            </w:r>
          </w:p>
        </w:tc>
        <w:tc>
          <w:tcPr>
            <w:tcW w:w="1234" w:type="dxa"/>
            <w:tcBorders>
              <w:bottom w:val="single" w:sz="22" w:space="0" w:color="C00000"/>
            </w:tcBorders>
            <w:shd w:val="clear" w:color="auto" w:fill="343A40"/>
          </w:tcPr>
          <w:p w14:paraId="5BFB8B9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Installierte Leistung</w:t>
            </w:r>
          </w:p>
        </w:tc>
        <w:tc>
          <w:tcPr>
            <w:tcW w:w="1234" w:type="dxa"/>
            <w:tcBorders>
              <w:bottom w:val="single" w:sz="22" w:space="0" w:color="C00000"/>
            </w:tcBorders>
            <w:shd w:val="clear" w:color="auto" w:fill="343A40"/>
          </w:tcPr>
          <w:p w14:paraId="5C26E7E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Nutzenergie</w:t>
            </w:r>
          </w:p>
        </w:tc>
        <w:tc>
          <w:tcPr>
            <w:tcW w:w="1234" w:type="dxa"/>
            <w:tcBorders>
              <w:bottom w:val="single" w:sz="22" w:space="0" w:color="C00000"/>
            </w:tcBorders>
            <w:shd w:val="clear" w:color="auto" w:fill="343A40"/>
          </w:tcPr>
          <w:p w14:paraId="5B9CB1F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Strombedarf</w:t>
            </w:r>
          </w:p>
        </w:tc>
        <w:tc>
          <w:tcPr>
            <w:tcW w:w="1234" w:type="dxa"/>
            <w:tcBorders>
              <w:bottom w:val="single" w:sz="22" w:space="0" w:color="C00000"/>
            </w:tcBorders>
            <w:shd w:val="clear" w:color="auto" w:fill="343A40"/>
          </w:tcPr>
          <w:p w14:paraId="2564FB8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Brennstoffbedarf</w:t>
            </w:r>
          </w:p>
        </w:tc>
        <w:tc>
          <w:tcPr>
            <w:tcW w:w="1234" w:type="dxa"/>
            <w:tcBorders>
              <w:bottom w:val="single" w:sz="22" w:space="0" w:color="C00000"/>
            </w:tcBorders>
            <w:shd w:val="clear" w:color="auto" w:fill="343A40"/>
          </w:tcPr>
          <w:p w14:paraId="2E12EC0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JAZ</w:t>
            </w:r>
          </w:p>
        </w:tc>
      </w:tr>
      <w:tr w:rsidR="005D31A4" w:rsidRPr="00B252FF" w14:paraId="04DADC39" w14:textId="77777777">
        <w:trPr>
          <w:jc w:val="center"/>
        </w:trPr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F1FE5F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Wärmeübergabestation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5C6260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47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DAD803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985 kWₜₕ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41D3F5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705 MWh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11483C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B10AE4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9FAC81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</w:tr>
      <w:tr w:rsidR="005D31A4" w:rsidRPr="00B252FF" w14:paraId="3C5798C5" w14:textId="77777777">
        <w:trPr>
          <w:jc w:val="center"/>
        </w:trPr>
        <w:tc>
          <w:tcPr>
            <w:tcW w:w="1234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B3F1D3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Erdwärmepumpe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F50D51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B0CCFB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12,8 kWₜₕ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588937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9,7 MWh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38D1D4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 MWh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7AA2F9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6EFE60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4,9</w:t>
            </w:r>
          </w:p>
        </w:tc>
      </w:tr>
      <w:tr w:rsidR="005D31A4" w:rsidRPr="00B252FF" w14:paraId="6855A49E" w14:textId="77777777">
        <w:trPr>
          <w:jc w:val="center"/>
        </w:trPr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78C805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Luftwärmepumpe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423EA4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0DFCF3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52 kWₜₕ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51CF22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39,4 MWh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283A4F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8,9 MWh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F5C011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7A321D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4,4</w:t>
            </w:r>
          </w:p>
        </w:tc>
      </w:tr>
      <w:tr w:rsidR="005D31A4" w:rsidRPr="00B252FF" w14:paraId="1E00573F" w14:textId="77777777">
        <w:trPr>
          <w:jc w:val="center"/>
        </w:trPr>
        <w:tc>
          <w:tcPr>
            <w:tcW w:w="1234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899431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Geothermiesonden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AB0000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CFE069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10,8 kWₜₕ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85017A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7,7 MWh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3A8A6C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81402B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2B8938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</w:tr>
      <w:tr w:rsidR="005D31A4" w:rsidRPr="00B252FF" w14:paraId="219F41CA" w14:textId="77777777">
        <w:trPr>
          <w:jc w:val="center"/>
        </w:trPr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E1FBE0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Elektrischer Heizstab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2C966C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37903D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20,9 kWₜₕ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495FCD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3,2 MWh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911AFD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3,2 MWh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6941FA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B9015C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</w:tr>
      <w:tr w:rsidR="005D31A4" w:rsidRPr="00B252FF" w14:paraId="7D656B22" w14:textId="77777777">
        <w:trPr>
          <w:jc w:val="center"/>
        </w:trPr>
        <w:tc>
          <w:tcPr>
            <w:tcW w:w="1234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5ABB07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Dez. elektr. TWW-Erwärmung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69D5CA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6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DF979D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214 kWₜₕ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6C520C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9 MWh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3863D3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9 MWh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FE659A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30AB8E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</w:tr>
      <w:tr w:rsidR="005D31A4" w:rsidRPr="00B252FF" w14:paraId="586DF1E6" w14:textId="77777777">
        <w:trPr>
          <w:jc w:val="center"/>
        </w:trPr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6CBEE1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Speicher (TWW)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87AA4A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47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40A830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14.100 l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250F1B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655DB5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6CC54A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7D7448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</w:tr>
      <w:tr w:rsidR="005D31A4" w:rsidRPr="00B252FF" w14:paraId="2388E515" w14:textId="77777777">
        <w:trPr>
          <w:jc w:val="center"/>
        </w:trPr>
        <w:tc>
          <w:tcPr>
            <w:tcW w:w="1234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CE5D72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Luftgekühlte Kältemaschine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87AC6E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7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92D9BC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66 kWₜₕ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5BE17E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22,4 MWh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8A7E75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2,5 MWh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C63AAB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  <w:tc>
          <w:tcPr>
            <w:tcW w:w="1234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699C0D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9</w:t>
            </w:r>
          </w:p>
        </w:tc>
      </w:tr>
    </w:tbl>
    <w:p w14:paraId="55C927B3" w14:textId="77777777" w:rsidR="005D31A4" w:rsidRPr="00B252FF" w:rsidRDefault="005D31A4">
      <w:pPr>
        <w:rPr>
          <w:lang w:val="de-DE"/>
        </w:rPr>
      </w:pPr>
    </w:p>
    <w:p w14:paraId="2104EC66" w14:textId="77777777" w:rsidR="005D31A4" w:rsidRPr="00B252FF" w:rsidRDefault="00000000">
      <w:pPr>
        <w:pStyle w:val="berschrift3"/>
        <w:rPr>
          <w:lang w:val="de-DE"/>
        </w:rPr>
      </w:pPr>
      <w:bookmarkStart w:id="120" w:name="cha_3_network_num"/>
      <w:bookmarkStart w:id="121" w:name="_Toc240363760"/>
      <w:r w:rsidRPr="00B252FF">
        <w:rPr>
          <w:color w:val="000000"/>
          <w:sz w:val="32"/>
          <w:lang w:val="de-DE"/>
        </w:rPr>
        <w:t xml:space="preserve">2.2.2 </w:t>
      </w:r>
      <w:bookmarkEnd w:id="120"/>
      <w:r w:rsidRPr="00B252FF">
        <w:rPr>
          <w:color w:val="000000"/>
          <w:sz w:val="32"/>
          <w:lang w:val="de-DE"/>
        </w:rPr>
        <w:t>Wärmenetz</w:t>
      </w:r>
      <w:bookmarkEnd w:id="121"/>
    </w:p>
    <w:p w14:paraId="54EDCDE2" w14:textId="2736C40B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122" w:name="_Toc240363808"/>
      <w:r w:rsidRPr="00B252FF">
        <w:rPr>
          <w:lang w:val="de-DE"/>
        </w:rPr>
        <w:t xml:space="preserve">Tabelle </w:t>
      </w:r>
      <w:bookmarkStart w:id="123" w:name="netw_heat_demand_tab_2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Tabelle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27</w:t>
      </w:r>
      <w:r w:rsidRPr="00B252FF">
        <w:rPr>
          <w:lang w:val="de-DE"/>
        </w:rPr>
        <w:fldChar w:fldCharType="end"/>
      </w:r>
      <w:bookmarkStart w:id="124" w:name="netw_heat_demand_tab_2"/>
      <w:bookmarkEnd w:id="123"/>
      <w:bookmarkEnd w:id="124"/>
      <w:r w:rsidRPr="00B252FF">
        <w:rPr>
          <w:lang w:val="de-DE"/>
        </w:rPr>
        <w:t>: Variante 2: Wärmebilanz des Wärmenetzes</w:t>
      </w:r>
      <w:bookmarkEnd w:id="122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5D31A4" w:rsidRPr="00B252FF" w14:paraId="11B671E5" w14:textId="77777777">
        <w:trPr>
          <w:jc w:val="center"/>
        </w:trPr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4200463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1F92BA7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Jahresenergie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5B09600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Maximalleistung</w:t>
            </w:r>
          </w:p>
        </w:tc>
      </w:tr>
      <w:tr w:rsidR="005D31A4" w:rsidRPr="00B252FF" w14:paraId="29F26657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F3C274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Wärmebezug aller Gebäude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1BA798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705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9D5CBA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504 kW</w:t>
            </w:r>
          </w:p>
        </w:tc>
      </w:tr>
      <w:tr w:rsidR="005D31A4" w:rsidRPr="00B252FF" w14:paraId="1D73EF4A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34CD29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Wärmeverluste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537295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+ 253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03ADE6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33,3 kW</w:t>
            </w:r>
          </w:p>
        </w:tc>
      </w:tr>
      <w:tr w:rsidR="005D31A4" w:rsidRPr="00B252FF" w14:paraId="1B87DD71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3AFAEB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Wärmeeinspeisung an Energiezentrale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5CF861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958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557FCB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536 kW</w:t>
            </w:r>
          </w:p>
        </w:tc>
      </w:tr>
    </w:tbl>
    <w:p w14:paraId="4646F86A" w14:textId="77777777" w:rsidR="005D31A4" w:rsidRPr="00B252FF" w:rsidRDefault="005D31A4">
      <w:pPr>
        <w:rPr>
          <w:lang w:val="de-DE"/>
        </w:rPr>
      </w:pPr>
    </w:p>
    <w:p w14:paraId="2BB4D579" w14:textId="5C56AB34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125" w:name="_Toc240363809"/>
      <w:r w:rsidRPr="00B252FF">
        <w:rPr>
          <w:lang w:val="de-DE"/>
        </w:rPr>
        <w:t xml:space="preserve">Tabelle </w:t>
      </w:r>
      <w:bookmarkStart w:id="126" w:name="netw_cool_demand_tab_2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Tabelle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28</w:t>
      </w:r>
      <w:r w:rsidRPr="00B252FF">
        <w:rPr>
          <w:lang w:val="de-DE"/>
        </w:rPr>
        <w:fldChar w:fldCharType="end"/>
      </w:r>
      <w:bookmarkStart w:id="127" w:name="netw_cool_demand_tab_2"/>
      <w:bookmarkEnd w:id="126"/>
      <w:bookmarkEnd w:id="127"/>
      <w:r w:rsidRPr="00B252FF">
        <w:rPr>
          <w:lang w:val="de-DE"/>
        </w:rPr>
        <w:t>: Variante 2: Kältebilanz des Wärmenetzes</w:t>
      </w:r>
      <w:bookmarkEnd w:id="125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5D31A4" w:rsidRPr="00B252FF" w14:paraId="037218E6" w14:textId="77777777">
        <w:trPr>
          <w:jc w:val="center"/>
        </w:trPr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536E4A1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491C301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Jahresenergie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596E9C6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Maximalleistung</w:t>
            </w:r>
          </w:p>
        </w:tc>
      </w:tr>
      <w:tr w:rsidR="005D31A4" w:rsidRPr="00B252FF" w14:paraId="0551DF5E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B31D2F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Abwärmeeinspeisung ins Wärmenetz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178574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0B8318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 kW</w:t>
            </w:r>
          </w:p>
        </w:tc>
      </w:tr>
    </w:tbl>
    <w:p w14:paraId="30F2D744" w14:textId="77777777" w:rsidR="005D31A4" w:rsidRPr="00B252FF" w:rsidRDefault="005D31A4">
      <w:pPr>
        <w:rPr>
          <w:lang w:val="de-DE"/>
        </w:rPr>
      </w:pPr>
    </w:p>
    <w:p w14:paraId="6F39156E" w14:textId="7E75DBB5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128" w:name="_Toc240363810"/>
      <w:r w:rsidRPr="00B252FF">
        <w:rPr>
          <w:lang w:val="de-DE"/>
        </w:rPr>
        <w:t xml:space="preserve">Tabelle </w:t>
      </w:r>
      <w:bookmarkStart w:id="129" w:name="netw_elec_demand_tab_2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Tabelle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29</w:t>
      </w:r>
      <w:r w:rsidRPr="00B252FF">
        <w:rPr>
          <w:lang w:val="de-DE"/>
        </w:rPr>
        <w:fldChar w:fldCharType="end"/>
      </w:r>
      <w:bookmarkStart w:id="130" w:name="netw_elec_demand_tab_2"/>
      <w:bookmarkEnd w:id="129"/>
      <w:bookmarkEnd w:id="130"/>
      <w:r w:rsidRPr="00B252FF">
        <w:rPr>
          <w:lang w:val="de-DE"/>
        </w:rPr>
        <w:t>: Variante 2: Strombilanz des Quartiers</w:t>
      </w:r>
      <w:bookmarkEnd w:id="128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5D31A4" w:rsidRPr="00B252FF" w14:paraId="482B4BAE" w14:textId="77777777">
        <w:trPr>
          <w:jc w:val="center"/>
        </w:trPr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7BF812F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76FCB79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Jahresenergie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581C13A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Maximalleistung</w:t>
            </w:r>
          </w:p>
        </w:tc>
      </w:tr>
      <w:tr w:rsidR="005D31A4" w:rsidRPr="00B252FF" w14:paraId="4F1284BD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00333C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Strombezug aller Gebäude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5E5D31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529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CDF56D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 </w:t>
            </w:r>
          </w:p>
        </w:tc>
      </w:tr>
      <w:tr w:rsidR="005D31A4" w:rsidRPr="00B252FF" w14:paraId="66E5B0C1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47B276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Pumparbeit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3A3144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+ 3,6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24D9F5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2,6 kW</w:t>
            </w:r>
          </w:p>
        </w:tc>
      </w:tr>
      <w:tr w:rsidR="005D31A4" w:rsidRPr="00B252FF" w14:paraId="40B37CD5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4BABD2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Strombedarf Quartier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AF716E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533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43642F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 </w:t>
            </w:r>
          </w:p>
        </w:tc>
      </w:tr>
    </w:tbl>
    <w:p w14:paraId="40C8CA53" w14:textId="77777777" w:rsidR="005D31A4" w:rsidRPr="00B252FF" w:rsidRDefault="005D31A4">
      <w:pPr>
        <w:rPr>
          <w:lang w:val="de-DE"/>
        </w:rPr>
      </w:pPr>
    </w:p>
    <w:p w14:paraId="7206AEE9" w14:textId="16D83AA3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131" w:name="_Toc240363811"/>
      <w:r w:rsidRPr="00B252FF">
        <w:rPr>
          <w:lang w:val="de-DE"/>
        </w:rPr>
        <w:t xml:space="preserve">Tabelle </w:t>
      </w:r>
      <w:bookmarkStart w:id="132" w:name="netw_properties_tab_2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Tabelle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30</w:t>
      </w:r>
      <w:r w:rsidRPr="00B252FF">
        <w:rPr>
          <w:lang w:val="de-DE"/>
        </w:rPr>
        <w:fldChar w:fldCharType="end"/>
      </w:r>
      <w:bookmarkStart w:id="133" w:name="netw_properties_tab_2"/>
      <w:bookmarkEnd w:id="132"/>
      <w:bookmarkEnd w:id="133"/>
      <w:r w:rsidRPr="00B252FF">
        <w:rPr>
          <w:lang w:val="de-DE"/>
        </w:rPr>
        <w:t>: Variante 2: Eigenschaften des Wärmenetzes</w:t>
      </w:r>
      <w:bookmarkEnd w:id="131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4320"/>
      </w:tblGrid>
      <w:tr w:rsidR="005D31A4" w:rsidRPr="00B252FF" w14:paraId="71AA1F56" w14:textId="77777777">
        <w:trPr>
          <w:jc w:val="center"/>
        </w:trPr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05711BE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Netzeigenschaften</w:t>
            </w:r>
          </w:p>
        </w:tc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5F483F1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</w:tr>
      <w:tr w:rsidR="005D31A4" w:rsidRPr="00B252FF" w14:paraId="43FB3150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681245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Trassenlänge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35C38C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1,4 km</w:t>
            </w:r>
          </w:p>
        </w:tc>
      </w:tr>
      <w:tr w:rsidR="005D31A4" w:rsidRPr="00B252FF" w14:paraId="0A15CA89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69FB00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davon Verteilleitungen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73151A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0,78 km</w:t>
            </w:r>
          </w:p>
        </w:tc>
      </w:tr>
      <w:tr w:rsidR="005D31A4" w:rsidRPr="00B252FF" w14:paraId="6A3CACB4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107A7F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davon Hausanschlüsse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DC3591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0,62 km</w:t>
            </w:r>
          </w:p>
        </w:tc>
      </w:tr>
      <w:tr w:rsidR="005D31A4" w:rsidRPr="00B252FF" w14:paraId="590E1A1A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4BA5E5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Vorlauftemperatur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CC1921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75 °C (konstant)</w:t>
            </w:r>
          </w:p>
        </w:tc>
      </w:tr>
      <w:tr w:rsidR="005D31A4" w:rsidRPr="00B252FF" w14:paraId="433521D9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D0C35A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Rücklauftemperatur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87247B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55 °C (konstant)</w:t>
            </w:r>
          </w:p>
        </w:tc>
      </w:tr>
      <w:tr w:rsidR="005D31A4" w:rsidRPr="00B252FF" w14:paraId="55A05A29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86065C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lastRenderedPageBreak/>
              <w:t>Wassermasse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52DB5B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5,3 t</w:t>
            </w:r>
          </w:p>
        </w:tc>
      </w:tr>
      <w:tr w:rsidR="005D31A4" w:rsidRPr="00B252FF" w14:paraId="6AB86B9B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3AFB15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Wasservolumen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632ECF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5,4 m³</w:t>
            </w:r>
          </w:p>
        </w:tc>
      </w:tr>
      <w:tr w:rsidR="005D31A4" w:rsidRPr="00B252FF" w14:paraId="6BC6BA4D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00510E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Wärmeliniendichte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D65F72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0,5 MWh/m</w:t>
            </w:r>
          </w:p>
        </w:tc>
      </w:tr>
      <w:tr w:rsidR="005D31A4" w:rsidRPr="00B252FF" w14:paraId="74ED98E9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1E60BD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Quartiersfläche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161184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2,7 ha</w:t>
            </w:r>
          </w:p>
        </w:tc>
      </w:tr>
      <w:tr w:rsidR="005D31A4" w:rsidRPr="00B252FF" w14:paraId="4F39D44D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A100E2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Wärmedichte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4FC544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284 MWh/ha</w:t>
            </w:r>
          </w:p>
        </w:tc>
      </w:tr>
    </w:tbl>
    <w:p w14:paraId="789263C3" w14:textId="77777777" w:rsidR="005D31A4" w:rsidRPr="00B252FF" w:rsidRDefault="005D31A4">
      <w:pPr>
        <w:rPr>
          <w:lang w:val="de-DE"/>
        </w:rPr>
      </w:pPr>
    </w:p>
    <w:p w14:paraId="230A2F38" w14:textId="77777777" w:rsidR="005D31A4" w:rsidRPr="00B252FF" w:rsidRDefault="00000000">
      <w:pPr>
        <w:spacing w:before="300" w:after="40"/>
        <w:jc w:val="center"/>
        <w:rPr>
          <w:lang w:val="de-DE"/>
        </w:rPr>
      </w:pPr>
      <w:r w:rsidRPr="00B252FF">
        <w:rPr>
          <w:noProof/>
          <w:lang w:val="de-DE"/>
        </w:rPr>
        <w:drawing>
          <wp:inline distT="0" distB="0" distL="0" distR="0" wp14:anchorId="64892F1C" wp14:editId="7DE131E4">
            <wp:extent cx="5486400" cy="27432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C24917" w14:textId="412E169A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134" w:name="_Toc240363871"/>
      <w:r w:rsidRPr="00B252FF">
        <w:rPr>
          <w:lang w:val="de-DE"/>
        </w:rPr>
        <w:t xml:space="preserve">Abbildung </w:t>
      </w:r>
      <w:bookmarkStart w:id="135" w:name="pipe_categories_fig_2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Abbildung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10</w:t>
      </w:r>
      <w:r w:rsidRPr="00B252FF">
        <w:rPr>
          <w:lang w:val="de-DE"/>
        </w:rPr>
        <w:fldChar w:fldCharType="end"/>
      </w:r>
      <w:bookmarkStart w:id="136" w:name="pipe_categories_fig_2"/>
      <w:bookmarkEnd w:id="135"/>
      <w:bookmarkEnd w:id="136"/>
      <w:r w:rsidRPr="00B252FF">
        <w:rPr>
          <w:lang w:val="de-DE"/>
        </w:rPr>
        <w:t>: Variante 2: Verteilung der Rohrdurchmesser</w:t>
      </w:r>
      <w:bookmarkEnd w:id="134"/>
    </w:p>
    <w:p w14:paraId="307AD7B7" w14:textId="77777777" w:rsidR="005D31A4" w:rsidRPr="00B252FF" w:rsidRDefault="00000000">
      <w:pPr>
        <w:spacing w:before="300" w:after="40"/>
        <w:jc w:val="center"/>
        <w:rPr>
          <w:lang w:val="de-DE"/>
        </w:rPr>
      </w:pPr>
      <w:r w:rsidRPr="00B252FF">
        <w:rPr>
          <w:noProof/>
          <w:lang w:val="de-DE"/>
        </w:rPr>
        <w:lastRenderedPageBreak/>
        <w:drawing>
          <wp:inline distT="0" distB="0" distL="0" distR="0" wp14:anchorId="4343E72C" wp14:editId="1F0859D4">
            <wp:extent cx="5486400" cy="45720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25195" w14:textId="59F61730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137" w:name="_Toc240363872"/>
      <w:r w:rsidRPr="00B252FF">
        <w:rPr>
          <w:lang w:val="de-DE"/>
        </w:rPr>
        <w:t xml:space="preserve">Abbildung </w:t>
      </w:r>
      <w:bookmarkStart w:id="138" w:name="network_plot_fig_3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Abbildung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11</w:t>
      </w:r>
      <w:r w:rsidRPr="00B252FF">
        <w:rPr>
          <w:lang w:val="de-DE"/>
        </w:rPr>
        <w:fldChar w:fldCharType="end"/>
      </w:r>
      <w:bookmarkStart w:id="139" w:name="network_plot_fig_3"/>
      <w:bookmarkEnd w:id="138"/>
      <w:bookmarkEnd w:id="139"/>
      <w:r w:rsidRPr="00B252FF">
        <w:rPr>
          <w:lang w:val="de-DE"/>
        </w:rPr>
        <w:t>: Variante 2: Auslegungsergebnis: Rohrdurchmesser und Nutzflächen der Gebäude</w:t>
      </w:r>
      <w:bookmarkEnd w:id="137"/>
    </w:p>
    <w:p w14:paraId="1AF0B39F" w14:textId="77777777" w:rsidR="005D31A4" w:rsidRPr="00B252FF" w:rsidRDefault="00000000">
      <w:pPr>
        <w:spacing w:before="300" w:after="40"/>
        <w:jc w:val="center"/>
        <w:rPr>
          <w:lang w:val="de-DE"/>
        </w:rPr>
      </w:pPr>
      <w:r w:rsidRPr="00B252FF">
        <w:rPr>
          <w:noProof/>
          <w:lang w:val="de-DE"/>
        </w:rPr>
        <w:drawing>
          <wp:inline distT="0" distB="0" distL="0" distR="0" wp14:anchorId="1E6AE180" wp14:editId="0559A9EB">
            <wp:extent cx="5486400" cy="27432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27A338" w14:textId="646E80CF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140" w:name="_Toc240363873"/>
      <w:r w:rsidRPr="00B252FF">
        <w:rPr>
          <w:lang w:val="de-DE"/>
        </w:rPr>
        <w:t xml:space="preserve">Abbildung </w:t>
      </w:r>
      <w:bookmarkStart w:id="141" w:name="network_temperature_fig_2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Abbildung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12</w:t>
      </w:r>
      <w:r w:rsidRPr="00B252FF">
        <w:rPr>
          <w:lang w:val="de-DE"/>
        </w:rPr>
        <w:fldChar w:fldCharType="end"/>
      </w:r>
      <w:bookmarkStart w:id="142" w:name="network_temperature_fig_2"/>
      <w:bookmarkEnd w:id="141"/>
      <w:bookmarkEnd w:id="142"/>
      <w:r w:rsidRPr="00B252FF">
        <w:rPr>
          <w:lang w:val="de-DE"/>
        </w:rPr>
        <w:t>: Variante 2: Jahresprofil der Vor- und Rücklauftemperatur im Wärmenetz</w:t>
      </w:r>
      <w:bookmarkEnd w:id="140"/>
    </w:p>
    <w:p w14:paraId="4EAD679F" w14:textId="77777777" w:rsidR="005D31A4" w:rsidRPr="00B252FF" w:rsidRDefault="00000000">
      <w:pPr>
        <w:spacing w:before="300" w:after="40"/>
        <w:jc w:val="center"/>
        <w:rPr>
          <w:lang w:val="de-DE"/>
        </w:rPr>
      </w:pPr>
      <w:r w:rsidRPr="00B252FF">
        <w:rPr>
          <w:noProof/>
          <w:lang w:val="de-DE"/>
        </w:rPr>
        <w:lastRenderedPageBreak/>
        <w:drawing>
          <wp:inline distT="0" distB="0" distL="0" distR="0" wp14:anchorId="5BD85B9C" wp14:editId="163F5534">
            <wp:extent cx="5486400" cy="45720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D1527" w14:textId="3E9322ED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143" w:name="_Toc240363874"/>
      <w:r w:rsidRPr="00B252FF">
        <w:rPr>
          <w:lang w:val="de-DE"/>
        </w:rPr>
        <w:t xml:space="preserve">Abbildung </w:t>
      </w:r>
      <w:bookmarkStart w:id="144" w:name="network_plot_fig_4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Abbildung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13</w:t>
      </w:r>
      <w:r w:rsidRPr="00B252FF">
        <w:rPr>
          <w:lang w:val="de-DE"/>
        </w:rPr>
        <w:fldChar w:fldCharType="end"/>
      </w:r>
      <w:bookmarkStart w:id="145" w:name="network_plot_fig_4"/>
      <w:bookmarkEnd w:id="144"/>
      <w:bookmarkEnd w:id="145"/>
      <w:r w:rsidRPr="00B252FF">
        <w:rPr>
          <w:lang w:val="de-DE"/>
        </w:rPr>
        <w:t>: Variante 2: Auslegungsergebnis: Netzvorlauftemperatur und Wärmebedarf der Gebäude</w:t>
      </w:r>
      <w:bookmarkEnd w:id="143"/>
    </w:p>
    <w:p w14:paraId="0CD16392" w14:textId="77777777" w:rsidR="005D31A4" w:rsidRPr="00B252FF" w:rsidRDefault="00000000">
      <w:pPr>
        <w:spacing w:before="300" w:after="40"/>
        <w:jc w:val="center"/>
        <w:rPr>
          <w:lang w:val="de-DE"/>
        </w:rPr>
      </w:pPr>
      <w:r w:rsidRPr="00B252FF">
        <w:rPr>
          <w:noProof/>
          <w:lang w:val="de-DE"/>
        </w:rPr>
        <w:drawing>
          <wp:inline distT="0" distB="0" distL="0" distR="0" wp14:anchorId="16B46417" wp14:editId="217082AD">
            <wp:extent cx="5486400" cy="27432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588D1" w14:textId="474991AF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146" w:name="_Toc240363875"/>
      <w:r w:rsidRPr="00B252FF">
        <w:rPr>
          <w:lang w:val="de-DE"/>
        </w:rPr>
        <w:t xml:space="preserve">Abbildung </w:t>
      </w:r>
      <w:bookmarkStart w:id="147" w:name="heat_loss_fig_2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Abbildung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14</w:t>
      </w:r>
      <w:r w:rsidRPr="00B252FF">
        <w:rPr>
          <w:lang w:val="de-DE"/>
        </w:rPr>
        <w:fldChar w:fldCharType="end"/>
      </w:r>
      <w:bookmarkStart w:id="148" w:name="heat_loss_fig_2"/>
      <w:bookmarkEnd w:id="147"/>
      <w:bookmarkEnd w:id="148"/>
      <w:r w:rsidRPr="00B252FF">
        <w:rPr>
          <w:lang w:val="de-DE"/>
        </w:rPr>
        <w:t>: Variante 2: Wärmestrom: Wärmenetz zu Erdboden</w:t>
      </w:r>
      <w:bookmarkEnd w:id="146"/>
    </w:p>
    <w:p w14:paraId="1BBE9D49" w14:textId="77777777" w:rsidR="005D31A4" w:rsidRPr="00B252FF" w:rsidRDefault="00000000">
      <w:pPr>
        <w:spacing w:before="300" w:after="40"/>
        <w:jc w:val="center"/>
        <w:rPr>
          <w:lang w:val="de-DE"/>
        </w:rPr>
      </w:pPr>
      <w:r w:rsidRPr="00B252FF">
        <w:rPr>
          <w:noProof/>
          <w:lang w:val="de-DE"/>
        </w:rPr>
        <w:lastRenderedPageBreak/>
        <w:drawing>
          <wp:inline distT="0" distB="0" distL="0" distR="0" wp14:anchorId="7451E2CA" wp14:editId="04764537">
            <wp:extent cx="5486400" cy="27432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A4A773" w14:textId="0FC85995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149" w:name="_Toc240363876"/>
      <w:r w:rsidRPr="00B252FF">
        <w:rPr>
          <w:lang w:val="de-DE"/>
        </w:rPr>
        <w:t xml:space="preserve">Abbildung </w:t>
      </w:r>
      <w:bookmarkStart w:id="150" w:name="diversity_factor_fig_2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Abbildung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15</w:t>
      </w:r>
      <w:r w:rsidRPr="00B252FF">
        <w:rPr>
          <w:lang w:val="de-DE"/>
        </w:rPr>
        <w:fldChar w:fldCharType="end"/>
      </w:r>
      <w:bookmarkStart w:id="151" w:name="diversity_factor_fig_2"/>
      <w:bookmarkEnd w:id="150"/>
      <w:bookmarkEnd w:id="151"/>
      <w:r w:rsidRPr="00B252FF">
        <w:rPr>
          <w:lang w:val="de-DE"/>
        </w:rPr>
        <w:t>: Variante 2: Gleichzeitigkeitsfaktor</w:t>
      </w:r>
      <w:bookmarkEnd w:id="149"/>
    </w:p>
    <w:p w14:paraId="19B8CDE2" w14:textId="4B37B94D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152" w:name="_Toc240363812"/>
      <w:r w:rsidRPr="00B252FF">
        <w:rPr>
          <w:lang w:val="de-DE"/>
        </w:rPr>
        <w:t xml:space="preserve">Tabelle </w:t>
      </w:r>
      <w:bookmarkStart w:id="153" w:name="pump_work_tab_2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Tabelle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31</w:t>
      </w:r>
      <w:r w:rsidRPr="00B252FF">
        <w:rPr>
          <w:lang w:val="de-DE"/>
        </w:rPr>
        <w:fldChar w:fldCharType="end"/>
      </w:r>
      <w:bookmarkStart w:id="154" w:name="pump_work_tab_2"/>
      <w:bookmarkEnd w:id="153"/>
      <w:bookmarkEnd w:id="154"/>
      <w:r w:rsidRPr="00B252FF">
        <w:rPr>
          <w:lang w:val="de-DE"/>
        </w:rPr>
        <w:t>: Variante 2: Pumparbeit und Druck</w:t>
      </w:r>
      <w:bookmarkEnd w:id="152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4320"/>
      </w:tblGrid>
      <w:tr w:rsidR="005D31A4" w:rsidRPr="00B252FF" w14:paraId="1F41E294" w14:textId="77777777">
        <w:trPr>
          <w:jc w:val="center"/>
        </w:trPr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61BF082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Pumparbeit und Druck</w:t>
            </w:r>
          </w:p>
        </w:tc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78A9A59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</w:tr>
      <w:tr w:rsidR="005D31A4" w:rsidRPr="00B252FF" w14:paraId="4D137CE8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D9E0A1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Mittlerer Druckgradient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2F5719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157 Pa/m</w:t>
            </w:r>
          </w:p>
        </w:tc>
      </w:tr>
      <w:tr w:rsidR="005D31A4" w:rsidRPr="00B252FF" w14:paraId="5CA13EEB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FAB9C0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Druckverlust Netzschlechtpunkt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58DD13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2,1 bar</w:t>
            </w:r>
          </w:p>
        </w:tc>
      </w:tr>
      <w:tr w:rsidR="005D31A4" w:rsidRPr="00B252FF" w14:paraId="6A0F1F96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0F79FE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Volumenstrom Netzpumpe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6BE354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33,5 m³/h</w:t>
            </w:r>
          </w:p>
        </w:tc>
      </w:tr>
      <w:tr w:rsidR="005D31A4" w:rsidRPr="00B252FF" w14:paraId="50A8EB25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13BB72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Max. Pumpleistung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AEF129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1,9 kW</w:t>
            </w:r>
          </w:p>
        </w:tc>
      </w:tr>
      <w:tr w:rsidR="005D31A4" w:rsidRPr="00B252FF" w14:paraId="47348DEF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B51BE6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El. Leistungsaufnahme der Pumpe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A0399E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2,6 kW</w:t>
            </w:r>
          </w:p>
        </w:tc>
      </w:tr>
      <w:tr w:rsidR="005D31A4" w:rsidRPr="00B252FF" w14:paraId="35FB28F6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635E13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Strombedarf Netzpumpe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C0CE6B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3,6 MWh</w:t>
            </w:r>
          </w:p>
        </w:tc>
      </w:tr>
      <w:tr w:rsidR="005D31A4" w:rsidRPr="00B252FF" w14:paraId="02CDF1A1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F5F273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Relativer Strombedarf Netzpumpe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070CF5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0,51 %</w:t>
            </w:r>
          </w:p>
        </w:tc>
      </w:tr>
      <w:tr w:rsidR="005D31A4" w:rsidRPr="00B252FF" w14:paraId="2E788890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1BB5E7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Druckstufe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C24E52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PN16</w:t>
            </w:r>
          </w:p>
        </w:tc>
      </w:tr>
    </w:tbl>
    <w:p w14:paraId="611BC7C3" w14:textId="77777777" w:rsidR="005D31A4" w:rsidRPr="00B252FF" w:rsidRDefault="005D31A4">
      <w:pPr>
        <w:rPr>
          <w:lang w:val="de-DE"/>
        </w:rPr>
      </w:pPr>
    </w:p>
    <w:p w14:paraId="01CB80AD" w14:textId="6FEF88A8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155" w:name="_Toc240363813"/>
      <w:r w:rsidRPr="00B252FF">
        <w:rPr>
          <w:lang w:val="de-DE"/>
        </w:rPr>
        <w:t xml:space="preserve">Tabelle </w:t>
      </w:r>
      <w:bookmarkStart w:id="156" w:name="pressure_losses_tab_2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Tabelle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32</w:t>
      </w:r>
      <w:r w:rsidRPr="00B252FF">
        <w:rPr>
          <w:lang w:val="de-DE"/>
        </w:rPr>
        <w:fldChar w:fldCharType="end"/>
      </w:r>
      <w:bookmarkStart w:id="157" w:name="pressure_losses_tab_2"/>
      <w:bookmarkEnd w:id="156"/>
      <w:bookmarkEnd w:id="157"/>
      <w:r w:rsidRPr="00B252FF">
        <w:rPr>
          <w:lang w:val="de-DE"/>
        </w:rPr>
        <w:t>: Variante 2: Druckverluste am Netzschlechtpunkt</w:t>
      </w:r>
      <w:bookmarkEnd w:id="155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4320"/>
      </w:tblGrid>
      <w:tr w:rsidR="005D31A4" w:rsidRPr="00B252FF" w14:paraId="22F665C5" w14:textId="77777777">
        <w:trPr>
          <w:jc w:val="center"/>
        </w:trPr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7714117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Druckverluste am Netzschlechtpunkt</w:t>
            </w:r>
          </w:p>
        </w:tc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57EFBB6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</w:tr>
      <w:tr w:rsidR="005D31A4" w:rsidRPr="00B252FF" w14:paraId="66DD94D2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1AB053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Druckverlust Energiezentrale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8F4EAB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0,2 bar</w:t>
            </w:r>
          </w:p>
        </w:tc>
      </w:tr>
      <w:tr w:rsidR="005D31A4" w:rsidRPr="00B252FF" w14:paraId="53F1943A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DA31F6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Druckverlust Wärmeübergabestation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5F9319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0,3 bar</w:t>
            </w:r>
          </w:p>
        </w:tc>
      </w:tr>
      <w:tr w:rsidR="005D31A4" w:rsidRPr="00B252FF" w14:paraId="4E8E1607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5D04B6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Druckverlust Rohrleitungen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2E8F86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1,3 bar</w:t>
            </w:r>
          </w:p>
        </w:tc>
      </w:tr>
      <w:tr w:rsidR="005D31A4" w:rsidRPr="00B252FF" w14:paraId="6D0C264F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BEFF47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Druckverlust Rohreinbauten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F83597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0,32 bar</w:t>
            </w:r>
          </w:p>
        </w:tc>
      </w:tr>
      <w:tr w:rsidR="005D31A4" w:rsidRPr="00B252FF" w14:paraId="70AB6C7C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6269D1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Druckverlust Netzschlechtpunkt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266111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2,1 bar</w:t>
            </w:r>
          </w:p>
        </w:tc>
      </w:tr>
      <w:tr w:rsidR="005D31A4" w:rsidRPr="00B252FF" w14:paraId="4956CBE8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B6DC0E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Gebäudename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C8EB23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Marie-Hüllenkremer-Straße 23</w:t>
            </w:r>
          </w:p>
        </w:tc>
      </w:tr>
    </w:tbl>
    <w:p w14:paraId="21D94F69" w14:textId="77777777" w:rsidR="005D31A4" w:rsidRPr="00B252FF" w:rsidRDefault="005D31A4">
      <w:pPr>
        <w:rPr>
          <w:lang w:val="de-DE"/>
        </w:rPr>
      </w:pPr>
    </w:p>
    <w:p w14:paraId="28C8379A" w14:textId="77777777" w:rsidR="005D31A4" w:rsidRPr="00B252FF" w:rsidRDefault="00000000">
      <w:pPr>
        <w:pStyle w:val="berschrift3"/>
        <w:rPr>
          <w:lang w:val="de-DE"/>
        </w:rPr>
      </w:pPr>
      <w:bookmarkStart w:id="158" w:name="cha_3_energy_hub_num"/>
      <w:bookmarkStart w:id="159" w:name="_Toc240363761"/>
      <w:r w:rsidRPr="00B252FF">
        <w:rPr>
          <w:color w:val="000000"/>
          <w:sz w:val="32"/>
          <w:lang w:val="de-DE"/>
        </w:rPr>
        <w:t xml:space="preserve">2.2.3 </w:t>
      </w:r>
      <w:bookmarkEnd w:id="158"/>
      <w:r w:rsidRPr="00B252FF">
        <w:rPr>
          <w:color w:val="000000"/>
          <w:sz w:val="32"/>
          <w:lang w:val="de-DE"/>
        </w:rPr>
        <w:t>Energiezentrale</w:t>
      </w:r>
      <w:bookmarkEnd w:id="159"/>
    </w:p>
    <w:p w14:paraId="2409DB39" w14:textId="309F540D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160" w:name="_Toc240363814"/>
      <w:r w:rsidRPr="00B252FF">
        <w:rPr>
          <w:lang w:val="de-DE"/>
        </w:rPr>
        <w:t xml:space="preserve">Tabelle </w:t>
      </w:r>
      <w:bookmarkStart w:id="161" w:name="results_energy_hub_sizing_tab_2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Tabelle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33</w:t>
      </w:r>
      <w:r w:rsidRPr="00B252FF">
        <w:rPr>
          <w:lang w:val="de-DE"/>
        </w:rPr>
        <w:fldChar w:fldCharType="end"/>
      </w:r>
      <w:bookmarkStart w:id="162" w:name="results_energy_hub_sizing_tab_2"/>
      <w:bookmarkEnd w:id="161"/>
      <w:bookmarkEnd w:id="162"/>
      <w:r w:rsidRPr="00B252FF">
        <w:rPr>
          <w:lang w:val="de-DE"/>
        </w:rPr>
        <w:t>: Variante 2: Auslegung der Technologien in der Energiezentrale</w:t>
      </w:r>
      <w:bookmarkEnd w:id="160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5D31A4" w:rsidRPr="00B252FF" w14:paraId="2EFBF402" w14:textId="77777777">
        <w:trPr>
          <w:jc w:val="center"/>
        </w:trPr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292BF01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Technologie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15A6D97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Auslegung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3CF21AD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Volllaststunden/Ladezyklen</w:t>
            </w:r>
          </w:p>
        </w:tc>
      </w:tr>
      <w:tr w:rsidR="005D31A4" w:rsidRPr="00B252FF" w14:paraId="7FE2496D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2CCC50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Erdgas-BHKW 1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4AF37E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139 kWₑₗ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10109D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2.626 h</w:t>
            </w:r>
          </w:p>
        </w:tc>
      </w:tr>
      <w:tr w:rsidR="005D31A4" w:rsidRPr="00B252FF" w14:paraId="547DF7E1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727C4C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Photovoltaik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BB4A23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251 kWₚ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BC0F4D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970 h</w:t>
            </w:r>
          </w:p>
        </w:tc>
      </w:tr>
      <w:tr w:rsidR="005D31A4" w:rsidRPr="00B252FF" w14:paraId="5F516BDA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F9B64C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lastRenderedPageBreak/>
              <w:t>Luftwärmepumpe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77611A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640 kWₜₕ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7908BD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687 h</w:t>
            </w:r>
          </w:p>
        </w:tc>
      </w:tr>
      <w:tr w:rsidR="005D31A4" w:rsidRPr="00B252FF" w14:paraId="397C929E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1A3859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Wärmespeicher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949450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23,9 m³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AE90BF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425</w:t>
            </w:r>
          </w:p>
        </w:tc>
      </w:tr>
    </w:tbl>
    <w:p w14:paraId="7B117E5A" w14:textId="77777777" w:rsidR="005D31A4" w:rsidRPr="00B252FF" w:rsidRDefault="005D31A4">
      <w:pPr>
        <w:rPr>
          <w:lang w:val="de-DE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4320"/>
      </w:tblGrid>
      <w:tr w:rsidR="005D31A4" w:rsidRPr="00B252FF" w14:paraId="492A866F" w14:textId="77777777">
        <w:trPr>
          <w:jc w:val="center"/>
        </w:trPr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6929436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6F0C627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</w:tr>
      <w:tr w:rsidR="005D31A4" w:rsidRPr="00B252FF" w14:paraId="489E22F3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F743F7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Elektrische Nennleistung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9B2BA3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139 kWₑₗ</w:t>
            </w:r>
          </w:p>
        </w:tc>
      </w:tr>
      <w:tr w:rsidR="005D31A4" w:rsidRPr="00B252FF" w14:paraId="5574AFCC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5AF97B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Erzeugter Strom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C5D619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365 MWh</w:t>
            </w:r>
          </w:p>
        </w:tc>
      </w:tr>
      <w:tr w:rsidR="005D31A4" w:rsidRPr="00B252FF" w14:paraId="4711E1D3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88900E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Erzeugte Wärme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AF43E9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522 MWh</w:t>
            </w:r>
          </w:p>
        </w:tc>
      </w:tr>
      <w:tr w:rsidR="005D31A4" w:rsidRPr="00B252FF" w14:paraId="65F73B89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411339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Brennstoffbedarf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2F617A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1.043 MWh</w:t>
            </w:r>
          </w:p>
        </w:tc>
      </w:tr>
      <w:tr w:rsidR="005D31A4" w:rsidRPr="00B252FF" w14:paraId="5C3A79FE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8B3E1F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Volllaststunden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7F1A45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2.626 h</w:t>
            </w:r>
          </w:p>
        </w:tc>
      </w:tr>
    </w:tbl>
    <w:p w14:paraId="4A66DDB0" w14:textId="77777777" w:rsidR="005D31A4" w:rsidRPr="00B252FF" w:rsidRDefault="005D31A4">
      <w:pPr>
        <w:rPr>
          <w:lang w:val="de-DE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4320"/>
      </w:tblGrid>
      <w:tr w:rsidR="005D31A4" w:rsidRPr="00B252FF" w14:paraId="2ABB4B51" w14:textId="77777777">
        <w:trPr>
          <w:jc w:val="center"/>
        </w:trPr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67538FA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0BBB47B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</w:tr>
      <w:tr w:rsidR="005D31A4" w:rsidRPr="00B252FF" w14:paraId="68AD1F37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E45245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Installierte Leistung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D90D7A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251 kWₚ</w:t>
            </w:r>
          </w:p>
        </w:tc>
      </w:tr>
      <w:tr w:rsidR="005D31A4" w:rsidRPr="00B252FF" w14:paraId="40140AE6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493783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Kollektorfläche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876C94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1.569 m²</w:t>
            </w:r>
          </w:p>
        </w:tc>
      </w:tr>
      <w:tr w:rsidR="005D31A4" w:rsidRPr="00B252FF" w14:paraId="49CBB4BE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BF2E12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Erzeugter Strom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FB5BAC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243 MWh</w:t>
            </w:r>
          </w:p>
        </w:tc>
      </w:tr>
      <w:tr w:rsidR="005D31A4" w:rsidRPr="00B252FF" w14:paraId="4299F33E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6E1C34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Volllaststunden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E0E387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970 h</w:t>
            </w:r>
          </w:p>
        </w:tc>
      </w:tr>
      <w:tr w:rsidR="005D31A4" w:rsidRPr="00B252FF" w14:paraId="7821EE11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715779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Abgeregeltes Erzeugungspotential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D992B6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 MWh</w:t>
            </w:r>
          </w:p>
        </w:tc>
      </w:tr>
    </w:tbl>
    <w:p w14:paraId="48B70D78" w14:textId="77777777" w:rsidR="005D31A4" w:rsidRPr="00B252FF" w:rsidRDefault="005D31A4">
      <w:pPr>
        <w:rPr>
          <w:lang w:val="de-DE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4320"/>
      </w:tblGrid>
      <w:tr w:rsidR="005D31A4" w:rsidRPr="00B252FF" w14:paraId="13F3D766" w14:textId="77777777">
        <w:trPr>
          <w:jc w:val="center"/>
        </w:trPr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318C81D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765E1FB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</w:tr>
      <w:tr w:rsidR="005D31A4" w:rsidRPr="00B252FF" w14:paraId="5EB1D760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C9B19C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Erzeugte Wärme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538CA3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440 MWh</w:t>
            </w:r>
          </w:p>
        </w:tc>
      </w:tr>
      <w:tr w:rsidR="005D31A4" w:rsidRPr="00B252FF" w14:paraId="70A4751A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7A0575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Erzeugte Kälte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D4379C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 MWh</w:t>
            </w:r>
          </w:p>
        </w:tc>
      </w:tr>
      <w:tr w:rsidR="005D31A4" w:rsidRPr="00B252FF" w14:paraId="389D1ED6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02D592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Strombedarf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6C2575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164 MWh</w:t>
            </w:r>
          </w:p>
        </w:tc>
      </w:tr>
      <w:tr w:rsidR="005D31A4" w:rsidRPr="00B252FF" w14:paraId="1BA0012D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EB4D21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Wärme zur Regeneration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9ED31E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 MWh</w:t>
            </w:r>
          </w:p>
        </w:tc>
      </w:tr>
      <w:tr w:rsidR="005D31A4" w:rsidRPr="00B252FF" w14:paraId="294FF663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459CCE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Volllaststunden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41589A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687 h</w:t>
            </w:r>
          </w:p>
        </w:tc>
      </w:tr>
      <w:tr w:rsidR="005D31A4" w:rsidRPr="00B252FF" w14:paraId="046A96DB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BABF87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Nennwärmeleistung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F672E5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640 kWₜₕ</w:t>
            </w:r>
          </w:p>
        </w:tc>
      </w:tr>
      <w:tr w:rsidR="005D31A4" w:rsidRPr="00B252FF" w14:paraId="4F3FD895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82A06B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Elektrische Nennleistung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F501B9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160 kWₑₗ</w:t>
            </w:r>
          </w:p>
        </w:tc>
      </w:tr>
    </w:tbl>
    <w:p w14:paraId="5F64ACB6" w14:textId="77777777" w:rsidR="005D31A4" w:rsidRPr="00B252FF" w:rsidRDefault="005D31A4">
      <w:pPr>
        <w:rPr>
          <w:lang w:val="de-DE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4320"/>
      </w:tblGrid>
      <w:tr w:rsidR="005D31A4" w:rsidRPr="00B252FF" w14:paraId="690A6BB1" w14:textId="77777777">
        <w:trPr>
          <w:jc w:val="center"/>
        </w:trPr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3442A12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7B2C2EC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</w:tr>
      <w:tr w:rsidR="005D31A4" w:rsidRPr="00B252FF" w14:paraId="3F311F26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FD24D8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Speicherkapazität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1F500E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555 kWh</w:t>
            </w:r>
          </w:p>
        </w:tc>
      </w:tr>
      <w:tr w:rsidR="005D31A4" w:rsidRPr="00B252FF" w14:paraId="04890760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A84BE3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Eingespeicherte Energie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182DDF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236 MWh</w:t>
            </w:r>
          </w:p>
        </w:tc>
      </w:tr>
      <w:tr w:rsidR="005D31A4" w:rsidRPr="00B252FF" w14:paraId="1BBB3340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7EC906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Ausgespeicherte Energie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96D289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232 MWh</w:t>
            </w:r>
          </w:p>
        </w:tc>
      </w:tr>
      <w:tr w:rsidR="005D31A4" w:rsidRPr="00B252FF" w14:paraId="64D05C8B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7A9E48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Speichervolumen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BB11DC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23,9 m³</w:t>
            </w:r>
          </w:p>
        </w:tc>
      </w:tr>
      <w:tr w:rsidR="005D31A4" w:rsidRPr="00B252FF" w14:paraId="21939FEC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87B270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Vollladezyklen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793F11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425</w:t>
            </w:r>
          </w:p>
        </w:tc>
      </w:tr>
    </w:tbl>
    <w:p w14:paraId="376AE18C" w14:textId="77777777" w:rsidR="005D31A4" w:rsidRPr="00B252FF" w:rsidRDefault="005D31A4">
      <w:pPr>
        <w:rPr>
          <w:lang w:val="de-DE"/>
        </w:rPr>
      </w:pPr>
    </w:p>
    <w:p w14:paraId="1A5B9646" w14:textId="2582F7F6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163" w:name="_Toc240363815"/>
      <w:r w:rsidRPr="00B252FF">
        <w:rPr>
          <w:lang w:val="de-DE"/>
        </w:rPr>
        <w:t xml:space="preserve">Tabelle </w:t>
      </w:r>
      <w:bookmarkStart w:id="164" w:name="results_eh_energy_import_tab_2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Tabelle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34</w:t>
      </w:r>
      <w:r w:rsidRPr="00B252FF">
        <w:rPr>
          <w:lang w:val="de-DE"/>
        </w:rPr>
        <w:fldChar w:fldCharType="end"/>
      </w:r>
      <w:bookmarkStart w:id="165" w:name="results_eh_energy_import_tab_2"/>
      <w:bookmarkEnd w:id="164"/>
      <w:bookmarkEnd w:id="165"/>
      <w:r w:rsidRPr="00B252FF">
        <w:rPr>
          <w:lang w:val="de-DE"/>
        </w:rPr>
        <w:t>: Variante 2: Energiebezug</w:t>
      </w:r>
      <w:bookmarkEnd w:id="163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5D31A4" w:rsidRPr="00B252FF" w14:paraId="3E293D03" w14:textId="77777777">
        <w:trPr>
          <w:jc w:val="center"/>
        </w:trPr>
        <w:tc>
          <w:tcPr>
            <w:tcW w:w="2160" w:type="dxa"/>
            <w:tcBorders>
              <w:bottom w:val="single" w:sz="22" w:space="0" w:color="C00000"/>
            </w:tcBorders>
            <w:shd w:val="clear" w:color="auto" w:fill="343A40"/>
          </w:tcPr>
          <w:p w14:paraId="46A0A9C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  <w:tc>
          <w:tcPr>
            <w:tcW w:w="2160" w:type="dxa"/>
            <w:tcBorders>
              <w:bottom w:val="single" w:sz="22" w:space="0" w:color="C00000"/>
            </w:tcBorders>
            <w:shd w:val="clear" w:color="auto" w:fill="343A40"/>
          </w:tcPr>
          <w:p w14:paraId="1C9F54C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Jahressumme</w:t>
            </w:r>
          </w:p>
        </w:tc>
        <w:tc>
          <w:tcPr>
            <w:tcW w:w="2160" w:type="dxa"/>
            <w:tcBorders>
              <w:bottom w:val="single" w:sz="22" w:space="0" w:color="C00000"/>
            </w:tcBorders>
            <w:shd w:val="clear" w:color="auto" w:fill="343A40"/>
          </w:tcPr>
          <w:p w14:paraId="2783087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Maximalleistung</w:t>
            </w:r>
          </w:p>
        </w:tc>
        <w:tc>
          <w:tcPr>
            <w:tcW w:w="2160" w:type="dxa"/>
            <w:tcBorders>
              <w:bottom w:val="single" w:sz="22" w:space="0" w:color="C00000"/>
            </w:tcBorders>
            <w:shd w:val="clear" w:color="auto" w:fill="343A40"/>
          </w:tcPr>
          <w:p w14:paraId="68E8985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Anteil</w:t>
            </w:r>
          </w:p>
        </w:tc>
      </w:tr>
      <w:tr w:rsidR="005D31A4" w:rsidRPr="00B252FF" w14:paraId="66032BA1" w14:textId="77777777">
        <w:trPr>
          <w:jc w:val="center"/>
        </w:trPr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F167C2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Strombezug aus Stromnetz (Energiezentrale)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CA5926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114 MWh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6EE2FA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154 kW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AA77A1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8,1 %</w:t>
            </w:r>
          </w:p>
        </w:tc>
      </w:tr>
      <w:tr w:rsidR="005D31A4" w:rsidRPr="00B252FF" w14:paraId="441B6537" w14:textId="77777777">
        <w:trPr>
          <w:jc w:val="center"/>
        </w:trPr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2AD9B9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 xml:space="preserve">Erneuerbare </w:t>
            </w:r>
            <w:r w:rsidRPr="00B252FF">
              <w:rPr>
                <w:sz w:val="20"/>
                <w:lang w:val="de-DE"/>
              </w:rPr>
              <w:lastRenderedPageBreak/>
              <w:t>Stromerzeugung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936394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lastRenderedPageBreak/>
              <w:t>243 MWh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0415C8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688406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17,4 %</w:t>
            </w:r>
          </w:p>
        </w:tc>
      </w:tr>
      <w:tr w:rsidR="005D31A4" w:rsidRPr="00B252FF" w14:paraId="285EC91C" w14:textId="77777777">
        <w:trPr>
          <w:jc w:val="center"/>
        </w:trPr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A06D8D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Erdgas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3BA164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1.043 MWh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4F5C85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398 kW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414431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74,5 %</w:t>
            </w:r>
          </w:p>
        </w:tc>
      </w:tr>
    </w:tbl>
    <w:p w14:paraId="57560565" w14:textId="77777777" w:rsidR="005D31A4" w:rsidRPr="00B252FF" w:rsidRDefault="005D31A4">
      <w:pPr>
        <w:rPr>
          <w:lang w:val="de-DE"/>
        </w:rPr>
      </w:pPr>
    </w:p>
    <w:p w14:paraId="1A19E5CF" w14:textId="102ED1A9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166" w:name="_Toc240363816"/>
      <w:r w:rsidRPr="00B252FF">
        <w:rPr>
          <w:lang w:val="de-DE"/>
        </w:rPr>
        <w:t xml:space="preserve">Tabelle </w:t>
      </w:r>
      <w:bookmarkStart w:id="167" w:name="results_eh_energy_feedin_tab_2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Tabelle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35</w:t>
      </w:r>
      <w:r w:rsidRPr="00B252FF">
        <w:rPr>
          <w:lang w:val="de-DE"/>
        </w:rPr>
        <w:fldChar w:fldCharType="end"/>
      </w:r>
      <w:bookmarkStart w:id="168" w:name="results_eh_energy_feedin_tab_2"/>
      <w:bookmarkEnd w:id="167"/>
      <w:bookmarkEnd w:id="168"/>
      <w:r w:rsidRPr="00B252FF">
        <w:rPr>
          <w:lang w:val="de-DE"/>
        </w:rPr>
        <w:t>: Variante 2: Energieeinspeisung</w:t>
      </w:r>
      <w:bookmarkEnd w:id="166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5D31A4" w:rsidRPr="00B252FF" w14:paraId="69AA463A" w14:textId="77777777">
        <w:trPr>
          <w:jc w:val="center"/>
        </w:trPr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6E92022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726A593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Jahresenergie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74EE010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Maximalleistung</w:t>
            </w:r>
          </w:p>
        </w:tc>
      </w:tr>
      <w:tr w:rsidR="005D31A4" w:rsidRPr="00B252FF" w14:paraId="31DE07EE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455136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Stromeinspeisung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ED7668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25,9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8856E1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131 kW</w:t>
            </w:r>
          </w:p>
        </w:tc>
      </w:tr>
    </w:tbl>
    <w:p w14:paraId="2DE314B2" w14:textId="77777777" w:rsidR="005D31A4" w:rsidRPr="00B252FF" w:rsidRDefault="005D31A4">
      <w:pPr>
        <w:rPr>
          <w:lang w:val="de-DE"/>
        </w:rPr>
      </w:pPr>
    </w:p>
    <w:p w14:paraId="7B9DC554" w14:textId="36ED6B6B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169" w:name="_Toc240363817"/>
      <w:r w:rsidRPr="00B252FF">
        <w:rPr>
          <w:lang w:val="de-DE"/>
        </w:rPr>
        <w:t xml:space="preserve">Tabelle </w:t>
      </w:r>
      <w:bookmarkStart w:id="170" w:name="results_elec_generation_tab_2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Tabelle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36</w:t>
      </w:r>
      <w:r w:rsidRPr="00B252FF">
        <w:rPr>
          <w:lang w:val="de-DE"/>
        </w:rPr>
        <w:fldChar w:fldCharType="end"/>
      </w:r>
      <w:bookmarkStart w:id="171" w:name="results_elec_generation_tab_2"/>
      <w:bookmarkEnd w:id="170"/>
      <w:bookmarkEnd w:id="171"/>
      <w:r w:rsidRPr="00B252FF">
        <w:rPr>
          <w:lang w:val="de-DE"/>
        </w:rPr>
        <w:t>: Variante 2: Stromerzeugung und -bezug</w:t>
      </w:r>
      <w:bookmarkEnd w:id="169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5D31A4" w:rsidRPr="00B252FF" w14:paraId="562FC650" w14:textId="77777777">
        <w:trPr>
          <w:jc w:val="center"/>
        </w:trPr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6EA8317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Technologie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457E3EC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Jahresenergie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173B3A1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Anteil</w:t>
            </w:r>
          </w:p>
        </w:tc>
      </w:tr>
      <w:tr w:rsidR="005D31A4" w:rsidRPr="00B252FF" w14:paraId="076E2192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1D7DBF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Erdgas-BHKW 1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11EFBC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365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CAD179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50,6 %</w:t>
            </w:r>
          </w:p>
        </w:tc>
      </w:tr>
      <w:tr w:rsidR="005D31A4" w:rsidRPr="00B252FF" w14:paraId="4AA4EFF4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70A963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Erneuerbare Stromerzeugung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C325E7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243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35F50A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33,7 %</w:t>
            </w:r>
          </w:p>
        </w:tc>
      </w:tr>
      <w:tr w:rsidR="005D31A4" w:rsidRPr="00B252FF" w14:paraId="2F916765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49637B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davon Photovoltaik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1E4135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243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5C5C7D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33,7 %</w:t>
            </w:r>
          </w:p>
        </w:tc>
      </w:tr>
      <w:tr w:rsidR="005D31A4" w:rsidRPr="00B252FF" w14:paraId="588958AA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8384CB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Strombezug aus Stromnetz (Energiezentrale)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2E38C6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114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E8D29C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15,8 %</w:t>
            </w:r>
          </w:p>
        </w:tc>
      </w:tr>
      <w:tr w:rsidR="005D31A4" w:rsidRPr="00B252FF" w14:paraId="3297D118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81B5EA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 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D0A1D6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Autarkiegrad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816ED3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84 %</w:t>
            </w:r>
          </w:p>
        </w:tc>
      </w:tr>
      <w:tr w:rsidR="005D31A4" w:rsidRPr="00B252FF" w14:paraId="578F2A6C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53D455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 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A99AFE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Eigenverbrauchsquote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4FD616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96 %</w:t>
            </w:r>
          </w:p>
        </w:tc>
      </w:tr>
    </w:tbl>
    <w:p w14:paraId="2A5B684C" w14:textId="77777777" w:rsidR="005D31A4" w:rsidRPr="00B252FF" w:rsidRDefault="005D31A4">
      <w:pPr>
        <w:rPr>
          <w:lang w:val="de-DE"/>
        </w:rPr>
      </w:pPr>
    </w:p>
    <w:p w14:paraId="0FBCF724" w14:textId="1A2F2599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172" w:name="_Toc240363818"/>
      <w:r w:rsidRPr="00B252FF">
        <w:rPr>
          <w:lang w:val="de-DE"/>
        </w:rPr>
        <w:t xml:space="preserve">Tabelle </w:t>
      </w:r>
      <w:bookmarkStart w:id="173" w:name="results_heat_generation_tab_2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Tabelle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37</w:t>
      </w:r>
      <w:r w:rsidRPr="00B252FF">
        <w:rPr>
          <w:lang w:val="de-DE"/>
        </w:rPr>
        <w:fldChar w:fldCharType="end"/>
      </w:r>
      <w:bookmarkStart w:id="174" w:name="results_heat_generation_tab_2"/>
      <w:bookmarkEnd w:id="173"/>
      <w:bookmarkEnd w:id="174"/>
      <w:r w:rsidRPr="00B252FF">
        <w:rPr>
          <w:lang w:val="de-DE"/>
        </w:rPr>
        <w:t>: Variante 2: Wärmeerzeugung und -bezug</w:t>
      </w:r>
      <w:bookmarkEnd w:id="172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5D31A4" w:rsidRPr="00B252FF" w14:paraId="44B6571B" w14:textId="77777777">
        <w:trPr>
          <w:jc w:val="center"/>
        </w:trPr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5F61D72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Technologie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4787BA0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Jahresenergie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3CF9581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Anteil</w:t>
            </w:r>
          </w:p>
        </w:tc>
      </w:tr>
      <w:tr w:rsidR="005D31A4" w:rsidRPr="00B252FF" w14:paraId="752FC66F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238895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Erdgas-BHKW 1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DF9A2F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522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CEE188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54,3 %</w:t>
            </w:r>
          </w:p>
        </w:tc>
      </w:tr>
      <w:tr w:rsidR="005D31A4" w:rsidRPr="00B252FF" w14:paraId="0B01277A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4DC96E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Luftwärmepumpe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D95B1B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440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2CFDA9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45,7 %</w:t>
            </w:r>
          </w:p>
        </w:tc>
      </w:tr>
    </w:tbl>
    <w:p w14:paraId="46542047" w14:textId="77777777" w:rsidR="005D31A4" w:rsidRPr="00B252FF" w:rsidRDefault="005D31A4">
      <w:pPr>
        <w:rPr>
          <w:lang w:val="de-DE"/>
        </w:rPr>
      </w:pPr>
    </w:p>
    <w:p w14:paraId="24671D09" w14:textId="77777777" w:rsidR="005D31A4" w:rsidRPr="00B252FF" w:rsidRDefault="00000000">
      <w:pPr>
        <w:rPr>
          <w:lang w:val="de-DE"/>
        </w:rPr>
      </w:pPr>
      <w:r w:rsidRPr="00B252FF">
        <w:rPr>
          <w:b/>
          <w:sz w:val="28"/>
          <w:lang w:val="de-DE"/>
        </w:rPr>
        <w:t>Emissionen und Primärenergie</w:t>
      </w:r>
    </w:p>
    <w:p w14:paraId="22D1A28F" w14:textId="2568B665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175" w:name="_Toc240363819"/>
      <w:r w:rsidRPr="00B252FF">
        <w:rPr>
          <w:lang w:val="de-DE"/>
        </w:rPr>
        <w:t xml:space="preserve">Tabelle </w:t>
      </w:r>
      <w:bookmarkStart w:id="176" w:name="results_emissions_tab_2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Tabelle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38</w:t>
      </w:r>
      <w:r w:rsidRPr="00B252FF">
        <w:rPr>
          <w:lang w:val="de-DE"/>
        </w:rPr>
        <w:fldChar w:fldCharType="end"/>
      </w:r>
      <w:bookmarkStart w:id="177" w:name="results_emissions_tab_2"/>
      <w:bookmarkEnd w:id="176"/>
      <w:bookmarkEnd w:id="177"/>
      <w:r w:rsidRPr="00B252FF">
        <w:rPr>
          <w:lang w:val="de-DE"/>
        </w:rPr>
        <w:t>: Variante 2: Emissionen</w:t>
      </w:r>
      <w:bookmarkEnd w:id="175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672"/>
        <w:gridCol w:w="1439"/>
        <w:gridCol w:w="1434"/>
        <w:gridCol w:w="1439"/>
        <w:gridCol w:w="1434"/>
        <w:gridCol w:w="1438"/>
      </w:tblGrid>
      <w:tr w:rsidR="005D31A4" w:rsidRPr="00B252FF" w14:paraId="7C4FE8EC" w14:textId="77777777">
        <w:trPr>
          <w:jc w:val="center"/>
        </w:trPr>
        <w:tc>
          <w:tcPr>
            <w:tcW w:w="1440" w:type="dxa"/>
            <w:tcBorders>
              <w:bottom w:val="single" w:sz="22" w:space="0" w:color="C00000"/>
            </w:tcBorders>
            <w:shd w:val="clear" w:color="auto" w:fill="343A40"/>
          </w:tcPr>
          <w:p w14:paraId="5F561BF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  <w:tc>
          <w:tcPr>
            <w:tcW w:w="1440" w:type="dxa"/>
            <w:tcBorders>
              <w:bottom w:val="single" w:sz="22" w:space="0" w:color="C00000"/>
            </w:tcBorders>
            <w:shd w:val="clear" w:color="auto" w:fill="343A40"/>
          </w:tcPr>
          <w:p w14:paraId="057ADE2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Spez. Emissionen</w:t>
            </w:r>
          </w:p>
        </w:tc>
        <w:tc>
          <w:tcPr>
            <w:tcW w:w="1440" w:type="dxa"/>
            <w:tcBorders>
              <w:bottom w:val="single" w:sz="22" w:space="0" w:color="C00000"/>
            </w:tcBorders>
            <w:shd w:val="clear" w:color="auto" w:fill="343A40"/>
          </w:tcPr>
          <w:p w14:paraId="55A8F30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  <w:tc>
          <w:tcPr>
            <w:tcW w:w="1440" w:type="dxa"/>
            <w:tcBorders>
              <w:bottom w:val="single" w:sz="22" w:space="0" w:color="C00000"/>
            </w:tcBorders>
            <w:shd w:val="clear" w:color="auto" w:fill="343A40"/>
          </w:tcPr>
          <w:p w14:paraId="4D7F44B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Jahressumme</w:t>
            </w:r>
          </w:p>
        </w:tc>
        <w:tc>
          <w:tcPr>
            <w:tcW w:w="1440" w:type="dxa"/>
            <w:tcBorders>
              <w:bottom w:val="single" w:sz="22" w:space="0" w:color="C00000"/>
            </w:tcBorders>
            <w:shd w:val="clear" w:color="auto" w:fill="343A40"/>
          </w:tcPr>
          <w:p w14:paraId="267C8BD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  <w:tc>
          <w:tcPr>
            <w:tcW w:w="1440" w:type="dxa"/>
            <w:tcBorders>
              <w:bottom w:val="single" w:sz="22" w:space="0" w:color="C00000"/>
            </w:tcBorders>
            <w:shd w:val="clear" w:color="auto" w:fill="343A40"/>
          </w:tcPr>
          <w:p w14:paraId="130D325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CO₂-Emissionen</w:t>
            </w:r>
          </w:p>
        </w:tc>
      </w:tr>
      <w:tr w:rsidR="005D31A4" w:rsidRPr="00B252FF" w14:paraId="6C7BE7D9" w14:textId="77777777">
        <w:trPr>
          <w:jc w:val="center"/>
        </w:trPr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0A798F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Strombezug (Energiezentrale)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8A4706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350 g/kWh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77836F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×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9E199F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114 MWh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EDD6D3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=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FB34C1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39,9 t</w:t>
            </w:r>
          </w:p>
        </w:tc>
      </w:tr>
      <w:tr w:rsidR="005D31A4" w:rsidRPr="00B252FF" w14:paraId="4665EAF3" w14:textId="77777777">
        <w:trPr>
          <w:jc w:val="center"/>
        </w:trPr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87A5E9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Stromeinspeisung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98B193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- 0 g/kWh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853882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×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79B485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25,9 MWh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B32007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=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84912E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- 0 t</w:t>
            </w:r>
          </w:p>
        </w:tc>
      </w:tr>
      <w:tr w:rsidR="005D31A4" w:rsidRPr="00B252FF" w14:paraId="56189952" w14:textId="77777777">
        <w:trPr>
          <w:jc w:val="center"/>
        </w:trPr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EF3425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Erdgas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546050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250 g/kWh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A3C11E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×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D87600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1.043 MWh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D7C8EB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=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E7CD58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261 t</w:t>
            </w:r>
          </w:p>
        </w:tc>
      </w:tr>
      <w:tr w:rsidR="005D31A4" w:rsidRPr="00B252FF" w14:paraId="49491793" w14:textId="77777777">
        <w:trPr>
          <w:jc w:val="center"/>
        </w:trPr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8BED39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Fernwärmebezug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BC89B9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  150 g/kWh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A0648E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×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E2867B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 MWh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F20ADF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=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3BF346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  0 t</w:t>
            </w:r>
          </w:p>
        </w:tc>
      </w:tr>
      <w:tr w:rsidR="005D31A4" w:rsidRPr="00B252FF" w14:paraId="530FECCC" w14:textId="77777777">
        <w:trPr>
          <w:jc w:val="center"/>
        </w:trPr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41A2DE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Fernkältebezug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B60E0E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  150 g/kWh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EA09E6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×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2EB021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 MWh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CBBBFD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=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9BB574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  0 t</w:t>
            </w:r>
          </w:p>
        </w:tc>
      </w:tr>
      <w:tr w:rsidR="005D31A4" w:rsidRPr="00B252FF" w14:paraId="615658E1" w14:textId="77777777">
        <w:trPr>
          <w:jc w:val="center"/>
        </w:trPr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4FC3C2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 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B9D840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 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4DF002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 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A15722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Summe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3C9B69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 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C6E5F9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301 t</w:t>
            </w:r>
          </w:p>
        </w:tc>
      </w:tr>
    </w:tbl>
    <w:p w14:paraId="489CA9F2" w14:textId="77777777" w:rsidR="005D31A4" w:rsidRPr="00B252FF" w:rsidRDefault="005D31A4">
      <w:pPr>
        <w:rPr>
          <w:lang w:val="de-DE"/>
        </w:rPr>
      </w:pPr>
    </w:p>
    <w:p w14:paraId="3D308C92" w14:textId="43AA4B7B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178" w:name="_Toc240363820"/>
      <w:r w:rsidRPr="00B252FF">
        <w:rPr>
          <w:lang w:val="de-DE"/>
        </w:rPr>
        <w:t xml:space="preserve">Tabelle </w:t>
      </w:r>
      <w:bookmarkStart w:id="179" w:name="results_primary_energy_tab_2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Tabelle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39</w:t>
      </w:r>
      <w:r w:rsidRPr="00B252FF">
        <w:rPr>
          <w:lang w:val="de-DE"/>
        </w:rPr>
        <w:fldChar w:fldCharType="end"/>
      </w:r>
      <w:bookmarkStart w:id="180" w:name="results_primary_energy_tab_2"/>
      <w:bookmarkEnd w:id="179"/>
      <w:bookmarkEnd w:id="180"/>
      <w:r w:rsidRPr="00B252FF">
        <w:rPr>
          <w:lang w:val="de-DE"/>
        </w:rPr>
        <w:t>: Variante 2: Primärenergiefaktor</w:t>
      </w:r>
      <w:bookmarkEnd w:id="178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672"/>
        <w:gridCol w:w="1864"/>
        <w:gridCol w:w="1236"/>
        <w:gridCol w:w="1420"/>
        <w:gridCol w:w="1236"/>
        <w:gridCol w:w="1428"/>
      </w:tblGrid>
      <w:tr w:rsidR="005D31A4" w:rsidRPr="00B252FF" w14:paraId="7B5CAD41" w14:textId="77777777">
        <w:trPr>
          <w:jc w:val="center"/>
        </w:trPr>
        <w:tc>
          <w:tcPr>
            <w:tcW w:w="1440" w:type="dxa"/>
            <w:tcBorders>
              <w:bottom w:val="single" w:sz="22" w:space="0" w:color="C00000"/>
            </w:tcBorders>
            <w:shd w:val="clear" w:color="auto" w:fill="343A40"/>
          </w:tcPr>
          <w:p w14:paraId="0A8D86D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  <w:tc>
          <w:tcPr>
            <w:tcW w:w="1440" w:type="dxa"/>
            <w:tcBorders>
              <w:bottom w:val="single" w:sz="22" w:space="0" w:color="C00000"/>
            </w:tcBorders>
            <w:shd w:val="clear" w:color="auto" w:fill="343A40"/>
          </w:tcPr>
          <w:p w14:paraId="727AE31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Primärenergiefaktor</w:t>
            </w:r>
          </w:p>
        </w:tc>
        <w:tc>
          <w:tcPr>
            <w:tcW w:w="1440" w:type="dxa"/>
            <w:tcBorders>
              <w:bottom w:val="single" w:sz="22" w:space="0" w:color="C00000"/>
            </w:tcBorders>
            <w:shd w:val="clear" w:color="auto" w:fill="343A40"/>
          </w:tcPr>
          <w:p w14:paraId="6F669BE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  <w:tc>
          <w:tcPr>
            <w:tcW w:w="1440" w:type="dxa"/>
            <w:tcBorders>
              <w:bottom w:val="single" w:sz="22" w:space="0" w:color="C00000"/>
            </w:tcBorders>
            <w:shd w:val="clear" w:color="auto" w:fill="343A40"/>
          </w:tcPr>
          <w:p w14:paraId="4E78EAA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Jahressumme</w:t>
            </w:r>
          </w:p>
        </w:tc>
        <w:tc>
          <w:tcPr>
            <w:tcW w:w="1440" w:type="dxa"/>
            <w:tcBorders>
              <w:bottom w:val="single" w:sz="22" w:space="0" w:color="C00000"/>
            </w:tcBorders>
            <w:shd w:val="clear" w:color="auto" w:fill="343A40"/>
          </w:tcPr>
          <w:p w14:paraId="0FCFDA5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  <w:tc>
          <w:tcPr>
            <w:tcW w:w="1440" w:type="dxa"/>
            <w:tcBorders>
              <w:bottom w:val="single" w:sz="22" w:space="0" w:color="C00000"/>
            </w:tcBorders>
            <w:shd w:val="clear" w:color="auto" w:fill="343A40"/>
          </w:tcPr>
          <w:p w14:paraId="33F93B1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Primärenergie</w:t>
            </w:r>
          </w:p>
        </w:tc>
      </w:tr>
      <w:tr w:rsidR="005D31A4" w:rsidRPr="00B252FF" w14:paraId="1632BCB4" w14:textId="77777777">
        <w:trPr>
          <w:jc w:val="center"/>
        </w:trPr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D6F96E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Strombezug (Energiezentrale)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CFC817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1,8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DFFADD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×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4BDC5E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114 MWh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F5D5DC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=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BE3334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205 MWh</w:t>
            </w:r>
          </w:p>
        </w:tc>
      </w:tr>
      <w:tr w:rsidR="005D31A4" w:rsidRPr="00B252FF" w14:paraId="32C52205" w14:textId="77777777">
        <w:trPr>
          <w:jc w:val="center"/>
        </w:trPr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37E08A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Stromeinspeisung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51FB30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- 0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C24201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×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0F0A2B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25,9 MWh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A9F50C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=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CEB87C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- 0 MWh</w:t>
            </w:r>
          </w:p>
        </w:tc>
      </w:tr>
      <w:tr w:rsidR="005D31A4" w:rsidRPr="00B252FF" w14:paraId="6F2BCDD0" w14:textId="77777777">
        <w:trPr>
          <w:jc w:val="center"/>
        </w:trPr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FB6DC8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lastRenderedPageBreak/>
              <w:t>Erdgas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5360DA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1,1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5B7139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×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B766F3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1.043 MWh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995DDE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=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56F055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1.147 MWh</w:t>
            </w:r>
          </w:p>
        </w:tc>
      </w:tr>
      <w:tr w:rsidR="005D31A4" w:rsidRPr="00B252FF" w14:paraId="4771DED0" w14:textId="77777777">
        <w:trPr>
          <w:jc w:val="center"/>
        </w:trPr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E83992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Fernwärmebezug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99738E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  0,6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96F81C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×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5D2E3D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 MWh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67CB26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=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8D53C2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  0 MWh</w:t>
            </w:r>
          </w:p>
        </w:tc>
      </w:tr>
      <w:tr w:rsidR="005D31A4" w:rsidRPr="00B252FF" w14:paraId="68DFC897" w14:textId="77777777">
        <w:trPr>
          <w:jc w:val="center"/>
        </w:trPr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67DBD4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Fernkältebezug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0D4612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  0,8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EA107A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×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2B0CCF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 MWh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3B329D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=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B5A0E3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  0 MWh</w:t>
            </w:r>
          </w:p>
        </w:tc>
      </w:tr>
      <w:tr w:rsidR="005D31A4" w:rsidRPr="00B252FF" w14:paraId="1AFFD943" w14:textId="77777777">
        <w:trPr>
          <w:jc w:val="center"/>
        </w:trPr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C1F31A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 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3C1BE7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 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AB4EEE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 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A3E615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Summe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62A559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 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122B17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1.353 MWh</w:t>
            </w:r>
          </w:p>
        </w:tc>
      </w:tr>
    </w:tbl>
    <w:p w14:paraId="643E9270" w14:textId="77777777" w:rsidR="005D31A4" w:rsidRPr="00B252FF" w:rsidRDefault="005D31A4">
      <w:pPr>
        <w:rPr>
          <w:lang w:val="de-DE"/>
        </w:rPr>
      </w:pPr>
    </w:p>
    <w:p w14:paraId="4F84CE3E" w14:textId="77777777" w:rsidR="005D31A4" w:rsidRPr="00B252FF" w:rsidRDefault="00000000">
      <w:pPr>
        <w:pStyle w:val="berschrift3"/>
        <w:rPr>
          <w:lang w:val="de-DE"/>
        </w:rPr>
      </w:pPr>
      <w:bookmarkStart w:id="181" w:name="cha_3_economic_results_num"/>
      <w:bookmarkStart w:id="182" w:name="_Toc240363762"/>
      <w:r w:rsidRPr="00B252FF">
        <w:rPr>
          <w:color w:val="000000"/>
          <w:sz w:val="32"/>
          <w:lang w:val="de-DE"/>
        </w:rPr>
        <w:t xml:space="preserve">2.2.4 </w:t>
      </w:r>
      <w:bookmarkEnd w:id="181"/>
      <w:r w:rsidRPr="00B252FF">
        <w:rPr>
          <w:color w:val="000000"/>
          <w:sz w:val="32"/>
          <w:lang w:val="de-DE"/>
        </w:rPr>
        <w:t>Wirtschaftlichkeit</w:t>
      </w:r>
      <w:bookmarkEnd w:id="182"/>
    </w:p>
    <w:p w14:paraId="34E90E85" w14:textId="77777777" w:rsidR="005D31A4" w:rsidRPr="00B252FF" w:rsidRDefault="00000000">
      <w:pPr>
        <w:rPr>
          <w:lang w:val="de-DE"/>
        </w:rPr>
      </w:pPr>
      <w:r w:rsidRPr="00B252FF">
        <w:rPr>
          <w:b/>
          <w:sz w:val="28"/>
          <w:lang w:val="de-DE"/>
        </w:rPr>
        <w:t>Zusammenfassung</w:t>
      </w:r>
    </w:p>
    <w:p w14:paraId="6BDED0AA" w14:textId="2F287BA7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183" w:name="_Toc240363821"/>
      <w:r w:rsidRPr="00B252FF">
        <w:rPr>
          <w:lang w:val="de-DE"/>
        </w:rPr>
        <w:t xml:space="preserve">Tabelle </w:t>
      </w:r>
      <w:bookmarkStart w:id="184" w:name="results_economic_kpis_tab_2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Tabelle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40</w:t>
      </w:r>
      <w:r w:rsidRPr="00B252FF">
        <w:rPr>
          <w:lang w:val="de-DE"/>
        </w:rPr>
        <w:fldChar w:fldCharType="end"/>
      </w:r>
      <w:bookmarkStart w:id="185" w:name="results_economic_kpis_tab_2"/>
      <w:bookmarkEnd w:id="184"/>
      <w:bookmarkEnd w:id="185"/>
      <w:r w:rsidRPr="00B252FF">
        <w:rPr>
          <w:lang w:val="de-DE"/>
        </w:rPr>
        <w:t>: Variante 2: Wirtschaftliche Kennzahlen</w:t>
      </w:r>
      <w:bookmarkEnd w:id="183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4320"/>
      </w:tblGrid>
      <w:tr w:rsidR="005D31A4" w:rsidRPr="00B252FF" w14:paraId="386C2DA0" w14:textId="77777777">
        <w:trPr>
          <w:jc w:val="center"/>
        </w:trPr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5DF80D7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102A0E1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</w:tr>
      <w:tr w:rsidR="005D31A4" w:rsidRPr="00B252FF" w14:paraId="1689CD17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91F2AB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Kapitalwert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BB6954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+ 458.831 €</w:t>
            </w:r>
          </w:p>
        </w:tc>
      </w:tr>
      <w:tr w:rsidR="005D31A4" w:rsidRPr="00B252FF" w14:paraId="1F24227B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F8DAE5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Amortisationsdauer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966284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19 Jahre</w:t>
            </w:r>
          </w:p>
        </w:tc>
      </w:tr>
      <w:tr w:rsidR="005D31A4" w:rsidRPr="00B252FF" w14:paraId="489285D4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84B97B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Interner Zinsfuß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708D2F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7,3 %</w:t>
            </w:r>
          </w:p>
        </w:tc>
      </w:tr>
      <w:tr w:rsidR="005D31A4" w:rsidRPr="00B252FF" w14:paraId="1A4A3089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824FB0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Gesamtkosten (exkl. Verkaufserlöse)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DBEC2F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4.105.798,0 €</w:t>
            </w:r>
          </w:p>
        </w:tc>
      </w:tr>
      <w:tr w:rsidR="005D31A4" w:rsidRPr="00B252FF" w14:paraId="199E9B98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B34B13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Energiegestehungskosten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F80573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0,255 €/kWh</w:t>
            </w:r>
          </w:p>
        </w:tc>
      </w:tr>
      <w:tr w:rsidR="005D31A4" w:rsidRPr="00B252FF" w14:paraId="0EA7AAEC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4C3DC0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Jährl. Energiekosten pro Nutzfläche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8DDC3A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48,46 €/m²</w:t>
            </w:r>
          </w:p>
        </w:tc>
      </w:tr>
      <w:tr w:rsidR="005D31A4" w:rsidRPr="00B252FF" w14:paraId="54E2BF13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154DDA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Monatliche Energiekosten pro Nutzfläche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FC71E5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4,04 €/m²</w:t>
            </w:r>
          </w:p>
        </w:tc>
      </w:tr>
    </w:tbl>
    <w:p w14:paraId="19C917D8" w14:textId="77777777" w:rsidR="005D31A4" w:rsidRPr="00B252FF" w:rsidRDefault="005D31A4">
      <w:pPr>
        <w:rPr>
          <w:lang w:val="de-DE"/>
        </w:rPr>
      </w:pPr>
    </w:p>
    <w:p w14:paraId="52A46813" w14:textId="75AF653A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186" w:name="_Toc240363822"/>
      <w:r w:rsidRPr="00B252FF">
        <w:rPr>
          <w:lang w:val="de-DE"/>
        </w:rPr>
        <w:t xml:space="preserve">Tabelle </w:t>
      </w:r>
      <w:bookmarkStart w:id="187" w:name="results_subsidy_tab_2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Tabelle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41</w:t>
      </w:r>
      <w:r w:rsidRPr="00B252FF">
        <w:rPr>
          <w:lang w:val="de-DE"/>
        </w:rPr>
        <w:fldChar w:fldCharType="end"/>
      </w:r>
      <w:bookmarkStart w:id="188" w:name="results_subsidy_tab_2"/>
      <w:bookmarkEnd w:id="187"/>
      <w:bookmarkEnd w:id="188"/>
      <w:r w:rsidRPr="00B252FF">
        <w:rPr>
          <w:lang w:val="de-DE"/>
        </w:rPr>
        <w:t>: Variante 2: Förderungen</w:t>
      </w:r>
      <w:bookmarkEnd w:id="186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4320"/>
      </w:tblGrid>
      <w:tr w:rsidR="005D31A4" w:rsidRPr="00B252FF" w14:paraId="35960F26" w14:textId="77777777">
        <w:trPr>
          <w:jc w:val="center"/>
        </w:trPr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083979F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2009DDF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</w:tr>
      <w:tr w:rsidR="005D31A4" w:rsidRPr="00B252FF" w14:paraId="07DB81D8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8CFEF4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Anfangsinvestition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C1B8C2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3.330.428,0 €</w:t>
            </w:r>
          </w:p>
        </w:tc>
      </w:tr>
      <w:tr w:rsidR="005D31A4" w:rsidRPr="00B252FF" w14:paraId="542E4BF0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B10E34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Förderung auf Anfangsinvestition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1EB1FC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1.020.584,0 €</w:t>
            </w:r>
          </w:p>
        </w:tc>
      </w:tr>
      <w:tr w:rsidR="005D31A4" w:rsidRPr="00B252FF" w14:paraId="47AE1DA4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F2416B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Förderquote Anfangsinvestition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68782B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30,6 %</w:t>
            </w:r>
          </w:p>
        </w:tc>
      </w:tr>
      <w:tr w:rsidR="005D31A4" w:rsidRPr="00B252FF" w14:paraId="11600618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DB3E5E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Gesamtkosten (exkl. aller Erlöse und Förderungen)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988D4F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5.139.292 €</w:t>
            </w:r>
          </w:p>
        </w:tc>
      </w:tr>
      <w:tr w:rsidR="005D31A4" w:rsidRPr="00B252FF" w14:paraId="4AA534F1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BD676E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Gesamtförderung im Betrachtungshorizont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D9C278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1.070.433 €</w:t>
            </w:r>
          </w:p>
        </w:tc>
      </w:tr>
      <w:tr w:rsidR="005D31A4" w:rsidRPr="00B252FF" w14:paraId="43104D69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EECE5A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Förderquote (gesamt)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1332B4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20,8 %</w:t>
            </w:r>
          </w:p>
        </w:tc>
      </w:tr>
    </w:tbl>
    <w:p w14:paraId="63769055" w14:textId="77777777" w:rsidR="005D31A4" w:rsidRPr="00B252FF" w:rsidRDefault="005D31A4">
      <w:pPr>
        <w:rPr>
          <w:lang w:val="de-DE"/>
        </w:rPr>
      </w:pPr>
    </w:p>
    <w:p w14:paraId="568BE8E4" w14:textId="77777777" w:rsidR="005D31A4" w:rsidRPr="00B252FF" w:rsidRDefault="00000000">
      <w:pPr>
        <w:rPr>
          <w:lang w:val="de-DE"/>
        </w:rPr>
      </w:pPr>
      <w:r w:rsidRPr="00B252FF">
        <w:rPr>
          <w:b/>
          <w:sz w:val="28"/>
          <w:lang w:val="de-DE"/>
        </w:rPr>
        <w:t>Kosten- und Erlösaufstellung</w:t>
      </w:r>
    </w:p>
    <w:p w14:paraId="50724EC4" w14:textId="492A8EA5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189" w:name="_Toc240363823"/>
      <w:r w:rsidRPr="00B252FF">
        <w:rPr>
          <w:lang w:val="de-DE"/>
        </w:rPr>
        <w:t xml:space="preserve">Tabelle </w:t>
      </w:r>
      <w:bookmarkStart w:id="190" w:name="results_cash_flow_tab_2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Tabelle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42</w:t>
      </w:r>
      <w:r w:rsidRPr="00B252FF">
        <w:rPr>
          <w:lang w:val="de-DE"/>
        </w:rPr>
        <w:fldChar w:fldCharType="end"/>
      </w:r>
      <w:bookmarkStart w:id="191" w:name="results_cash_flow_tab_2"/>
      <w:bookmarkEnd w:id="190"/>
      <w:bookmarkEnd w:id="191"/>
      <w:r w:rsidRPr="00B252FF">
        <w:rPr>
          <w:lang w:val="de-DE"/>
        </w:rPr>
        <w:t>: Variante 2: Kostenaufstellung in €</w:t>
      </w:r>
      <w:bookmarkEnd w:id="189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206"/>
        <w:gridCol w:w="1005"/>
        <w:gridCol w:w="1004"/>
        <w:gridCol w:w="854"/>
        <w:gridCol w:w="854"/>
        <w:gridCol w:w="854"/>
        <w:gridCol w:w="371"/>
        <w:gridCol w:w="854"/>
        <w:gridCol w:w="854"/>
      </w:tblGrid>
      <w:tr w:rsidR="005D31A4" w:rsidRPr="00B252FF" w14:paraId="503F4CAA" w14:textId="77777777">
        <w:trPr>
          <w:jc w:val="center"/>
        </w:trPr>
        <w:tc>
          <w:tcPr>
            <w:tcW w:w="960" w:type="dxa"/>
            <w:tcBorders>
              <w:bottom w:val="single" w:sz="22" w:space="0" w:color="C00000"/>
            </w:tcBorders>
            <w:shd w:val="clear" w:color="auto" w:fill="343A40"/>
          </w:tcPr>
          <w:p w14:paraId="4C448A2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  <w:tc>
          <w:tcPr>
            <w:tcW w:w="960" w:type="dxa"/>
            <w:tcBorders>
              <w:bottom w:val="single" w:sz="22" w:space="0" w:color="C00000"/>
            </w:tcBorders>
            <w:shd w:val="clear" w:color="auto" w:fill="343A40"/>
          </w:tcPr>
          <w:p w14:paraId="7C75931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Summe</w:t>
            </w:r>
          </w:p>
        </w:tc>
        <w:tc>
          <w:tcPr>
            <w:tcW w:w="960" w:type="dxa"/>
            <w:tcBorders>
              <w:bottom w:val="single" w:sz="22" w:space="0" w:color="C00000"/>
            </w:tcBorders>
            <w:shd w:val="clear" w:color="auto" w:fill="343A40"/>
          </w:tcPr>
          <w:p w14:paraId="4598189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2027</w:t>
            </w:r>
          </w:p>
        </w:tc>
        <w:tc>
          <w:tcPr>
            <w:tcW w:w="960" w:type="dxa"/>
            <w:tcBorders>
              <w:bottom w:val="single" w:sz="22" w:space="0" w:color="C00000"/>
            </w:tcBorders>
            <w:shd w:val="clear" w:color="auto" w:fill="343A40"/>
          </w:tcPr>
          <w:p w14:paraId="76F541A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2028</w:t>
            </w:r>
          </w:p>
        </w:tc>
        <w:tc>
          <w:tcPr>
            <w:tcW w:w="960" w:type="dxa"/>
            <w:tcBorders>
              <w:bottom w:val="single" w:sz="22" w:space="0" w:color="C00000"/>
            </w:tcBorders>
            <w:shd w:val="clear" w:color="auto" w:fill="343A40"/>
          </w:tcPr>
          <w:p w14:paraId="39E3D4B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2029</w:t>
            </w:r>
          </w:p>
        </w:tc>
        <w:tc>
          <w:tcPr>
            <w:tcW w:w="960" w:type="dxa"/>
            <w:tcBorders>
              <w:bottom w:val="single" w:sz="22" w:space="0" w:color="C00000"/>
            </w:tcBorders>
            <w:shd w:val="clear" w:color="auto" w:fill="343A40"/>
          </w:tcPr>
          <w:p w14:paraId="7463796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2030</w:t>
            </w:r>
          </w:p>
        </w:tc>
        <w:tc>
          <w:tcPr>
            <w:tcW w:w="960" w:type="dxa"/>
            <w:tcBorders>
              <w:bottom w:val="single" w:sz="22" w:space="0" w:color="C00000"/>
            </w:tcBorders>
            <w:shd w:val="clear" w:color="auto" w:fill="343A40"/>
          </w:tcPr>
          <w:p w14:paraId="2735E60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22" w:space="0" w:color="C00000"/>
            </w:tcBorders>
            <w:shd w:val="clear" w:color="auto" w:fill="343A40"/>
          </w:tcPr>
          <w:p w14:paraId="59C63A3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2046</w:t>
            </w:r>
          </w:p>
        </w:tc>
        <w:tc>
          <w:tcPr>
            <w:tcW w:w="960" w:type="dxa"/>
            <w:tcBorders>
              <w:bottom w:val="single" w:sz="22" w:space="0" w:color="C00000"/>
            </w:tcBorders>
            <w:shd w:val="clear" w:color="auto" w:fill="343A40"/>
          </w:tcPr>
          <w:p w14:paraId="24B509A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2047</w:t>
            </w:r>
          </w:p>
        </w:tc>
      </w:tr>
      <w:tr w:rsidR="005D31A4" w:rsidRPr="00B252FF" w14:paraId="3744E362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76CF42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Gesamtkosten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9DFEA5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-458.830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E2EDC5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1.933.844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6C78DF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-161.711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09DCB1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-154.011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08612F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-146.677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291879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40C404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-67.194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50A4D5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-423.402</w:t>
            </w:r>
          </w:p>
        </w:tc>
      </w:tr>
      <w:tr w:rsidR="005D31A4" w:rsidRPr="00B252FF" w14:paraId="3B833B2E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8D400F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Investitionskosten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835DFD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3.053.801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5D837D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3.330.428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2E2B73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E9C058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28D2DF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D29245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E64D02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C91AC1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-359.407</w:t>
            </w:r>
          </w:p>
        </w:tc>
      </w:tr>
      <w:tr w:rsidR="005D31A4" w:rsidRPr="00B252FF" w14:paraId="2EEC3A3E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4822B3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Gebäudeenergiesysteme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0C12FE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533.111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E5796F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607.830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147911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19530E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380CE8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F80D48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C655E8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7E8896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-74.718</w:t>
            </w:r>
          </w:p>
        </w:tc>
      </w:tr>
      <w:tr w:rsidR="005D31A4" w:rsidRPr="00B252FF" w14:paraId="7CA27976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7831FE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Elektrischer Heizstab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C6B064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1.153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0DBCDB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1.247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B6EF69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AF6B8E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6212D2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1CEB8F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29BB11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9E6219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-94</w:t>
            </w:r>
          </w:p>
        </w:tc>
      </w:tr>
      <w:tr w:rsidR="005D31A4" w:rsidRPr="00B252FF" w14:paraId="4C600A70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01AA72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lastRenderedPageBreak/>
              <w:t>Dez. elektr. TWW-Erwärmung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98AF2E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5.590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2959E8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5.590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0EF66A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B412CB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E5DB06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B44B77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63FCAA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84DD13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</w:tr>
      <w:tr w:rsidR="005D31A4" w:rsidRPr="00B252FF" w14:paraId="4B53AE6E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B7D544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Erdwärmepumpe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216658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24.671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042E2E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24.671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107D4D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47C3D6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D4C6C5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7E509D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8B84F5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1C846E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</w:tr>
      <w:tr w:rsidR="005D31A4" w:rsidRPr="00B252FF" w14:paraId="39F7E842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4578E7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Luftwärmepumpe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E02847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82.005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1A18DE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82.005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DCD65E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BCB355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DCA567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66524B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13DA35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4B0494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</w:tr>
      <w:tr w:rsidR="005D31A4" w:rsidRPr="00B252FF" w14:paraId="215C1320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696000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Luftgekühlte Kältemaschine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38C9E8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77.242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4AB917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77.242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4F8610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7AEA7B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2664DB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9C10F2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E6FD7B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3B351F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</w:tr>
      <w:tr w:rsidR="005D31A4" w:rsidRPr="00B252FF" w14:paraId="2F589955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456746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Speicher (TWW)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3BCCC6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65.341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CFAEA6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74.730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0FF60D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032CF6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84B7E3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3357E4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63AA63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308455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-9.388</w:t>
            </w:r>
          </w:p>
        </w:tc>
      </w:tr>
      <w:tr w:rsidR="005D31A4" w:rsidRPr="00B252FF" w14:paraId="6C156934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4FF285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Wärmeübergabestation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BBBA95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262.256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95C1B5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323.152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D919D0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641761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85B85A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A232DD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2A2403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587214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-60.896</w:t>
            </w:r>
          </w:p>
        </w:tc>
      </w:tr>
      <w:tr w:rsidR="005D31A4" w:rsidRPr="00B252FF" w14:paraId="02503C61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C71CEC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Geothermiesonden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515741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14.850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313761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19.189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CA7159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0F53B7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AF83C9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0397BB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84D10C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F89535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-4.339</w:t>
            </w:r>
          </w:p>
        </w:tc>
      </w:tr>
      <w:tr w:rsidR="005D31A4" w:rsidRPr="00B252FF" w14:paraId="0B2435F7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B29193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Wärmenetz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2B889B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1.030.511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C87968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1.269.798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8A5C41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A601EB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487181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DB3FA6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C9934C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C8A928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-239.286</w:t>
            </w:r>
          </w:p>
        </w:tc>
      </w:tr>
      <w:tr w:rsidR="005D31A4" w:rsidRPr="00B252FF" w14:paraId="45BB916C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736EDF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Hausanschlussleitung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1530CA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418.062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A18E47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515.137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80190D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F1F036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3D2DBE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B4A804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4275A4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4BF9B7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-97.075</w:t>
            </w:r>
          </w:p>
        </w:tc>
      </w:tr>
      <w:tr w:rsidR="005D31A4" w:rsidRPr="00B252FF" w14:paraId="7550473E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7C6C5B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Verteilleitung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F9C8D8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612.448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3EEFBF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754.660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2441C5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A006D5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D6F180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9FA206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BB9270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91BA9D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-142.211</w:t>
            </w:r>
          </w:p>
        </w:tc>
      </w:tr>
      <w:tr w:rsidR="005D31A4" w:rsidRPr="00B252FF" w14:paraId="44B3F6B2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3CA0C1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Energiezentrale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93D831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1.210.178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7DA51C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1.172.800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D7F61D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AD9FB5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78CA20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92FF94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07BB90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576AC1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-45.402</w:t>
            </w:r>
          </w:p>
        </w:tc>
      </w:tr>
      <w:tr w:rsidR="005D31A4" w:rsidRPr="00B252FF" w14:paraId="1BB0C02D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70BE16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Erdgas-BHKW 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DD41FD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218.078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DD63DA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180.700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F07A1C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2D744E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77A854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257628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D6B092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E4A83D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-45.402</w:t>
            </w:r>
          </w:p>
        </w:tc>
      </w:tr>
      <w:tr w:rsidR="005D31A4" w:rsidRPr="00B252FF" w14:paraId="76BA56FA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6C9357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Photovoltaik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01616F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276.100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A7CB72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276.100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D8C66A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E4B1A1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235B7A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1D2875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49DCA2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460F59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</w:tr>
      <w:tr w:rsidR="005D31A4" w:rsidRPr="00B252FF" w14:paraId="3367706C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5A7ACB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Luftwärmepumpe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C99673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704.000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41932B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704.000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5BBAE5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C1CE06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AD8C4B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8FFE52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C07750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521F95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</w:tr>
      <w:tr w:rsidR="005D31A4" w:rsidRPr="00B252FF" w14:paraId="3AA2FD9C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250B5C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Wärmespeicher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D5A654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12.000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FEBB09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12.000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FE2E80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EED07F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657BFC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F65644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FC3CA1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52D6C5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</w:tr>
      <w:tr w:rsidR="005D31A4" w:rsidRPr="00B252FF" w14:paraId="777605F5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9E80AA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Sonstige Kosten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5ECD53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280.000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9BBD20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280.000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57541E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E6E930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30AAE3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BCB0CF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7BD190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C76DFD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</w:tr>
      <w:tr w:rsidR="005D31A4" w:rsidRPr="00B252FF" w14:paraId="4E60FD7E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5CF738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Gebäude Energiezentrale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28FCEB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150.000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1F9558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150.000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5533E9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5940A5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B5D279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FC37A2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931346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FB358C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</w:tr>
      <w:tr w:rsidR="005D31A4" w:rsidRPr="00B252FF" w14:paraId="1F91CB86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9E99DB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Netzpumpe, Druckhaltung, Armaturen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254789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30.000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DA3A75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30.000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A5807C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E2E4BB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11B3B5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CC14C1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E91822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F3BAE1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</w:tr>
      <w:tr w:rsidR="005D31A4" w:rsidRPr="00B252FF" w14:paraId="1A01623F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739852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Planungskosten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4B53EB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100.000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833083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100.000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8CFA9E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1B6076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F46669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AD976F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3B65EC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65E481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</w:tr>
      <w:tr w:rsidR="005D31A4" w:rsidRPr="00B252FF" w14:paraId="33A29E57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222B8F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Wartungskosten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91ED0C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686.732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E3BE4C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AC40CD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52.481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E2C910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49.982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EC5ABD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47.601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05E245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6A59B4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21.806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A44274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20.768</w:t>
            </w:r>
          </w:p>
        </w:tc>
      </w:tr>
      <w:tr w:rsidR="005D31A4" w:rsidRPr="00B252FF" w14:paraId="61A4EE5E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0A12C2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Gebäudeenergiesysteme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2277EA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89.356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032A62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21C470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6.828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1DCFDB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6.503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5FDD2C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6.193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58C2E2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DD47E4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2.837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BFDC61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2.702</w:t>
            </w:r>
          </w:p>
        </w:tc>
      </w:tr>
      <w:tr w:rsidR="005D31A4" w:rsidRPr="00B252FF" w14:paraId="1459C522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F5964B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Elektrischer Heizstab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3798EC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155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967616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E0F8E1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5CB0FF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A30BAD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A7BCB5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A34227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D1B1DF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</w:t>
            </w:r>
          </w:p>
        </w:tc>
      </w:tr>
      <w:tr w:rsidR="005D31A4" w:rsidRPr="00B252FF" w14:paraId="279DEED7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2EC5D9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Dez. elektr. TWW-Erwärmung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0CEC16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696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6DE163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107CDC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53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36DCD7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50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670325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947DA7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495F81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85BDF9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21</w:t>
            </w:r>
          </w:p>
        </w:tc>
      </w:tr>
      <w:tr w:rsidR="005D31A4" w:rsidRPr="00B252FF" w14:paraId="793F3B58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0E0640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Erdwärmepumpe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B6B3E8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6.149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C4AD25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D73C22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469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CEBF94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447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3C711F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426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7088C7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E018E5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195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CBF7D8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185</w:t>
            </w:r>
          </w:p>
        </w:tc>
      </w:tr>
      <w:tr w:rsidR="005D31A4" w:rsidRPr="00B252FF" w14:paraId="5EF880AC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9D48B9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Luftwärmepumpe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9FCEE9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20.439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758CCB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4B1C65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1.562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31202B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1.487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4FF18E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1.416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96AF10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6AE036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649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CC50FB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618</w:t>
            </w:r>
          </w:p>
        </w:tc>
      </w:tr>
      <w:tr w:rsidR="005D31A4" w:rsidRPr="00B252FF" w14:paraId="73DEDB09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E6D324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Luftgekühlte Kältemaschine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E2FC2C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19.252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9507AF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F89A5A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1.471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EA3D3C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1.401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E012FC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1.334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E93742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9DC14A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611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B10F04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582</w:t>
            </w:r>
          </w:p>
        </w:tc>
      </w:tr>
      <w:tr w:rsidR="005D31A4" w:rsidRPr="00B252FF" w14:paraId="69AF7A4F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785E32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Wärmeübergabestation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66824C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40.271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4590AA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6FA0FB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3.077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239CD0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2.931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E7B4E7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2.791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B7D618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4124F8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1.278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D81DAB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1.217</w:t>
            </w:r>
          </w:p>
        </w:tc>
      </w:tr>
      <w:tr w:rsidR="005D31A4" w:rsidRPr="00B252FF" w14:paraId="2CF5D7A7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BF429E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Geothermiesonden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0F755E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2.391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BA795D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72B92C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182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DA9941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174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DA2DCA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165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BF778D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FE2995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75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322111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72</w:t>
            </w:r>
          </w:p>
        </w:tc>
      </w:tr>
      <w:tr w:rsidR="005D31A4" w:rsidRPr="00B252FF" w14:paraId="1D138A1A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E5EDBA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Wärmenetz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81DD2D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158.244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B2F347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CFD6ED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12.093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191CFE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11.517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1E1815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10.968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32B0DA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5B81BA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5.025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309E14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4.785</w:t>
            </w:r>
          </w:p>
        </w:tc>
      </w:tr>
      <w:tr w:rsidR="005D31A4" w:rsidRPr="00B252FF" w14:paraId="573ADAAF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1A5DB3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Hausanschlussleitung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2D7A9A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64.197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694D30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671499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4.906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321756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4.672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5A1F62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4.449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16D8BD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29B78A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2.038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16F55C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1.941</w:t>
            </w:r>
          </w:p>
        </w:tc>
      </w:tr>
      <w:tr w:rsidR="005D31A4" w:rsidRPr="00B252FF" w14:paraId="1CB78692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7E43D5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lastRenderedPageBreak/>
              <w:t>Verteilleitung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A11532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94.047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5AFA2E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E0990C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7.187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003C46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6.844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B91D63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6.519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4D4DF1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57E612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2.986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C61BDB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2.844</w:t>
            </w:r>
          </w:p>
        </w:tc>
      </w:tr>
      <w:tr w:rsidR="005D31A4" w:rsidRPr="00B252FF" w14:paraId="3D140EAA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7B2634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Energiezentrale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196BB1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435.392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E94FCB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4B090C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33.273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4AF5CB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31.688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684AF5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30.179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B46CAA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5D88DC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13.825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FC3FED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13.167</w:t>
            </w:r>
          </w:p>
        </w:tc>
      </w:tr>
      <w:tr w:rsidR="005D31A4" w:rsidRPr="00B252FF" w14:paraId="0FC6A33B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5836F1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Erdgas-BHKW 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E48BAD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180.153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7339D0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21BB26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13.767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B977D8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13.112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DB827D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12.487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CDC8A7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3B8D5B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5.720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4EBA93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5.448</w:t>
            </w:r>
          </w:p>
        </w:tc>
      </w:tr>
      <w:tr w:rsidR="005D31A4" w:rsidRPr="00B252FF" w14:paraId="6102F5AF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270CD9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Photovoltaik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C8C452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34.408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C4558C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B6AECC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2.629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00A9A7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2.504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1D55B1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2.385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115601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C145C8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1.092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42E586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1.040</w:t>
            </w:r>
          </w:p>
        </w:tc>
      </w:tr>
      <w:tr w:rsidR="005D31A4" w:rsidRPr="00B252FF" w14:paraId="75FB3BE5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9981B3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Luftwärmepumpe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B598C6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219.334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56C7A2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D96F42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16.761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3202DD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15.963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48A7BA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15.203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FB574B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F4BE7F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6.964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E0F249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6.633</w:t>
            </w:r>
          </w:p>
        </w:tc>
      </w:tr>
      <w:tr w:rsidR="005D31A4" w:rsidRPr="00B252FF" w14:paraId="64AD7DDB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235C33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Wärmespeicher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38FEF8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1.495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3E4C4E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A62372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114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4EB4C6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108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1DE045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103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D58AAE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DA08BE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324C52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45</w:t>
            </w:r>
          </w:p>
        </w:tc>
      </w:tr>
      <w:tr w:rsidR="005D31A4" w:rsidRPr="00B252FF" w14:paraId="6B47C024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EC2160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Sonstige Kosten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6D49BE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3.738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56CF88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088360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285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48E821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272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A217F6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259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220751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2393E4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118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91665A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113</w:t>
            </w:r>
          </w:p>
        </w:tc>
      </w:tr>
      <w:tr w:rsidR="005D31A4" w:rsidRPr="00B252FF" w14:paraId="4F85285C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AA30FB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Netzpumpe, Druckhaltung, Armaturen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C9E322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3.738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BF6B9C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341658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285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EDFBC7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272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84ECAD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259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1C8AC9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A91FAD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118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D4FF56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113</w:t>
            </w:r>
          </w:p>
        </w:tc>
      </w:tr>
      <w:tr w:rsidR="005D31A4" w:rsidRPr="00B252FF" w14:paraId="31D6455F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26A2C0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Sonstige Betriebskosten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E2739B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124.622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1DE1E6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1408E0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9.523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494DEF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9.070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E3A3CF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8.638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B428F0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3763BB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3.957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9DCAC9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3.768</w:t>
            </w:r>
          </w:p>
        </w:tc>
      </w:tr>
      <w:tr w:rsidR="005D31A4" w:rsidRPr="00B252FF" w14:paraId="6A27D07E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430148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Verwaltung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390F9D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124.622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BCD11F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537AD7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9.523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4067B8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9.070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7BEE1C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8.638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0E9995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CAC81F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3.957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1028EA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3.768</w:t>
            </w:r>
          </w:p>
        </w:tc>
      </w:tr>
      <w:tr w:rsidR="005D31A4" w:rsidRPr="00B252FF" w14:paraId="0F64DC89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4766F9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Energiekosten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EA359A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1.323.985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BB25FA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50CBF0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101.180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50805F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96.362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FDAB47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91.774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44944B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9DE0F6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42.042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700A92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40.040</w:t>
            </w:r>
          </w:p>
        </w:tc>
      </w:tr>
      <w:tr w:rsidR="005D31A4" w:rsidRPr="00B252FF" w14:paraId="7FB769E0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B6D382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Energiezentrale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811105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1.323.985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1AC5BA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C4405A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101.180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899D38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96.362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0549F2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91.774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96BB04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3577F3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42.042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EB7795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40.040</w:t>
            </w:r>
          </w:p>
        </w:tc>
      </w:tr>
      <w:tr w:rsidR="005D31A4" w:rsidRPr="00B252FF" w14:paraId="5F04C987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A65C41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Strom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D1F863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284.138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D6D7F4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CB83B0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21.714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2BD67F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20.680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74A423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19.695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6DA85B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84828C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9.022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352153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8.593</w:t>
            </w:r>
          </w:p>
        </w:tc>
      </w:tr>
      <w:tr w:rsidR="005D31A4" w:rsidRPr="00B252FF" w14:paraId="14E7FA67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5B4251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Arbeitspreis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B00F15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284.138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E38C4E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2E74B8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21.714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E486F8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20.680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BEA60F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19.695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996809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DCF84F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9.022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D2D7B8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8.593</w:t>
            </w:r>
          </w:p>
        </w:tc>
      </w:tr>
      <w:tr w:rsidR="005D31A4" w:rsidRPr="00B252FF" w14:paraId="0CADC4D5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27E028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Erdgas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733EF5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1.039.846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E712DC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6F5F0F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79.466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42A7DF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75.682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D2F29B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72.078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560728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0157F9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33.020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3CD0E6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31.447</w:t>
            </w:r>
          </w:p>
        </w:tc>
      </w:tr>
      <w:tr w:rsidR="005D31A4" w:rsidRPr="00B252FF" w14:paraId="621E8781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164E33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Arbeitspreis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66C910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1.039.846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E04F5F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F5DC99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79.466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C0B330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75.682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4B205A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72.078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C8F137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7EB4AA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33.020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89B8A8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31.447</w:t>
            </w:r>
          </w:p>
        </w:tc>
      </w:tr>
      <w:tr w:rsidR="005D31A4" w:rsidRPr="00B252FF" w14:paraId="31226E4B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841429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Erlöse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AA590A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-4.577.538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CABF83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-376.000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C5D443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-321.087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10FF38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-305.798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BFFAA8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-291.236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A3D3D3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A61D70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-133.418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682C09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-127.065</w:t>
            </w:r>
          </w:p>
        </w:tc>
      </w:tr>
      <w:tr w:rsidR="005D31A4" w:rsidRPr="00B252FF" w14:paraId="5150DB17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0EDF12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Einspeisung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348A6E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-12.910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537C7E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7FDD16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-986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F570B0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-939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94EBE4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-894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CE635C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6AA15E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-409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616BCA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-390</w:t>
            </w:r>
          </w:p>
        </w:tc>
      </w:tr>
      <w:tr w:rsidR="005D31A4" w:rsidRPr="00B252FF" w14:paraId="754D2178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5F1DB9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Strom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A813E3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-12.910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B3BA29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9D9249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-986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A5D955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-939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337E8D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-894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2EBD0E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BB9F72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-409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84A4BD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-390</w:t>
            </w:r>
          </w:p>
        </w:tc>
      </w:tr>
      <w:tr w:rsidR="005D31A4" w:rsidRPr="00B252FF" w14:paraId="3707B1FC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B09DDA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Deckung der Bedarfe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489EAA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-4.564.628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9FCA47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-376.000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C3F781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-320.101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9EE45E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-304.858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4FB551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-290.341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8FC9F2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E72C42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-133.008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3DB16D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-126.674</w:t>
            </w:r>
          </w:p>
        </w:tc>
      </w:tr>
      <w:tr w:rsidR="005D31A4" w:rsidRPr="00B252FF" w14:paraId="7436344C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D43EAD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Wärmebedarf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194E8D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-2.096.628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8B626F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F0108D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-160.227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5BC6AA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-152.597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85581F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-145.331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36676C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CE8938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-66.577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17081F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-63.407</w:t>
            </w:r>
          </w:p>
        </w:tc>
      </w:tr>
      <w:tr w:rsidR="005D31A4" w:rsidRPr="00B252FF" w14:paraId="6829274F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E812C7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Arbeitspreis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C93979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-1.718.718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52B44D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7FC9C6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-131.347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10A2E3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-125.092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E9C7A7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-119.135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41298F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88434D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-54.577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2EC23D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-51.978</w:t>
            </w:r>
          </w:p>
        </w:tc>
      </w:tr>
      <w:tr w:rsidR="005D31A4" w:rsidRPr="00B252FF" w14:paraId="56C25982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DD5E0F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Leistungspreis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123057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-377.910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796965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712E3E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-28.880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ABDA2E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-27.505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8205D0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-26.195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C9DA3F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6A927E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-12.000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26DBB9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-11.428</w:t>
            </w:r>
          </w:p>
        </w:tc>
      </w:tr>
      <w:tr w:rsidR="005D31A4" w:rsidRPr="00B252FF" w14:paraId="34214572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8F0BF4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Kältebedarf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6E69B4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-82.890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7DEB05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5205F2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-6.334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5F07CE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-6.032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5F4297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-5.745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2E7B6F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E63CBF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-2.632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593DA0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-2.506</w:t>
            </w:r>
          </w:p>
        </w:tc>
      </w:tr>
      <w:tr w:rsidR="005D31A4" w:rsidRPr="00B252FF" w14:paraId="4C1CF8A2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B71F1A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Arbeitspreis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D50088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-41.833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263144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E0ECD3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-3.197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8E307B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-3.044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8AB46A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-2.899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DC157D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D53CCA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-1.328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2DE7AE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-1.265</w:t>
            </w:r>
          </w:p>
        </w:tc>
      </w:tr>
      <w:tr w:rsidR="005D31A4" w:rsidRPr="00B252FF" w14:paraId="73BED156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E7B321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Leistungspreis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73DBB5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-41.056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649567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6870D3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-3.137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612C5B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-2.988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9386D1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-2.845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4BE53F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4A701B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-1.303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5F8C58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-1.241</w:t>
            </w:r>
          </w:p>
        </w:tc>
      </w:tr>
      <w:tr w:rsidR="005D31A4" w:rsidRPr="00B252FF" w14:paraId="226C46B9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A71D5C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Nutzerstrom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C228E0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-24.206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4B07E6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1EF4FF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-1.849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4DAFF2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-1.761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07A9DB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-1.677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B01FBB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62304E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-768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87F304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-732</w:t>
            </w:r>
          </w:p>
        </w:tc>
      </w:tr>
      <w:tr w:rsidR="005D31A4" w:rsidRPr="00B252FF" w14:paraId="536B5679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EE1F7C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lastRenderedPageBreak/>
              <w:t>Arbeitspreis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DEA8B1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-22.536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9E5F0D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555C7B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-1.722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6DAABB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-1.640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DFB54B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-1.562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DEDCF4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735350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-715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F3F1DE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-681</w:t>
            </w:r>
          </w:p>
        </w:tc>
      </w:tr>
      <w:tr w:rsidR="005D31A4" w:rsidRPr="00B252FF" w14:paraId="7730CFA2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7E1503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Leistungspreis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9CE921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-1.669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4C8375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000693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-127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AD11D9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-121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3686BE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-115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7FFDB6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D91B70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-53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A270D2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-50</w:t>
            </w:r>
          </w:p>
        </w:tc>
      </w:tr>
      <w:tr w:rsidR="005D31A4" w:rsidRPr="00B252FF" w14:paraId="6B01C9A5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69A6FB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Elektromobilität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DBC8EA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-1.984.902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5BA82D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F39BBC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-151.689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4E5CD6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-144.465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F06024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-137.586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491013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9E80B5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-63.030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607242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-60.028</w:t>
            </w:r>
          </w:p>
        </w:tc>
      </w:tr>
      <w:tr w:rsidR="005D31A4" w:rsidRPr="00B252FF" w14:paraId="1F7F797A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EA1BFF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Arbeitspreis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E4E5ED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-1.860.280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F993E7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4FE255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-142.165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4EB207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-135.395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B4884D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-128.948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81CF44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9D3851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-59.072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2A643A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-56.259</w:t>
            </w:r>
          </w:p>
        </w:tc>
      </w:tr>
      <w:tr w:rsidR="005D31A4" w:rsidRPr="00B252FF" w14:paraId="0C4E8A23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863FC2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Leistungspreis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ECE802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-124.622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316189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1B9AE2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-9.523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B5AAD1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-9.070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0B00C0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-8.638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CCB126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58D144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-3.957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04F467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-3.768</w:t>
            </w:r>
          </w:p>
        </w:tc>
      </w:tr>
      <w:tr w:rsidR="005D31A4" w:rsidRPr="00B252FF" w14:paraId="6AD605FC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C162AD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Einmalige Anschlussgebühren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975866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-376.000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CB27F5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-376.000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6CB85C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8D8934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7974FD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2DF537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C91939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7D894E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</w:tr>
      <w:tr w:rsidR="005D31A4" w:rsidRPr="00B252FF" w14:paraId="2EFBEB86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FB0961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Förderung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47B192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-1.070.433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181698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-1.020.584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CBA30E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-3.809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DF2744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-3.628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964369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-3.455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48F146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00F5DB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-1.582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88AC6D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-1.507</w:t>
            </w:r>
          </w:p>
        </w:tc>
      </w:tr>
      <w:tr w:rsidR="005D31A4" w:rsidRPr="00B252FF" w14:paraId="4865C522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1872FA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Gebäudeenergiesysteme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A3ACC9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-169.064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CC790E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-169.064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F0FA64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66B6F0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2901D7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DC72CA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D09EFD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143FDA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</w:tr>
      <w:tr w:rsidR="005D31A4" w:rsidRPr="00B252FF" w14:paraId="7789D923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348734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Dez. elektr. TWW-Erwärmung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D7C5BE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-2.236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6DE0A8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-2.236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F46BF9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8303ED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DE7D98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2901F6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E12723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4B464B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</w:tr>
      <w:tr w:rsidR="005D31A4" w:rsidRPr="00B252FF" w14:paraId="3EB76053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E5C072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Speicher (TWW)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B8C461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-29.892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F6A3DE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-29.892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9D63E7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B27D3E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1F9B30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3566A3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53582D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0E866A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</w:tr>
      <w:tr w:rsidR="005D31A4" w:rsidRPr="00B252FF" w14:paraId="4E8C52B5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BF71E7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Wärmeübergabestation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2581AD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-129.261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90B582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-129.261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3413E6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9041A1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D6A877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ADB517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AD14AB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A2D7FC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</w:tr>
      <w:tr w:rsidR="005D31A4" w:rsidRPr="00B252FF" w14:paraId="430EB97D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84DB9E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Geothermiesonden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8E2A09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-7.675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936FB6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-7.675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D57434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7BD091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A1241F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97AA58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12D40B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017FB4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</w:tr>
      <w:tr w:rsidR="005D31A4" w:rsidRPr="00B252FF" w14:paraId="380C2C2A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6EED83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Wärmenetz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3E872D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-507.919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78B88C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-507.919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F0B749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583A7B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6C68E9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A59390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BECC8C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5DE9BC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</w:tr>
      <w:tr w:rsidR="005D31A4" w:rsidRPr="00B252FF" w14:paraId="1147B987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6072A8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Hausanschlussleitung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BF7BD7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-206.055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A2C1CB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-206.055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956E2A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541639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896E35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F9D272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AF3B7C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2DDC7D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</w:tr>
      <w:tr w:rsidR="005D31A4" w:rsidRPr="00B252FF" w14:paraId="102D69A3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7A53BA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Verteilleitung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8EE245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-301.864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2F54A6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-301.864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733B2E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563E45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43BF14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AA47E3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38C12F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FC0BD5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</w:tr>
      <w:tr w:rsidR="005D31A4" w:rsidRPr="00B252FF" w14:paraId="32065599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93A455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Energiezentrale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B82099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-281.600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6B7E06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-281.600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7284F0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06D365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8CB275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4B0E5C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16B234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63673D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</w:tr>
      <w:tr w:rsidR="005D31A4" w:rsidRPr="00B252FF" w14:paraId="40738054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80E904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Luftwärmepumpe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1C2728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-281.600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BB154E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-281.600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D12046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7405E0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B65091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E1B890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165D10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A10C57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</w:tr>
      <w:tr w:rsidR="005D31A4" w:rsidRPr="00B252FF" w14:paraId="3A2CC8DF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A0EEF2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Sonstige Kosten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9F9A6C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-62.000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980D51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-62.000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E7B022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00DB01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8291ED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C904E8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72194F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E5DA91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</w:tr>
      <w:tr w:rsidR="005D31A4" w:rsidRPr="00B252FF" w14:paraId="7C3C4C6E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322F3F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Netzpumpe, Druckhaltung, Armaturen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EF64C9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-12.000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9E4C1A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-12.000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7E5EF1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B134EB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EC026E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CA2983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4B60CF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71CF05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</w:tr>
      <w:tr w:rsidR="005D31A4" w:rsidRPr="00B252FF" w14:paraId="2D60A9A9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04D259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Planungskosten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AA75DE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-50.000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1CB520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-50.000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0166C8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74D267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5C8A2E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D1D65C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BD7888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69E2E3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</w:tr>
      <w:tr w:rsidR="005D31A4" w:rsidRPr="00B252FF" w14:paraId="265CB035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059879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Sonstige Betriebskosten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5B3ABD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-49.848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8D3ED8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54B79F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-3.809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B935F4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-3.628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FBB49D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-3.455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F0C7A2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CB7C53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-1.582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116E50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-1.507</w:t>
            </w:r>
          </w:p>
        </w:tc>
      </w:tr>
      <w:tr w:rsidR="005D31A4" w:rsidRPr="00B252FF" w14:paraId="1BCEAC64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CE0AE5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Verwaltung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28DAF6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-49.848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08DD94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CD6609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-3.809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744B0B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-3.628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13C1BD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-3.455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A06071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...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44BB9D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-1.582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825C3A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-1.507</w:t>
            </w:r>
          </w:p>
        </w:tc>
      </w:tr>
    </w:tbl>
    <w:p w14:paraId="62B834F1" w14:textId="77777777" w:rsidR="005D31A4" w:rsidRPr="00B252FF" w:rsidRDefault="005D31A4">
      <w:pPr>
        <w:rPr>
          <w:lang w:val="de-DE"/>
        </w:rPr>
      </w:pPr>
    </w:p>
    <w:p w14:paraId="4FD3FFBB" w14:textId="77777777" w:rsidR="005D31A4" w:rsidRPr="00B252FF" w:rsidRDefault="00000000">
      <w:pPr>
        <w:rPr>
          <w:lang w:val="de-DE"/>
        </w:rPr>
      </w:pPr>
      <w:r w:rsidRPr="00B252FF">
        <w:rPr>
          <w:lang w:val="de-DE"/>
        </w:rPr>
        <w:br w:type="page"/>
      </w:r>
    </w:p>
    <w:p w14:paraId="13067E48" w14:textId="77777777" w:rsidR="005D31A4" w:rsidRPr="00B252FF" w:rsidRDefault="00000000">
      <w:pPr>
        <w:pStyle w:val="berschrift1"/>
        <w:rPr>
          <w:lang w:val="de-DE"/>
        </w:rPr>
      </w:pPr>
      <w:bookmarkStart w:id="192" w:name="cha_4_scenario_comparison_num"/>
      <w:bookmarkStart w:id="193" w:name="_Toc240363763"/>
      <w:r w:rsidRPr="00B252FF">
        <w:rPr>
          <w:color w:val="000000"/>
          <w:sz w:val="44"/>
          <w:lang w:val="de-DE"/>
        </w:rPr>
        <w:lastRenderedPageBreak/>
        <w:t xml:space="preserve">3 </w:t>
      </w:r>
      <w:bookmarkEnd w:id="192"/>
      <w:r w:rsidRPr="00B252FF">
        <w:rPr>
          <w:color w:val="000000"/>
          <w:sz w:val="44"/>
          <w:lang w:val="de-DE"/>
        </w:rPr>
        <w:t>Variantenvergleich</w:t>
      </w:r>
      <w:bookmarkEnd w:id="193"/>
    </w:p>
    <w:p w14:paraId="7B273F5C" w14:textId="2631918A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194" w:name="_Toc240363824"/>
      <w:r w:rsidRPr="00B252FF">
        <w:rPr>
          <w:lang w:val="de-DE"/>
        </w:rPr>
        <w:t xml:space="preserve">Tabelle </w:t>
      </w:r>
      <w:bookmarkStart w:id="195" w:name="comp_eh_sizing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Tabelle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43</w:t>
      </w:r>
      <w:r w:rsidRPr="00B252FF">
        <w:rPr>
          <w:lang w:val="de-DE"/>
        </w:rPr>
        <w:fldChar w:fldCharType="end"/>
      </w:r>
      <w:bookmarkStart w:id="196" w:name="comp_eh_sizing"/>
      <w:bookmarkEnd w:id="195"/>
      <w:bookmarkEnd w:id="196"/>
      <w:r w:rsidRPr="00B252FF">
        <w:rPr>
          <w:lang w:val="de-DE"/>
        </w:rPr>
        <w:t>: Optimierung der Energiezentrale</w:t>
      </w:r>
      <w:bookmarkEnd w:id="194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5D31A4" w:rsidRPr="00B252FF" w14:paraId="614F29D0" w14:textId="77777777">
        <w:trPr>
          <w:jc w:val="center"/>
        </w:trPr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2BB696E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16C7AD6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Variante 1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0553221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Variante 2</w:t>
            </w:r>
          </w:p>
        </w:tc>
      </w:tr>
      <w:tr w:rsidR="005D31A4" w:rsidRPr="00B252FF" w14:paraId="328492FD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503F48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BHKW 1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3C851A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56 kWₑₗ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6F079F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139 kWₑₗ</w:t>
            </w:r>
          </w:p>
        </w:tc>
      </w:tr>
      <w:tr w:rsidR="005D31A4" w:rsidRPr="00B252FF" w14:paraId="305C617A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307B09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Photovoltaik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90EE2B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224 kWₚ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B1CF12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251 kWₚ</w:t>
            </w:r>
          </w:p>
        </w:tc>
      </w:tr>
      <w:tr w:rsidR="005D31A4" w:rsidRPr="00B252FF" w14:paraId="33408B12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31445E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Solarthermie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BCAC52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1.000 m²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CFA23E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</w:tr>
      <w:tr w:rsidR="005D31A4" w:rsidRPr="00B252FF" w14:paraId="19D6FFB0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E23FAD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Geothermie 1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55A167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342 kWₜₕ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C1DAF3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</w:tr>
      <w:tr w:rsidR="005D31A4" w:rsidRPr="00B252FF" w14:paraId="52AC138F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81BB36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Luftwärmepumpe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9BED75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9587C7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160 kWₑₗ</w:t>
            </w:r>
          </w:p>
        </w:tc>
      </w:tr>
      <w:tr w:rsidR="005D31A4" w:rsidRPr="00B252FF" w14:paraId="660DD52D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E773A7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Wärmespeicher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F0B38E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C91F26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555 kWh</w:t>
            </w:r>
          </w:p>
        </w:tc>
      </w:tr>
    </w:tbl>
    <w:p w14:paraId="3BB8052D" w14:textId="77777777" w:rsidR="005D31A4" w:rsidRPr="00B252FF" w:rsidRDefault="005D31A4">
      <w:pPr>
        <w:rPr>
          <w:lang w:val="de-DE"/>
        </w:rPr>
      </w:pPr>
    </w:p>
    <w:p w14:paraId="1DAB636B" w14:textId="73E18380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197" w:name="_Toc240363825"/>
      <w:r w:rsidRPr="00B252FF">
        <w:rPr>
          <w:lang w:val="de-DE"/>
        </w:rPr>
        <w:t xml:space="preserve">Tabelle </w:t>
      </w:r>
      <w:bookmarkStart w:id="198" w:name="comp_economic_kpis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Tabelle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44</w:t>
      </w:r>
      <w:r w:rsidRPr="00B252FF">
        <w:rPr>
          <w:lang w:val="de-DE"/>
        </w:rPr>
        <w:fldChar w:fldCharType="end"/>
      </w:r>
      <w:bookmarkStart w:id="199" w:name="comp_economic_kpis"/>
      <w:bookmarkEnd w:id="198"/>
      <w:bookmarkEnd w:id="199"/>
      <w:r w:rsidRPr="00B252FF">
        <w:rPr>
          <w:lang w:val="de-DE"/>
        </w:rPr>
        <w:t>: Wirtschaftlichkeit: Kennzahlen</w:t>
      </w:r>
      <w:bookmarkEnd w:id="197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5D31A4" w:rsidRPr="00B252FF" w14:paraId="1036B78D" w14:textId="77777777">
        <w:trPr>
          <w:jc w:val="center"/>
        </w:trPr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5311D21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6DB4B9F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Variante 1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494FA9E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Variante 2</w:t>
            </w:r>
          </w:p>
        </w:tc>
      </w:tr>
      <w:tr w:rsidR="005D31A4" w:rsidRPr="00B252FF" w14:paraId="4BF8248C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E2C568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Kapitalwert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5FFEBE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639.921 €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60AEB7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458.831 €</w:t>
            </w:r>
          </w:p>
        </w:tc>
      </w:tr>
      <w:tr w:rsidR="005D31A4" w:rsidRPr="00B252FF" w14:paraId="333D6C18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99EF36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Amortisationsdauer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1ECFA3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17 Jahre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B478EC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19 Jahre</w:t>
            </w:r>
          </w:p>
        </w:tc>
      </w:tr>
      <w:tr w:rsidR="005D31A4" w:rsidRPr="00B252FF" w14:paraId="2356694C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6689BA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Interner Zinsfuß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629163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7,9 %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145F1B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7,3 %</w:t>
            </w:r>
          </w:p>
        </w:tc>
      </w:tr>
      <w:tr w:rsidR="005D31A4" w:rsidRPr="00B252FF" w14:paraId="09766798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512597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Wärmegestehungskosten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BFEB6F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0,411 €/kWh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5BE1D4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0,43 €/kWh</w:t>
            </w:r>
          </w:p>
        </w:tc>
      </w:tr>
      <w:tr w:rsidR="005D31A4" w:rsidRPr="00B252FF" w14:paraId="2C9B8696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E70DF2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Energiegestehungskosten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B2E9A9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0,244 €/kWh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5ED532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0,255 €/kWh</w:t>
            </w:r>
          </w:p>
        </w:tc>
      </w:tr>
      <w:tr w:rsidR="005D31A4" w:rsidRPr="00B252FF" w14:paraId="194F2DA4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58701B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Jährl. Energiekosten pro Nutzfläche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75A499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46,3 €/m²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DC5D37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48,5 €/m²</w:t>
            </w:r>
          </w:p>
        </w:tc>
      </w:tr>
      <w:tr w:rsidR="005D31A4" w:rsidRPr="00B252FF" w14:paraId="46BE31FE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D96AE2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Monatliche Energiekosten pro Nutzfläche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8A3727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3,9 €/m²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16A514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4 €/m²</w:t>
            </w:r>
          </w:p>
        </w:tc>
      </w:tr>
    </w:tbl>
    <w:p w14:paraId="0990C581" w14:textId="77777777" w:rsidR="005D31A4" w:rsidRPr="00B252FF" w:rsidRDefault="005D31A4">
      <w:pPr>
        <w:rPr>
          <w:lang w:val="de-DE"/>
        </w:rPr>
      </w:pPr>
    </w:p>
    <w:p w14:paraId="11F58C61" w14:textId="3E925441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200" w:name="_Toc240363826"/>
      <w:r w:rsidRPr="00B252FF">
        <w:rPr>
          <w:lang w:val="de-DE"/>
        </w:rPr>
        <w:t xml:space="preserve">Tabelle </w:t>
      </w:r>
      <w:bookmarkStart w:id="201" w:name="comp_cash_flow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Tabelle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45</w:t>
      </w:r>
      <w:r w:rsidRPr="00B252FF">
        <w:rPr>
          <w:lang w:val="de-DE"/>
        </w:rPr>
        <w:fldChar w:fldCharType="end"/>
      </w:r>
      <w:bookmarkStart w:id="202" w:name="comp_cash_flow"/>
      <w:bookmarkEnd w:id="201"/>
      <w:bookmarkEnd w:id="202"/>
      <w:r w:rsidRPr="00B252FF">
        <w:rPr>
          <w:lang w:val="de-DE"/>
        </w:rPr>
        <w:t>: Kostenaufstellung in €</w:t>
      </w:r>
      <w:bookmarkEnd w:id="200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5D31A4" w:rsidRPr="00B252FF" w14:paraId="1E36F4E4" w14:textId="77777777">
        <w:trPr>
          <w:jc w:val="center"/>
        </w:trPr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141726A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57329E1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Variante 1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4BE7FF3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Variante 2</w:t>
            </w:r>
          </w:p>
        </w:tc>
      </w:tr>
      <w:tr w:rsidR="005D31A4" w:rsidRPr="00B252FF" w14:paraId="5459511D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D5D97B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Gesamtkosten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A92D70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639.921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E4FBED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458.831</w:t>
            </w:r>
          </w:p>
        </w:tc>
      </w:tr>
      <w:tr w:rsidR="005D31A4" w:rsidRPr="00B252FF" w14:paraId="44EDCBB8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189AE1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Investitionskosten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9E75E3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-3.243.622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C15A1D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-3.053.802</w:t>
            </w:r>
          </w:p>
        </w:tc>
      </w:tr>
      <w:tr w:rsidR="005D31A4" w:rsidRPr="00B252FF" w14:paraId="3237201F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1AD2C8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Gebäudeenergiesysteme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B9148D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-492.771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FA3992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-533.112</w:t>
            </w:r>
          </w:p>
        </w:tc>
      </w:tr>
      <w:tr w:rsidR="005D31A4" w:rsidRPr="00B252FF" w14:paraId="7E3274D2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7D80C8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Elektrischer Heizstab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6651A3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FAA956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-1.154</w:t>
            </w:r>
          </w:p>
        </w:tc>
      </w:tr>
      <w:tr w:rsidR="005D31A4" w:rsidRPr="00B252FF" w14:paraId="1E5D8573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0B8856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Dez. elektr. TWW-Erwärmung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1E3075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-5.590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D9DEB6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-5.590</w:t>
            </w:r>
          </w:p>
        </w:tc>
      </w:tr>
      <w:tr w:rsidR="005D31A4" w:rsidRPr="00B252FF" w14:paraId="799FB3DA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4D53FE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Erdwärmepumpe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4006FF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FD2EB7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-24.671</w:t>
            </w:r>
          </w:p>
        </w:tc>
      </w:tr>
      <w:tr w:rsidR="005D31A4" w:rsidRPr="00B252FF" w14:paraId="7D03D4C5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EC3B5E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Luftwärmepumpe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526DEC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-82.006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F3E1DA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-82.006</w:t>
            </w:r>
          </w:p>
        </w:tc>
      </w:tr>
      <w:tr w:rsidR="005D31A4" w:rsidRPr="00B252FF" w14:paraId="21C23644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706929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Luftgekühlte Kältemaschine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2334D0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-77.243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51FD88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-77.243</w:t>
            </w:r>
          </w:p>
        </w:tc>
      </w:tr>
      <w:tr w:rsidR="005D31A4" w:rsidRPr="00B252FF" w14:paraId="45CBBAA6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2A8A14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Speicher (TWW)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A3FDAB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-65.342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EB6619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-65.342</w:t>
            </w:r>
          </w:p>
        </w:tc>
      </w:tr>
      <w:tr w:rsidR="005D31A4" w:rsidRPr="00B252FF" w14:paraId="25586045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3C43A6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Wärmeübergabestation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A00B7C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-262.591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8969ED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-262.256</w:t>
            </w:r>
          </w:p>
        </w:tc>
      </w:tr>
      <w:tr w:rsidR="005D31A4" w:rsidRPr="00B252FF" w14:paraId="2E86C0AB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A71F97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Geothermiesonden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17BAE6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0DFA34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-14.850</w:t>
            </w:r>
          </w:p>
        </w:tc>
      </w:tr>
      <w:tr w:rsidR="005D31A4" w:rsidRPr="00B252FF" w14:paraId="7E58D295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29A219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Wärmenetz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E082E1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-1.015.930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ADC3E8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-1.030.511</w:t>
            </w:r>
          </w:p>
        </w:tc>
      </w:tr>
      <w:tr w:rsidR="005D31A4" w:rsidRPr="00B252FF" w14:paraId="14A34203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09387C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Hausanschlussleitung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6CCBBA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-418.063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746DD4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-418.063</w:t>
            </w:r>
          </w:p>
        </w:tc>
      </w:tr>
      <w:tr w:rsidR="005D31A4" w:rsidRPr="00B252FF" w14:paraId="602393D5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6282B6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Verteilleitung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E16F99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-597.867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27225D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-612.449</w:t>
            </w:r>
          </w:p>
        </w:tc>
      </w:tr>
      <w:tr w:rsidR="005D31A4" w:rsidRPr="00B252FF" w14:paraId="52A88A26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FEB389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Energiezentrale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DE67CA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-1.454.921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E49DCC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-1.210.178</w:t>
            </w:r>
          </w:p>
        </w:tc>
      </w:tr>
      <w:tr w:rsidR="005D31A4" w:rsidRPr="00B252FF" w14:paraId="6FFA8A75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6C8C04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Biomasse-BHKW 1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E86246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-87.859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B2FB33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-218.078</w:t>
            </w:r>
          </w:p>
        </w:tc>
      </w:tr>
      <w:tr w:rsidR="005D31A4" w:rsidRPr="00B252FF" w14:paraId="3692D17F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99EB01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Photovoltaik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7D6AA3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-246.400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14BDE0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-276.100</w:t>
            </w:r>
          </w:p>
        </w:tc>
      </w:tr>
      <w:tr w:rsidR="005D31A4" w:rsidRPr="00B252FF" w14:paraId="0205AEC8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97BCC2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lastRenderedPageBreak/>
              <w:t>Solarthermie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D52E36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-400.000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FEAE95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</w:tr>
      <w:tr w:rsidR="005D31A4" w:rsidRPr="00B252FF" w14:paraId="2C161B22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F0EE6C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Geothermie-Sonden 1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9B83C0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-264.662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BE2EFC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</w:tr>
      <w:tr w:rsidR="005D31A4" w:rsidRPr="00B252FF" w14:paraId="515F55B4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71BBFC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Luftwärmepumpe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E98A8E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1958D6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-704.000</w:t>
            </w:r>
          </w:p>
        </w:tc>
      </w:tr>
      <w:tr w:rsidR="005D31A4" w:rsidRPr="00B252FF" w14:paraId="3F2B4FE3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167C2B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Wärmespeicher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4A4D42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26B731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-12.000</w:t>
            </w:r>
          </w:p>
        </w:tc>
      </w:tr>
      <w:tr w:rsidR="005D31A4" w:rsidRPr="00B252FF" w14:paraId="2F64695A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BA48E1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Wärmepumpe (Geothermie-Sonden 1)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2EB949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-456.000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2AF6FE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</w:tr>
      <w:tr w:rsidR="005D31A4" w:rsidRPr="00B252FF" w14:paraId="1FAC3963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A2A6E4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Sonstige Kosten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8D53F5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-280.000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7EB79C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-280.000</w:t>
            </w:r>
          </w:p>
        </w:tc>
      </w:tr>
      <w:tr w:rsidR="005D31A4" w:rsidRPr="00B252FF" w14:paraId="0E815776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D22604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Wartungskosten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AD58C4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-532.172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D72F72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-686.732</w:t>
            </w:r>
          </w:p>
        </w:tc>
      </w:tr>
      <w:tr w:rsidR="005D31A4" w:rsidRPr="00B252FF" w14:paraId="78317CEA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30502B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Gebäudeenergiesysteme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246E15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-80.712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43F371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-89.357</w:t>
            </w:r>
          </w:p>
        </w:tc>
      </w:tr>
      <w:tr w:rsidR="005D31A4" w:rsidRPr="00B252FF" w14:paraId="423629FB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D921E1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Elektrischer Heizstab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999F0D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1B830D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-155</w:t>
            </w:r>
          </w:p>
        </w:tc>
      </w:tr>
      <w:tr w:rsidR="005D31A4" w:rsidRPr="00B252FF" w14:paraId="220D6846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2F54A7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Dez. elektr. TWW-Erwärmung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737821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-697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787712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-697</w:t>
            </w:r>
          </w:p>
        </w:tc>
      </w:tr>
      <w:tr w:rsidR="005D31A4" w:rsidRPr="00B252FF" w14:paraId="22C0E40A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765FD6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Erdwärmepumpe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EB7263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341149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-6.149</w:t>
            </w:r>
          </w:p>
        </w:tc>
      </w:tr>
      <w:tr w:rsidR="005D31A4" w:rsidRPr="00B252FF" w14:paraId="682EDE0A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CF92A2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Luftwärmepumpe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DD3D25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-20.440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23862B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-20.440</w:t>
            </w:r>
          </w:p>
        </w:tc>
      </w:tr>
      <w:tr w:rsidR="005D31A4" w:rsidRPr="00B252FF" w14:paraId="163786B8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909193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Luftgekühlte Kältemaschine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D1A6A2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-19.252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966C24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-19.252</w:t>
            </w:r>
          </w:p>
        </w:tc>
      </w:tr>
      <w:tr w:rsidR="005D31A4" w:rsidRPr="00B252FF" w14:paraId="3919969F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B37F66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Wärmeübergabestation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CF53BD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-40.323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705805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-40.272</w:t>
            </w:r>
          </w:p>
        </w:tc>
      </w:tr>
      <w:tr w:rsidR="005D31A4" w:rsidRPr="00B252FF" w14:paraId="7B6FF5CA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5B425C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Geothermiesonden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B194EB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4ED375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-2.391</w:t>
            </w:r>
          </w:p>
        </w:tc>
      </w:tr>
      <w:tr w:rsidR="005D31A4" w:rsidRPr="00B252FF" w14:paraId="11AC00EE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1353EA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Wärmenetz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2B107F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-156.006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C8ABE1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-158.245</w:t>
            </w:r>
          </w:p>
        </w:tc>
      </w:tr>
      <w:tr w:rsidR="005D31A4" w:rsidRPr="00B252FF" w14:paraId="6BAE6804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EAC6C4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Hausanschlussleitung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7C1992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-64.198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91D7F6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-64.198</w:t>
            </w:r>
          </w:p>
        </w:tc>
      </w:tr>
      <w:tr w:rsidR="005D31A4" w:rsidRPr="00B252FF" w14:paraId="044FCA31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CD93F1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Verteilleitung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557177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-91.808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92C51E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-94.047</w:t>
            </w:r>
          </w:p>
        </w:tc>
      </w:tr>
      <w:tr w:rsidR="005D31A4" w:rsidRPr="00B252FF" w14:paraId="53D72318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40C6C2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Energiezentrale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B9DF06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-291.715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51C904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-435.392</w:t>
            </w:r>
          </w:p>
        </w:tc>
      </w:tr>
      <w:tr w:rsidR="005D31A4" w:rsidRPr="00B252FF" w14:paraId="2E8779FE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F6A37D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Biomasse-BHKW 1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8EE2BE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-72.580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417C25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-180.154</w:t>
            </w:r>
          </w:p>
        </w:tc>
      </w:tr>
      <w:tr w:rsidR="005D31A4" w:rsidRPr="00B252FF" w14:paraId="0810FE5C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E5FDED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Photovoltaik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EF3ADB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-30.707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55C7C1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-34.408</w:t>
            </w:r>
          </w:p>
        </w:tc>
      </w:tr>
      <w:tr w:rsidR="005D31A4" w:rsidRPr="00B252FF" w14:paraId="74E8BA17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EFAC2E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Solarthermie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513C33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-74.773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235617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</w:tr>
      <w:tr w:rsidR="005D31A4" w:rsidRPr="00B252FF" w14:paraId="2DED8E2A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F37F67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Luftwärmepumpe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0F74C0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A2BD09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-219.335</w:t>
            </w:r>
          </w:p>
        </w:tc>
      </w:tr>
      <w:tr w:rsidR="005D31A4" w:rsidRPr="00B252FF" w14:paraId="3D0270BF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D73B74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Wärmespeicher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B4AE65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373D01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-1.495</w:t>
            </w:r>
          </w:p>
        </w:tc>
      </w:tr>
      <w:tr w:rsidR="005D31A4" w:rsidRPr="00B252FF" w14:paraId="47D81A95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1AC355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Wärmepumpe (Geothermie-Sonden 1)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68812C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-113.655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D45BFB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</w:tr>
      <w:tr w:rsidR="005D31A4" w:rsidRPr="00B252FF" w14:paraId="24B3E2B5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88096D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Sonstige Kosten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8270E8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-3.739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D65C7E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-3.739</w:t>
            </w:r>
          </w:p>
        </w:tc>
      </w:tr>
      <w:tr w:rsidR="005D31A4" w:rsidRPr="00B252FF" w14:paraId="6C626C21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40D0D2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Sonstige Betriebskosten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3BE4B0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-124.622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650949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-124.622</w:t>
            </w:r>
          </w:p>
        </w:tc>
      </w:tr>
      <w:tr w:rsidR="005D31A4" w:rsidRPr="00B252FF" w14:paraId="33110361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6DB1C1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Energiekosten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ED03ED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-1.311.523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607C4A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-1.323.985</w:t>
            </w:r>
          </w:p>
        </w:tc>
      </w:tr>
      <w:tr w:rsidR="005D31A4" w:rsidRPr="00B252FF" w14:paraId="54EF5F30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EBB749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Energiezentrale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8754C6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-1.311.523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6FFF88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-1.323.985</w:t>
            </w:r>
          </w:p>
        </w:tc>
      </w:tr>
      <w:tr w:rsidR="005D31A4" w:rsidRPr="00B252FF" w14:paraId="63D71D9A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E239B2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Strom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704753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-550.830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111D2F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-284.138</w:t>
            </w:r>
          </w:p>
        </w:tc>
      </w:tr>
      <w:tr w:rsidR="005D31A4" w:rsidRPr="00B252FF" w14:paraId="2D9776D1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E978EE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Arbeitspreis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752650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-550.830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EFB667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-284.138</w:t>
            </w:r>
          </w:p>
        </w:tc>
      </w:tr>
      <w:tr w:rsidR="005D31A4" w:rsidRPr="00B252FF" w14:paraId="093C7423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6B60C9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Erdgas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10EB0F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BA7A39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-1.039.847</w:t>
            </w:r>
          </w:p>
        </w:tc>
      </w:tr>
      <w:tr w:rsidR="005D31A4" w:rsidRPr="00B252FF" w14:paraId="1E362190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F401BB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Arbeitspreis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974DDE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371C24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-1.039.847</w:t>
            </w:r>
          </w:p>
        </w:tc>
      </w:tr>
      <w:tr w:rsidR="005D31A4" w:rsidRPr="00B252FF" w14:paraId="65131ABC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DB2650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Biomasse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FD9D37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-760.693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2918E7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</w:tr>
      <w:tr w:rsidR="005D31A4" w:rsidRPr="00B252FF" w14:paraId="201E9CFD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8F57E4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Arbeitspreis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CFA5DC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-760.693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BECA26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</w:tr>
      <w:tr w:rsidR="005D31A4" w:rsidRPr="00B252FF" w14:paraId="344C1057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179546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Erlöse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6A7B9A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4.598.525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B89108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4.577.538</w:t>
            </w:r>
          </w:p>
        </w:tc>
      </w:tr>
      <w:tr w:rsidR="005D31A4" w:rsidRPr="00B252FF" w14:paraId="1D090B3A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51BB8C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Einspeisung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38C04E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33.897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DA4F99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12.911</w:t>
            </w:r>
          </w:p>
        </w:tc>
      </w:tr>
      <w:tr w:rsidR="005D31A4" w:rsidRPr="00B252FF" w14:paraId="7DF1E92A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F0067F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Strom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DA15BE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33.897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24F796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12.911</w:t>
            </w:r>
          </w:p>
        </w:tc>
      </w:tr>
      <w:tr w:rsidR="005D31A4" w:rsidRPr="00B252FF" w14:paraId="18FA1327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48AF4A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Deckung der Bedarfe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1D8A96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4.564.628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FE6814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4.564.628</w:t>
            </w:r>
          </w:p>
        </w:tc>
      </w:tr>
      <w:tr w:rsidR="005D31A4" w:rsidRPr="00B252FF" w14:paraId="610CE4EF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CBD85E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Wärmebedarf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DC6B46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2.096.628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B02AF5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2.096.628</w:t>
            </w:r>
          </w:p>
        </w:tc>
      </w:tr>
      <w:tr w:rsidR="005D31A4" w:rsidRPr="00B252FF" w14:paraId="39646962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6B7805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Arbeitspreis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8C24E9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1.718.718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14D9BF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1.718.718</w:t>
            </w:r>
          </w:p>
        </w:tc>
      </w:tr>
      <w:tr w:rsidR="005D31A4" w:rsidRPr="00B252FF" w14:paraId="496CE3A9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C2B9F9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Leistungspreis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096D05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377.910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4C30A4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377.910</w:t>
            </w:r>
          </w:p>
        </w:tc>
      </w:tr>
      <w:tr w:rsidR="005D31A4" w:rsidRPr="00B252FF" w14:paraId="27BA9CE7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1669CE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lastRenderedPageBreak/>
              <w:t>Kältebedarf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89DB02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82.891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47B42B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82.891</w:t>
            </w:r>
          </w:p>
        </w:tc>
      </w:tr>
      <w:tr w:rsidR="005D31A4" w:rsidRPr="00B252FF" w14:paraId="5209F7DD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D22158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Arbeitspreis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FA073B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41.834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98442F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41.834</w:t>
            </w:r>
          </w:p>
        </w:tc>
      </w:tr>
      <w:tr w:rsidR="005D31A4" w:rsidRPr="00B252FF" w14:paraId="2423A2EF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376B5F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Leistungspreis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C2FDF6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41.057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39988D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41.057</w:t>
            </w:r>
          </w:p>
        </w:tc>
      </w:tr>
      <w:tr w:rsidR="005D31A4" w:rsidRPr="00B252FF" w14:paraId="78476A1B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62E63D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Nutzerstrom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CB9381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24.207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8A90C3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24.207</w:t>
            </w:r>
          </w:p>
        </w:tc>
      </w:tr>
      <w:tr w:rsidR="005D31A4" w:rsidRPr="00B252FF" w14:paraId="472612EC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6BE87D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Arbeitspreis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66F257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22.537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0FC391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22.537</w:t>
            </w:r>
          </w:p>
        </w:tc>
      </w:tr>
      <w:tr w:rsidR="005D31A4" w:rsidRPr="00B252FF" w14:paraId="01F41D1E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AB0C81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Leistungspreis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AF90AD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1.670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F210CC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1.670</w:t>
            </w:r>
          </w:p>
        </w:tc>
      </w:tr>
      <w:tr w:rsidR="005D31A4" w:rsidRPr="00B252FF" w14:paraId="70724C0F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D0DADD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Elektromobilität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0D1DAF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1.984.902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DC9C40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1.984.902</w:t>
            </w:r>
          </w:p>
        </w:tc>
      </w:tr>
      <w:tr w:rsidR="005D31A4" w:rsidRPr="00B252FF" w14:paraId="22C8F685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BDCBDA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Arbeitspreis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E659B2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1.860.280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AFDB9A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1.860.280</w:t>
            </w:r>
          </w:p>
        </w:tc>
      </w:tr>
      <w:tr w:rsidR="005D31A4" w:rsidRPr="00B252FF" w14:paraId="6EEC2D54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2A609B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Leistungspreis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6CE4F5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124.622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3C6DBD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124.622</w:t>
            </w:r>
          </w:p>
        </w:tc>
      </w:tr>
      <w:tr w:rsidR="005D31A4" w:rsidRPr="00B252FF" w14:paraId="265C41AC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593DD2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Einmalige Anschlussgebühren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49757A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376.000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D0AE76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376.000</w:t>
            </w:r>
          </w:p>
        </w:tc>
      </w:tr>
      <w:tr w:rsidR="005D31A4" w:rsidRPr="00B252FF" w14:paraId="0CF0BE0A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C5022A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Förderung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94E18D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1.253.335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41CB8F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1.070.433</w:t>
            </w:r>
          </w:p>
        </w:tc>
      </w:tr>
      <w:tr w:rsidR="005D31A4" w:rsidRPr="00B252FF" w14:paraId="22255997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AB7451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Gebäudeenergiesysteme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3E2A42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161.554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8C03E5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169.065</w:t>
            </w:r>
          </w:p>
        </w:tc>
      </w:tr>
      <w:tr w:rsidR="005D31A4" w:rsidRPr="00B252FF" w14:paraId="39639466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DEACD9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Dez. elektr. TWW-Erwärmung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3DE34F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2.236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EA274B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2.236</w:t>
            </w:r>
          </w:p>
        </w:tc>
      </w:tr>
      <w:tr w:rsidR="005D31A4" w:rsidRPr="00B252FF" w14:paraId="19943B2A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C40EEB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Speicher (TWW)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211A36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29.892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9B6EC4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29.892</w:t>
            </w:r>
          </w:p>
        </w:tc>
      </w:tr>
      <w:tr w:rsidR="005D31A4" w:rsidRPr="00B252FF" w14:paraId="70620931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6AE710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Wärmeübergabestation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D33114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129.426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B2AB4A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129.261</w:t>
            </w:r>
          </w:p>
        </w:tc>
      </w:tr>
      <w:tr w:rsidR="005D31A4" w:rsidRPr="00B252FF" w14:paraId="69173434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C078D6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Geothermiesonden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8C91C0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644665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7.676</w:t>
            </w:r>
          </w:p>
        </w:tc>
      </w:tr>
      <w:tr w:rsidR="005D31A4" w:rsidRPr="00B252FF" w14:paraId="5041E09E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A3AA0D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Wärmenetz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639D5F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500.732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3D2277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507.919</w:t>
            </w:r>
          </w:p>
        </w:tc>
      </w:tr>
      <w:tr w:rsidR="005D31A4" w:rsidRPr="00B252FF" w14:paraId="71C7725A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A52F10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Hausanschlussleitung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AF66FE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206.055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B2F547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206.055</w:t>
            </w:r>
          </w:p>
        </w:tc>
      </w:tr>
      <w:tr w:rsidR="005D31A4" w:rsidRPr="00B252FF" w14:paraId="712B491E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B7AD7D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Verteilleitung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2B7116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294.677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422412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301.864</w:t>
            </w:r>
          </w:p>
        </w:tc>
      </w:tr>
      <w:tr w:rsidR="005D31A4" w:rsidRPr="00B252FF" w14:paraId="6AEB6B2D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4A0F8B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Energiezentrale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E723ED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479.200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FE1F7C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281.600</w:t>
            </w:r>
          </w:p>
        </w:tc>
      </w:tr>
      <w:tr w:rsidR="005D31A4" w:rsidRPr="00B252FF" w14:paraId="2C2F9D88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47B8E0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Solarthermie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304F6A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160.000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077BA3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</w:tr>
      <w:tr w:rsidR="005D31A4" w:rsidRPr="00B252FF" w14:paraId="74C778A0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9BB442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Geothermie-Sonden 1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03316B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136.800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2FA3B7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</w:tr>
      <w:tr w:rsidR="005D31A4" w:rsidRPr="00B252FF" w14:paraId="28595E95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36B87C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Luftwärmepumpe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F44249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43BE1F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281.600</w:t>
            </w:r>
          </w:p>
        </w:tc>
      </w:tr>
      <w:tr w:rsidR="005D31A4" w:rsidRPr="00B252FF" w14:paraId="3DB40B30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78E526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Wärmepumpe (Geothermie-Sonden 1)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9FBC57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182.400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AD3E2E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</w:tr>
      <w:tr w:rsidR="005D31A4" w:rsidRPr="00B252FF" w14:paraId="703D695D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F1DF96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Sonstige Kosten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BF6548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62.000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416F83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62.000</w:t>
            </w:r>
          </w:p>
        </w:tc>
      </w:tr>
      <w:tr w:rsidR="005D31A4" w:rsidRPr="00B252FF" w14:paraId="32DBA62F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EFFF9A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Sonstige Betriebskosten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D18CEF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49.849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BC7963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49.849</w:t>
            </w:r>
          </w:p>
        </w:tc>
      </w:tr>
    </w:tbl>
    <w:p w14:paraId="2F833503" w14:textId="77777777" w:rsidR="005D31A4" w:rsidRPr="00B252FF" w:rsidRDefault="005D31A4">
      <w:pPr>
        <w:rPr>
          <w:lang w:val="de-DE"/>
        </w:rPr>
      </w:pPr>
    </w:p>
    <w:p w14:paraId="5795890F" w14:textId="77777777" w:rsidR="005D31A4" w:rsidRPr="00B252FF" w:rsidRDefault="00000000">
      <w:pPr>
        <w:spacing w:before="300" w:after="40"/>
        <w:jc w:val="center"/>
        <w:rPr>
          <w:lang w:val="de-DE"/>
        </w:rPr>
      </w:pPr>
      <w:r w:rsidRPr="00B252FF">
        <w:rPr>
          <w:noProof/>
          <w:lang w:val="de-DE"/>
        </w:rPr>
        <w:drawing>
          <wp:inline distT="0" distB="0" distL="0" distR="0" wp14:anchorId="4849FCC3" wp14:editId="59729E01">
            <wp:extent cx="5486400" cy="27432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B7DD8B" w14:textId="443CCC9C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203" w:name="_Toc240363877"/>
      <w:r w:rsidRPr="00B252FF">
        <w:rPr>
          <w:lang w:val="de-DE"/>
        </w:rPr>
        <w:lastRenderedPageBreak/>
        <w:t xml:space="preserve">Abbildung </w:t>
      </w:r>
      <w:bookmarkStart w:id="204" w:name="scenario_comparison_specific_fig_2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Abbildung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16</w:t>
      </w:r>
      <w:r w:rsidRPr="00B252FF">
        <w:rPr>
          <w:lang w:val="de-DE"/>
        </w:rPr>
        <w:fldChar w:fldCharType="end"/>
      </w:r>
      <w:bookmarkStart w:id="205" w:name="scenario_comparison_specific_fig_2"/>
      <w:bookmarkEnd w:id="204"/>
      <w:bookmarkEnd w:id="205"/>
      <w:r w:rsidRPr="00B252FF">
        <w:rPr>
          <w:lang w:val="de-DE"/>
        </w:rPr>
        <w:t>: Wärmegestehungskosten und spezifischen CO₂-Emissionen</w:t>
      </w:r>
      <w:bookmarkEnd w:id="203"/>
    </w:p>
    <w:p w14:paraId="0EBACFDA" w14:textId="77777777" w:rsidR="005D31A4" w:rsidRPr="00B252FF" w:rsidRDefault="00000000">
      <w:pPr>
        <w:spacing w:before="300" w:after="40"/>
        <w:jc w:val="center"/>
        <w:rPr>
          <w:lang w:val="de-DE"/>
        </w:rPr>
      </w:pPr>
      <w:r w:rsidRPr="00B252FF">
        <w:rPr>
          <w:noProof/>
          <w:lang w:val="de-DE"/>
        </w:rPr>
        <w:drawing>
          <wp:inline distT="0" distB="0" distL="0" distR="0" wp14:anchorId="1D246C0D" wp14:editId="1951E07A">
            <wp:extent cx="5486400" cy="27432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C49412" w14:textId="56745E97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206" w:name="_Toc240363878"/>
      <w:r w:rsidRPr="00B252FF">
        <w:rPr>
          <w:lang w:val="de-DE"/>
        </w:rPr>
        <w:t xml:space="preserve">Abbildung </w:t>
      </w:r>
      <w:bookmarkStart w:id="207" w:name="comp_absolute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Abbildung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17</w:t>
      </w:r>
      <w:r w:rsidRPr="00B252FF">
        <w:rPr>
          <w:lang w:val="de-DE"/>
        </w:rPr>
        <w:fldChar w:fldCharType="end"/>
      </w:r>
      <w:bookmarkStart w:id="208" w:name="comp_absolute"/>
      <w:bookmarkEnd w:id="207"/>
      <w:bookmarkEnd w:id="208"/>
      <w:r w:rsidRPr="00B252FF">
        <w:rPr>
          <w:lang w:val="de-DE"/>
        </w:rPr>
        <w:t>: Gesamtkosten und Emissionen</w:t>
      </w:r>
      <w:bookmarkEnd w:id="206"/>
    </w:p>
    <w:p w14:paraId="23714105" w14:textId="77777777" w:rsidR="005D31A4" w:rsidRPr="00B252FF" w:rsidRDefault="00000000">
      <w:pPr>
        <w:spacing w:before="300" w:after="40"/>
        <w:jc w:val="center"/>
        <w:rPr>
          <w:lang w:val="de-DE"/>
        </w:rPr>
      </w:pPr>
      <w:r w:rsidRPr="00B252FF">
        <w:rPr>
          <w:noProof/>
          <w:lang w:val="de-DE"/>
        </w:rPr>
        <w:drawing>
          <wp:inline distT="0" distB="0" distL="0" distR="0" wp14:anchorId="751D732C" wp14:editId="05D84A6F">
            <wp:extent cx="5486400" cy="27432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D8256C" w14:textId="3798160C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209" w:name="_Toc240363879"/>
      <w:r w:rsidRPr="00B252FF">
        <w:rPr>
          <w:lang w:val="de-DE"/>
        </w:rPr>
        <w:t xml:space="preserve">Abbildung </w:t>
      </w:r>
      <w:bookmarkStart w:id="210" w:name="comp_energy_import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Abbildung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18</w:t>
      </w:r>
      <w:r w:rsidRPr="00B252FF">
        <w:rPr>
          <w:lang w:val="de-DE"/>
        </w:rPr>
        <w:fldChar w:fldCharType="end"/>
      </w:r>
      <w:bookmarkStart w:id="211" w:name="comp_energy_import"/>
      <w:bookmarkEnd w:id="210"/>
      <w:bookmarkEnd w:id="211"/>
      <w:r w:rsidRPr="00B252FF">
        <w:rPr>
          <w:lang w:val="de-DE"/>
        </w:rPr>
        <w:t>: Energiebezug und Einspeisung</w:t>
      </w:r>
      <w:bookmarkEnd w:id="209"/>
    </w:p>
    <w:p w14:paraId="61207A72" w14:textId="77777777" w:rsidR="005D31A4" w:rsidRPr="00B252FF" w:rsidRDefault="00000000">
      <w:pPr>
        <w:spacing w:before="300" w:after="40"/>
        <w:jc w:val="center"/>
        <w:rPr>
          <w:lang w:val="de-DE"/>
        </w:rPr>
      </w:pPr>
      <w:r w:rsidRPr="00B252FF">
        <w:rPr>
          <w:noProof/>
          <w:lang w:val="de-DE"/>
        </w:rPr>
        <w:lastRenderedPageBreak/>
        <w:drawing>
          <wp:inline distT="0" distB="0" distL="0" distR="0" wp14:anchorId="55AC4A15" wp14:editId="4DA2E597">
            <wp:extent cx="5486400" cy="27432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65BEE" w14:textId="3DA3B52B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212" w:name="_Toc240363880"/>
      <w:r w:rsidRPr="00B252FF">
        <w:rPr>
          <w:lang w:val="de-DE"/>
        </w:rPr>
        <w:t xml:space="preserve">Abbildung </w:t>
      </w:r>
      <w:bookmarkStart w:id="213" w:name="energy_demand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Abbildung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19</w:t>
      </w:r>
      <w:r w:rsidRPr="00B252FF">
        <w:rPr>
          <w:lang w:val="de-DE"/>
        </w:rPr>
        <w:fldChar w:fldCharType="end"/>
      </w:r>
      <w:bookmarkStart w:id="214" w:name="energy_demand"/>
      <w:bookmarkEnd w:id="213"/>
      <w:bookmarkEnd w:id="214"/>
      <w:r w:rsidRPr="00B252FF">
        <w:rPr>
          <w:lang w:val="de-DE"/>
        </w:rPr>
        <w:t>: Energiebedarfe</w:t>
      </w:r>
      <w:bookmarkEnd w:id="212"/>
    </w:p>
    <w:p w14:paraId="2D017E3F" w14:textId="5836A77D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215" w:name="_Toc240363827"/>
      <w:r w:rsidRPr="00B252FF">
        <w:rPr>
          <w:lang w:val="de-DE"/>
        </w:rPr>
        <w:t xml:space="preserve">Tabelle </w:t>
      </w:r>
      <w:bookmarkStart w:id="216" w:name="primary_emissions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Tabelle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46</w:t>
      </w:r>
      <w:r w:rsidRPr="00B252FF">
        <w:rPr>
          <w:lang w:val="de-DE"/>
        </w:rPr>
        <w:fldChar w:fldCharType="end"/>
      </w:r>
      <w:bookmarkStart w:id="217" w:name="primary_emissions"/>
      <w:bookmarkEnd w:id="216"/>
      <w:bookmarkEnd w:id="217"/>
      <w:r w:rsidRPr="00B252FF">
        <w:rPr>
          <w:lang w:val="de-DE"/>
        </w:rPr>
        <w:t>: Emissionen und Primärenergie</w:t>
      </w:r>
      <w:bookmarkEnd w:id="215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5D31A4" w:rsidRPr="00B252FF" w14:paraId="027524E1" w14:textId="77777777">
        <w:trPr>
          <w:jc w:val="center"/>
        </w:trPr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2D5506F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31F9D20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Variante 1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57FC3B2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Variante 2</w:t>
            </w:r>
          </w:p>
        </w:tc>
      </w:tr>
      <w:tr w:rsidR="005D31A4" w:rsidRPr="00B252FF" w14:paraId="5E909AF5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3146E9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CO₂-Emissionen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1E30F5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108 t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ED14D5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301 t</w:t>
            </w:r>
          </w:p>
        </w:tc>
      </w:tr>
      <w:tr w:rsidR="005D31A4" w:rsidRPr="00B252FF" w14:paraId="736DBD22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C95841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CO₂-Emissionen pro Wärmebedarf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EFA47F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141 g/kWh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2A6C8B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392 g/kWh</w:t>
            </w:r>
          </w:p>
        </w:tc>
      </w:tr>
      <w:tr w:rsidR="005D31A4" w:rsidRPr="00B252FF" w14:paraId="1C4BB99E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3FDC03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CO₂-Emissionen pro Energiebedarf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8C378A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83 g/kWh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DF8C93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233 g/kWh</w:t>
            </w:r>
          </w:p>
        </w:tc>
      </w:tr>
      <w:tr w:rsidR="005D31A4" w:rsidRPr="00B252FF" w14:paraId="45767798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01CA13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CO₂-Emissionen pro Nutzfläche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560908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15,9 kg/m²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4950F3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44,2 kg/m²</w:t>
            </w:r>
          </w:p>
        </w:tc>
      </w:tr>
      <w:tr w:rsidR="005D31A4" w:rsidRPr="00B252FF" w14:paraId="64CA780A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CD6D34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Primärenergie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874AC4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550 MWh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F01028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b/>
                <w:sz w:val="20"/>
                <w:lang w:val="de-DE"/>
              </w:rPr>
              <w:t>1.353 MWh</w:t>
            </w:r>
          </w:p>
        </w:tc>
      </w:tr>
      <w:tr w:rsidR="005D31A4" w:rsidRPr="00B252FF" w14:paraId="7E351689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66BFBA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Primärenergie pro Wärmebedarf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7A26F0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0,72 kWh/kWh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D8ABB0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1,8 kWh/kWh</w:t>
            </w:r>
          </w:p>
        </w:tc>
      </w:tr>
      <w:tr w:rsidR="005D31A4" w:rsidRPr="00B252FF" w14:paraId="5C699AC3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5AE8BA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Primärenergie pro Energiebedarf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430E96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0,43 kWh/kWh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375E1F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 kWh/kWh</w:t>
            </w:r>
          </w:p>
        </w:tc>
      </w:tr>
      <w:tr w:rsidR="005D31A4" w:rsidRPr="00B252FF" w14:paraId="5DD51824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A631E3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Primärenergie pro Nutzfläche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78B8CC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81 kWh/m²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FA4BC3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199 kWh/m²</w:t>
            </w:r>
          </w:p>
        </w:tc>
      </w:tr>
    </w:tbl>
    <w:p w14:paraId="530C0394" w14:textId="77777777" w:rsidR="005D31A4" w:rsidRPr="00B252FF" w:rsidRDefault="005D31A4">
      <w:pPr>
        <w:rPr>
          <w:lang w:val="de-DE"/>
        </w:rPr>
      </w:pPr>
    </w:p>
    <w:p w14:paraId="0EF23131" w14:textId="77777777" w:rsidR="005D31A4" w:rsidRPr="00B252FF" w:rsidRDefault="00000000">
      <w:pPr>
        <w:rPr>
          <w:lang w:val="de-DE"/>
        </w:rPr>
      </w:pPr>
      <w:r w:rsidRPr="00B252FF">
        <w:rPr>
          <w:lang w:val="de-DE"/>
        </w:rPr>
        <w:br w:type="page"/>
      </w:r>
    </w:p>
    <w:p w14:paraId="7C55D1E7" w14:textId="77777777" w:rsidR="005D31A4" w:rsidRPr="00B252FF" w:rsidRDefault="00000000">
      <w:pPr>
        <w:pStyle w:val="berschrift1"/>
        <w:rPr>
          <w:lang w:val="de-DE"/>
        </w:rPr>
      </w:pPr>
      <w:bookmarkStart w:id="218" w:name="h_appendix_num"/>
      <w:bookmarkStart w:id="219" w:name="_Toc240363764"/>
      <w:r w:rsidRPr="00B252FF">
        <w:rPr>
          <w:color w:val="000000"/>
          <w:sz w:val="44"/>
          <w:lang w:val="de-DE"/>
        </w:rPr>
        <w:lastRenderedPageBreak/>
        <w:t xml:space="preserve">4 </w:t>
      </w:r>
      <w:bookmarkEnd w:id="218"/>
      <w:r w:rsidRPr="00B252FF">
        <w:rPr>
          <w:color w:val="000000"/>
          <w:sz w:val="44"/>
          <w:lang w:val="de-DE"/>
        </w:rPr>
        <w:t>Anhang</w:t>
      </w:r>
      <w:bookmarkEnd w:id="219"/>
    </w:p>
    <w:p w14:paraId="03629876" w14:textId="77777777" w:rsidR="005D31A4" w:rsidRPr="00B252FF" w:rsidRDefault="00000000">
      <w:pPr>
        <w:rPr>
          <w:lang w:val="de-DE"/>
        </w:rPr>
      </w:pPr>
      <w:r w:rsidRPr="00B252FF">
        <w:rPr>
          <w:b/>
          <w:sz w:val="28"/>
          <w:lang w:val="de-DE"/>
        </w:rPr>
        <w:t>Wirtschaftlichkeitsanalyse und Variantenvergleich</w:t>
      </w:r>
    </w:p>
    <w:p w14:paraId="787F9EFC" w14:textId="77777777" w:rsidR="005D31A4" w:rsidRPr="00B252FF" w:rsidRDefault="00000000">
      <w:pPr>
        <w:pStyle w:val="berschrift2"/>
        <w:rPr>
          <w:lang w:val="de-DE"/>
        </w:rPr>
      </w:pPr>
      <w:bookmarkStart w:id="220" w:name="h_appendix_bldg_num"/>
      <w:bookmarkStart w:id="221" w:name="_Toc240363765"/>
      <w:r w:rsidRPr="00B252FF">
        <w:rPr>
          <w:color w:val="000000"/>
          <w:sz w:val="36"/>
          <w:lang w:val="de-DE"/>
        </w:rPr>
        <w:t xml:space="preserve">4.1 </w:t>
      </w:r>
      <w:bookmarkEnd w:id="220"/>
      <w:r w:rsidRPr="00B252FF">
        <w:rPr>
          <w:color w:val="000000"/>
          <w:sz w:val="36"/>
          <w:lang w:val="de-DE"/>
        </w:rPr>
        <w:t>Gebäude</w:t>
      </w:r>
      <w:bookmarkEnd w:id="221"/>
    </w:p>
    <w:p w14:paraId="53032B9F" w14:textId="77777777" w:rsidR="005D31A4" w:rsidRPr="00B252FF" w:rsidRDefault="00000000">
      <w:pPr>
        <w:pStyle w:val="berschrift3"/>
        <w:rPr>
          <w:lang w:val="de-DE"/>
        </w:rPr>
      </w:pPr>
      <w:bookmarkStart w:id="222" w:name="h_appendix_bldg_economics_num"/>
      <w:bookmarkStart w:id="223" w:name="_Toc240363766"/>
      <w:r w:rsidRPr="00B252FF">
        <w:rPr>
          <w:color w:val="000000"/>
          <w:sz w:val="32"/>
          <w:lang w:val="de-DE"/>
        </w:rPr>
        <w:t xml:space="preserve">4.1.1 </w:t>
      </w:r>
      <w:bookmarkEnd w:id="222"/>
      <w:r w:rsidRPr="00B252FF">
        <w:rPr>
          <w:color w:val="000000"/>
          <w:sz w:val="32"/>
          <w:lang w:val="de-DE"/>
        </w:rPr>
        <w:t>Gebäudeenergiesystem: Wirtschaftliche Parameter</w:t>
      </w:r>
      <w:bookmarkEnd w:id="223"/>
    </w:p>
    <w:p w14:paraId="3BAD5930" w14:textId="1E95DEF0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224" w:name="_Toc240363828"/>
      <w:r w:rsidRPr="00B252FF">
        <w:rPr>
          <w:lang w:val="de-DE"/>
        </w:rPr>
        <w:t xml:space="preserve">Tabelle </w:t>
      </w:r>
      <w:bookmarkStart w:id="225" w:name="tech_bes_costs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Tabelle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47</w:t>
      </w:r>
      <w:r w:rsidRPr="00B252FF">
        <w:rPr>
          <w:lang w:val="de-DE"/>
        </w:rPr>
        <w:fldChar w:fldCharType="end"/>
      </w:r>
      <w:bookmarkStart w:id="226" w:name="tech_bes_costs"/>
      <w:bookmarkEnd w:id="225"/>
      <w:bookmarkEnd w:id="226"/>
      <w:r w:rsidRPr="00B252FF">
        <w:rPr>
          <w:lang w:val="de-DE"/>
        </w:rPr>
        <w:t>: Kostenparameter dezentrale Anlagen für Variante 'Variante 1'</w:t>
      </w:r>
      <w:bookmarkEnd w:id="224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158"/>
        <w:gridCol w:w="1866"/>
        <w:gridCol w:w="1602"/>
        <w:gridCol w:w="1682"/>
        <w:gridCol w:w="1548"/>
      </w:tblGrid>
      <w:tr w:rsidR="005D31A4" w:rsidRPr="00B252FF" w14:paraId="179CBD3C" w14:textId="77777777">
        <w:trPr>
          <w:jc w:val="center"/>
        </w:trPr>
        <w:tc>
          <w:tcPr>
            <w:tcW w:w="1728" w:type="dxa"/>
            <w:tcBorders>
              <w:bottom w:val="single" w:sz="22" w:space="0" w:color="C00000"/>
            </w:tcBorders>
            <w:shd w:val="clear" w:color="auto" w:fill="343A40"/>
          </w:tcPr>
          <w:p w14:paraId="04436BE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  <w:tc>
          <w:tcPr>
            <w:tcW w:w="1728" w:type="dxa"/>
            <w:tcBorders>
              <w:bottom w:val="single" w:sz="22" w:space="0" w:color="C00000"/>
            </w:tcBorders>
            <w:shd w:val="clear" w:color="auto" w:fill="343A40"/>
          </w:tcPr>
          <w:p w14:paraId="298EE16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Spezifische Investitionen (Kostenstützpunkte)</w:t>
            </w:r>
          </w:p>
        </w:tc>
        <w:tc>
          <w:tcPr>
            <w:tcW w:w="1728" w:type="dxa"/>
            <w:tcBorders>
              <w:bottom w:val="single" w:sz="22" w:space="0" w:color="C00000"/>
            </w:tcBorders>
            <w:shd w:val="clear" w:color="auto" w:fill="343A40"/>
          </w:tcPr>
          <w:p w14:paraId="696AACA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Lebensdauer</w:t>
            </w:r>
          </w:p>
        </w:tc>
        <w:tc>
          <w:tcPr>
            <w:tcW w:w="1728" w:type="dxa"/>
            <w:tcBorders>
              <w:bottom w:val="single" w:sz="22" w:space="0" w:color="C00000"/>
            </w:tcBorders>
            <w:shd w:val="clear" w:color="auto" w:fill="343A40"/>
          </w:tcPr>
          <w:p w14:paraId="3C6F246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Jährl. Wartungskosten</w:t>
            </w:r>
          </w:p>
        </w:tc>
        <w:tc>
          <w:tcPr>
            <w:tcW w:w="1728" w:type="dxa"/>
            <w:tcBorders>
              <w:bottom w:val="single" w:sz="22" w:space="0" w:color="C00000"/>
            </w:tcBorders>
            <w:shd w:val="clear" w:color="auto" w:fill="343A40"/>
          </w:tcPr>
          <w:p w14:paraId="0ED4DFD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Förderung</w:t>
            </w:r>
          </w:p>
        </w:tc>
      </w:tr>
      <w:tr w:rsidR="005D31A4" w:rsidRPr="00B252FF" w14:paraId="4E7048E2" w14:textId="77777777">
        <w:trPr>
          <w:jc w:val="center"/>
        </w:trPr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314771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Elektrischer Heizstab (TWW)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32AAF4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5 kW: 80 €/kW</w:t>
            </w:r>
            <w:r w:rsidRPr="00B252FF">
              <w:rPr>
                <w:sz w:val="20"/>
                <w:lang w:val="de-DE"/>
              </w:rPr>
              <w:br/>
              <w:t>10 kW: 50 €/kW</w:t>
            </w:r>
            <w:r w:rsidRPr="00B252FF">
              <w:rPr>
                <w:sz w:val="20"/>
                <w:lang w:val="de-DE"/>
              </w:rPr>
              <w:br/>
              <w:t>20 kW: 35 €/kW</w:t>
            </w:r>
            <w:r w:rsidRPr="00B252FF">
              <w:rPr>
                <w:sz w:val="20"/>
                <w:lang w:val="de-DE"/>
              </w:rPr>
              <w:br/>
              <w:t>50 kW: 18 €/kW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7945BD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20 Jahre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1932CF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1 % der Investition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6315AA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40 %</w:t>
            </w:r>
          </w:p>
        </w:tc>
      </w:tr>
      <w:tr w:rsidR="005D31A4" w:rsidRPr="00B252FF" w14:paraId="6C96EEE3" w14:textId="77777777">
        <w:trPr>
          <w:jc w:val="center"/>
        </w:trPr>
        <w:tc>
          <w:tcPr>
            <w:tcW w:w="1728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4A8DC1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Luftwärmepumpe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D1158D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5 kW: 2300 €/kW</w:t>
            </w:r>
            <w:r w:rsidRPr="00B252FF">
              <w:rPr>
                <w:sz w:val="20"/>
                <w:lang w:val="de-DE"/>
              </w:rPr>
              <w:br/>
              <w:t>10 kW: 1800 €/kW</w:t>
            </w:r>
            <w:r w:rsidRPr="00B252FF">
              <w:rPr>
                <w:sz w:val="20"/>
                <w:lang w:val="de-DE"/>
              </w:rPr>
              <w:br/>
              <w:t>20 kW: 1500 €/kW</w:t>
            </w:r>
            <w:r w:rsidRPr="00B252FF">
              <w:rPr>
                <w:sz w:val="20"/>
                <w:lang w:val="de-DE"/>
              </w:rPr>
              <w:br/>
              <w:t>30 kW: 1400 €/kW</w:t>
            </w:r>
            <w:r w:rsidRPr="00B252FF">
              <w:rPr>
                <w:sz w:val="20"/>
                <w:lang w:val="de-DE"/>
              </w:rPr>
              <w:br/>
              <w:t>40 kW: 1300 €/kW</w:t>
            </w:r>
            <w:r w:rsidRPr="00B252FF">
              <w:rPr>
                <w:sz w:val="20"/>
                <w:lang w:val="de-DE"/>
              </w:rPr>
              <w:br/>
              <w:t>50 kW: 1200 €/kW</w:t>
            </w:r>
            <w:r w:rsidRPr="00B252FF">
              <w:rPr>
                <w:sz w:val="20"/>
                <w:lang w:val="de-DE"/>
              </w:rPr>
              <w:br/>
              <w:t>60 kW: 1200 €/kW</w:t>
            </w:r>
            <w:r w:rsidRPr="00B252FF">
              <w:rPr>
                <w:sz w:val="20"/>
                <w:lang w:val="de-DE"/>
              </w:rPr>
              <w:br/>
              <w:t>80 kW: 1200 €/kW</w:t>
            </w:r>
            <w:r w:rsidRPr="00B252FF">
              <w:rPr>
                <w:sz w:val="20"/>
                <w:lang w:val="de-DE"/>
              </w:rPr>
              <w:br/>
              <w:t>110 kW: 1200 €/kW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D8935A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20 Jahre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3DCE8F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2 % der Investition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CE231A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0 %</w:t>
            </w:r>
          </w:p>
        </w:tc>
      </w:tr>
      <w:tr w:rsidR="005D31A4" w:rsidRPr="00B252FF" w14:paraId="327F1005" w14:textId="77777777">
        <w:trPr>
          <w:jc w:val="center"/>
        </w:trPr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5576EE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Luftgekühlte Kältemaschine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646783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5 kW: 1300 €/kW</w:t>
            </w:r>
            <w:r w:rsidRPr="00B252FF">
              <w:rPr>
                <w:sz w:val="20"/>
                <w:lang w:val="de-DE"/>
              </w:rPr>
              <w:br/>
              <w:t>20 kW: 900 €/kW</w:t>
            </w:r>
            <w:r w:rsidRPr="00B252FF">
              <w:rPr>
                <w:sz w:val="20"/>
                <w:lang w:val="de-DE"/>
              </w:rPr>
              <w:br/>
              <w:t>100 kW: 700 €/kW</w:t>
            </w:r>
            <w:r w:rsidRPr="00B252FF">
              <w:rPr>
                <w:sz w:val="20"/>
                <w:lang w:val="de-DE"/>
              </w:rPr>
              <w:br/>
              <w:t>250 kW: 600 €/kW</w:t>
            </w:r>
            <w:r w:rsidRPr="00B252FF">
              <w:rPr>
                <w:sz w:val="20"/>
                <w:lang w:val="de-DE"/>
              </w:rPr>
              <w:br/>
              <w:t>500 kW: 450 €/kW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87FEB1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20 Jahre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E6BBCC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2 % der Investition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63536A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0 %</w:t>
            </w:r>
          </w:p>
        </w:tc>
      </w:tr>
      <w:tr w:rsidR="005D31A4" w:rsidRPr="00B252FF" w14:paraId="61EAAEE5" w14:textId="77777777">
        <w:trPr>
          <w:jc w:val="center"/>
        </w:trPr>
        <w:tc>
          <w:tcPr>
            <w:tcW w:w="1728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F9657B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Speicher (TWW)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5B1229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130 l: 8 €/l</w:t>
            </w:r>
            <w:r w:rsidRPr="00B252FF">
              <w:rPr>
                <w:sz w:val="20"/>
                <w:lang w:val="de-DE"/>
              </w:rPr>
              <w:br/>
              <w:t>150 l: 7 €/l</w:t>
            </w:r>
            <w:r w:rsidRPr="00B252FF">
              <w:rPr>
                <w:sz w:val="20"/>
                <w:lang w:val="de-DE"/>
              </w:rPr>
              <w:br/>
              <w:t>300 l: 5.3 €/l</w:t>
            </w:r>
            <w:r w:rsidRPr="00B252FF">
              <w:rPr>
                <w:sz w:val="20"/>
                <w:lang w:val="de-DE"/>
              </w:rPr>
              <w:br/>
              <w:t>500 l: 4.8 €/l</w:t>
            </w:r>
            <w:r w:rsidRPr="00B252FF">
              <w:rPr>
                <w:sz w:val="20"/>
                <w:lang w:val="de-DE"/>
              </w:rPr>
              <w:br/>
              <w:t>1000 l: 4.5 €/l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789ADE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30 Jahre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7E1AB6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0 % der Investition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77A17A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40 %</w:t>
            </w:r>
          </w:p>
        </w:tc>
      </w:tr>
      <w:tr w:rsidR="005D31A4" w:rsidRPr="00B252FF" w14:paraId="2421CC22" w14:textId="77777777">
        <w:trPr>
          <w:jc w:val="center"/>
        </w:trPr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34474B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Wärmeübergabestation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43F3F9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15 kW: 380 €/kW</w:t>
            </w:r>
            <w:r w:rsidRPr="00B252FF">
              <w:rPr>
                <w:sz w:val="20"/>
                <w:lang w:val="de-DE"/>
              </w:rPr>
              <w:br/>
              <w:t>30 kW: 250 €/kW</w:t>
            </w:r>
            <w:r w:rsidRPr="00B252FF">
              <w:rPr>
                <w:sz w:val="20"/>
                <w:lang w:val="de-DE"/>
              </w:rPr>
              <w:br/>
              <w:t>100 kW: 150 €/kW</w:t>
            </w:r>
            <w:r w:rsidRPr="00B252FF">
              <w:rPr>
                <w:sz w:val="20"/>
                <w:lang w:val="de-DE"/>
              </w:rPr>
              <w:br/>
              <w:t>500 kW: 85 €/kW</w:t>
            </w:r>
            <w:r w:rsidRPr="00B252FF">
              <w:rPr>
                <w:sz w:val="20"/>
                <w:lang w:val="de-DE"/>
              </w:rPr>
              <w:br/>
              <w:t>2000 kW: 55 €/kW</w:t>
            </w:r>
            <w:r w:rsidRPr="00B252FF">
              <w:rPr>
                <w:sz w:val="20"/>
                <w:lang w:val="de-DE"/>
              </w:rPr>
              <w:br/>
              <w:t>10000 kW: 34 €/kW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9766D6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40 Jahre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F4FDD2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1 % der Investition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5E4587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40 %</w:t>
            </w:r>
          </w:p>
        </w:tc>
      </w:tr>
    </w:tbl>
    <w:p w14:paraId="3FA0E91A" w14:textId="77777777" w:rsidR="005D31A4" w:rsidRPr="00B252FF" w:rsidRDefault="005D31A4">
      <w:pPr>
        <w:rPr>
          <w:lang w:val="de-DE"/>
        </w:rPr>
      </w:pPr>
    </w:p>
    <w:p w14:paraId="1B1B5F7E" w14:textId="44FFEA9C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227" w:name="_Toc240363829"/>
      <w:r w:rsidRPr="00B252FF">
        <w:rPr>
          <w:lang w:val="de-DE"/>
        </w:rPr>
        <w:t xml:space="preserve">Tabelle </w:t>
      </w:r>
      <w:bookmarkStart w:id="228" w:name="tech_bes_costs_tab_2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Tabelle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48</w:t>
      </w:r>
      <w:r w:rsidRPr="00B252FF">
        <w:rPr>
          <w:lang w:val="de-DE"/>
        </w:rPr>
        <w:fldChar w:fldCharType="end"/>
      </w:r>
      <w:bookmarkStart w:id="229" w:name="tech_bes_costs_tab_2"/>
      <w:bookmarkEnd w:id="228"/>
      <w:bookmarkEnd w:id="229"/>
      <w:r w:rsidRPr="00B252FF">
        <w:rPr>
          <w:lang w:val="de-DE"/>
        </w:rPr>
        <w:t>: Kostenparameter dezentrale Anlagen für Variante 'Variante 2'</w:t>
      </w:r>
      <w:bookmarkEnd w:id="227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158"/>
        <w:gridCol w:w="1866"/>
        <w:gridCol w:w="1602"/>
        <w:gridCol w:w="1682"/>
        <w:gridCol w:w="1548"/>
      </w:tblGrid>
      <w:tr w:rsidR="005D31A4" w:rsidRPr="00B252FF" w14:paraId="13B8197E" w14:textId="77777777">
        <w:trPr>
          <w:jc w:val="center"/>
        </w:trPr>
        <w:tc>
          <w:tcPr>
            <w:tcW w:w="1728" w:type="dxa"/>
            <w:tcBorders>
              <w:bottom w:val="single" w:sz="22" w:space="0" w:color="C00000"/>
            </w:tcBorders>
            <w:shd w:val="clear" w:color="auto" w:fill="343A40"/>
          </w:tcPr>
          <w:p w14:paraId="042B1E7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  <w:tc>
          <w:tcPr>
            <w:tcW w:w="1728" w:type="dxa"/>
            <w:tcBorders>
              <w:bottom w:val="single" w:sz="22" w:space="0" w:color="C00000"/>
            </w:tcBorders>
            <w:shd w:val="clear" w:color="auto" w:fill="343A40"/>
          </w:tcPr>
          <w:p w14:paraId="053CB63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Spezifische Investitionen (Kostenstützpunkte)</w:t>
            </w:r>
          </w:p>
        </w:tc>
        <w:tc>
          <w:tcPr>
            <w:tcW w:w="1728" w:type="dxa"/>
            <w:tcBorders>
              <w:bottom w:val="single" w:sz="22" w:space="0" w:color="C00000"/>
            </w:tcBorders>
            <w:shd w:val="clear" w:color="auto" w:fill="343A40"/>
          </w:tcPr>
          <w:p w14:paraId="05262C0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Lebensdauer</w:t>
            </w:r>
          </w:p>
        </w:tc>
        <w:tc>
          <w:tcPr>
            <w:tcW w:w="1728" w:type="dxa"/>
            <w:tcBorders>
              <w:bottom w:val="single" w:sz="22" w:space="0" w:color="C00000"/>
            </w:tcBorders>
            <w:shd w:val="clear" w:color="auto" w:fill="343A40"/>
          </w:tcPr>
          <w:p w14:paraId="2474B5A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Jährl. Wartungskosten</w:t>
            </w:r>
          </w:p>
        </w:tc>
        <w:tc>
          <w:tcPr>
            <w:tcW w:w="1728" w:type="dxa"/>
            <w:tcBorders>
              <w:bottom w:val="single" w:sz="22" w:space="0" w:color="C00000"/>
            </w:tcBorders>
            <w:shd w:val="clear" w:color="auto" w:fill="343A40"/>
          </w:tcPr>
          <w:p w14:paraId="2C6AAE9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Förderung</w:t>
            </w:r>
          </w:p>
        </w:tc>
      </w:tr>
      <w:tr w:rsidR="005D31A4" w:rsidRPr="00B252FF" w14:paraId="135711CF" w14:textId="77777777">
        <w:trPr>
          <w:jc w:val="center"/>
        </w:trPr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8B6B35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Elektrischer Heizstab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409FB4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 kW: 200 €/kW</w:t>
            </w:r>
            <w:r w:rsidRPr="00B252FF">
              <w:rPr>
                <w:sz w:val="20"/>
                <w:lang w:val="de-DE"/>
              </w:rPr>
              <w:br/>
            </w:r>
            <w:r w:rsidRPr="00B252FF">
              <w:rPr>
                <w:sz w:val="20"/>
                <w:lang w:val="de-DE"/>
              </w:rPr>
              <w:lastRenderedPageBreak/>
              <w:t>5 kW: 100 €/kW</w:t>
            </w:r>
            <w:r w:rsidRPr="00B252FF">
              <w:rPr>
                <w:sz w:val="20"/>
                <w:lang w:val="de-DE"/>
              </w:rPr>
              <w:br/>
              <w:t>10 kW: 75 €/kW</w:t>
            </w:r>
            <w:r w:rsidRPr="00B252FF">
              <w:rPr>
                <w:sz w:val="20"/>
                <w:lang w:val="de-DE"/>
              </w:rPr>
              <w:br/>
              <w:t>20 kW: 60 €/kW</w:t>
            </w:r>
            <w:r w:rsidRPr="00B252FF">
              <w:rPr>
                <w:sz w:val="20"/>
                <w:lang w:val="de-DE"/>
              </w:rPr>
              <w:br/>
              <w:t>50 kW: 50 €/kW</w:t>
            </w:r>
            <w:r w:rsidRPr="00B252FF">
              <w:rPr>
                <w:sz w:val="20"/>
                <w:lang w:val="de-DE"/>
              </w:rPr>
              <w:br/>
              <w:t>100 kW: 40 €/kW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DF985E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lastRenderedPageBreak/>
              <w:t>25 Jahre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892776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 xml:space="preserve">1 % der </w:t>
            </w:r>
            <w:r w:rsidRPr="00B252FF">
              <w:rPr>
                <w:sz w:val="20"/>
                <w:lang w:val="de-DE"/>
              </w:rPr>
              <w:lastRenderedPageBreak/>
              <w:t>Investition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5FAD8A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lastRenderedPageBreak/>
              <w:t>0 %</w:t>
            </w:r>
          </w:p>
        </w:tc>
      </w:tr>
      <w:tr w:rsidR="005D31A4" w:rsidRPr="00B252FF" w14:paraId="46298AEA" w14:textId="77777777">
        <w:trPr>
          <w:jc w:val="center"/>
        </w:trPr>
        <w:tc>
          <w:tcPr>
            <w:tcW w:w="1728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E52E51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Elektrischer Heizstab (TWW)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D2AF08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5 kW: 80 €/kW</w:t>
            </w:r>
            <w:r w:rsidRPr="00B252FF">
              <w:rPr>
                <w:sz w:val="20"/>
                <w:lang w:val="de-DE"/>
              </w:rPr>
              <w:br/>
              <w:t>10 kW: 50 €/kW</w:t>
            </w:r>
            <w:r w:rsidRPr="00B252FF">
              <w:rPr>
                <w:sz w:val="20"/>
                <w:lang w:val="de-DE"/>
              </w:rPr>
              <w:br/>
              <w:t>20 kW: 35 €/kW</w:t>
            </w:r>
            <w:r w:rsidRPr="00B252FF">
              <w:rPr>
                <w:sz w:val="20"/>
                <w:lang w:val="de-DE"/>
              </w:rPr>
              <w:br/>
              <w:t>50 kW: 18 €/kW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35B4B9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20 Jahre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06F5E5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1 % der Investition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B83B0F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40 %</w:t>
            </w:r>
          </w:p>
        </w:tc>
      </w:tr>
      <w:tr w:rsidR="005D31A4" w:rsidRPr="00B252FF" w14:paraId="438A41A2" w14:textId="77777777">
        <w:trPr>
          <w:jc w:val="center"/>
        </w:trPr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2C304E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Erdwärmepumpe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EA0003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5 kW: 3000 €/kW</w:t>
            </w:r>
            <w:r w:rsidRPr="00B252FF">
              <w:rPr>
                <w:sz w:val="20"/>
                <w:lang w:val="de-DE"/>
              </w:rPr>
              <w:br/>
              <w:t>10 kW: 2100 €/kW</w:t>
            </w:r>
            <w:r w:rsidRPr="00B252FF">
              <w:rPr>
                <w:sz w:val="20"/>
                <w:lang w:val="de-DE"/>
              </w:rPr>
              <w:br/>
              <w:t>20 kW: 1500 €/kW</w:t>
            </w:r>
            <w:r w:rsidRPr="00B252FF">
              <w:rPr>
                <w:sz w:val="20"/>
                <w:lang w:val="de-DE"/>
              </w:rPr>
              <w:br/>
              <w:t>30 kW: 1200 €/kW</w:t>
            </w:r>
            <w:r w:rsidRPr="00B252FF">
              <w:rPr>
                <w:sz w:val="20"/>
                <w:lang w:val="de-DE"/>
              </w:rPr>
              <w:br/>
              <w:t>40 kW: 1100 €/kW</w:t>
            </w:r>
            <w:r w:rsidRPr="00B252FF">
              <w:rPr>
                <w:sz w:val="20"/>
                <w:lang w:val="de-DE"/>
              </w:rPr>
              <w:br/>
              <w:t>50 kW: 1000 €/kW</w:t>
            </w:r>
            <w:r w:rsidRPr="00B252FF">
              <w:rPr>
                <w:sz w:val="20"/>
                <w:lang w:val="de-DE"/>
              </w:rPr>
              <w:br/>
              <w:t>60 kW: 900 €/kW</w:t>
            </w:r>
            <w:r w:rsidRPr="00B252FF">
              <w:rPr>
                <w:sz w:val="20"/>
                <w:lang w:val="de-DE"/>
              </w:rPr>
              <w:br/>
              <w:t>80 kW: 800 €/kW</w:t>
            </w:r>
            <w:r w:rsidRPr="00B252FF">
              <w:rPr>
                <w:sz w:val="20"/>
                <w:lang w:val="de-DE"/>
              </w:rPr>
              <w:br/>
              <w:t>110 kW: 700 €/kW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B34FFD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20 Jahre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B47CE5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2 % der Investition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CC3EDE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0 %</w:t>
            </w:r>
          </w:p>
        </w:tc>
      </w:tr>
      <w:tr w:rsidR="005D31A4" w:rsidRPr="00B252FF" w14:paraId="712A2815" w14:textId="77777777">
        <w:trPr>
          <w:jc w:val="center"/>
        </w:trPr>
        <w:tc>
          <w:tcPr>
            <w:tcW w:w="1728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A04BCB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Luftwärmepumpe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2C8A2A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5 kW: 2300 €/kW</w:t>
            </w:r>
            <w:r w:rsidRPr="00B252FF">
              <w:rPr>
                <w:sz w:val="20"/>
                <w:lang w:val="de-DE"/>
              </w:rPr>
              <w:br/>
              <w:t>10 kW: 1800 €/kW</w:t>
            </w:r>
            <w:r w:rsidRPr="00B252FF">
              <w:rPr>
                <w:sz w:val="20"/>
                <w:lang w:val="de-DE"/>
              </w:rPr>
              <w:br/>
              <w:t>20 kW: 1500 €/kW</w:t>
            </w:r>
            <w:r w:rsidRPr="00B252FF">
              <w:rPr>
                <w:sz w:val="20"/>
                <w:lang w:val="de-DE"/>
              </w:rPr>
              <w:br/>
              <w:t>30 kW: 1400 €/kW</w:t>
            </w:r>
            <w:r w:rsidRPr="00B252FF">
              <w:rPr>
                <w:sz w:val="20"/>
                <w:lang w:val="de-DE"/>
              </w:rPr>
              <w:br/>
              <w:t>40 kW: 1300 €/kW</w:t>
            </w:r>
            <w:r w:rsidRPr="00B252FF">
              <w:rPr>
                <w:sz w:val="20"/>
                <w:lang w:val="de-DE"/>
              </w:rPr>
              <w:br/>
              <w:t>50 kW: 1200 €/kW</w:t>
            </w:r>
            <w:r w:rsidRPr="00B252FF">
              <w:rPr>
                <w:sz w:val="20"/>
                <w:lang w:val="de-DE"/>
              </w:rPr>
              <w:br/>
              <w:t>60 kW: 1200 €/kW</w:t>
            </w:r>
            <w:r w:rsidRPr="00B252FF">
              <w:rPr>
                <w:sz w:val="20"/>
                <w:lang w:val="de-DE"/>
              </w:rPr>
              <w:br/>
              <w:t>80 kW: 1200 €/kW</w:t>
            </w:r>
            <w:r w:rsidRPr="00B252FF">
              <w:rPr>
                <w:sz w:val="20"/>
                <w:lang w:val="de-DE"/>
              </w:rPr>
              <w:br/>
              <w:t>110 kW: 1200 €/kW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614C94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20 Jahre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67A256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2 % der Investition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6FA736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0 %</w:t>
            </w:r>
          </w:p>
        </w:tc>
      </w:tr>
      <w:tr w:rsidR="005D31A4" w:rsidRPr="00B252FF" w14:paraId="5786FFC0" w14:textId="77777777">
        <w:trPr>
          <w:jc w:val="center"/>
        </w:trPr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9509C8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Luftgekühlte Kältemaschine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49193E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5 kW: 1300 €/kW</w:t>
            </w:r>
            <w:r w:rsidRPr="00B252FF">
              <w:rPr>
                <w:sz w:val="20"/>
                <w:lang w:val="de-DE"/>
              </w:rPr>
              <w:br/>
              <w:t>20 kW: 900 €/kW</w:t>
            </w:r>
            <w:r w:rsidRPr="00B252FF">
              <w:rPr>
                <w:sz w:val="20"/>
                <w:lang w:val="de-DE"/>
              </w:rPr>
              <w:br/>
              <w:t>100 kW: 700 €/kW</w:t>
            </w:r>
            <w:r w:rsidRPr="00B252FF">
              <w:rPr>
                <w:sz w:val="20"/>
                <w:lang w:val="de-DE"/>
              </w:rPr>
              <w:br/>
              <w:t>250 kW: 600 €/kW</w:t>
            </w:r>
            <w:r w:rsidRPr="00B252FF">
              <w:rPr>
                <w:sz w:val="20"/>
                <w:lang w:val="de-DE"/>
              </w:rPr>
              <w:br/>
              <w:t>500 kW: 450 €/kW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FE4BD7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20 Jahre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54489C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2 % der Investition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167006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0 %</w:t>
            </w:r>
          </w:p>
        </w:tc>
      </w:tr>
      <w:tr w:rsidR="005D31A4" w:rsidRPr="00B252FF" w14:paraId="2454782C" w14:textId="77777777">
        <w:trPr>
          <w:jc w:val="center"/>
        </w:trPr>
        <w:tc>
          <w:tcPr>
            <w:tcW w:w="1728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10E598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Speicher (TWW)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E8D04F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130 l: 8 €/l</w:t>
            </w:r>
            <w:r w:rsidRPr="00B252FF">
              <w:rPr>
                <w:sz w:val="20"/>
                <w:lang w:val="de-DE"/>
              </w:rPr>
              <w:br/>
              <w:t>150 l: 7 €/l</w:t>
            </w:r>
            <w:r w:rsidRPr="00B252FF">
              <w:rPr>
                <w:sz w:val="20"/>
                <w:lang w:val="de-DE"/>
              </w:rPr>
              <w:br/>
              <w:t>300 l: 5.3 €/l</w:t>
            </w:r>
            <w:r w:rsidRPr="00B252FF">
              <w:rPr>
                <w:sz w:val="20"/>
                <w:lang w:val="de-DE"/>
              </w:rPr>
              <w:br/>
              <w:t>500 l: 4.8 €/l</w:t>
            </w:r>
            <w:r w:rsidRPr="00B252FF">
              <w:rPr>
                <w:sz w:val="20"/>
                <w:lang w:val="de-DE"/>
              </w:rPr>
              <w:br/>
              <w:t>1000 l: 4.5 €/l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303E2F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30 Jahre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7275E9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0 % der Investition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C64DBE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40 %</w:t>
            </w:r>
          </w:p>
        </w:tc>
      </w:tr>
      <w:tr w:rsidR="005D31A4" w:rsidRPr="00B252FF" w14:paraId="7927EB42" w14:textId="77777777">
        <w:trPr>
          <w:jc w:val="center"/>
        </w:trPr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792E84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Wärmeübergabestation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9E4EF4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15 kW: 380 €/kW</w:t>
            </w:r>
            <w:r w:rsidRPr="00B252FF">
              <w:rPr>
                <w:sz w:val="20"/>
                <w:lang w:val="de-DE"/>
              </w:rPr>
              <w:br/>
              <w:t>30 kW: 250 €/kW</w:t>
            </w:r>
            <w:r w:rsidRPr="00B252FF">
              <w:rPr>
                <w:sz w:val="20"/>
                <w:lang w:val="de-DE"/>
              </w:rPr>
              <w:br/>
              <w:t>100 kW: 150 €/kW</w:t>
            </w:r>
            <w:r w:rsidRPr="00B252FF">
              <w:rPr>
                <w:sz w:val="20"/>
                <w:lang w:val="de-DE"/>
              </w:rPr>
              <w:br/>
              <w:t>500 kW: 85 €/kW</w:t>
            </w:r>
            <w:r w:rsidRPr="00B252FF">
              <w:rPr>
                <w:sz w:val="20"/>
                <w:lang w:val="de-DE"/>
              </w:rPr>
              <w:br/>
              <w:t>2000 kW: 55 €/kW</w:t>
            </w:r>
            <w:r w:rsidRPr="00B252FF">
              <w:rPr>
                <w:sz w:val="20"/>
                <w:lang w:val="de-DE"/>
              </w:rPr>
              <w:br/>
              <w:t>10000 kW: 34 €/kW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EBBBB8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40 Jahre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315E9E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1 % der Investition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ABA53A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40 %</w:t>
            </w:r>
          </w:p>
        </w:tc>
      </w:tr>
      <w:tr w:rsidR="005D31A4" w:rsidRPr="00B252FF" w14:paraId="4A714114" w14:textId="77777777">
        <w:trPr>
          <w:jc w:val="center"/>
        </w:trPr>
        <w:tc>
          <w:tcPr>
            <w:tcW w:w="1728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B7928A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Geothermie-Sonden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2197B3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5 kW: 2500 €/kW</w:t>
            </w:r>
            <w:r w:rsidRPr="00B252FF">
              <w:rPr>
                <w:sz w:val="20"/>
                <w:lang w:val="de-DE"/>
              </w:rPr>
              <w:br/>
              <w:t>10 kW: 1800 €/kW</w:t>
            </w:r>
            <w:r w:rsidRPr="00B252FF">
              <w:rPr>
                <w:sz w:val="20"/>
                <w:lang w:val="de-DE"/>
              </w:rPr>
              <w:br/>
              <w:t>20 kW: 1500 €/kW</w:t>
            </w:r>
            <w:r w:rsidRPr="00B252FF">
              <w:rPr>
                <w:sz w:val="20"/>
                <w:lang w:val="de-DE"/>
              </w:rPr>
              <w:br/>
              <w:t>40 kW: 1400 €/kW</w:t>
            </w:r>
            <w:r w:rsidRPr="00B252FF">
              <w:rPr>
                <w:sz w:val="20"/>
                <w:lang w:val="de-DE"/>
              </w:rPr>
              <w:br/>
              <w:t>60 kW: 1300 €/kW</w:t>
            </w:r>
            <w:r w:rsidRPr="00B252FF">
              <w:rPr>
                <w:sz w:val="20"/>
                <w:lang w:val="de-DE"/>
              </w:rPr>
              <w:br/>
              <w:t>80 kW: 1300 €/kW</w:t>
            </w:r>
            <w:r w:rsidRPr="00B252FF">
              <w:rPr>
                <w:sz w:val="20"/>
                <w:lang w:val="de-DE"/>
              </w:rPr>
              <w:br/>
              <w:t>110 kW: 1200 €/kW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699B49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50 Jahre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1B0FD9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1 % der Investition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DFE28D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40 %</w:t>
            </w:r>
          </w:p>
        </w:tc>
      </w:tr>
    </w:tbl>
    <w:p w14:paraId="75DA840A" w14:textId="77777777" w:rsidR="005D31A4" w:rsidRPr="00B252FF" w:rsidRDefault="005D31A4">
      <w:pPr>
        <w:rPr>
          <w:lang w:val="de-DE"/>
        </w:rPr>
      </w:pPr>
    </w:p>
    <w:p w14:paraId="5B08636D" w14:textId="77777777" w:rsidR="005D31A4" w:rsidRPr="00B252FF" w:rsidRDefault="00000000">
      <w:pPr>
        <w:pStyle w:val="berschrift2"/>
        <w:rPr>
          <w:lang w:val="de-DE"/>
        </w:rPr>
      </w:pPr>
      <w:bookmarkStart w:id="230" w:name="h_appendix_netw_num"/>
      <w:bookmarkStart w:id="231" w:name="_Toc240363767"/>
      <w:r w:rsidRPr="00B252FF">
        <w:rPr>
          <w:color w:val="000000"/>
          <w:sz w:val="36"/>
          <w:lang w:val="de-DE"/>
        </w:rPr>
        <w:lastRenderedPageBreak/>
        <w:t xml:space="preserve">4.2 </w:t>
      </w:r>
      <w:bookmarkEnd w:id="230"/>
      <w:r w:rsidRPr="00B252FF">
        <w:rPr>
          <w:color w:val="000000"/>
          <w:sz w:val="36"/>
          <w:lang w:val="de-DE"/>
        </w:rPr>
        <w:t>Wärmenetz</w:t>
      </w:r>
      <w:bookmarkEnd w:id="231"/>
    </w:p>
    <w:p w14:paraId="6BDB26BC" w14:textId="77777777" w:rsidR="005D31A4" w:rsidRPr="00B252FF" w:rsidRDefault="00000000">
      <w:pPr>
        <w:pStyle w:val="berschrift3"/>
        <w:rPr>
          <w:lang w:val="de-DE"/>
        </w:rPr>
      </w:pPr>
      <w:bookmarkStart w:id="232" w:name="h_appendix_netw_general_num"/>
      <w:bookmarkStart w:id="233" w:name="_Toc240363768"/>
      <w:r w:rsidRPr="00B252FF">
        <w:rPr>
          <w:color w:val="000000"/>
          <w:sz w:val="32"/>
          <w:lang w:val="de-DE"/>
        </w:rPr>
        <w:t xml:space="preserve">4.2.1 </w:t>
      </w:r>
      <w:bookmarkEnd w:id="232"/>
      <w:r w:rsidRPr="00B252FF">
        <w:rPr>
          <w:color w:val="000000"/>
          <w:sz w:val="32"/>
          <w:lang w:val="de-DE"/>
        </w:rPr>
        <w:t>Wärmenetz: Allgemeine Parameter</w:t>
      </w:r>
      <w:bookmarkEnd w:id="233"/>
    </w:p>
    <w:p w14:paraId="5169E7D7" w14:textId="2CE72C3E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234" w:name="_Toc240363830"/>
      <w:r w:rsidRPr="00B252FF">
        <w:rPr>
          <w:lang w:val="de-DE"/>
        </w:rPr>
        <w:t xml:space="preserve">Tabelle </w:t>
      </w:r>
      <w:bookmarkStart w:id="235" w:name="network_settings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Tabelle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49</w:t>
      </w:r>
      <w:r w:rsidRPr="00B252FF">
        <w:rPr>
          <w:lang w:val="de-DE"/>
        </w:rPr>
        <w:fldChar w:fldCharType="end"/>
      </w:r>
      <w:bookmarkStart w:id="236" w:name="network_settings"/>
      <w:bookmarkEnd w:id="235"/>
      <w:bookmarkEnd w:id="236"/>
      <w:r w:rsidRPr="00B252FF">
        <w:rPr>
          <w:lang w:val="de-DE"/>
        </w:rPr>
        <w:t>: Wärmenetz-Einstellungen</w:t>
      </w:r>
      <w:bookmarkEnd w:id="234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4320"/>
      </w:tblGrid>
      <w:tr w:rsidR="005D31A4" w:rsidRPr="00B252FF" w14:paraId="57C5F164" w14:textId="77777777">
        <w:trPr>
          <w:jc w:val="center"/>
        </w:trPr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66F0128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23037C5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Alle Varianten</w:t>
            </w:r>
          </w:p>
        </w:tc>
      </w:tr>
      <w:tr w:rsidR="005D31A4" w:rsidRPr="00B252FF" w14:paraId="38D21E19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FCA76B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Wärmeverluste berücksichtigen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539788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ja</w:t>
            </w:r>
          </w:p>
        </w:tc>
      </w:tr>
      <w:tr w:rsidR="005D31A4" w:rsidRPr="00B252FF" w14:paraId="2B966254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FD9888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Aufschlag (Armaturen, etc.)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756E4D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20 %</w:t>
            </w:r>
          </w:p>
        </w:tc>
      </w:tr>
      <w:tr w:rsidR="005D31A4" w:rsidRPr="00B252FF" w14:paraId="0D0DD9EC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346EFE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Netztemperatur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36E646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konstant</w:t>
            </w:r>
          </w:p>
        </w:tc>
      </w:tr>
      <w:tr w:rsidR="005D31A4" w:rsidRPr="00B252FF" w14:paraId="21931D48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76DEFC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Auslegungskriterien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F9566B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Druckgefälle u. Fließgeschwindigkeit</w:t>
            </w:r>
          </w:p>
        </w:tc>
      </w:tr>
      <w:tr w:rsidR="005D31A4" w:rsidRPr="00B252FF" w14:paraId="23459AEA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3D704B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Gleichzeitigkeitsfaktor (Ansatz)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ADB89E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Gleichzeitigkeit vernachlässigen (f=1)</w:t>
            </w:r>
          </w:p>
        </w:tc>
      </w:tr>
      <w:tr w:rsidR="005D31A4" w:rsidRPr="00B252FF" w14:paraId="3E05456A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054C77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Gleichzeitigkeitsfaktor nur für Wohngebäude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F76075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nein</w:t>
            </w:r>
          </w:p>
        </w:tc>
      </w:tr>
      <w:tr w:rsidR="005D31A4" w:rsidRPr="00B252FF" w14:paraId="58C149B6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B44CA0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Gleichzeitigkeitsfaktor TWW: Berechnungsansatz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90826B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TU Dresden</w:t>
            </w:r>
          </w:p>
        </w:tc>
      </w:tr>
      <w:tr w:rsidR="005D31A4" w:rsidRPr="00B252FF" w14:paraId="735E8CEB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A35BD2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Wärmeträgerfluid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AA692E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Wasser</w:t>
            </w:r>
          </w:p>
        </w:tc>
      </w:tr>
      <w:tr w:rsidR="005D31A4" w:rsidRPr="00B252FF" w14:paraId="62B8E278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D510DE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Wärmeleitfähigkeit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98E49F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1,5 W/mK</w:t>
            </w:r>
          </w:p>
        </w:tc>
      </w:tr>
      <w:tr w:rsidR="005D31A4" w:rsidRPr="00B252FF" w14:paraId="4186D65B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9D5101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Erdbodentemperatur: Option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DD78E9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berechnet</w:t>
            </w:r>
          </w:p>
        </w:tc>
      </w:tr>
      <w:tr w:rsidR="005D31A4" w:rsidRPr="00B252FF" w14:paraId="71EF160C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CDA392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Verlegetiefe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AD03E3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 m</w:t>
            </w:r>
          </w:p>
        </w:tc>
      </w:tr>
    </w:tbl>
    <w:p w14:paraId="7C2DBD4C" w14:textId="77777777" w:rsidR="005D31A4" w:rsidRPr="00B252FF" w:rsidRDefault="005D31A4">
      <w:pPr>
        <w:rPr>
          <w:lang w:val="de-DE"/>
        </w:rPr>
      </w:pPr>
    </w:p>
    <w:p w14:paraId="01C3FF07" w14:textId="566640AE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237" w:name="_Toc240363831"/>
      <w:r w:rsidRPr="00B252FF">
        <w:rPr>
          <w:lang w:val="de-DE"/>
        </w:rPr>
        <w:t xml:space="preserve">Tabelle </w:t>
      </w:r>
      <w:bookmarkStart w:id="238" w:name="hydraulic_settings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Tabelle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50</w:t>
      </w:r>
      <w:r w:rsidRPr="00B252FF">
        <w:rPr>
          <w:lang w:val="de-DE"/>
        </w:rPr>
        <w:fldChar w:fldCharType="end"/>
      </w:r>
      <w:bookmarkStart w:id="239" w:name="hydraulic_settings"/>
      <w:bookmarkEnd w:id="238"/>
      <w:bookmarkEnd w:id="239"/>
      <w:r w:rsidRPr="00B252FF">
        <w:rPr>
          <w:lang w:val="de-DE"/>
        </w:rPr>
        <w:t>: Hydraulik-Einstellungen</w:t>
      </w:r>
      <w:bookmarkEnd w:id="237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4320"/>
      </w:tblGrid>
      <w:tr w:rsidR="005D31A4" w:rsidRPr="00B252FF" w14:paraId="67E0D73F" w14:textId="77777777">
        <w:trPr>
          <w:jc w:val="center"/>
        </w:trPr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571B711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52CEF02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Alle Varianten</w:t>
            </w:r>
          </w:p>
        </w:tc>
      </w:tr>
      <w:tr w:rsidR="005D31A4" w:rsidRPr="00B252FF" w14:paraId="50719D4B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7AE711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Umwälzpumpe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A364E9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Zentrale Pumpe</w:t>
            </w:r>
          </w:p>
        </w:tc>
      </w:tr>
      <w:tr w:rsidR="005D31A4" w:rsidRPr="00B252FF" w14:paraId="57A873FA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1AC270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Druck in Druckhaltung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46311A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 bar</w:t>
            </w:r>
          </w:p>
        </w:tc>
      </w:tr>
      <w:tr w:rsidR="005D31A4" w:rsidRPr="00B252FF" w14:paraId="73601FAB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4762EE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Druckverlust Rohreinbauten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4F197F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25 %</w:t>
            </w:r>
          </w:p>
        </w:tc>
      </w:tr>
      <w:tr w:rsidR="005D31A4" w:rsidRPr="00B252FF" w14:paraId="000C4739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9ABD8D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Druckverlust Wärmeübergabestationen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0AA4B0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0,3 bar</w:t>
            </w:r>
          </w:p>
        </w:tc>
      </w:tr>
      <w:tr w:rsidR="005D31A4" w:rsidRPr="00B252FF" w14:paraId="508CAB19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21511B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Druckverlust Energiezentrale: Option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D55D30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pauschal</w:t>
            </w:r>
          </w:p>
        </w:tc>
      </w:tr>
      <w:tr w:rsidR="005D31A4" w:rsidRPr="00B252FF" w14:paraId="36E96A29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F8CC0D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Druckverlust Energiezentrale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5CEBB0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0,2 bar</w:t>
            </w:r>
          </w:p>
        </w:tc>
      </w:tr>
      <w:tr w:rsidR="005D31A4" w:rsidRPr="00B252FF" w14:paraId="1FA4A45C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39A7B5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Abwärmeeinspeisung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87A874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Vom Rücklauf in den Vorlauf</w:t>
            </w:r>
          </w:p>
        </w:tc>
      </w:tr>
      <w:tr w:rsidR="005D31A4" w:rsidRPr="00B252FF" w14:paraId="78F461C9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A4210A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Temperaturdifferenz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386799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20 K</w:t>
            </w:r>
          </w:p>
        </w:tc>
      </w:tr>
    </w:tbl>
    <w:p w14:paraId="52584F7C" w14:textId="77777777" w:rsidR="005D31A4" w:rsidRPr="00B252FF" w:rsidRDefault="005D31A4">
      <w:pPr>
        <w:rPr>
          <w:lang w:val="de-DE"/>
        </w:rPr>
      </w:pPr>
    </w:p>
    <w:p w14:paraId="20EE1E71" w14:textId="77777777" w:rsidR="005D31A4" w:rsidRPr="00B252FF" w:rsidRDefault="00000000">
      <w:pPr>
        <w:pStyle w:val="berschrift3"/>
        <w:rPr>
          <w:lang w:val="de-DE"/>
        </w:rPr>
      </w:pPr>
      <w:bookmarkStart w:id="240" w:name="h_appendix_netw_pipe_num"/>
      <w:bookmarkStart w:id="241" w:name="_Toc240363769"/>
      <w:r w:rsidRPr="00B252FF">
        <w:rPr>
          <w:color w:val="000000"/>
          <w:sz w:val="32"/>
          <w:lang w:val="de-DE"/>
        </w:rPr>
        <w:t xml:space="preserve">4.2.2 </w:t>
      </w:r>
      <w:bookmarkEnd w:id="240"/>
      <w:r w:rsidRPr="00B252FF">
        <w:rPr>
          <w:color w:val="000000"/>
          <w:sz w:val="32"/>
          <w:lang w:val="de-DE"/>
        </w:rPr>
        <w:t>Wärmenetz: Rohrparameter</w:t>
      </w:r>
      <w:bookmarkEnd w:id="241"/>
    </w:p>
    <w:p w14:paraId="6A129915" w14:textId="6BEFA3B1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242" w:name="_Toc240363832"/>
      <w:r w:rsidRPr="00B252FF">
        <w:rPr>
          <w:lang w:val="de-DE"/>
        </w:rPr>
        <w:t xml:space="preserve">Tabelle </w:t>
      </w:r>
      <w:bookmarkStart w:id="243" w:name="pipe_data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Tabelle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51</w:t>
      </w:r>
      <w:r w:rsidRPr="00B252FF">
        <w:rPr>
          <w:lang w:val="de-DE"/>
        </w:rPr>
        <w:fldChar w:fldCharType="end"/>
      </w:r>
      <w:bookmarkStart w:id="244" w:name="pipe_data"/>
      <w:bookmarkEnd w:id="243"/>
      <w:bookmarkEnd w:id="244"/>
      <w:r w:rsidRPr="00B252FF">
        <w:rPr>
          <w:lang w:val="de-DE"/>
        </w:rPr>
        <w:t>: Rohrparameter: Kunststoff (Doppelrohr): BruggPipes: CALPEX DUO (normal) für Variante 'Variante 1'</w:t>
      </w:r>
      <w:bookmarkEnd w:id="242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20"/>
        <w:gridCol w:w="1288"/>
        <w:gridCol w:w="958"/>
        <w:gridCol w:w="1288"/>
        <w:gridCol w:w="693"/>
        <w:gridCol w:w="889"/>
        <w:gridCol w:w="920"/>
        <w:gridCol w:w="1275"/>
        <w:gridCol w:w="725"/>
      </w:tblGrid>
      <w:tr w:rsidR="005D31A4" w:rsidRPr="00B252FF" w14:paraId="5968E597" w14:textId="77777777">
        <w:trPr>
          <w:jc w:val="center"/>
        </w:trPr>
        <w:tc>
          <w:tcPr>
            <w:tcW w:w="960" w:type="dxa"/>
            <w:tcBorders>
              <w:bottom w:val="single" w:sz="22" w:space="0" w:color="C00000"/>
            </w:tcBorders>
            <w:shd w:val="clear" w:color="auto" w:fill="343A40"/>
          </w:tcPr>
          <w:p w14:paraId="6687B82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Nennweite</w:t>
            </w:r>
          </w:p>
        </w:tc>
        <w:tc>
          <w:tcPr>
            <w:tcW w:w="960" w:type="dxa"/>
            <w:tcBorders>
              <w:bottom w:val="single" w:sz="22" w:space="0" w:color="C00000"/>
            </w:tcBorders>
            <w:shd w:val="clear" w:color="auto" w:fill="343A40"/>
          </w:tcPr>
          <w:p w14:paraId="7FAFD3B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Außendurchmesser (Medienrohr)</w:t>
            </w:r>
          </w:p>
        </w:tc>
        <w:tc>
          <w:tcPr>
            <w:tcW w:w="960" w:type="dxa"/>
            <w:tcBorders>
              <w:bottom w:val="single" w:sz="22" w:space="0" w:color="C00000"/>
            </w:tcBorders>
            <w:shd w:val="clear" w:color="auto" w:fill="343A40"/>
          </w:tcPr>
          <w:p w14:paraId="17599B0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Stärke (Medienrohr)</w:t>
            </w:r>
          </w:p>
        </w:tc>
        <w:tc>
          <w:tcPr>
            <w:tcW w:w="960" w:type="dxa"/>
            <w:tcBorders>
              <w:bottom w:val="single" w:sz="22" w:space="0" w:color="C00000"/>
            </w:tcBorders>
            <w:shd w:val="clear" w:color="auto" w:fill="343A40"/>
          </w:tcPr>
          <w:p w14:paraId="639E028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Außendurchmesser (Mantel)</w:t>
            </w:r>
          </w:p>
        </w:tc>
        <w:tc>
          <w:tcPr>
            <w:tcW w:w="960" w:type="dxa"/>
            <w:tcBorders>
              <w:bottom w:val="single" w:sz="22" w:space="0" w:color="C00000"/>
            </w:tcBorders>
            <w:shd w:val="clear" w:color="auto" w:fill="343A40"/>
          </w:tcPr>
          <w:p w14:paraId="3FD4202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Stärke (Mantel)</w:t>
            </w:r>
          </w:p>
        </w:tc>
        <w:tc>
          <w:tcPr>
            <w:tcW w:w="960" w:type="dxa"/>
            <w:tcBorders>
              <w:bottom w:val="single" w:sz="22" w:space="0" w:color="C00000"/>
            </w:tcBorders>
            <w:shd w:val="clear" w:color="auto" w:fill="343A40"/>
          </w:tcPr>
          <w:p w14:paraId="47E3597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Verlegetiefe</w:t>
            </w:r>
          </w:p>
        </w:tc>
        <w:tc>
          <w:tcPr>
            <w:tcW w:w="960" w:type="dxa"/>
            <w:tcBorders>
              <w:bottom w:val="single" w:sz="22" w:space="0" w:color="C00000"/>
            </w:tcBorders>
            <w:shd w:val="clear" w:color="auto" w:fill="343A40"/>
          </w:tcPr>
          <w:p w14:paraId="77EBA1B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Rohrabstand</w:t>
            </w:r>
          </w:p>
        </w:tc>
        <w:tc>
          <w:tcPr>
            <w:tcW w:w="960" w:type="dxa"/>
            <w:tcBorders>
              <w:bottom w:val="single" w:sz="22" w:space="0" w:color="C00000"/>
            </w:tcBorders>
            <w:shd w:val="clear" w:color="auto" w:fill="343A40"/>
          </w:tcPr>
          <w:p w14:paraId="25A6C20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Wärmeleitfähigkeit (Dämmung)</w:t>
            </w:r>
          </w:p>
        </w:tc>
        <w:tc>
          <w:tcPr>
            <w:tcW w:w="960" w:type="dxa"/>
            <w:tcBorders>
              <w:bottom w:val="single" w:sz="22" w:space="0" w:color="C00000"/>
            </w:tcBorders>
            <w:shd w:val="clear" w:color="auto" w:fill="343A40"/>
          </w:tcPr>
          <w:p w14:paraId="096DEEA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Rauigkeit</w:t>
            </w:r>
          </w:p>
        </w:tc>
      </w:tr>
      <w:tr w:rsidR="005D31A4" w:rsidRPr="00B252FF" w14:paraId="7C26A1CA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83CADC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DN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AE419B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mm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BBB5A9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mm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D8E6BC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mm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BC8A75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mm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BC8F22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m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6FF70F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mm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09D1AE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W/mK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61EF19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mm</w:t>
            </w:r>
          </w:p>
        </w:tc>
      </w:tr>
      <w:tr w:rsidR="005D31A4" w:rsidRPr="00B252FF" w14:paraId="7AB24802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119B93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2E3767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B451E2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2,3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5A1C2D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93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9BC7D6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2,1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F23EDA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1,2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061D91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4D23FF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0,02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0EDB7D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0,007</w:t>
            </w:r>
          </w:p>
        </w:tc>
      </w:tr>
      <w:tr w:rsidR="005D31A4" w:rsidRPr="00B252FF" w14:paraId="298ABE0B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481689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39555A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302918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2,9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495969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113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9BE578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2,3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6308C8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1,2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F8B7FD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5B342E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0,02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91B5B4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0,007</w:t>
            </w:r>
          </w:p>
        </w:tc>
      </w:tr>
      <w:tr w:rsidR="005D31A4" w:rsidRPr="00B252FF" w14:paraId="02A8DF0B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AA9657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FA66C4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E94EF2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3,7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2A6B13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128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FE83D0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2,7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B791C8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1,2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048CE6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50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423DB7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0,02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EA7B3C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0,007</w:t>
            </w:r>
          </w:p>
        </w:tc>
      </w:tr>
      <w:tr w:rsidR="005D31A4" w:rsidRPr="00B252FF" w14:paraId="233FF340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381655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618905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50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76762F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4,6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44D023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163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959BE7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3,2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2EC723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1,2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3E7389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60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8720B8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0,02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A31601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0,007</w:t>
            </w:r>
          </w:p>
        </w:tc>
      </w:tr>
      <w:tr w:rsidR="005D31A4" w:rsidRPr="00B252FF" w14:paraId="5A74F4E1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763AE1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50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61BCD3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63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39D0E7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5,8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B41211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183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C9EF66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3,3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95F83B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1,2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04DDE0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73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64B696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0,02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616F9A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0,007</w:t>
            </w:r>
          </w:p>
        </w:tc>
      </w:tr>
      <w:tr w:rsidR="005D31A4" w:rsidRPr="00B252FF" w14:paraId="61C2A466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3E33AD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lastRenderedPageBreak/>
              <w:t>65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F54776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75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674D66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6,8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B52D5A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202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3DC7C8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3,3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CA14A4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1,2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2ABC22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85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244917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0,02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B8D2B4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0,007</w:t>
            </w:r>
          </w:p>
        </w:tc>
      </w:tr>
    </w:tbl>
    <w:p w14:paraId="0329DA30" w14:textId="77777777" w:rsidR="005D31A4" w:rsidRPr="00B252FF" w:rsidRDefault="005D31A4">
      <w:pPr>
        <w:rPr>
          <w:lang w:val="de-DE"/>
        </w:rPr>
      </w:pPr>
    </w:p>
    <w:p w14:paraId="77A423F3" w14:textId="26C8BF7E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245" w:name="_Toc240363833"/>
      <w:r w:rsidRPr="00B252FF">
        <w:rPr>
          <w:lang w:val="de-DE"/>
        </w:rPr>
        <w:t xml:space="preserve">Tabelle </w:t>
      </w:r>
      <w:bookmarkStart w:id="246" w:name="pipe_data_tab_2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Tabelle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52</w:t>
      </w:r>
      <w:r w:rsidRPr="00B252FF">
        <w:rPr>
          <w:lang w:val="de-DE"/>
        </w:rPr>
        <w:fldChar w:fldCharType="end"/>
      </w:r>
      <w:bookmarkStart w:id="247" w:name="pipe_data_tab_2"/>
      <w:bookmarkEnd w:id="246"/>
      <w:bookmarkEnd w:id="247"/>
      <w:r w:rsidRPr="00B252FF">
        <w:rPr>
          <w:lang w:val="de-DE"/>
        </w:rPr>
        <w:t>: Rohrparameter: Kunststoff (Doppelrohr): BruggPipes: CALPEX DUO (normal) für Variante 'Variante 2'</w:t>
      </w:r>
      <w:bookmarkEnd w:id="245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20"/>
        <w:gridCol w:w="1288"/>
        <w:gridCol w:w="958"/>
        <w:gridCol w:w="1288"/>
        <w:gridCol w:w="693"/>
        <w:gridCol w:w="889"/>
        <w:gridCol w:w="920"/>
        <w:gridCol w:w="1275"/>
        <w:gridCol w:w="725"/>
      </w:tblGrid>
      <w:tr w:rsidR="005D31A4" w:rsidRPr="00B252FF" w14:paraId="6227FA59" w14:textId="77777777">
        <w:trPr>
          <w:jc w:val="center"/>
        </w:trPr>
        <w:tc>
          <w:tcPr>
            <w:tcW w:w="960" w:type="dxa"/>
            <w:tcBorders>
              <w:bottom w:val="single" w:sz="22" w:space="0" w:color="C00000"/>
            </w:tcBorders>
            <w:shd w:val="clear" w:color="auto" w:fill="343A40"/>
          </w:tcPr>
          <w:p w14:paraId="6F040A2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Nennweite</w:t>
            </w:r>
          </w:p>
        </w:tc>
        <w:tc>
          <w:tcPr>
            <w:tcW w:w="960" w:type="dxa"/>
            <w:tcBorders>
              <w:bottom w:val="single" w:sz="22" w:space="0" w:color="C00000"/>
            </w:tcBorders>
            <w:shd w:val="clear" w:color="auto" w:fill="343A40"/>
          </w:tcPr>
          <w:p w14:paraId="09075CA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Außendurchmesser (Medienrohr)</w:t>
            </w:r>
          </w:p>
        </w:tc>
        <w:tc>
          <w:tcPr>
            <w:tcW w:w="960" w:type="dxa"/>
            <w:tcBorders>
              <w:bottom w:val="single" w:sz="22" w:space="0" w:color="C00000"/>
            </w:tcBorders>
            <w:shd w:val="clear" w:color="auto" w:fill="343A40"/>
          </w:tcPr>
          <w:p w14:paraId="7A7A59B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Stärke (Medienrohr)</w:t>
            </w:r>
          </w:p>
        </w:tc>
        <w:tc>
          <w:tcPr>
            <w:tcW w:w="960" w:type="dxa"/>
            <w:tcBorders>
              <w:bottom w:val="single" w:sz="22" w:space="0" w:color="C00000"/>
            </w:tcBorders>
            <w:shd w:val="clear" w:color="auto" w:fill="343A40"/>
          </w:tcPr>
          <w:p w14:paraId="42CFD22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Außendurchmesser (Mantel)</w:t>
            </w:r>
          </w:p>
        </w:tc>
        <w:tc>
          <w:tcPr>
            <w:tcW w:w="960" w:type="dxa"/>
            <w:tcBorders>
              <w:bottom w:val="single" w:sz="22" w:space="0" w:color="C00000"/>
            </w:tcBorders>
            <w:shd w:val="clear" w:color="auto" w:fill="343A40"/>
          </w:tcPr>
          <w:p w14:paraId="39BD65D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Stärke (Mantel)</w:t>
            </w:r>
          </w:p>
        </w:tc>
        <w:tc>
          <w:tcPr>
            <w:tcW w:w="960" w:type="dxa"/>
            <w:tcBorders>
              <w:bottom w:val="single" w:sz="22" w:space="0" w:color="C00000"/>
            </w:tcBorders>
            <w:shd w:val="clear" w:color="auto" w:fill="343A40"/>
          </w:tcPr>
          <w:p w14:paraId="31F92D9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Verlegetiefe</w:t>
            </w:r>
          </w:p>
        </w:tc>
        <w:tc>
          <w:tcPr>
            <w:tcW w:w="960" w:type="dxa"/>
            <w:tcBorders>
              <w:bottom w:val="single" w:sz="22" w:space="0" w:color="C00000"/>
            </w:tcBorders>
            <w:shd w:val="clear" w:color="auto" w:fill="343A40"/>
          </w:tcPr>
          <w:p w14:paraId="3F55F78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Rohrabstand</w:t>
            </w:r>
          </w:p>
        </w:tc>
        <w:tc>
          <w:tcPr>
            <w:tcW w:w="960" w:type="dxa"/>
            <w:tcBorders>
              <w:bottom w:val="single" w:sz="22" w:space="0" w:color="C00000"/>
            </w:tcBorders>
            <w:shd w:val="clear" w:color="auto" w:fill="343A40"/>
          </w:tcPr>
          <w:p w14:paraId="6006E14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Wärmeleitfähigkeit (Dämmung)</w:t>
            </w:r>
          </w:p>
        </w:tc>
        <w:tc>
          <w:tcPr>
            <w:tcW w:w="960" w:type="dxa"/>
            <w:tcBorders>
              <w:bottom w:val="single" w:sz="22" w:space="0" w:color="C00000"/>
            </w:tcBorders>
            <w:shd w:val="clear" w:color="auto" w:fill="343A40"/>
          </w:tcPr>
          <w:p w14:paraId="02FDEAD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Rauigkeit</w:t>
            </w:r>
          </w:p>
        </w:tc>
      </w:tr>
      <w:tr w:rsidR="005D31A4" w:rsidRPr="00B252FF" w14:paraId="016EE3BF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2BC0EE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DN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394E4A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mm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215872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mm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EEDE58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mm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78ABB5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mm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041D00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m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7D7353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mm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621B60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W/mK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651211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mm</w:t>
            </w:r>
          </w:p>
        </w:tc>
      </w:tr>
      <w:tr w:rsidR="005D31A4" w:rsidRPr="00B252FF" w14:paraId="734E93CD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623C3F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520DF2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91E928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2,3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4E8511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78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F7B7F2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1,9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FC8C91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1,2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4D64DD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228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C761C6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0,02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A2D9F8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0,007</w:t>
            </w:r>
          </w:p>
        </w:tc>
      </w:tr>
      <w:tr w:rsidR="005D31A4" w:rsidRPr="00B252FF" w14:paraId="03722389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889066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BC84D4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E487F4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2,9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E48416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78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502E2F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1,9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ACAEF6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1,2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65041E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228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FFD06D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0,02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8FB803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0,007</w:t>
            </w:r>
          </w:p>
        </w:tc>
      </w:tr>
      <w:tr w:rsidR="005D31A4" w:rsidRPr="00B252FF" w14:paraId="3568DB0C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CC9EDA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9AFD47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976080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3,7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01E127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93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CB71B9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2,1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7AB8C3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1,2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B2DD6B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243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8931D0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0,02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ECE24D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0,007</w:t>
            </w:r>
          </w:p>
        </w:tc>
      </w:tr>
      <w:tr w:rsidR="005D31A4" w:rsidRPr="00B252FF" w14:paraId="3B4A9C25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2A82E0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8F9C39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50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0D2436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4,6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D710A2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113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49E7EE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2,3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F779DB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1,2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AE9D78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263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7FEED3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0,02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9DE2BF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0,007</w:t>
            </w:r>
          </w:p>
        </w:tc>
      </w:tr>
      <w:tr w:rsidR="005D31A4" w:rsidRPr="00B252FF" w14:paraId="5A50F66E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8550E5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50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214ADD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63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E5F24A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5,8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30E9A1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128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23A931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2,7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C29A34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1,2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46B094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278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94EF0A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0,02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4743CE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0,007</w:t>
            </w:r>
          </w:p>
        </w:tc>
      </w:tr>
      <w:tr w:rsidR="005D31A4" w:rsidRPr="00B252FF" w14:paraId="388A19FE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F0AC09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65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A8C1B0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75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BF5CD3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6,8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FCE592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143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A3EDA0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2,9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83FF6F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1,2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8F3590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293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AABF4F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0,02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1E20FE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0,007</w:t>
            </w:r>
          </w:p>
        </w:tc>
      </w:tr>
      <w:tr w:rsidR="005D31A4" w:rsidRPr="00B252FF" w14:paraId="498DCA43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513FAC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80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A8814B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90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18F45F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8,2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07CB36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163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AFB74F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3,2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BC3464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1,2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D6BF91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313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240E03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0,02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DE79D6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0,007</w:t>
            </w:r>
          </w:p>
        </w:tc>
      </w:tr>
      <w:tr w:rsidR="005D31A4" w:rsidRPr="00B252FF" w14:paraId="7BB6A6D1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F954A6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D531D2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110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891C6D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B8715E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183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86118D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3,3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003A21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1,2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66F057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333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C321C7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0,02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97A164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0,007</w:t>
            </w:r>
          </w:p>
        </w:tc>
      </w:tr>
      <w:tr w:rsidR="005D31A4" w:rsidRPr="00B252FF" w14:paraId="65483895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92AA32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125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3C0DE8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140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9270F4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12,7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A82163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202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B9C47A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3,3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5769B0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1,2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2272E7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352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42D946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0,02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3A2BD6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0,007</w:t>
            </w:r>
          </w:p>
        </w:tc>
      </w:tr>
      <w:tr w:rsidR="005D31A4" w:rsidRPr="00B252FF" w14:paraId="37ABC0B0" w14:textId="77777777">
        <w:trPr>
          <w:jc w:val="center"/>
        </w:trPr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EAFA01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150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29E7FA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160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593307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14,6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AB5F03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250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0CD11F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3,9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63651F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1,2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CF2935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500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10C70E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0,02</w:t>
            </w:r>
          </w:p>
        </w:tc>
        <w:tc>
          <w:tcPr>
            <w:tcW w:w="9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5548CD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0,007</w:t>
            </w:r>
          </w:p>
        </w:tc>
      </w:tr>
    </w:tbl>
    <w:p w14:paraId="530BFCB3" w14:textId="77777777" w:rsidR="005D31A4" w:rsidRPr="00B252FF" w:rsidRDefault="005D31A4">
      <w:pPr>
        <w:rPr>
          <w:lang w:val="de-DE"/>
        </w:rPr>
      </w:pPr>
    </w:p>
    <w:p w14:paraId="0DEA33ED" w14:textId="7BA8FDB2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248" w:name="_Toc240363834"/>
      <w:r w:rsidRPr="00B252FF">
        <w:rPr>
          <w:lang w:val="de-DE"/>
        </w:rPr>
        <w:t xml:space="preserve">Tabelle </w:t>
      </w:r>
      <w:bookmarkStart w:id="249" w:name="pipe_costs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Tabelle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53</w:t>
      </w:r>
      <w:r w:rsidRPr="00B252FF">
        <w:rPr>
          <w:lang w:val="de-DE"/>
        </w:rPr>
        <w:fldChar w:fldCharType="end"/>
      </w:r>
      <w:bookmarkStart w:id="250" w:name="pipe_costs"/>
      <w:bookmarkEnd w:id="249"/>
      <w:bookmarkEnd w:id="250"/>
      <w:r w:rsidRPr="00B252FF">
        <w:rPr>
          <w:lang w:val="de-DE"/>
        </w:rPr>
        <w:t>: Rohrkosten für alle Varianten</w:t>
      </w:r>
      <w:bookmarkEnd w:id="248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5D31A4" w:rsidRPr="00B252FF" w14:paraId="09C2CC99" w14:textId="77777777">
        <w:trPr>
          <w:jc w:val="center"/>
        </w:trPr>
        <w:tc>
          <w:tcPr>
            <w:tcW w:w="2160" w:type="dxa"/>
            <w:tcBorders>
              <w:bottom w:val="single" w:sz="22" w:space="0" w:color="C00000"/>
            </w:tcBorders>
            <w:shd w:val="clear" w:color="auto" w:fill="343A40"/>
          </w:tcPr>
          <w:p w14:paraId="6CD6B6D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Nennweite</w:t>
            </w:r>
          </w:p>
        </w:tc>
        <w:tc>
          <w:tcPr>
            <w:tcW w:w="2160" w:type="dxa"/>
            <w:tcBorders>
              <w:bottom w:val="single" w:sz="22" w:space="0" w:color="C00000"/>
            </w:tcBorders>
            <w:shd w:val="clear" w:color="auto" w:fill="343A40"/>
          </w:tcPr>
          <w:p w14:paraId="0431CC6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Rohrkosten</w:t>
            </w:r>
          </w:p>
        </w:tc>
        <w:tc>
          <w:tcPr>
            <w:tcW w:w="2160" w:type="dxa"/>
            <w:tcBorders>
              <w:bottom w:val="single" w:sz="22" w:space="0" w:color="C00000"/>
            </w:tcBorders>
            <w:shd w:val="clear" w:color="auto" w:fill="343A40"/>
          </w:tcPr>
          <w:p w14:paraId="057B1AA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Verlegung</w:t>
            </w:r>
          </w:p>
        </w:tc>
        <w:tc>
          <w:tcPr>
            <w:tcW w:w="2160" w:type="dxa"/>
            <w:tcBorders>
              <w:bottom w:val="single" w:sz="22" w:space="0" w:color="C00000"/>
            </w:tcBorders>
            <w:shd w:val="clear" w:color="auto" w:fill="343A40"/>
          </w:tcPr>
          <w:p w14:paraId="5EB9677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Gesamt</w:t>
            </w:r>
          </w:p>
        </w:tc>
      </w:tr>
      <w:tr w:rsidR="005D31A4" w:rsidRPr="00B252FF" w14:paraId="0B57D23B" w14:textId="77777777">
        <w:trPr>
          <w:jc w:val="center"/>
        </w:trPr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12FBBF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mm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F499C0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€/m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5F4DC4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€/m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DB3F20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€/m</w:t>
            </w:r>
          </w:p>
        </w:tc>
      </w:tr>
      <w:tr w:rsidR="005D31A4" w:rsidRPr="00B252FF" w14:paraId="51425515" w14:textId="77777777">
        <w:trPr>
          <w:jc w:val="center"/>
        </w:trPr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328C7F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32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E8B76B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79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7552DB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740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9C8391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819</w:t>
            </w:r>
          </w:p>
        </w:tc>
      </w:tr>
      <w:tr w:rsidR="005D31A4" w:rsidRPr="00B252FF" w14:paraId="31B27434" w14:textId="77777777">
        <w:trPr>
          <w:jc w:val="center"/>
        </w:trPr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8C6F5E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50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3D4484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96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1E5AFD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830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396F7E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926</w:t>
            </w:r>
          </w:p>
        </w:tc>
      </w:tr>
      <w:tr w:rsidR="005D31A4" w:rsidRPr="00B252FF" w14:paraId="7619E584" w14:textId="77777777">
        <w:trPr>
          <w:jc w:val="center"/>
        </w:trPr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620BA5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80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099986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130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F79CBB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970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E88185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1.100</w:t>
            </w:r>
          </w:p>
        </w:tc>
      </w:tr>
      <w:tr w:rsidR="005D31A4" w:rsidRPr="00B252FF" w14:paraId="37AC2C47" w14:textId="77777777">
        <w:trPr>
          <w:jc w:val="center"/>
        </w:trPr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A86F02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100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5B854C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160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B99F24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1.100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BF02AF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1.260</w:t>
            </w:r>
          </w:p>
        </w:tc>
      </w:tr>
      <w:tr w:rsidR="005D31A4" w:rsidRPr="00B252FF" w14:paraId="4A02C9F5" w14:textId="77777777">
        <w:trPr>
          <w:jc w:val="center"/>
        </w:trPr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32B79A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150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5E60D8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230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5A1A71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1.300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5932BC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1.530</w:t>
            </w:r>
          </w:p>
        </w:tc>
      </w:tr>
      <w:tr w:rsidR="005D31A4" w:rsidRPr="00B252FF" w14:paraId="7006E8C6" w14:textId="77777777">
        <w:trPr>
          <w:jc w:val="center"/>
        </w:trPr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80A87F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200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70F891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320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A0A25B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1.500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254F34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1.820</w:t>
            </w:r>
          </w:p>
        </w:tc>
      </w:tr>
      <w:tr w:rsidR="005D31A4" w:rsidRPr="00B252FF" w14:paraId="47FF4B79" w14:textId="77777777">
        <w:trPr>
          <w:jc w:val="center"/>
        </w:trPr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41CF44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300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5D44DD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560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CBB093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1.800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E5D9A8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2.360</w:t>
            </w:r>
          </w:p>
        </w:tc>
      </w:tr>
      <w:tr w:rsidR="005D31A4" w:rsidRPr="00B252FF" w14:paraId="42A67AEF" w14:textId="77777777">
        <w:trPr>
          <w:jc w:val="center"/>
        </w:trPr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7FF2D8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400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382ACA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860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7271C6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2.100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2794DB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2.960</w:t>
            </w:r>
          </w:p>
        </w:tc>
      </w:tr>
      <w:tr w:rsidR="005D31A4" w:rsidRPr="00B252FF" w14:paraId="0175AA03" w14:textId="77777777">
        <w:trPr>
          <w:jc w:val="center"/>
        </w:trPr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7C6F16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500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628AAD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1.200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12E64C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2.300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BDBFC9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3.500</w:t>
            </w:r>
          </w:p>
        </w:tc>
      </w:tr>
      <w:tr w:rsidR="005D31A4" w:rsidRPr="00B252FF" w14:paraId="6C9F82D3" w14:textId="77777777">
        <w:trPr>
          <w:jc w:val="center"/>
        </w:trPr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A07EC5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600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D018DE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1.600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FACEDC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2.500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829F4C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4.100</w:t>
            </w:r>
          </w:p>
        </w:tc>
      </w:tr>
      <w:tr w:rsidR="005D31A4" w:rsidRPr="00B252FF" w14:paraId="61CFA13D" w14:textId="77777777">
        <w:trPr>
          <w:jc w:val="center"/>
        </w:trPr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E6ADC6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800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495354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2.700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B2AB06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2.600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FBF1D2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5.300</w:t>
            </w:r>
          </w:p>
        </w:tc>
      </w:tr>
    </w:tbl>
    <w:p w14:paraId="75698317" w14:textId="77777777" w:rsidR="005D31A4" w:rsidRPr="00B252FF" w:rsidRDefault="005D31A4">
      <w:pPr>
        <w:rPr>
          <w:lang w:val="de-DE"/>
        </w:rPr>
      </w:pPr>
    </w:p>
    <w:p w14:paraId="6BD6F2B4" w14:textId="77777777" w:rsidR="005D31A4" w:rsidRPr="00B252FF" w:rsidRDefault="00000000">
      <w:pPr>
        <w:pStyle w:val="berschrift3"/>
        <w:rPr>
          <w:lang w:val="de-DE"/>
        </w:rPr>
      </w:pPr>
      <w:bookmarkStart w:id="251" w:name="h_appendix_netw_design_num"/>
      <w:bookmarkStart w:id="252" w:name="_Toc240363770"/>
      <w:r w:rsidRPr="00B252FF">
        <w:rPr>
          <w:color w:val="000000"/>
          <w:sz w:val="32"/>
          <w:lang w:val="de-DE"/>
        </w:rPr>
        <w:t xml:space="preserve">4.2.3 </w:t>
      </w:r>
      <w:bookmarkEnd w:id="251"/>
      <w:r w:rsidRPr="00B252FF">
        <w:rPr>
          <w:color w:val="000000"/>
          <w:sz w:val="32"/>
          <w:lang w:val="de-DE"/>
        </w:rPr>
        <w:t>Wärmenetz: Auslegungskriterien</w:t>
      </w:r>
      <w:bookmarkEnd w:id="252"/>
    </w:p>
    <w:p w14:paraId="3029CC37" w14:textId="79DFC6D7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253" w:name="_Toc240363835"/>
      <w:r w:rsidRPr="00B252FF">
        <w:rPr>
          <w:lang w:val="de-DE"/>
        </w:rPr>
        <w:t xml:space="preserve">Tabelle </w:t>
      </w:r>
      <w:bookmarkStart w:id="254" w:name="pipe_criteria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Tabelle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54</w:t>
      </w:r>
      <w:r w:rsidRPr="00B252FF">
        <w:rPr>
          <w:lang w:val="de-DE"/>
        </w:rPr>
        <w:fldChar w:fldCharType="end"/>
      </w:r>
      <w:bookmarkStart w:id="255" w:name="pipe_criteria"/>
      <w:bookmarkEnd w:id="254"/>
      <w:bookmarkEnd w:id="255"/>
      <w:r w:rsidRPr="00B252FF">
        <w:rPr>
          <w:lang w:val="de-DE"/>
        </w:rPr>
        <w:t>: Auslegungskriterien: Kunststoff (Doppelrohr): BruggPipes: CALPEX DUO (normal) für Variante 'Variante 1'</w:t>
      </w:r>
      <w:bookmarkEnd w:id="253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5D31A4" w:rsidRPr="00B252FF" w14:paraId="3B5F1AF1" w14:textId="77777777">
        <w:trPr>
          <w:jc w:val="center"/>
        </w:trPr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4E8C385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Nennweite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7459493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Max. Druckgefälle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205A183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Max. Fließgeschwindigkeit</w:t>
            </w:r>
          </w:p>
        </w:tc>
      </w:tr>
      <w:tr w:rsidR="005D31A4" w:rsidRPr="00B252FF" w14:paraId="38BB9A8A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A99752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DN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C303EB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Pa/m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1E2113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m/s</w:t>
            </w:r>
          </w:p>
        </w:tc>
      </w:tr>
      <w:tr w:rsidR="005D31A4" w:rsidRPr="00B252FF" w14:paraId="1BEA6A47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0246A0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003D2A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200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DB60BA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0,9</w:t>
            </w:r>
          </w:p>
        </w:tc>
      </w:tr>
      <w:tr w:rsidR="005D31A4" w:rsidRPr="00B252FF" w14:paraId="58072536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AFBE06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lastRenderedPageBreak/>
              <w:t>25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BDC117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200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49660A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0,9</w:t>
            </w:r>
          </w:p>
        </w:tc>
      </w:tr>
      <w:tr w:rsidR="005D31A4" w:rsidRPr="00B252FF" w14:paraId="02F676C4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52B5F1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32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BEB9A0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200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87F9EA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0,93</w:t>
            </w:r>
          </w:p>
        </w:tc>
      </w:tr>
      <w:tr w:rsidR="005D31A4" w:rsidRPr="00B252FF" w14:paraId="13126EC4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436E79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960448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200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D3205B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0,98</w:t>
            </w:r>
          </w:p>
        </w:tc>
      </w:tr>
      <w:tr w:rsidR="005D31A4" w:rsidRPr="00B252FF" w14:paraId="73F11E42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52FFF8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50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D6B1CA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200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1375CD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</w:t>
            </w:r>
          </w:p>
        </w:tc>
      </w:tr>
      <w:tr w:rsidR="005D31A4" w:rsidRPr="00B252FF" w14:paraId="3DF5375B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422C3E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65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4C1A35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200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3A3620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1,1</w:t>
            </w:r>
          </w:p>
        </w:tc>
      </w:tr>
    </w:tbl>
    <w:p w14:paraId="03598577" w14:textId="77777777" w:rsidR="005D31A4" w:rsidRPr="00B252FF" w:rsidRDefault="005D31A4">
      <w:pPr>
        <w:rPr>
          <w:lang w:val="de-DE"/>
        </w:rPr>
      </w:pPr>
    </w:p>
    <w:p w14:paraId="1C61CCD2" w14:textId="0077572B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256" w:name="_Toc240363836"/>
      <w:r w:rsidRPr="00B252FF">
        <w:rPr>
          <w:lang w:val="de-DE"/>
        </w:rPr>
        <w:t xml:space="preserve">Tabelle </w:t>
      </w:r>
      <w:bookmarkStart w:id="257" w:name="pipe_criteria_tab_2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Tabelle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55</w:t>
      </w:r>
      <w:r w:rsidRPr="00B252FF">
        <w:rPr>
          <w:lang w:val="de-DE"/>
        </w:rPr>
        <w:fldChar w:fldCharType="end"/>
      </w:r>
      <w:bookmarkStart w:id="258" w:name="pipe_criteria_tab_2"/>
      <w:bookmarkEnd w:id="257"/>
      <w:bookmarkEnd w:id="258"/>
      <w:r w:rsidRPr="00B252FF">
        <w:rPr>
          <w:lang w:val="de-DE"/>
        </w:rPr>
        <w:t>: Auslegungskriterien: Kunststoff (Doppelrohr): BruggPipes: CALPEX DUO (normal) für Variante 'Variante 2'</w:t>
      </w:r>
      <w:bookmarkEnd w:id="256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5D31A4" w:rsidRPr="00B252FF" w14:paraId="3FE10ADF" w14:textId="77777777">
        <w:trPr>
          <w:jc w:val="center"/>
        </w:trPr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6EFB5CA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Nennweite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3C1EF7C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Max. Druckgefälle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0B15015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Max. Fließgeschwindigkeit</w:t>
            </w:r>
          </w:p>
        </w:tc>
      </w:tr>
      <w:tr w:rsidR="005D31A4" w:rsidRPr="00B252FF" w14:paraId="5C2E44EF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76AE38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DN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AA8908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Pa/m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FBE8CD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m/s</w:t>
            </w:r>
          </w:p>
        </w:tc>
      </w:tr>
      <w:tr w:rsidR="005D31A4" w:rsidRPr="00B252FF" w14:paraId="53466A7D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617787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D7444F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200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085ACE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0,9</w:t>
            </w:r>
          </w:p>
        </w:tc>
      </w:tr>
      <w:tr w:rsidR="005D31A4" w:rsidRPr="00B252FF" w14:paraId="46DB7249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F70182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25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A5B425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200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A0E04D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0,9</w:t>
            </w:r>
          </w:p>
        </w:tc>
      </w:tr>
      <w:tr w:rsidR="005D31A4" w:rsidRPr="00B252FF" w14:paraId="5A10B079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BBC226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32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B7F9E2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200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9E24F7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0,93</w:t>
            </w:r>
          </w:p>
        </w:tc>
      </w:tr>
      <w:tr w:rsidR="005D31A4" w:rsidRPr="00B252FF" w14:paraId="60A34538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D4EFD0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A4DE50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200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9586EE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0,98</w:t>
            </w:r>
          </w:p>
        </w:tc>
      </w:tr>
      <w:tr w:rsidR="005D31A4" w:rsidRPr="00B252FF" w14:paraId="0E42D575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2A3631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50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11E2D5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200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DBE72B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</w:t>
            </w:r>
          </w:p>
        </w:tc>
      </w:tr>
      <w:tr w:rsidR="005D31A4" w:rsidRPr="00B252FF" w14:paraId="3F771A08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503B0C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65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9A0F8B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200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F72501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1,1</w:t>
            </w:r>
          </w:p>
        </w:tc>
      </w:tr>
      <w:tr w:rsidR="005D31A4" w:rsidRPr="00B252FF" w14:paraId="6957D6B1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72E8E0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80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00B9CA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200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886758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1,2</w:t>
            </w:r>
          </w:p>
        </w:tc>
      </w:tr>
      <w:tr w:rsidR="005D31A4" w:rsidRPr="00B252FF" w14:paraId="20DB5064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9D440E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100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ECAE0B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200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81CB86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1,4</w:t>
            </w:r>
          </w:p>
        </w:tc>
      </w:tr>
      <w:tr w:rsidR="005D31A4" w:rsidRPr="00B252FF" w14:paraId="600D2EC1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8A7C14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125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6AF90E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200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857816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1,6</w:t>
            </w:r>
          </w:p>
        </w:tc>
      </w:tr>
      <w:tr w:rsidR="005D31A4" w:rsidRPr="00B252FF" w14:paraId="6CC0B501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4C77B2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150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3CB72B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200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EFD76B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1,9</w:t>
            </w:r>
          </w:p>
        </w:tc>
      </w:tr>
    </w:tbl>
    <w:p w14:paraId="37ECD5BC" w14:textId="77777777" w:rsidR="005D31A4" w:rsidRPr="00B252FF" w:rsidRDefault="005D31A4">
      <w:pPr>
        <w:rPr>
          <w:lang w:val="de-DE"/>
        </w:rPr>
      </w:pPr>
    </w:p>
    <w:p w14:paraId="13D05635" w14:textId="77777777" w:rsidR="005D31A4" w:rsidRPr="00B252FF" w:rsidRDefault="00000000">
      <w:pPr>
        <w:spacing w:before="300" w:after="40"/>
        <w:jc w:val="center"/>
        <w:rPr>
          <w:lang w:val="de-DE"/>
        </w:rPr>
      </w:pPr>
      <w:r w:rsidRPr="00B252FF">
        <w:rPr>
          <w:noProof/>
          <w:lang w:val="de-DE"/>
        </w:rPr>
        <w:drawing>
          <wp:inline distT="0" distB="0" distL="0" distR="0" wp14:anchorId="7D4EA326" wp14:editId="4CD5EC14">
            <wp:extent cx="5486400" cy="27432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87D89D" w14:textId="52FF0FD3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259" w:name="_Toc240363881"/>
      <w:r w:rsidRPr="00B252FF">
        <w:rPr>
          <w:lang w:val="de-DE"/>
        </w:rPr>
        <w:t xml:space="preserve">Abbildung </w:t>
      </w:r>
      <w:bookmarkStart w:id="260" w:name="pipe_pressure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Abbildung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20</w:t>
      </w:r>
      <w:r w:rsidRPr="00B252FF">
        <w:rPr>
          <w:lang w:val="de-DE"/>
        </w:rPr>
        <w:fldChar w:fldCharType="end"/>
      </w:r>
      <w:bookmarkStart w:id="261" w:name="pipe_pressure"/>
      <w:bookmarkEnd w:id="260"/>
      <w:bookmarkEnd w:id="261"/>
      <w:r w:rsidRPr="00B252FF">
        <w:rPr>
          <w:lang w:val="de-DE"/>
        </w:rPr>
        <w:t>: Auslegungskriterium: Druckgradient (Kunststoff (Doppelrohr): BruggPipes: CALPEX DUO (normal))</w:t>
      </w:r>
      <w:bookmarkEnd w:id="259"/>
    </w:p>
    <w:p w14:paraId="088DE311" w14:textId="77777777" w:rsidR="005D31A4" w:rsidRPr="00B252FF" w:rsidRDefault="00000000">
      <w:pPr>
        <w:spacing w:before="300" w:after="40"/>
        <w:jc w:val="center"/>
        <w:rPr>
          <w:lang w:val="de-DE"/>
        </w:rPr>
      </w:pPr>
      <w:r w:rsidRPr="00B252FF">
        <w:rPr>
          <w:noProof/>
          <w:lang w:val="de-DE"/>
        </w:rPr>
        <w:lastRenderedPageBreak/>
        <w:drawing>
          <wp:inline distT="0" distB="0" distL="0" distR="0" wp14:anchorId="45CE9E19" wp14:editId="2293EEF7">
            <wp:extent cx="5486400" cy="27432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CC975" w14:textId="63335A1C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262" w:name="_Toc240363882"/>
      <w:r w:rsidRPr="00B252FF">
        <w:rPr>
          <w:lang w:val="de-DE"/>
        </w:rPr>
        <w:t xml:space="preserve">Abbildung </w:t>
      </w:r>
      <w:bookmarkStart w:id="263" w:name="pipe_velocity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Abbildung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21</w:t>
      </w:r>
      <w:r w:rsidRPr="00B252FF">
        <w:rPr>
          <w:lang w:val="de-DE"/>
        </w:rPr>
        <w:fldChar w:fldCharType="end"/>
      </w:r>
      <w:bookmarkStart w:id="264" w:name="pipe_velocity"/>
      <w:bookmarkEnd w:id="263"/>
      <w:bookmarkEnd w:id="264"/>
      <w:r w:rsidRPr="00B252FF">
        <w:rPr>
          <w:lang w:val="de-DE"/>
        </w:rPr>
        <w:t>: Auslegungskriterium: Strömungsgeschwindigkeit (Kunststoff (Doppelrohr): BruggPipes: CALPEX DUO (normal))</w:t>
      </w:r>
      <w:bookmarkEnd w:id="262"/>
    </w:p>
    <w:p w14:paraId="0AD975E2" w14:textId="77777777" w:rsidR="005D31A4" w:rsidRPr="00B252FF" w:rsidRDefault="00000000">
      <w:pPr>
        <w:pStyle w:val="berschrift3"/>
        <w:rPr>
          <w:lang w:val="de-DE"/>
        </w:rPr>
      </w:pPr>
      <w:bookmarkStart w:id="265" w:name="h_appendix_netw_fluid_num"/>
      <w:bookmarkStart w:id="266" w:name="_Toc240363771"/>
      <w:r w:rsidRPr="00B252FF">
        <w:rPr>
          <w:color w:val="000000"/>
          <w:sz w:val="32"/>
          <w:lang w:val="de-DE"/>
        </w:rPr>
        <w:t xml:space="preserve">4.2.4 </w:t>
      </w:r>
      <w:bookmarkEnd w:id="265"/>
      <w:r w:rsidRPr="00B252FF">
        <w:rPr>
          <w:color w:val="000000"/>
          <w:sz w:val="32"/>
          <w:lang w:val="de-DE"/>
        </w:rPr>
        <w:t>Wärmenetz: Fluidparameter</w:t>
      </w:r>
      <w:bookmarkEnd w:id="266"/>
    </w:p>
    <w:p w14:paraId="538C138D" w14:textId="0386E6F9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267" w:name="_Toc240363837"/>
      <w:r w:rsidRPr="00B252FF">
        <w:rPr>
          <w:lang w:val="de-DE"/>
        </w:rPr>
        <w:t xml:space="preserve">Tabelle </w:t>
      </w:r>
      <w:bookmarkStart w:id="268" w:name="fluid_properties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Tabelle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56</w:t>
      </w:r>
      <w:r w:rsidRPr="00B252FF">
        <w:rPr>
          <w:lang w:val="de-DE"/>
        </w:rPr>
        <w:fldChar w:fldCharType="end"/>
      </w:r>
      <w:bookmarkStart w:id="269" w:name="fluid_properties"/>
      <w:bookmarkEnd w:id="268"/>
      <w:bookmarkEnd w:id="269"/>
      <w:r w:rsidRPr="00B252FF">
        <w:rPr>
          <w:lang w:val="de-DE"/>
        </w:rPr>
        <w:t>: Fluidparameter</w:t>
      </w:r>
      <w:bookmarkEnd w:id="267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4320"/>
      </w:tblGrid>
      <w:tr w:rsidR="005D31A4" w:rsidRPr="00B252FF" w14:paraId="51494B20" w14:textId="77777777">
        <w:trPr>
          <w:jc w:val="center"/>
        </w:trPr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3FD6E7C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3285C7A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Alle Varianten</w:t>
            </w:r>
          </w:p>
        </w:tc>
      </w:tr>
      <w:tr w:rsidR="005D31A4" w:rsidRPr="00B252FF" w14:paraId="7A8ADAB4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3D3F55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Wärmeträgerfluid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5773DC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Wasser</w:t>
            </w:r>
          </w:p>
        </w:tc>
      </w:tr>
      <w:tr w:rsidR="005D31A4" w:rsidRPr="00B252FF" w14:paraId="02A05CC7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BF527B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Dichte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700BEB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981 kg/m³</w:t>
            </w:r>
          </w:p>
        </w:tc>
      </w:tr>
      <w:tr w:rsidR="005D31A4" w:rsidRPr="00B252FF" w14:paraId="768447F5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D13F4E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Viskosität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1A79EC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0,0004 Pa/s</w:t>
            </w:r>
          </w:p>
        </w:tc>
      </w:tr>
      <w:tr w:rsidR="005D31A4" w:rsidRPr="00B252FF" w14:paraId="5C937C93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BC97D4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Spezifische Wärmekapazität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BD7458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4,187 kJ/kgK</w:t>
            </w:r>
          </w:p>
        </w:tc>
      </w:tr>
    </w:tbl>
    <w:p w14:paraId="211EEB25" w14:textId="77777777" w:rsidR="005D31A4" w:rsidRPr="00B252FF" w:rsidRDefault="005D31A4">
      <w:pPr>
        <w:rPr>
          <w:lang w:val="de-DE"/>
        </w:rPr>
      </w:pPr>
    </w:p>
    <w:p w14:paraId="3A2FB8D1" w14:textId="77777777" w:rsidR="005D31A4" w:rsidRPr="00B252FF" w:rsidRDefault="00000000">
      <w:pPr>
        <w:pStyle w:val="berschrift2"/>
        <w:rPr>
          <w:lang w:val="de-DE"/>
        </w:rPr>
      </w:pPr>
      <w:bookmarkStart w:id="270" w:name="h_appendix_eh_num"/>
      <w:bookmarkStart w:id="271" w:name="_Toc240363772"/>
      <w:r w:rsidRPr="00B252FF">
        <w:rPr>
          <w:color w:val="000000"/>
          <w:sz w:val="36"/>
          <w:lang w:val="de-DE"/>
        </w:rPr>
        <w:t xml:space="preserve">4.3 </w:t>
      </w:r>
      <w:bookmarkEnd w:id="270"/>
      <w:r w:rsidRPr="00B252FF">
        <w:rPr>
          <w:color w:val="000000"/>
          <w:sz w:val="36"/>
          <w:lang w:val="de-DE"/>
        </w:rPr>
        <w:t>Energiezentrale</w:t>
      </w:r>
      <w:bookmarkEnd w:id="271"/>
    </w:p>
    <w:p w14:paraId="53D2039D" w14:textId="77777777" w:rsidR="005D31A4" w:rsidRPr="00B252FF" w:rsidRDefault="00000000">
      <w:pPr>
        <w:pStyle w:val="berschrift3"/>
        <w:rPr>
          <w:lang w:val="de-DE"/>
        </w:rPr>
      </w:pPr>
      <w:bookmarkStart w:id="272" w:name="h_appendix_eh_general_num"/>
      <w:bookmarkStart w:id="273" w:name="_Toc240363773"/>
      <w:r w:rsidRPr="00B252FF">
        <w:rPr>
          <w:color w:val="000000"/>
          <w:sz w:val="32"/>
          <w:lang w:val="de-DE"/>
        </w:rPr>
        <w:t xml:space="preserve">4.3.1 </w:t>
      </w:r>
      <w:bookmarkEnd w:id="272"/>
      <w:r w:rsidRPr="00B252FF">
        <w:rPr>
          <w:color w:val="000000"/>
          <w:sz w:val="32"/>
          <w:lang w:val="de-DE"/>
        </w:rPr>
        <w:t>Energiezentrale: Allgemeine Parameter</w:t>
      </w:r>
      <w:bookmarkEnd w:id="273"/>
    </w:p>
    <w:p w14:paraId="3AE18822" w14:textId="65E586CC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274" w:name="_Toc240363838"/>
      <w:r w:rsidRPr="00B252FF">
        <w:rPr>
          <w:lang w:val="de-DE"/>
        </w:rPr>
        <w:t xml:space="preserve">Tabelle </w:t>
      </w:r>
      <w:bookmarkStart w:id="275" w:name="optimization_settings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Tabelle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57</w:t>
      </w:r>
      <w:r w:rsidRPr="00B252FF">
        <w:rPr>
          <w:lang w:val="de-DE"/>
        </w:rPr>
        <w:fldChar w:fldCharType="end"/>
      </w:r>
      <w:bookmarkStart w:id="276" w:name="optimization_settings"/>
      <w:bookmarkEnd w:id="275"/>
      <w:bookmarkEnd w:id="276"/>
      <w:r w:rsidRPr="00B252FF">
        <w:rPr>
          <w:lang w:val="de-DE"/>
        </w:rPr>
        <w:t>: Einstellungen der Auslegungsoptimierung</w:t>
      </w:r>
      <w:bookmarkEnd w:id="274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4320"/>
      </w:tblGrid>
      <w:tr w:rsidR="005D31A4" w:rsidRPr="00B252FF" w14:paraId="3B8B8F20" w14:textId="77777777">
        <w:trPr>
          <w:jc w:val="center"/>
        </w:trPr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793061F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502BCE0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Alle Varianten</w:t>
            </w:r>
          </w:p>
        </w:tc>
      </w:tr>
      <w:tr w:rsidR="005D31A4" w:rsidRPr="00B252FF" w14:paraId="3FCD3F1E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3FE9B6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Optimierungsziel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99BF9D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Kapitalwert / annualisierte Gesamtkosten</w:t>
            </w:r>
          </w:p>
        </w:tc>
      </w:tr>
      <w:tr w:rsidR="005D31A4" w:rsidRPr="00B252FF" w14:paraId="1AC900BB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FFB45B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Erneuerbare Energien zur Spitzenlastdeckung berücksichtigen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5ADE22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ja</w:t>
            </w:r>
          </w:p>
        </w:tc>
      </w:tr>
      <w:tr w:rsidR="005D31A4" w:rsidRPr="00B252FF" w14:paraId="4D67D189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C2DB94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Konservative Systemauslegung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129031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ja</w:t>
            </w:r>
          </w:p>
        </w:tc>
      </w:tr>
      <w:tr w:rsidR="005D31A4" w:rsidRPr="00B252FF" w14:paraId="63B19B4A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2DE425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Anzahl der Typtage festlegen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3A31D8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nein</w:t>
            </w:r>
          </w:p>
        </w:tc>
      </w:tr>
      <w:tr w:rsidR="005D31A4" w:rsidRPr="00B252FF" w14:paraId="0F6A6EC6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F9F436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Zeitlimit für Berechnung festlegen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BE9478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nein</w:t>
            </w:r>
          </w:p>
        </w:tc>
      </w:tr>
    </w:tbl>
    <w:p w14:paraId="01285C27" w14:textId="77777777" w:rsidR="005D31A4" w:rsidRPr="00B252FF" w:rsidRDefault="005D31A4">
      <w:pPr>
        <w:rPr>
          <w:lang w:val="de-DE"/>
        </w:rPr>
      </w:pPr>
    </w:p>
    <w:p w14:paraId="0463FCD1" w14:textId="0DD4F69A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277" w:name="_Toc240363839"/>
      <w:r w:rsidRPr="00B252FF">
        <w:rPr>
          <w:lang w:val="de-DE"/>
        </w:rPr>
        <w:t xml:space="preserve">Tabelle </w:t>
      </w:r>
      <w:bookmarkStart w:id="278" w:name="demand_settings_params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Tabelle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58</w:t>
      </w:r>
      <w:r w:rsidRPr="00B252FF">
        <w:rPr>
          <w:lang w:val="de-DE"/>
        </w:rPr>
        <w:fldChar w:fldCharType="end"/>
      </w:r>
      <w:bookmarkStart w:id="279" w:name="demand_settings_params"/>
      <w:bookmarkEnd w:id="278"/>
      <w:bookmarkEnd w:id="279"/>
      <w:r w:rsidRPr="00B252FF">
        <w:rPr>
          <w:lang w:val="de-DE"/>
        </w:rPr>
        <w:t>: Einstellungen zu Energiebedarfen</w:t>
      </w:r>
      <w:bookmarkEnd w:id="277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4320"/>
      </w:tblGrid>
      <w:tr w:rsidR="005D31A4" w:rsidRPr="00B252FF" w14:paraId="43E3A5FA" w14:textId="77777777">
        <w:trPr>
          <w:jc w:val="center"/>
        </w:trPr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0AE69DB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4C3C646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Alle Varianten</w:t>
            </w:r>
          </w:p>
        </w:tc>
      </w:tr>
      <w:tr w:rsidR="005D31A4" w:rsidRPr="00B252FF" w14:paraId="70EA872E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F63317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Aufteilung in Hoch- und Niedertemperatur-</w:t>
            </w:r>
            <w:r w:rsidRPr="00B252FF">
              <w:rPr>
                <w:sz w:val="20"/>
                <w:lang w:val="de-DE"/>
              </w:rPr>
              <w:lastRenderedPageBreak/>
              <w:t>Wärmebedarf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B6DDE0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lastRenderedPageBreak/>
              <w:t>nein</w:t>
            </w:r>
          </w:p>
        </w:tc>
      </w:tr>
      <w:tr w:rsidR="005D31A4" w:rsidRPr="00B252FF" w14:paraId="6256B081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050E02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Nutzerstrombedarf durch Energiezentrale abgedeckt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9B510E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ja</w:t>
            </w:r>
          </w:p>
        </w:tc>
      </w:tr>
      <w:tr w:rsidR="005D31A4" w:rsidRPr="00B252FF" w14:paraId="69902DDB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2BE3A5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Strom für E-Mobilität durch Energiezentrale abgedeckt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6D1615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ja</w:t>
            </w:r>
          </w:p>
        </w:tc>
      </w:tr>
      <w:tr w:rsidR="005D31A4" w:rsidRPr="00B252FF" w14:paraId="63A9021F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B3C0FE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Strom für Gebäudeenergiesysteme durch Energiezentrale abgedeckt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A3C3AD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ja</w:t>
            </w:r>
          </w:p>
        </w:tc>
      </w:tr>
      <w:tr w:rsidR="005D31A4" w:rsidRPr="00B252FF" w14:paraId="57FF2F06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5C340D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Strom für Pumpen durch Energiezentrale abgedeckt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E9A7EC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ja</w:t>
            </w:r>
          </w:p>
        </w:tc>
      </w:tr>
      <w:tr w:rsidR="005D31A4" w:rsidRPr="00B252FF" w14:paraId="7BD7D596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3BBEDF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Wasserstoffbedarfsprofil hochgeladen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BA609E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nein</w:t>
            </w:r>
          </w:p>
        </w:tc>
      </w:tr>
    </w:tbl>
    <w:p w14:paraId="2229CB70" w14:textId="77777777" w:rsidR="005D31A4" w:rsidRPr="00B252FF" w:rsidRDefault="005D31A4">
      <w:pPr>
        <w:rPr>
          <w:lang w:val="de-DE"/>
        </w:rPr>
      </w:pPr>
    </w:p>
    <w:p w14:paraId="386E498D" w14:textId="49C412BA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280" w:name="_Toc240363840"/>
      <w:r w:rsidRPr="00B252FF">
        <w:rPr>
          <w:lang w:val="de-DE"/>
        </w:rPr>
        <w:t xml:space="preserve">Tabelle </w:t>
      </w:r>
      <w:bookmarkStart w:id="281" w:name="ecological_parameters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Tabelle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59</w:t>
      </w:r>
      <w:r w:rsidRPr="00B252FF">
        <w:rPr>
          <w:lang w:val="de-DE"/>
        </w:rPr>
        <w:fldChar w:fldCharType="end"/>
      </w:r>
      <w:bookmarkStart w:id="282" w:name="ecological_parameters"/>
      <w:bookmarkEnd w:id="281"/>
      <w:bookmarkEnd w:id="282"/>
      <w:r w:rsidRPr="00B252FF">
        <w:rPr>
          <w:lang w:val="de-DE"/>
        </w:rPr>
        <w:t>: Ökologische Parameter</w:t>
      </w:r>
      <w:bookmarkEnd w:id="280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4320"/>
      </w:tblGrid>
      <w:tr w:rsidR="005D31A4" w:rsidRPr="00B252FF" w14:paraId="43675A6D" w14:textId="77777777">
        <w:trPr>
          <w:jc w:val="center"/>
        </w:trPr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7A08731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31346DD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Alle Varianten</w:t>
            </w:r>
          </w:p>
        </w:tc>
      </w:tr>
      <w:tr w:rsidR="005D31A4" w:rsidRPr="00B252FF" w14:paraId="46575D48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F04E8B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CO₂-Emissionen begrenzen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A602AD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nein</w:t>
            </w:r>
          </w:p>
        </w:tc>
      </w:tr>
      <w:tr w:rsidR="005D31A4" w:rsidRPr="00B252FF" w14:paraId="569A93D2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0A2665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Primärenergieverbrauch begrenzen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13C6FD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nein</w:t>
            </w:r>
          </w:p>
        </w:tc>
      </w:tr>
    </w:tbl>
    <w:p w14:paraId="0325B28A" w14:textId="77777777" w:rsidR="005D31A4" w:rsidRPr="00B252FF" w:rsidRDefault="005D31A4">
      <w:pPr>
        <w:rPr>
          <w:lang w:val="de-DE"/>
        </w:rPr>
      </w:pPr>
    </w:p>
    <w:p w14:paraId="583F040A" w14:textId="53089B82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283" w:name="_Toc240363841"/>
      <w:r w:rsidRPr="00B252FF">
        <w:rPr>
          <w:lang w:val="de-DE"/>
        </w:rPr>
        <w:t xml:space="preserve">Tabelle </w:t>
      </w:r>
      <w:bookmarkStart w:id="284" w:name="emission_parameters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Tabelle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60</w:t>
      </w:r>
      <w:r w:rsidRPr="00B252FF">
        <w:rPr>
          <w:lang w:val="de-DE"/>
        </w:rPr>
        <w:fldChar w:fldCharType="end"/>
      </w:r>
      <w:bookmarkStart w:id="285" w:name="emission_parameters"/>
      <w:bookmarkEnd w:id="284"/>
      <w:bookmarkEnd w:id="285"/>
      <w:r w:rsidRPr="00B252FF">
        <w:rPr>
          <w:lang w:val="de-DE"/>
        </w:rPr>
        <w:t>: Emissions- und Primärenergiefaktoren für Variante 'Variante 1'</w:t>
      </w:r>
      <w:bookmarkEnd w:id="283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5D31A4" w:rsidRPr="00B252FF" w14:paraId="0BF4913A" w14:textId="77777777">
        <w:trPr>
          <w:jc w:val="center"/>
        </w:trPr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048ADE6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5E83266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CO₂-Emissionen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6865297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Primärenergiefaktor</w:t>
            </w:r>
          </w:p>
        </w:tc>
      </w:tr>
      <w:tr w:rsidR="005D31A4" w:rsidRPr="00B252FF" w14:paraId="09F47760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0740D2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Strombezug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F28612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350 g/kWh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B24484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1,8</w:t>
            </w:r>
          </w:p>
        </w:tc>
      </w:tr>
      <w:tr w:rsidR="005D31A4" w:rsidRPr="00B252FF" w14:paraId="5A430E6E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294533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Stromeinspeisung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F49982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 g/kWh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55E35C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</w:tr>
      <w:tr w:rsidR="005D31A4" w:rsidRPr="00B252FF" w14:paraId="339FC926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98D6FB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Biomasse-Bezug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202E26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40 g/kWh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3B50C2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0,2</w:t>
            </w:r>
          </w:p>
        </w:tc>
      </w:tr>
    </w:tbl>
    <w:p w14:paraId="13F48B40" w14:textId="77777777" w:rsidR="005D31A4" w:rsidRPr="00B252FF" w:rsidRDefault="005D31A4">
      <w:pPr>
        <w:rPr>
          <w:lang w:val="de-DE"/>
        </w:rPr>
      </w:pPr>
    </w:p>
    <w:p w14:paraId="278EE4ED" w14:textId="65D3CC27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286" w:name="_Toc240363842"/>
      <w:r w:rsidRPr="00B252FF">
        <w:rPr>
          <w:lang w:val="de-DE"/>
        </w:rPr>
        <w:t xml:space="preserve">Tabelle </w:t>
      </w:r>
      <w:bookmarkStart w:id="287" w:name="emission_parameters_tab_2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Tabelle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61</w:t>
      </w:r>
      <w:r w:rsidRPr="00B252FF">
        <w:rPr>
          <w:lang w:val="de-DE"/>
        </w:rPr>
        <w:fldChar w:fldCharType="end"/>
      </w:r>
      <w:bookmarkStart w:id="288" w:name="emission_parameters_tab_2"/>
      <w:bookmarkEnd w:id="287"/>
      <w:bookmarkEnd w:id="288"/>
      <w:r w:rsidRPr="00B252FF">
        <w:rPr>
          <w:lang w:val="de-DE"/>
        </w:rPr>
        <w:t>: Emissions- und Primärenergiefaktoren für Variante 'Variante 2'</w:t>
      </w:r>
      <w:bookmarkEnd w:id="286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5D31A4" w:rsidRPr="00B252FF" w14:paraId="4962387F" w14:textId="77777777">
        <w:trPr>
          <w:jc w:val="center"/>
        </w:trPr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2FF1274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517D683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CO₂-Emissionen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531435D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Primärenergiefaktor</w:t>
            </w:r>
          </w:p>
        </w:tc>
      </w:tr>
      <w:tr w:rsidR="005D31A4" w:rsidRPr="00B252FF" w14:paraId="7C706B02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81E2D3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Strombezug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8BA537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350 g/kWh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F2152C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1,8</w:t>
            </w:r>
          </w:p>
        </w:tc>
      </w:tr>
      <w:tr w:rsidR="005D31A4" w:rsidRPr="00B252FF" w14:paraId="052F89D4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FC6351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Stromeinspeisung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1EECB6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 g/kWh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0FF175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</w:t>
            </w:r>
          </w:p>
        </w:tc>
      </w:tr>
      <w:tr w:rsidR="005D31A4" w:rsidRPr="00B252FF" w14:paraId="24A0CD42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BC72B1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Erdgas-Bezug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2CBBC4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250 g/kWh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D0219B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1,1</w:t>
            </w:r>
          </w:p>
        </w:tc>
      </w:tr>
    </w:tbl>
    <w:p w14:paraId="47EF1FAA" w14:textId="77777777" w:rsidR="005D31A4" w:rsidRPr="00B252FF" w:rsidRDefault="005D31A4">
      <w:pPr>
        <w:rPr>
          <w:lang w:val="de-DE"/>
        </w:rPr>
      </w:pPr>
    </w:p>
    <w:p w14:paraId="3B9E898F" w14:textId="77777777" w:rsidR="005D31A4" w:rsidRPr="00B252FF" w:rsidRDefault="00000000">
      <w:pPr>
        <w:pStyle w:val="berschrift3"/>
        <w:rPr>
          <w:lang w:val="de-DE"/>
        </w:rPr>
      </w:pPr>
      <w:bookmarkStart w:id="289" w:name="h_appendix_eh_techs_num"/>
      <w:bookmarkStart w:id="290" w:name="_Toc240363774"/>
      <w:r w:rsidRPr="00B252FF">
        <w:rPr>
          <w:color w:val="000000"/>
          <w:sz w:val="32"/>
          <w:lang w:val="de-DE"/>
        </w:rPr>
        <w:t xml:space="preserve">4.3.2 </w:t>
      </w:r>
      <w:bookmarkEnd w:id="289"/>
      <w:r w:rsidRPr="00B252FF">
        <w:rPr>
          <w:color w:val="000000"/>
          <w:sz w:val="32"/>
          <w:lang w:val="de-DE"/>
        </w:rPr>
        <w:t>Energiezentrale: Technologie-Einstellungen</w:t>
      </w:r>
      <w:bookmarkEnd w:id="290"/>
    </w:p>
    <w:p w14:paraId="4C1013C2" w14:textId="02255757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291" w:name="_Toc240363843"/>
      <w:r w:rsidRPr="00B252FF">
        <w:rPr>
          <w:lang w:val="de-DE"/>
        </w:rPr>
        <w:t xml:space="preserve">Tabelle </w:t>
      </w:r>
      <w:bookmarkStart w:id="292" w:name="chp1_settings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Tabelle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62</w:t>
      </w:r>
      <w:r w:rsidRPr="00B252FF">
        <w:rPr>
          <w:lang w:val="de-DE"/>
        </w:rPr>
        <w:fldChar w:fldCharType="end"/>
      </w:r>
      <w:bookmarkStart w:id="293" w:name="chp1_settings"/>
      <w:bookmarkEnd w:id="292"/>
      <w:bookmarkEnd w:id="293"/>
      <w:r w:rsidRPr="00B252FF">
        <w:rPr>
          <w:lang w:val="de-DE"/>
        </w:rPr>
        <w:t>: Biomasse-BHKW 1: Einstellungen</w:t>
      </w:r>
      <w:bookmarkEnd w:id="291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5D31A4" w:rsidRPr="00B252FF" w14:paraId="05424302" w14:textId="77777777">
        <w:trPr>
          <w:jc w:val="center"/>
        </w:trPr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1FD2C70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742A314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Variante 1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11B26E6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Variante 2</w:t>
            </w:r>
          </w:p>
        </w:tc>
      </w:tr>
      <w:tr w:rsidR="005D31A4" w:rsidRPr="00B252FF" w14:paraId="17879209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A11522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Aktiviert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58AA03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ja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231B20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ja</w:t>
            </w:r>
          </w:p>
        </w:tc>
      </w:tr>
      <w:tr w:rsidR="005D31A4" w:rsidRPr="00B252FF" w14:paraId="602B1ED3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6FA0E6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Optimierungsbereich vorgeben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2085D6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nein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5F481F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nein</w:t>
            </w:r>
          </w:p>
        </w:tc>
      </w:tr>
      <w:tr w:rsidR="005D31A4" w:rsidRPr="00B252FF" w14:paraId="38B6EF9A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14A6EA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Erzeugt Hochtemperatur-Wärme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F84BD8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nein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2671C5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nein</w:t>
            </w:r>
          </w:p>
        </w:tc>
      </w:tr>
      <w:tr w:rsidR="005D31A4" w:rsidRPr="00B252FF" w14:paraId="6B393CF1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D12B10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Erzeugt (Niedertemperatur-)Wärme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11F0BD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ja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F1672A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ja</w:t>
            </w:r>
          </w:p>
        </w:tc>
      </w:tr>
      <w:tr w:rsidR="005D31A4" w:rsidRPr="00B252FF" w14:paraId="36E294EF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DE3E64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Elektrischer Wirkungsgrad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B0728C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35 %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CB56B4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35 %</w:t>
            </w:r>
          </w:p>
        </w:tc>
      </w:tr>
      <w:tr w:rsidR="005D31A4" w:rsidRPr="00B252FF" w14:paraId="1A8896EF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D78697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Thermischer Wirkungsgrad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F73EA5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50 %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CF267E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50 %</w:t>
            </w:r>
          </w:p>
        </w:tc>
      </w:tr>
      <w:tr w:rsidR="005D31A4" w:rsidRPr="00B252FF" w14:paraId="12BE1BA9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513010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Brennstoff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51B37D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Biomasse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03A2C3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Erdgas</w:t>
            </w:r>
          </w:p>
        </w:tc>
      </w:tr>
      <w:tr w:rsidR="005D31A4" w:rsidRPr="00B252FF" w14:paraId="21AAA508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237DD4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lastRenderedPageBreak/>
              <w:t>Direkte Strom-Einspeisung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43130E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nein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E2D0F2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nein</w:t>
            </w:r>
          </w:p>
        </w:tc>
      </w:tr>
    </w:tbl>
    <w:p w14:paraId="2A89EC5D" w14:textId="77777777" w:rsidR="005D31A4" w:rsidRPr="00B252FF" w:rsidRDefault="005D31A4">
      <w:pPr>
        <w:rPr>
          <w:lang w:val="de-DE"/>
        </w:rPr>
      </w:pPr>
    </w:p>
    <w:p w14:paraId="083D7811" w14:textId="3B09A0CA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294" w:name="_Toc240363844"/>
      <w:r w:rsidRPr="00B252FF">
        <w:rPr>
          <w:lang w:val="de-DE"/>
        </w:rPr>
        <w:t xml:space="preserve">Tabelle </w:t>
      </w:r>
      <w:bookmarkStart w:id="295" w:name="pv_settings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Tabelle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63</w:t>
      </w:r>
      <w:r w:rsidRPr="00B252FF">
        <w:rPr>
          <w:lang w:val="de-DE"/>
        </w:rPr>
        <w:fldChar w:fldCharType="end"/>
      </w:r>
      <w:bookmarkStart w:id="296" w:name="pv_settings"/>
      <w:bookmarkEnd w:id="295"/>
      <w:bookmarkEnd w:id="296"/>
      <w:r w:rsidRPr="00B252FF">
        <w:rPr>
          <w:lang w:val="de-DE"/>
        </w:rPr>
        <w:t>: Photovoltaik: Einstellungen</w:t>
      </w:r>
      <w:bookmarkEnd w:id="294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4320"/>
      </w:tblGrid>
      <w:tr w:rsidR="005D31A4" w:rsidRPr="00B252FF" w14:paraId="5DB12306" w14:textId="77777777">
        <w:trPr>
          <w:jc w:val="center"/>
        </w:trPr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3933D43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1460B94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Alle Varianten</w:t>
            </w:r>
          </w:p>
        </w:tc>
      </w:tr>
      <w:tr w:rsidR="005D31A4" w:rsidRPr="00B252FF" w14:paraId="5CDB38FD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F99808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Aktiviert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EE4DC1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ja</w:t>
            </w:r>
          </w:p>
        </w:tc>
      </w:tr>
      <w:tr w:rsidR="005D31A4" w:rsidRPr="00B252FF" w14:paraId="688ABBD8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126206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Untere Flächenkapazitätsgrenze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EB59E6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 m²</w:t>
            </w:r>
          </w:p>
        </w:tc>
      </w:tr>
      <w:tr w:rsidR="005D31A4" w:rsidRPr="00B252FF" w14:paraId="6F48D9F4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D5532E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Obere Flächenkapazitätsgrenze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88F5F5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62.500 m²</w:t>
            </w:r>
          </w:p>
        </w:tc>
      </w:tr>
      <w:tr w:rsidR="005D31A4" w:rsidRPr="00B252FF" w14:paraId="7AAEBF82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8DE479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Untere Leistungskapazitätsgrenze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26C957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 kWₚ</w:t>
            </w:r>
          </w:p>
        </w:tc>
      </w:tr>
      <w:tr w:rsidR="005D31A4" w:rsidRPr="00B252FF" w14:paraId="4C1CFF03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CF5D0C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Obere Leistungskapazitätsgrenze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D57CB3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10.000 kWₚ</w:t>
            </w:r>
          </w:p>
        </w:tc>
      </w:tr>
      <w:tr w:rsidR="005D31A4" w:rsidRPr="00B252FF" w14:paraId="6704EF3C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F6FE8B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Flächenkonkurrenz mit Solarthermie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3405B8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nein</w:t>
            </w:r>
          </w:p>
        </w:tc>
      </w:tr>
      <w:tr w:rsidR="005D31A4" w:rsidRPr="00B252FF" w14:paraId="379AC553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35AC7C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Neigungswinkel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CAF2E9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30 °</w:t>
            </w:r>
          </w:p>
        </w:tc>
      </w:tr>
      <w:tr w:rsidR="005D31A4" w:rsidRPr="00B252FF" w14:paraId="2EC94C84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790C7A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Ost-West-Ausrichtung (Azimut)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848755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 °</w:t>
            </w:r>
          </w:p>
        </w:tc>
      </w:tr>
      <w:tr w:rsidR="005D31A4" w:rsidRPr="00B252FF" w14:paraId="5EDDCC5D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B891E3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Wechselrichter-Wirkungsgrad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65A3CD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96 %</w:t>
            </w:r>
          </w:p>
        </w:tc>
      </w:tr>
      <w:tr w:rsidR="005D31A4" w:rsidRPr="00B252FF" w14:paraId="02E5869C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DF6031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Systemverluste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1E0A9F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14 %</w:t>
            </w:r>
          </w:p>
        </w:tc>
      </w:tr>
      <w:tr w:rsidR="005D31A4" w:rsidRPr="00B252FF" w14:paraId="69AC2790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A69B74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PV-Modultyp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4A9303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Polykristallin</w:t>
            </w:r>
          </w:p>
        </w:tc>
      </w:tr>
      <w:tr w:rsidR="005D31A4" w:rsidRPr="00B252FF" w14:paraId="2A44E300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C76C13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Modul-Wirkungsgrad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2E019A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16 %</w:t>
            </w:r>
          </w:p>
        </w:tc>
      </w:tr>
      <w:tr w:rsidR="005D31A4" w:rsidRPr="00B252FF" w14:paraId="4CD8350E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FC54DD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Temperaturkoeffizient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F481EF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0,42 %/°C</w:t>
            </w:r>
          </w:p>
        </w:tc>
      </w:tr>
      <w:tr w:rsidR="005D31A4" w:rsidRPr="00B252FF" w14:paraId="378D3BCA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D783FB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Strombezug bepreisen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930287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nein</w:t>
            </w:r>
          </w:p>
        </w:tc>
      </w:tr>
      <w:tr w:rsidR="005D31A4" w:rsidRPr="00B252FF" w14:paraId="4A931BBA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03B971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Beschränkung der Stromerzeugung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91F231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nein</w:t>
            </w:r>
          </w:p>
        </w:tc>
      </w:tr>
    </w:tbl>
    <w:p w14:paraId="089B82A5" w14:textId="77777777" w:rsidR="005D31A4" w:rsidRPr="00B252FF" w:rsidRDefault="005D31A4">
      <w:pPr>
        <w:rPr>
          <w:lang w:val="de-DE"/>
        </w:rPr>
      </w:pPr>
    </w:p>
    <w:p w14:paraId="50EF9FC6" w14:textId="01953FF0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297" w:name="_Toc240363845"/>
      <w:r w:rsidRPr="00B252FF">
        <w:rPr>
          <w:lang w:val="de-DE"/>
        </w:rPr>
        <w:t xml:space="preserve">Tabelle </w:t>
      </w:r>
      <w:bookmarkStart w:id="298" w:name="solarThermal_settings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Tabelle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64</w:t>
      </w:r>
      <w:r w:rsidRPr="00B252FF">
        <w:rPr>
          <w:lang w:val="de-DE"/>
        </w:rPr>
        <w:fldChar w:fldCharType="end"/>
      </w:r>
      <w:bookmarkStart w:id="299" w:name="solarThermal_settings"/>
      <w:bookmarkEnd w:id="298"/>
      <w:bookmarkEnd w:id="299"/>
      <w:r w:rsidRPr="00B252FF">
        <w:rPr>
          <w:lang w:val="de-DE"/>
        </w:rPr>
        <w:t>: Solarthermie: Einstellungen</w:t>
      </w:r>
      <w:bookmarkEnd w:id="297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5D31A4" w:rsidRPr="00B252FF" w14:paraId="27223A6B" w14:textId="77777777">
        <w:trPr>
          <w:jc w:val="center"/>
        </w:trPr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13D152B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605FCE0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Variante 1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5670240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Variante 2</w:t>
            </w:r>
          </w:p>
        </w:tc>
      </w:tr>
      <w:tr w:rsidR="005D31A4" w:rsidRPr="00B252FF" w14:paraId="7E34C77C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727DE9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Aktiviert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F93C1F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ja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284080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nein</w:t>
            </w:r>
          </w:p>
        </w:tc>
      </w:tr>
      <w:tr w:rsidR="005D31A4" w:rsidRPr="00B252FF" w14:paraId="1079A88B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9D5E32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Untere Grenze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D78E40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1.000 m²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1D0C09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</w:tr>
      <w:tr w:rsidR="005D31A4" w:rsidRPr="00B252FF" w14:paraId="2E3C2AF8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64392B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Obere Grenze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961705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10.000 m²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A1FBA5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</w:tr>
      <w:tr w:rsidR="005D31A4" w:rsidRPr="00B252FF" w14:paraId="10F92244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54928B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Flächenkonkurrenz mit PV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2ABA5E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nein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E09972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</w:tr>
      <w:tr w:rsidR="005D31A4" w:rsidRPr="00B252FF" w14:paraId="60C7125E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0A455C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Neigungswinkel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B7BB3A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30 °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3A7A08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</w:tr>
      <w:tr w:rsidR="005D31A4" w:rsidRPr="00B252FF" w14:paraId="27E33FF5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018957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Ost-West-Ausrichtung (Azimut)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A2BA11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 °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6D0EB6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</w:tr>
      <w:tr w:rsidR="005D31A4" w:rsidRPr="00B252FF" w14:paraId="189028F1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41971A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Mittlere Kollektortemperatur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F2A9AE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80 °C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084FAA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</w:tr>
      <w:tr w:rsidR="005D31A4" w:rsidRPr="00B252FF" w14:paraId="1E029F3A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D7F645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Kollektortyp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B393FB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Flachkollektor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E4D13E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</w:tr>
    </w:tbl>
    <w:p w14:paraId="65A34105" w14:textId="77777777" w:rsidR="005D31A4" w:rsidRPr="00B252FF" w:rsidRDefault="005D31A4">
      <w:pPr>
        <w:rPr>
          <w:lang w:val="de-DE"/>
        </w:rPr>
      </w:pPr>
    </w:p>
    <w:p w14:paraId="43024B90" w14:textId="63644645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300" w:name="_Toc240363846"/>
      <w:r w:rsidRPr="00B252FF">
        <w:rPr>
          <w:lang w:val="de-DE"/>
        </w:rPr>
        <w:t xml:space="preserve">Tabelle </w:t>
      </w:r>
      <w:bookmarkStart w:id="301" w:name="geoEnergy1_settings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Tabelle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65</w:t>
      </w:r>
      <w:r w:rsidRPr="00B252FF">
        <w:rPr>
          <w:lang w:val="de-DE"/>
        </w:rPr>
        <w:fldChar w:fldCharType="end"/>
      </w:r>
      <w:bookmarkStart w:id="302" w:name="geoEnergy1_settings"/>
      <w:bookmarkEnd w:id="301"/>
      <w:bookmarkEnd w:id="302"/>
      <w:r w:rsidRPr="00B252FF">
        <w:rPr>
          <w:lang w:val="de-DE"/>
        </w:rPr>
        <w:t>: Geothermie-Sonden 1: Einstellungen</w:t>
      </w:r>
      <w:bookmarkEnd w:id="300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5D31A4" w:rsidRPr="00B252FF" w14:paraId="5B6B3DCD" w14:textId="77777777">
        <w:trPr>
          <w:jc w:val="center"/>
        </w:trPr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4A19989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5300E64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Variante 1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648EF57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Variante 2</w:t>
            </w:r>
          </w:p>
        </w:tc>
      </w:tr>
      <w:tr w:rsidR="005D31A4" w:rsidRPr="00B252FF" w14:paraId="563355C0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C2ED96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Aktiviert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C5849B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ja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211F6B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nein</w:t>
            </w:r>
          </w:p>
        </w:tc>
      </w:tr>
      <w:tr w:rsidR="005D31A4" w:rsidRPr="00B252FF" w14:paraId="12D19D6E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A6D7D3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Geothermie-Technologie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569985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Geothermie-Sonden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F06615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</w:tr>
      <w:tr w:rsidR="005D31A4" w:rsidRPr="00B252FF" w14:paraId="4858ED41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E912F6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Entzugstemperatur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2D3220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10 °C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8CC800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</w:tr>
      <w:tr w:rsidR="005D31A4" w:rsidRPr="00B252FF" w14:paraId="09DBA2E7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692A67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Optimierungsbereich vorgeben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309D50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nein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B3DB87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</w:tr>
      <w:tr w:rsidR="005D31A4" w:rsidRPr="00B252FF" w14:paraId="4A93EC5A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A05256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Kann Wärme erzeugen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2789DB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ja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84718E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</w:tr>
      <w:tr w:rsidR="005D31A4" w:rsidRPr="00B252FF" w14:paraId="6F5ADDD7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7DF11A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Kann Kälte erzeugen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3B464F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nein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A9348C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</w:tr>
      <w:tr w:rsidR="005D31A4" w:rsidRPr="00B252FF" w14:paraId="14FF4876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BFD771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Erzeugt Hochtemperatur-Wärme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5CF970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nein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7E205A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</w:tr>
      <w:tr w:rsidR="005D31A4" w:rsidRPr="00B252FF" w14:paraId="79E40C7F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08B8F3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lastRenderedPageBreak/>
              <w:t>Erzeugt (Niedertemperatur-)Wärme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501FB3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ja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81006D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</w:tr>
      <w:tr w:rsidR="005D31A4" w:rsidRPr="00B252FF" w14:paraId="680E96A0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CC0578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Wärmeentzug beschränken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9EAA56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nein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9D7D4E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</w:tr>
      <w:tr w:rsidR="005D31A4" w:rsidRPr="00B252FF" w14:paraId="2F030FE5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2B55EB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Wärmepumpe installieren (Hochtemp.-Wärme)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2FEEC6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nein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8C0943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</w:tr>
      <w:tr w:rsidR="005D31A4" w:rsidRPr="00B252FF" w14:paraId="3A03F499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3859F1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Wärmepumpe installieren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834A8C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ja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73B539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</w:tr>
      <w:tr w:rsidR="005D31A4" w:rsidRPr="00B252FF" w14:paraId="6D1EB163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4CB528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Wärme: COP-Einstellungen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72A8AD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Konstanter Wert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61D4CF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</w:tr>
      <w:tr w:rsidR="005D31A4" w:rsidRPr="00B252FF" w14:paraId="5CB878D6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D88275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Wärme: Konstanter COP-Wert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B5AF31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B2DF26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</w:tr>
      <w:tr w:rsidR="005D31A4" w:rsidRPr="00B252FF" w14:paraId="2885E7B9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C007E7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Leistung der Wärmepumpe vorgeben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A01459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nein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DD7BD4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</w:tr>
      <w:tr w:rsidR="005D31A4" w:rsidRPr="00B252FF" w14:paraId="55EC04DB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417794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Kälteentzug beschränken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3936C5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nein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9AEE74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</w:tr>
      <w:tr w:rsidR="005D31A4" w:rsidRPr="00B252FF" w14:paraId="0DD7FD64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A8332E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Kältemaschine installieren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643BC1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nein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F940D8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</w:tr>
      <w:tr w:rsidR="005D31A4" w:rsidRPr="00B252FF" w14:paraId="08EEB227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22096C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Regeneration erzwingen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7454C0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nein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881719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</w:tr>
    </w:tbl>
    <w:p w14:paraId="483539EA" w14:textId="77777777" w:rsidR="005D31A4" w:rsidRPr="00B252FF" w:rsidRDefault="005D31A4">
      <w:pPr>
        <w:rPr>
          <w:lang w:val="de-DE"/>
        </w:rPr>
      </w:pPr>
    </w:p>
    <w:p w14:paraId="3CFBA53E" w14:textId="69CB0531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303" w:name="_Toc240363847"/>
      <w:r w:rsidRPr="00B252FF">
        <w:rPr>
          <w:lang w:val="de-DE"/>
        </w:rPr>
        <w:t xml:space="preserve">Tabelle </w:t>
      </w:r>
      <w:bookmarkStart w:id="304" w:name="airHeatPump_settings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Tabelle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66</w:t>
      </w:r>
      <w:r w:rsidRPr="00B252FF">
        <w:rPr>
          <w:lang w:val="de-DE"/>
        </w:rPr>
        <w:fldChar w:fldCharType="end"/>
      </w:r>
      <w:bookmarkStart w:id="305" w:name="airHeatPump_settings"/>
      <w:bookmarkEnd w:id="304"/>
      <w:bookmarkEnd w:id="305"/>
      <w:r w:rsidRPr="00B252FF">
        <w:rPr>
          <w:lang w:val="de-DE"/>
        </w:rPr>
        <w:t>: Luftwärmepumpe: Einstellungen</w:t>
      </w:r>
      <w:bookmarkEnd w:id="303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5D31A4" w:rsidRPr="00B252FF" w14:paraId="43EEB06D" w14:textId="77777777">
        <w:trPr>
          <w:jc w:val="center"/>
        </w:trPr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1CFF103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001D0B6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Variante 1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754A716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Variante 2</w:t>
            </w:r>
          </w:p>
        </w:tc>
      </w:tr>
      <w:tr w:rsidR="005D31A4" w:rsidRPr="00B252FF" w14:paraId="47437C79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6F32CA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Aktiviert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A03C69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nein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DE6B89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ja</w:t>
            </w:r>
          </w:p>
        </w:tc>
      </w:tr>
      <w:tr w:rsidR="005D31A4" w:rsidRPr="00B252FF" w14:paraId="255C4B11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30B1A1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Optimierungsbereich vorgeben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BF44F3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690355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nein</w:t>
            </w:r>
          </w:p>
        </w:tc>
      </w:tr>
      <w:tr w:rsidR="005D31A4" w:rsidRPr="00B252FF" w14:paraId="1112DCAA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0B87E9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Nenn-COP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0DCBE7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F83DF1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</w:t>
            </w:r>
          </w:p>
        </w:tc>
      </w:tr>
      <w:tr w:rsidR="005D31A4" w:rsidRPr="00B252FF" w14:paraId="7F986D2E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BA80EA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Kann Wärme erzeugen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94796B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A6D566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ja</w:t>
            </w:r>
          </w:p>
        </w:tc>
      </w:tr>
      <w:tr w:rsidR="005D31A4" w:rsidRPr="00B252FF" w14:paraId="3D6E591A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5A16DA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Kann Kälte erzeugen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CF887E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582291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ja</w:t>
            </w:r>
          </w:p>
        </w:tc>
      </w:tr>
      <w:tr w:rsidR="005D31A4" w:rsidRPr="00B252FF" w14:paraId="482C5256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D5D11D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Erzeugt Hochtemperatur-Wärme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6812A7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446B8C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nein</w:t>
            </w:r>
          </w:p>
        </w:tc>
      </w:tr>
      <w:tr w:rsidR="005D31A4" w:rsidRPr="00B252FF" w14:paraId="145013EF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75F7A1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Erzeugt (Niedertemperatur-)Wärme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4DCB8A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2A58E4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ja</w:t>
            </w:r>
          </w:p>
        </w:tc>
      </w:tr>
      <w:tr w:rsidR="005D31A4" w:rsidRPr="00B252FF" w14:paraId="7D5DE16E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F197F0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Nutzung der Wärme zur Regeneration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02A38A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ECB6E9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nein</w:t>
            </w:r>
          </w:p>
        </w:tc>
      </w:tr>
      <w:tr w:rsidR="005D31A4" w:rsidRPr="00B252FF" w14:paraId="744A386D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59E259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HT-Wärme: COP-Einstellungen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F1593D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9D53B2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COP berechnen (Carnot)</w:t>
            </w:r>
          </w:p>
        </w:tc>
      </w:tr>
      <w:tr w:rsidR="005D31A4" w:rsidRPr="00B252FF" w14:paraId="1B8B89C1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E63ACD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HT-Wärme: Carnot-Wirkungsgrad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0EA04F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CCDBAF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Mittlere Effizienz (Gütegrad: 50 %)</w:t>
            </w:r>
          </w:p>
        </w:tc>
      </w:tr>
      <w:tr w:rsidR="005D31A4" w:rsidRPr="00B252FF" w14:paraId="3C9D6A89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3305EA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HT-Wärme: Maximaler COP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1ACB0C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905551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6</w:t>
            </w:r>
          </w:p>
        </w:tc>
      </w:tr>
      <w:tr w:rsidR="005D31A4" w:rsidRPr="00B252FF" w14:paraId="612697DB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E0CCFD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Wärme: COP-Einstellungen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C8DCB7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6C43B5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COP berechnen (Carnot)</w:t>
            </w:r>
          </w:p>
        </w:tc>
      </w:tr>
      <w:tr w:rsidR="005D31A4" w:rsidRPr="00B252FF" w14:paraId="2476CFB9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09C9F9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Wärme: Carnot-Wirkungsgrad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3A29D4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0785C3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Mittlere Effizienz (Gütegrad: 50 %)</w:t>
            </w:r>
          </w:p>
        </w:tc>
      </w:tr>
      <w:tr w:rsidR="005D31A4" w:rsidRPr="00B252FF" w14:paraId="010D9218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D0BBDF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Wärme: Maximaler COP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683258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042784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6</w:t>
            </w:r>
          </w:p>
        </w:tc>
      </w:tr>
      <w:tr w:rsidR="005D31A4" w:rsidRPr="00B252FF" w14:paraId="7845AB00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0AA42B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Kälte: COP-Einstellungen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ECE2F7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6FFA40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COP berechnen (Carnot)</w:t>
            </w:r>
          </w:p>
        </w:tc>
      </w:tr>
      <w:tr w:rsidR="005D31A4" w:rsidRPr="00B252FF" w14:paraId="6C38E13D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3BE158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Kälte: Carnot-Wirkungsgrad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E4D106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D7AD48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Mittlere Effizienz (Gütegrad: 50 %)</w:t>
            </w:r>
          </w:p>
        </w:tc>
      </w:tr>
      <w:tr w:rsidR="005D31A4" w:rsidRPr="00B252FF" w14:paraId="76FFDFFE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D25CE0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Kälte: Maximaler COP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E5DDFE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2634FF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6</w:t>
            </w:r>
          </w:p>
        </w:tc>
      </w:tr>
    </w:tbl>
    <w:p w14:paraId="5140F9A0" w14:textId="77777777" w:rsidR="005D31A4" w:rsidRPr="00B252FF" w:rsidRDefault="005D31A4">
      <w:pPr>
        <w:rPr>
          <w:lang w:val="de-DE"/>
        </w:rPr>
      </w:pPr>
    </w:p>
    <w:p w14:paraId="44B54DC2" w14:textId="7A19E185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306" w:name="_Toc240363848"/>
      <w:r w:rsidRPr="00B252FF">
        <w:rPr>
          <w:lang w:val="de-DE"/>
        </w:rPr>
        <w:t xml:space="preserve">Tabelle </w:t>
      </w:r>
      <w:bookmarkStart w:id="307" w:name="heatStorageLow_settings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Tabelle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67</w:t>
      </w:r>
      <w:r w:rsidRPr="00B252FF">
        <w:rPr>
          <w:lang w:val="de-DE"/>
        </w:rPr>
        <w:fldChar w:fldCharType="end"/>
      </w:r>
      <w:bookmarkStart w:id="308" w:name="heatStorageLow_settings"/>
      <w:bookmarkEnd w:id="307"/>
      <w:bookmarkEnd w:id="308"/>
      <w:r w:rsidRPr="00B252FF">
        <w:rPr>
          <w:lang w:val="de-DE"/>
        </w:rPr>
        <w:t>: Wärmespeicher: Einstellungen</w:t>
      </w:r>
      <w:bookmarkEnd w:id="306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5D31A4" w:rsidRPr="00B252FF" w14:paraId="1348F8EA" w14:textId="77777777">
        <w:trPr>
          <w:jc w:val="center"/>
        </w:trPr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7A74F51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73ECAAC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Variante 1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5961AD7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Variante 2</w:t>
            </w:r>
          </w:p>
        </w:tc>
      </w:tr>
      <w:tr w:rsidR="005D31A4" w:rsidRPr="00B252FF" w14:paraId="46C07CF9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181E97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Aktiviert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FE59C5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nein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6ABC56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ja</w:t>
            </w:r>
          </w:p>
        </w:tc>
      </w:tr>
      <w:tr w:rsidR="005D31A4" w:rsidRPr="00B252FF" w14:paraId="589FA62E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18728A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lastRenderedPageBreak/>
              <w:t>Optimierungsbereich vorgeben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92FAAD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4B9027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nein</w:t>
            </w:r>
          </w:p>
        </w:tc>
      </w:tr>
      <w:tr w:rsidR="005D31A4" w:rsidRPr="00B252FF" w14:paraId="08A425A4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FB7199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Langzeitspeicherung möglich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E5D786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2E0798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nein</w:t>
            </w:r>
          </w:p>
        </w:tc>
      </w:tr>
      <w:tr w:rsidR="005D31A4" w:rsidRPr="00B252FF" w14:paraId="30FB4098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C44AB0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Stand-by-Verluste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161994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8416CE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20 % pro 5Tage</w:t>
            </w:r>
          </w:p>
        </w:tc>
      </w:tr>
      <w:tr w:rsidR="005D31A4" w:rsidRPr="00B252FF" w14:paraId="20B81003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1E9D1E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Temperaturspanne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227283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33FC6B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20 K</w:t>
            </w:r>
          </w:p>
        </w:tc>
      </w:tr>
      <w:tr w:rsidR="005D31A4" w:rsidRPr="00B252FF" w14:paraId="5955A98A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04B044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Ladebereich beschränken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8EFF2A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83DE3B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nein</w:t>
            </w:r>
          </w:p>
        </w:tc>
      </w:tr>
      <w:tr w:rsidR="005D31A4" w:rsidRPr="00B252FF" w14:paraId="3BE1C33B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655E69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Ladezeit/-leistung beschränken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87C891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CA548A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nein</w:t>
            </w:r>
          </w:p>
        </w:tc>
      </w:tr>
    </w:tbl>
    <w:p w14:paraId="5F0B729E" w14:textId="77777777" w:rsidR="005D31A4" w:rsidRPr="00B252FF" w:rsidRDefault="005D31A4">
      <w:pPr>
        <w:rPr>
          <w:lang w:val="de-DE"/>
        </w:rPr>
      </w:pPr>
    </w:p>
    <w:p w14:paraId="5538FC7A" w14:textId="77777777" w:rsidR="005D31A4" w:rsidRPr="00B252FF" w:rsidRDefault="00000000">
      <w:pPr>
        <w:pStyle w:val="berschrift3"/>
        <w:rPr>
          <w:lang w:val="de-DE"/>
        </w:rPr>
      </w:pPr>
      <w:bookmarkStart w:id="309" w:name="h_appendix_eh_economics_num"/>
      <w:bookmarkStart w:id="310" w:name="_Toc240363775"/>
      <w:r w:rsidRPr="00B252FF">
        <w:rPr>
          <w:color w:val="000000"/>
          <w:sz w:val="32"/>
          <w:lang w:val="de-DE"/>
        </w:rPr>
        <w:t xml:space="preserve">4.3.3 </w:t>
      </w:r>
      <w:bookmarkEnd w:id="309"/>
      <w:r w:rsidRPr="00B252FF">
        <w:rPr>
          <w:color w:val="000000"/>
          <w:sz w:val="32"/>
          <w:lang w:val="de-DE"/>
        </w:rPr>
        <w:t>Energiezentrale: Wirtschaftliche Parameter</w:t>
      </w:r>
      <w:bookmarkEnd w:id="310"/>
    </w:p>
    <w:p w14:paraId="063AAF70" w14:textId="6DFEE055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311" w:name="_Toc240363849"/>
      <w:r w:rsidRPr="00B252FF">
        <w:rPr>
          <w:lang w:val="de-DE"/>
        </w:rPr>
        <w:t xml:space="preserve">Tabelle </w:t>
      </w:r>
      <w:bookmarkStart w:id="312" w:name="tech_costs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Tabelle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68</w:t>
      </w:r>
      <w:r w:rsidRPr="00B252FF">
        <w:rPr>
          <w:lang w:val="de-DE"/>
        </w:rPr>
        <w:fldChar w:fldCharType="end"/>
      </w:r>
      <w:bookmarkStart w:id="313" w:name="tech_costs"/>
      <w:bookmarkEnd w:id="312"/>
      <w:bookmarkEnd w:id="313"/>
      <w:r w:rsidRPr="00B252FF">
        <w:rPr>
          <w:lang w:val="de-DE"/>
        </w:rPr>
        <w:t>: Kostenparameter für Variante 'Variante 1'</w:t>
      </w:r>
      <w:bookmarkEnd w:id="311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556"/>
        <w:gridCol w:w="1440"/>
        <w:gridCol w:w="1440"/>
      </w:tblGrid>
      <w:tr w:rsidR="005D31A4" w:rsidRPr="00B252FF" w14:paraId="1A0C7956" w14:textId="77777777">
        <w:trPr>
          <w:jc w:val="center"/>
        </w:trPr>
        <w:tc>
          <w:tcPr>
            <w:tcW w:w="1440" w:type="dxa"/>
            <w:tcBorders>
              <w:bottom w:val="single" w:sz="22" w:space="0" w:color="C00000"/>
            </w:tcBorders>
            <w:shd w:val="clear" w:color="auto" w:fill="343A40"/>
          </w:tcPr>
          <w:p w14:paraId="14690A5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  <w:tc>
          <w:tcPr>
            <w:tcW w:w="1440" w:type="dxa"/>
            <w:tcBorders>
              <w:bottom w:val="single" w:sz="22" w:space="0" w:color="C00000"/>
            </w:tcBorders>
            <w:shd w:val="clear" w:color="auto" w:fill="343A40"/>
          </w:tcPr>
          <w:p w14:paraId="1CBF983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Spezifische Investitionen</w:t>
            </w:r>
          </w:p>
        </w:tc>
        <w:tc>
          <w:tcPr>
            <w:tcW w:w="1440" w:type="dxa"/>
            <w:tcBorders>
              <w:bottom w:val="single" w:sz="22" w:space="0" w:color="C00000"/>
            </w:tcBorders>
            <w:shd w:val="clear" w:color="auto" w:fill="343A40"/>
          </w:tcPr>
          <w:p w14:paraId="7D3EFDD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Lebensdauer</w:t>
            </w:r>
          </w:p>
        </w:tc>
        <w:tc>
          <w:tcPr>
            <w:tcW w:w="1440" w:type="dxa"/>
            <w:tcBorders>
              <w:bottom w:val="single" w:sz="22" w:space="0" w:color="C00000"/>
            </w:tcBorders>
            <w:shd w:val="clear" w:color="auto" w:fill="343A40"/>
          </w:tcPr>
          <w:p w14:paraId="749D4A7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Jährl. Wartungskosten</w:t>
            </w:r>
          </w:p>
        </w:tc>
        <w:tc>
          <w:tcPr>
            <w:tcW w:w="1440" w:type="dxa"/>
            <w:tcBorders>
              <w:bottom w:val="single" w:sz="22" w:space="0" w:color="C00000"/>
            </w:tcBorders>
            <w:shd w:val="clear" w:color="auto" w:fill="343A40"/>
          </w:tcPr>
          <w:p w14:paraId="513DBE5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Förderung</w:t>
            </w:r>
          </w:p>
        </w:tc>
        <w:tc>
          <w:tcPr>
            <w:tcW w:w="1440" w:type="dxa"/>
            <w:tcBorders>
              <w:bottom w:val="single" w:sz="22" w:space="0" w:color="C00000"/>
            </w:tcBorders>
            <w:shd w:val="clear" w:color="auto" w:fill="343A40"/>
          </w:tcPr>
          <w:p w14:paraId="48BD1CF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Bestand mit Restlaufzeit</w:t>
            </w:r>
          </w:p>
        </w:tc>
      </w:tr>
      <w:tr w:rsidR="005D31A4" w:rsidRPr="00B252FF" w14:paraId="1DA66B10" w14:textId="77777777">
        <w:trPr>
          <w:jc w:val="center"/>
        </w:trPr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B9790A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Biomasse-BHKW 1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0959AF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1.300 €/kWₑₗ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667652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15 Jahre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79F639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8 % der Investition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8BBEE6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0 %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CB66DF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</w:tr>
      <w:tr w:rsidR="005D31A4" w:rsidRPr="00B252FF" w14:paraId="3FE70D78" w14:textId="77777777">
        <w:trPr>
          <w:jc w:val="center"/>
        </w:trPr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4660AB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Photovoltaik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9B620B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1.100 €/kWₚ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B12E21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20 Jahre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E77F6E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1 % der Investition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B48BDE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0 %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0A9747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</w:tr>
      <w:tr w:rsidR="005D31A4" w:rsidRPr="00B252FF" w14:paraId="3D948261" w14:textId="77777777">
        <w:trPr>
          <w:jc w:val="center"/>
        </w:trPr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DFC8C9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Solarthermie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CA92D3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400 €/m²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138FDC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20 Jahre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26BE6B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1,5 % der Investition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07E381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40 %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53AD89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</w:tr>
      <w:tr w:rsidR="005D31A4" w:rsidRPr="00B252FF" w14:paraId="0FD67E5D" w14:textId="77777777">
        <w:trPr>
          <w:jc w:val="center"/>
        </w:trPr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55A90D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Geothermie-Sonden 1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E73690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1.000 €/kWₜₕ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C92664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50 Jahre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76B699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0 % der Investition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EBDD87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40 %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425F93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</w:tr>
      <w:tr w:rsidR="005D31A4" w:rsidRPr="00B252FF" w14:paraId="502D2A79" w14:textId="77777777">
        <w:trPr>
          <w:jc w:val="center"/>
        </w:trPr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2BA5EE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Wärmepumpe (Geothermie-Sonden 1)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2D852D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1.000 €/kWₜₕ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FEF949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20 Jahre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52365E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2 % der Investition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A0A1A7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40 %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0A68AF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</w:tr>
    </w:tbl>
    <w:p w14:paraId="6FC34583" w14:textId="77777777" w:rsidR="005D31A4" w:rsidRPr="00B252FF" w:rsidRDefault="005D31A4">
      <w:pPr>
        <w:rPr>
          <w:lang w:val="de-DE"/>
        </w:rPr>
      </w:pPr>
    </w:p>
    <w:p w14:paraId="314E9F76" w14:textId="672B0A01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314" w:name="_Toc240363850"/>
      <w:r w:rsidRPr="00B252FF">
        <w:rPr>
          <w:lang w:val="de-DE"/>
        </w:rPr>
        <w:t xml:space="preserve">Tabelle </w:t>
      </w:r>
      <w:bookmarkStart w:id="315" w:name="tech_costs_tab_2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Tabelle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69</w:t>
      </w:r>
      <w:r w:rsidRPr="00B252FF">
        <w:rPr>
          <w:lang w:val="de-DE"/>
        </w:rPr>
        <w:fldChar w:fldCharType="end"/>
      </w:r>
      <w:bookmarkStart w:id="316" w:name="tech_costs_tab_2"/>
      <w:bookmarkEnd w:id="315"/>
      <w:bookmarkEnd w:id="316"/>
      <w:r w:rsidRPr="00B252FF">
        <w:rPr>
          <w:lang w:val="de-DE"/>
        </w:rPr>
        <w:t>: Kostenparameter für Variante 'Variante 2'</w:t>
      </w:r>
      <w:bookmarkEnd w:id="314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676"/>
        <w:gridCol w:w="1419"/>
        <w:gridCol w:w="1415"/>
        <w:gridCol w:w="1556"/>
        <w:gridCol w:w="1388"/>
        <w:gridCol w:w="1402"/>
      </w:tblGrid>
      <w:tr w:rsidR="005D31A4" w:rsidRPr="00B252FF" w14:paraId="6C59F70D" w14:textId="77777777">
        <w:trPr>
          <w:jc w:val="center"/>
        </w:trPr>
        <w:tc>
          <w:tcPr>
            <w:tcW w:w="1440" w:type="dxa"/>
            <w:tcBorders>
              <w:bottom w:val="single" w:sz="22" w:space="0" w:color="C00000"/>
            </w:tcBorders>
            <w:shd w:val="clear" w:color="auto" w:fill="343A40"/>
          </w:tcPr>
          <w:p w14:paraId="304848D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  <w:tc>
          <w:tcPr>
            <w:tcW w:w="1440" w:type="dxa"/>
            <w:tcBorders>
              <w:bottom w:val="single" w:sz="22" w:space="0" w:color="C00000"/>
            </w:tcBorders>
            <w:shd w:val="clear" w:color="auto" w:fill="343A40"/>
          </w:tcPr>
          <w:p w14:paraId="601FF55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Spezifische Investitionen</w:t>
            </w:r>
          </w:p>
        </w:tc>
        <w:tc>
          <w:tcPr>
            <w:tcW w:w="1440" w:type="dxa"/>
            <w:tcBorders>
              <w:bottom w:val="single" w:sz="22" w:space="0" w:color="C00000"/>
            </w:tcBorders>
            <w:shd w:val="clear" w:color="auto" w:fill="343A40"/>
          </w:tcPr>
          <w:p w14:paraId="4513E72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Lebensdauer</w:t>
            </w:r>
          </w:p>
        </w:tc>
        <w:tc>
          <w:tcPr>
            <w:tcW w:w="1440" w:type="dxa"/>
            <w:tcBorders>
              <w:bottom w:val="single" w:sz="22" w:space="0" w:color="C00000"/>
            </w:tcBorders>
            <w:shd w:val="clear" w:color="auto" w:fill="343A40"/>
          </w:tcPr>
          <w:p w14:paraId="2797366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Jährl. Wartungskosten</w:t>
            </w:r>
          </w:p>
        </w:tc>
        <w:tc>
          <w:tcPr>
            <w:tcW w:w="1440" w:type="dxa"/>
            <w:tcBorders>
              <w:bottom w:val="single" w:sz="22" w:space="0" w:color="C00000"/>
            </w:tcBorders>
            <w:shd w:val="clear" w:color="auto" w:fill="343A40"/>
          </w:tcPr>
          <w:p w14:paraId="6F0FF87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Förderung</w:t>
            </w:r>
          </w:p>
        </w:tc>
        <w:tc>
          <w:tcPr>
            <w:tcW w:w="1440" w:type="dxa"/>
            <w:tcBorders>
              <w:bottom w:val="single" w:sz="22" w:space="0" w:color="C00000"/>
            </w:tcBorders>
            <w:shd w:val="clear" w:color="auto" w:fill="343A40"/>
          </w:tcPr>
          <w:p w14:paraId="52BB092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Bestand mit Restlaufzeit</w:t>
            </w:r>
          </w:p>
        </w:tc>
      </w:tr>
      <w:tr w:rsidR="005D31A4" w:rsidRPr="00B252FF" w14:paraId="1A412310" w14:textId="77777777">
        <w:trPr>
          <w:jc w:val="center"/>
        </w:trPr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267932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Erdgas-BHKW 1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A85FD1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1.300 €/kWₑₗ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14B29B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15 Jahre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B8CC4A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8 % der Investition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25FF1D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0 %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5CE668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</w:tr>
      <w:tr w:rsidR="005D31A4" w:rsidRPr="00B252FF" w14:paraId="27C23C78" w14:textId="77777777">
        <w:trPr>
          <w:jc w:val="center"/>
        </w:trPr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FEAEF9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Photovoltaik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2F7028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1.100 €/kWₚ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9279F4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20 Jahre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01611C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1 % der Investition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9B5E05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0 %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16CD8B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</w:tr>
      <w:tr w:rsidR="005D31A4" w:rsidRPr="00B252FF" w14:paraId="5F877C65" w14:textId="77777777">
        <w:trPr>
          <w:jc w:val="center"/>
        </w:trPr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196A19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Luftwärmepumpe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AC1B0B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1.100 €/kWₜₕ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3A613C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20 Jahre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552BB2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2,5 % der Investition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1E3720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40 %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D9B729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</w:tr>
      <w:tr w:rsidR="005D31A4" w:rsidRPr="00B252FF" w14:paraId="5C0D7091" w14:textId="77777777">
        <w:trPr>
          <w:jc w:val="center"/>
        </w:trPr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BBC065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Wärmespeicher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74CBED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500 €/m³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641A8E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20 Jahre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FF9703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1 % der Investition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F5401E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0 %</w:t>
            </w:r>
          </w:p>
        </w:tc>
        <w:tc>
          <w:tcPr>
            <w:tcW w:w="144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4DA76D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</w:tr>
    </w:tbl>
    <w:p w14:paraId="0AA44472" w14:textId="77777777" w:rsidR="005D31A4" w:rsidRPr="00B252FF" w:rsidRDefault="005D31A4">
      <w:pPr>
        <w:rPr>
          <w:lang w:val="de-DE"/>
        </w:rPr>
      </w:pPr>
    </w:p>
    <w:p w14:paraId="5AE26DC1" w14:textId="77777777" w:rsidR="005D31A4" w:rsidRPr="00B252FF" w:rsidRDefault="00000000">
      <w:pPr>
        <w:pStyle w:val="berschrift3"/>
        <w:rPr>
          <w:lang w:val="de-DE"/>
        </w:rPr>
      </w:pPr>
      <w:bookmarkStart w:id="317" w:name="h_appendix_eh_import_feed_in_num"/>
      <w:bookmarkStart w:id="318" w:name="_Toc240363776"/>
      <w:r w:rsidRPr="00B252FF">
        <w:rPr>
          <w:color w:val="000000"/>
          <w:sz w:val="32"/>
          <w:lang w:val="de-DE"/>
        </w:rPr>
        <w:t xml:space="preserve">4.3.4 </w:t>
      </w:r>
      <w:bookmarkEnd w:id="317"/>
      <w:r w:rsidRPr="00B252FF">
        <w:rPr>
          <w:color w:val="000000"/>
          <w:sz w:val="32"/>
          <w:lang w:val="de-DE"/>
        </w:rPr>
        <w:t>Energiezentrale: Energiebezug und -einspeisung</w:t>
      </w:r>
      <w:bookmarkEnd w:id="318"/>
    </w:p>
    <w:p w14:paraId="3B9962A0" w14:textId="33625A61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319" w:name="_Toc240363851"/>
      <w:r w:rsidRPr="00B252FF">
        <w:rPr>
          <w:lang w:val="de-DE"/>
        </w:rPr>
        <w:t xml:space="preserve">Tabelle </w:t>
      </w:r>
      <w:bookmarkStart w:id="320" w:name="electricity_grid_params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Tabelle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70</w:t>
      </w:r>
      <w:r w:rsidRPr="00B252FF">
        <w:rPr>
          <w:lang w:val="de-DE"/>
        </w:rPr>
        <w:fldChar w:fldCharType="end"/>
      </w:r>
      <w:bookmarkStart w:id="321" w:name="electricity_grid_params"/>
      <w:bookmarkEnd w:id="320"/>
      <w:bookmarkEnd w:id="321"/>
      <w:r w:rsidRPr="00B252FF">
        <w:rPr>
          <w:lang w:val="de-DE"/>
        </w:rPr>
        <w:t>: Stromnetz</w:t>
      </w:r>
      <w:bookmarkEnd w:id="319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4320"/>
      </w:tblGrid>
      <w:tr w:rsidR="005D31A4" w:rsidRPr="00B252FF" w14:paraId="2712104E" w14:textId="77777777">
        <w:trPr>
          <w:jc w:val="center"/>
        </w:trPr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066961F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13E0831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Alle Varianten</w:t>
            </w:r>
          </w:p>
        </w:tc>
      </w:tr>
      <w:tr w:rsidR="005D31A4" w:rsidRPr="00B252FF" w14:paraId="6EB055B7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B0838F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Strombezug (Energiezentrale)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57EDB5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ja</w:t>
            </w:r>
          </w:p>
        </w:tc>
      </w:tr>
      <w:tr w:rsidR="005D31A4" w:rsidRPr="00B252FF" w14:paraId="5842C521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DD53C8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Arbeitspreis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87FC20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0,2 €/kWh</w:t>
            </w:r>
          </w:p>
        </w:tc>
      </w:tr>
      <w:tr w:rsidR="005D31A4" w:rsidRPr="00B252FF" w14:paraId="782DF345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4916D5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Jahresbezug beschränken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A1B663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nein</w:t>
            </w:r>
          </w:p>
        </w:tc>
      </w:tr>
      <w:tr w:rsidR="005D31A4" w:rsidRPr="00B252FF" w14:paraId="4C1414B0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5DA985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Jährliche Preissteigerung (Option)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E1378F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Keine Veränderung</w:t>
            </w:r>
          </w:p>
        </w:tc>
      </w:tr>
      <w:tr w:rsidR="005D31A4" w:rsidRPr="00B252FF" w14:paraId="41DF550E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96A7B1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lastRenderedPageBreak/>
              <w:t>Stromeinspeisung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500919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ja</w:t>
            </w:r>
          </w:p>
        </w:tc>
      </w:tr>
      <w:tr w:rsidR="005D31A4" w:rsidRPr="00B252FF" w14:paraId="0F31219B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FCEE13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Einspeisevergütung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EA1C5E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0,04 €/kWh</w:t>
            </w:r>
          </w:p>
        </w:tc>
      </w:tr>
      <w:tr w:rsidR="005D31A4" w:rsidRPr="00B252FF" w14:paraId="4A4275DB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AE2FB1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Einspeisung beschränken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0C8968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nein</w:t>
            </w:r>
          </w:p>
        </w:tc>
      </w:tr>
      <w:tr w:rsidR="005D31A4" w:rsidRPr="00B252FF" w14:paraId="3A8DE6C4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2B025B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Leistung beschränken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AA4423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nein</w:t>
            </w:r>
          </w:p>
        </w:tc>
      </w:tr>
      <w:tr w:rsidR="005D31A4" w:rsidRPr="00B252FF" w14:paraId="5623050A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0DAC76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Anschlusslimit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421220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nein</w:t>
            </w:r>
          </w:p>
        </w:tc>
      </w:tr>
    </w:tbl>
    <w:p w14:paraId="188527B4" w14:textId="77777777" w:rsidR="005D31A4" w:rsidRPr="00B252FF" w:rsidRDefault="005D31A4">
      <w:pPr>
        <w:rPr>
          <w:lang w:val="de-DE"/>
        </w:rPr>
      </w:pPr>
    </w:p>
    <w:p w14:paraId="4750DA6A" w14:textId="6467FA5F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322" w:name="_Toc240363852"/>
      <w:r w:rsidRPr="00B252FF">
        <w:rPr>
          <w:lang w:val="de-DE"/>
        </w:rPr>
        <w:t xml:space="preserve">Tabelle </w:t>
      </w:r>
      <w:bookmarkStart w:id="323" w:name="gas_import_params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Tabelle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71</w:t>
      </w:r>
      <w:r w:rsidRPr="00B252FF">
        <w:rPr>
          <w:lang w:val="de-DE"/>
        </w:rPr>
        <w:fldChar w:fldCharType="end"/>
      </w:r>
      <w:bookmarkStart w:id="324" w:name="gas_import_params"/>
      <w:bookmarkEnd w:id="323"/>
      <w:bookmarkEnd w:id="324"/>
      <w:r w:rsidRPr="00B252FF">
        <w:rPr>
          <w:lang w:val="de-DE"/>
        </w:rPr>
        <w:t>: Erdgas</w:t>
      </w:r>
      <w:bookmarkEnd w:id="322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5D31A4" w:rsidRPr="00B252FF" w14:paraId="7C4B777C" w14:textId="77777777">
        <w:trPr>
          <w:jc w:val="center"/>
        </w:trPr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03D7ECE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0DA9007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Variante 1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278389D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Variante 2</w:t>
            </w:r>
          </w:p>
        </w:tc>
      </w:tr>
      <w:tr w:rsidR="005D31A4" w:rsidRPr="00B252FF" w14:paraId="288D3C0A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633B85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Erdgasbezug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934022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nein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B445C1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ja</w:t>
            </w:r>
          </w:p>
        </w:tc>
      </w:tr>
      <w:tr w:rsidR="005D31A4" w:rsidRPr="00B252FF" w14:paraId="2951CB2B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D451E2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Arbeitspreis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FA1B14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91BC49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0,08 €/kWh</w:t>
            </w:r>
          </w:p>
        </w:tc>
      </w:tr>
      <w:tr w:rsidR="005D31A4" w:rsidRPr="00B252FF" w14:paraId="6F4D3C3C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1EC033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Jahresbezug beschränken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6434F1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F3DC22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nein</w:t>
            </w:r>
          </w:p>
        </w:tc>
      </w:tr>
      <w:tr w:rsidR="005D31A4" w:rsidRPr="00B252FF" w14:paraId="2623CCCB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10CB83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Jährliche Preissteigerung (Option)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004F27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8D6DE8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Keine Veränderung</w:t>
            </w:r>
          </w:p>
        </w:tc>
      </w:tr>
      <w:tr w:rsidR="005D31A4" w:rsidRPr="00B252FF" w14:paraId="5119E078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67442D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Leistung beschränken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535FE2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365527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nein</w:t>
            </w:r>
          </w:p>
        </w:tc>
      </w:tr>
      <w:tr w:rsidR="005D31A4" w:rsidRPr="00B252FF" w14:paraId="2C1F5D9C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8C546B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Anschlusslimit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337B71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B7900C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nein</w:t>
            </w:r>
          </w:p>
        </w:tc>
      </w:tr>
    </w:tbl>
    <w:p w14:paraId="4A56ED8E" w14:textId="77777777" w:rsidR="005D31A4" w:rsidRPr="00B252FF" w:rsidRDefault="005D31A4">
      <w:pPr>
        <w:rPr>
          <w:lang w:val="de-DE"/>
        </w:rPr>
      </w:pPr>
    </w:p>
    <w:p w14:paraId="03E45028" w14:textId="75048057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325" w:name="_Toc240363853"/>
      <w:r w:rsidRPr="00B252FF">
        <w:rPr>
          <w:lang w:val="de-DE"/>
        </w:rPr>
        <w:t xml:space="preserve">Tabelle </w:t>
      </w:r>
      <w:bookmarkStart w:id="326" w:name="biomass_import_params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Tabelle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72</w:t>
      </w:r>
      <w:r w:rsidRPr="00B252FF">
        <w:rPr>
          <w:lang w:val="de-DE"/>
        </w:rPr>
        <w:fldChar w:fldCharType="end"/>
      </w:r>
      <w:bookmarkStart w:id="327" w:name="biomass_import_params"/>
      <w:bookmarkEnd w:id="326"/>
      <w:bookmarkEnd w:id="327"/>
      <w:r w:rsidRPr="00B252FF">
        <w:rPr>
          <w:lang w:val="de-DE"/>
        </w:rPr>
        <w:t>: Biomasse</w:t>
      </w:r>
      <w:bookmarkEnd w:id="325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5D31A4" w:rsidRPr="00B252FF" w14:paraId="5F7DD5B1" w14:textId="77777777">
        <w:trPr>
          <w:jc w:val="center"/>
        </w:trPr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68E3D3C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073FD9C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Variante 1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3791628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Variante 2</w:t>
            </w:r>
          </w:p>
        </w:tc>
      </w:tr>
      <w:tr w:rsidR="005D31A4" w:rsidRPr="00B252FF" w14:paraId="0E03AC38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97BE2C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Biomassebezug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0B7F9A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ja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CF27F1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nein</w:t>
            </w:r>
          </w:p>
        </w:tc>
      </w:tr>
      <w:tr w:rsidR="005D31A4" w:rsidRPr="00B252FF" w14:paraId="4695AEBD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DF29FA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Arbeitspreis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FE3DC8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0,08 €/kWh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390017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</w:tr>
      <w:tr w:rsidR="005D31A4" w:rsidRPr="00B252FF" w14:paraId="2920D57C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75D677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Jahresbezug beschränken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55651A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nein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B86B02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</w:tr>
      <w:tr w:rsidR="005D31A4" w:rsidRPr="00B252FF" w14:paraId="16A7B6FB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BAABFB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Jährliche Preissteigerung (Option)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089251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Keine Veränderung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86004D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</w:tr>
    </w:tbl>
    <w:p w14:paraId="3B237840" w14:textId="77777777" w:rsidR="005D31A4" w:rsidRPr="00B252FF" w:rsidRDefault="005D31A4">
      <w:pPr>
        <w:rPr>
          <w:lang w:val="de-DE"/>
        </w:rPr>
      </w:pPr>
    </w:p>
    <w:p w14:paraId="5AC90A83" w14:textId="77777777" w:rsidR="005D31A4" w:rsidRPr="00B252FF" w:rsidRDefault="00000000">
      <w:pPr>
        <w:pStyle w:val="berschrift2"/>
        <w:rPr>
          <w:lang w:val="de-DE"/>
        </w:rPr>
      </w:pPr>
      <w:bookmarkStart w:id="328" w:name="h_appendix_economics_num"/>
      <w:bookmarkStart w:id="329" w:name="_Toc240363777"/>
      <w:r w:rsidRPr="00B252FF">
        <w:rPr>
          <w:color w:val="000000"/>
          <w:sz w:val="36"/>
          <w:lang w:val="de-DE"/>
        </w:rPr>
        <w:t xml:space="preserve">4.4 </w:t>
      </w:r>
      <w:bookmarkEnd w:id="328"/>
      <w:r w:rsidRPr="00B252FF">
        <w:rPr>
          <w:color w:val="000000"/>
          <w:sz w:val="36"/>
          <w:lang w:val="de-DE"/>
        </w:rPr>
        <w:t>Wirtschaftliche Parameter</w:t>
      </w:r>
      <w:bookmarkEnd w:id="329"/>
    </w:p>
    <w:p w14:paraId="6DA52691" w14:textId="67A4A060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330" w:name="_Toc240363854"/>
      <w:r w:rsidRPr="00B252FF">
        <w:rPr>
          <w:lang w:val="de-DE"/>
        </w:rPr>
        <w:t xml:space="preserve">Tabelle </w:t>
      </w:r>
      <w:bookmarkStart w:id="331" w:name="economic_params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Tabelle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73</w:t>
      </w:r>
      <w:r w:rsidRPr="00B252FF">
        <w:rPr>
          <w:lang w:val="de-DE"/>
        </w:rPr>
        <w:fldChar w:fldCharType="end"/>
      </w:r>
      <w:bookmarkStart w:id="332" w:name="economic_params"/>
      <w:bookmarkEnd w:id="331"/>
      <w:bookmarkEnd w:id="332"/>
      <w:r w:rsidRPr="00B252FF">
        <w:rPr>
          <w:lang w:val="de-DE"/>
        </w:rPr>
        <w:t>: Ökonomische Parameter</w:t>
      </w:r>
      <w:bookmarkEnd w:id="330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4320"/>
      </w:tblGrid>
      <w:tr w:rsidR="005D31A4" w:rsidRPr="00B252FF" w14:paraId="756CF78F" w14:textId="77777777">
        <w:trPr>
          <w:jc w:val="center"/>
        </w:trPr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73C586D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7BD354E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Alle Varianten</w:t>
            </w:r>
          </w:p>
        </w:tc>
      </w:tr>
      <w:tr w:rsidR="005D31A4" w:rsidRPr="00B252FF" w14:paraId="147B74E0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0621A7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Kalkulatorischer Zinssatz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E9E284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5 %</w:t>
            </w:r>
          </w:p>
        </w:tc>
      </w:tr>
      <w:tr w:rsidR="005D31A4" w:rsidRPr="00B252FF" w14:paraId="67DF09E8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F3F637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Betrachtungshorizont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DD74E2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20 Jahre</w:t>
            </w:r>
          </w:p>
        </w:tc>
      </w:tr>
      <w:tr w:rsidR="005D31A4" w:rsidRPr="00B252FF" w14:paraId="5D794DA2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28C094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1. Jahr des Betrachtungshorizonts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14C0C1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2027</w:t>
            </w:r>
          </w:p>
        </w:tc>
      </w:tr>
      <w:tr w:rsidR="005D31A4" w:rsidRPr="00B252FF" w14:paraId="5A11207F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1A43A4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Inflationsrate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45CE02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0 %</w:t>
            </w:r>
          </w:p>
        </w:tc>
      </w:tr>
      <w:tr w:rsidR="005D31A4" w:rsidRPr="00B252FF" w14:paraId="185821A1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E18958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BEW-Betriebskostenförderung für Großwärmepumpen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02D63B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nein</w:t>
            </w:r>
          </w:p>
        </w:tc>
      </w:tr>
      <w:tr w:rsidR="005D31A4" w:rsidRPr="00B252FF" w14:paraId="783AEBCF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80EDA8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BEW-Betriebskostenförderung für Solarthermie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CE354D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nein</w:t>
            </w:r>
          </w:p>
        </w:tc>
      </w:tr>
      <w:tr w:rsidR="005D31A4" w:rsidRPr="00B252FF" w14:paraId="268C41B3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775626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CO₂-Preis Option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D4BF89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Keine Bepreisung</w:t>
            </w:r>
          </w:p>
        </w:tc>
      </w:tr>
    </w:tbl>
    <w:p w14:paraId="6DC13422" w14:textId="77777777" w:rsidR="005D31A4" w:rsidRPr="00B252FF" w:rsidRDefault="005D31A4">
      <w:pPr>
        <w:rPr>
          <w:lang w:val="de-DE"/>
        </w:rPr>
      </w:pPr>
    </w:p>
    <w:p w14:paraId="27FA00D4" w14:textId="56E68DC6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333" w:name="_Toc240363855"/>
      <w:r w:rsidRPr="00B252FF">
        <w:rPr>
          <w:lang w:val="de-DE"/>
        </w:rPr>
        <w:t xml:space="preserve">Tabelle </w:t>
      </w:r>
      <w:bookmarkStart w:id="334" w:name="other_one_time_costs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Tabelle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74</w:t>
      </w:r>
      <w:r w:rsidRPr="00B252FF">
        <w:rPr>
          <w:lang w:val="de-DE"/>
        </w:rPr>
        <w:fldChar w:fldCharType="end"/>
      </w:r>
      <w:bookmarkStart w:id="335" w:name="other_one_time_costs"/>
      <w:bookmarkEnd w:id="334"/>
      <w:bookmarkEnd w:id="335"/>
      <w:r w:rsidRPr="00B252FF">
        <w:rPr>
          <w:lang w:val="de-DE"/>
        </w:rPr>
        <w:t>: Sonstige Kosten: Einmalige Kosten für alle Varianten</w:t>
      </w:r>
      <w:bookmarkEnd w:id="333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 w:rsidR="005D31A4" w:rsidRPr="00B252FF" w14:paraId="75D4DAFD" w14:textId="77777777">
        <w:trPr>
          <w:jc w:val="center"/>
        </w:trPr>
        <w:tc>
          <w:tcPr>
            <w:tcW w:w="1728" w:type="dxa"/>
            <w:tcBorders>
              <w:bottom w:val="single" w:sz="22" w:space="0" w:color="C00000"/>
            </w:tcBorders>
            <w:shd w:val="clear" w:color="auto" w:fill="343A40"/>
          </w:tcPr>
          <w:p w14:paraId="3CFE7DE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  <w:tc>
          <w:tcPr>
            <w:tcW w:w="1728" w:type="dxa"/>
            <w:tcBorders>
              <w:bottom w:val="single" w:sz="22" w:space="0" w:color="C00000"/>
            </w:tcBorders>
            <w:shd w:val="clear" w:color="auto" w:fill="343A40"/>
          </w:tcPr>
          <w:p w14:paraId="0A30422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Spezifische Investitionen</w:t>
            </w:r>
          </w:p>
        </w:tc>
        <w:tc>
          <w:tcPr>
            <w:tcW w:w="1728" w:type="dxa"/>
            <w:tcBorders>
              <w:bottom w:val="single" w:sz="22" w:space="0" w:color="C00000"/>
            </w:tcBorders>
            <w:shd w:val="clear" w:color="auto" w:fill="343A40"/>
          </w:tcPr>
          <w:p w14:paraId="7865F5E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Lebensdauer</w:t>
            </w:r>
          </w:p>
        </w:tc>
        <w:tc>
          <w:tcPr>
            <w:tcW w:w="1728" w:type="dxa"/>
            <w:tcBorders>
              <w:bottom w:val="single" w:sz="22" w:space="0" w:color="C00000"/>
            </w:tcBorders>
            <w:shd w:val="clear" w:color="auto" w:fill="343A40"/>
          </w:tcPr>
          <w:p w14:paraId="7A9894A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Wartungskosten</w:t>
            </w:r>
          </w:p>
        </w:tc>
        <w:tc>
          <w:tcPr>
            <w:tcW w:w="1728" w:type="dxa"/>
            <w:tcBorders>
              <w:bottom w:val="single" w:sz="22" w:space="0" w:color="C00000"/>
            </w:tcBorders>
            <w:shd w:val="clear" w:color="auto" w:fill="343A40"/>
          </w:tcPr>
          <w:p w14:paraId="4A8BF22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Förderung</w:t>
            </w:r>
          </w:p>
        </w:tc>
      </w:tr>
      <w:tr w:rsidR="005D31A4" w:rsidRPr="00B252FF" w14:paraId="2C6018BC" w14:textId="77777777">
        <w:trPr>
          <w:jc w:val="center"/>
        </w:trPr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1E2178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 xml:space="preserve">Gebäude </w:t>
            </w:r>
            <w:r w:rsidRPr="00B252FF">
              <w:rPr>
                <w:sz w:val="20"/>
                <w:lang w:val="de-DE"/>
              </w:rPr>
              <w:lastRenderedPageBreak/>
              <w:t>Energiezentrale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9ADFE3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lastRenderedPageBreak/>
              <w:t>150.000 €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2FF8D1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20 Jahre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0D33E9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0 %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314B49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0 %</w:t>
            </w:r>
          </w:p>
        </w:tc>
      </w:tr>
      <w:tr w:rsidR="005D31A4" w:rsidRPr="00B252FF" w14:paraId="07D89FC2" w14:textId="77777777">
        <w:trPr>
          <w:jc w:val="center"/>
        </w:trPr>
        <w:tc>
          <w:tcPr>
            <w:tcW w:w="1728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DA1BA0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Netzpumpe, Druckhaltung, Armaturen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069FD8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30.000 €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D2EED7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20 Jahre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4C57EF0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1 %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478C2D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40 %</w:t>
            </w:r>
          </w:p>
        </w:tc>
      </w:tr>
      <w:tr w:rsidR="005D31A4" w:rsidRPr="00B252FF" w14:paraId="63AD4B6F" w14:textId="77777777">
        <w:trPr>
          <w:jc w:val="center"/>
        </w:trPr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C75988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Planungskosten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669AF6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100.000 €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F7B41B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20 Jahre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694B28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0 %</w:t>
            </w:r>
          </w:p>
        </w:tc>
        <w:tc>
          <w:tcPr>
            <w:tcW w:w="1728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19246A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50 %</w:t>
            </w:r>
          </w:p>
        </w:tc>
      </w:tr>
    </w:tbl>
    <w:p w14:paraId="0A33C835" w14:textId="77777777" w:rsidR="005D31A4" w:rsidRPr="00B252FF" w:rsidRDefault="005D31A4">
      <w:pPr>
        <w:rPr>
          <w:lang w:val="de-DE"/>
        </w:rPr>
      </w:pPr>
    </w:p>
    <w:p w14:paraId="7F9440E3" w14:textId="17A37859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336" w:name="_Toc240363856"/>
      <w:r w:rsidRPr="00B252FF">
        <w:rPr>
          <w:lang w:val="de-DE"/>
        </w:rPr>
        <w:t xml:space="preserve">Tabelle </w:t>
      </w:r>
      <w:bookmarkStart w:id="337" w:name="other_operation_costs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Tabelle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75</w:t>
      </w:r>
      <w:r w:rsidRPr="00B252FF">
        <w:rPr>
          <w:lang w:val="de-DE"/>
        </w:rPr>
        <w:fldChar w:fldCharType="end"/>
      </w:r>
      <w:bookmarkStart w:id="338" w:name="other_operation_costs"/>
      <w:bookmarkEnd w:id="337"/>
      <w:bookmarkEnd w:id="338"/>
      <w:r w:rsidRPr="00B252FF">
        <w:rPr>
          <w:lang w:val="de-DE"/>
        </w:rPr>
        <w:t>: Sonstige Kosten: Jährliche Kosten für alle Varianten</w:t>
      </w:r>
      <w:bookmarkEnd w:id="336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5D31A4" w:rsidRPr="00B252FF" w14:paraId="58E423EF" w14:textId="77777777">
        <w:trPr>
          <w:jc w:val="center"/>
        </w:trPr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758A480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54FA7FF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Jährl. Kosten</w:t>
            </w:r>
          </w:p>
        </w:tc>
        <w:tc>
          <w:tcPr>
            <w:tcW w:w="2880" w:type="dxa"/>
            <w:tcBorders>
              <w:bottom w:val="single" w:sz="22" w:space="0" w:color="C00000"/>
            </w:tcBorders>
            <w:shd w:val="clear" w:color="auto" w:fill="343A40"/>
          </w:tcPr>
          <w:p w14:paraId="290C534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Förderung</w:t>
            </w:r>
          </w:p>
        </w:tc>
      </w:tr>
      <w:tr w:rsidR="005D31A4" w:rsidRPr="00B252FF" w14:paraId="5C203CE1" w14:textId="77777777">
        <w:trPr>
          <w:jc w:val="center"/>
        </w:trPr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34370C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Verwaltung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D4B2E4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10.000 €</w:t>
            </w:r>
          </w:p>
        </w:tc>
        <w:tc>
          <w:tcPr>
            <w:tcW w:w="288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83C4B4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40 %</w:t>
            </w:r>
          </w:p>
        </w:tc>
      </w:tr>
    </w:tbl>
    <w:p w14:paraId="5BCC6106" w14:textId="77777777" w:rsidR="005D31A4" w:rsidRPr="00B252FF" w:rsidRDefault="005D31A4">
      <w:pPr>
        <w:rPr>
          <w:lang w:val="de-DE"/>
        </w:rPr>
      </w:pPr>
    </w:p>
    <w:p w14:paraId="4AB3027D" w14:textId="6DAEFA19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339" w:name="_Toc240363857"/>
      <w:r w:rsidRPr="00B252FF">
        <w:rPr>
          <w:lang w:val="de-DE"/>
        </w:rPr>
        <w:t xml:space="preserve">Tabelle </w:t>
      </w:r>
      <w:bookmarkStart w:id="340" w:name="revenue_settings_params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Tabelle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76</w:t>
      </w:r>
      <w:r w:rsidRPr="00B252FF">
        <w:rPr>
          <w:lang w:val="de-DE"/>
        </w:rPr>
        <w:fldChar w:fldCharType="end"/>
      </w:r>
      <w:bookmarkStart w:id="341" w:name="revenue_settings_params"/>
      <w:bookmarkEnd w:id="340"/>
      <w:bookmarkEnd w:id="341"/>
      <w:r w:rsidRPr="00B252FF">
        <w:rPr>
          <w:lang w:val="de-DE"/>
        </w:rPr>
        <w:t>: Erlös-Einstellungen: Bestandteile</w:t>
      </w:r>
      <w:bookmarkEnd w:id="339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4320"/>
      </w:tblGrid>
      <w:tr w:rsidR="005D31A4" w:rsidRPr="00B252FF" w14:paraId="5939F380" w14:textId="77777777">
        <w:trPr>
          <w:jc w:val="center"/>
        </w:trPr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5073510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72F918D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Alle Varianten</w:t>
            </w:r>
          </w:p>
        </w:tc>
      </w:tr>
      <w:tr w:rsidR="005D31A4" w:rsidRPr="00B252FF" w14:paraId="5BAC02E6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F3F4CC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Arbeitspreis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A71D2A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ja</w:t>
            </w:r>
          </w:p>
        </w:tc>
      </w:tr>
      <w:tr w:rsidR="005D31A4" w:rsidRPr="00B252FF" w14:paraId="2FC969CE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0F8196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Leistungspreis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8F37B2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ja</w:t>
            </w:r>
          </w:p>
        </w:tc>
      </w:tr>
      <w:tr w:rsidR="005D31A4" w:rsidRPr="00B252FF" w14:paraId="5348471B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CECD26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Grundpreis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451DAE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nein</w:t>
            </w:r>
          </w:p>
        </w:tc>
      </w:tr>
      <w:tr w:rsidR="005D31A4" w:rsidRPr="00B252FF" w14:paraId="041B0634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16DCB991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Einmalige Anschlussgebühr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CC7B29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ja</w:t>
            </w:r>
          </w:p>
        </w:tc>
      </w:tr>
    </w:tbl>
    <w:p w14:paraId="1BC9A6F9" w14:textId="77777777" w:rsidR="005D31A4" w:rsidRPr="00B252FF" w:rsidRDefault="005D31A4">
      <w:pPr>
        <w:rPr>
          <w:lang w:val="de-DE"/>
        </w:rPr>
      </w:pPr>
    </w:p>
    <w:p w14:paraId="22176D22" w14:textId="097222E8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342" w:name="_Toc240363858"/>
      <w:r w:rsidRPr="00B252FF">
        <w:rPr>
          <w:lang w:val="de-DE"/>
        </w:rPr>
        <w:t xml:space="preserve">Tabelle </w:t>
      </w:r>
      <w:bookmarkStart w:id="343" w:name="revenue_prices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Tabelle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77</w:t>
      </w:r>
      <w:r w:rsidRPr="00B252FF">
        <w:rPr>
          <w:lang w:val="de-DE"/>
        </w:rPr>
        <w:fldChar w:fldCharType="end"/>
      </w:r>
      <w:bookmarkStart w:id="344" w:name="revenue_prices"/>
      <w:bookmarkEnd w:id="343"/>
      <w:bookmarkEnd w:id="344"/>
      <w:r w:rsidRPr="00B252FF">
        <w:rPr>
          <w:lang w:val="de-DE"/>
        </w:rPr>
        <w:t>: Erlös-Einstellungen: Preise für alle Varianten</w:t>
      </w:r>
      <w:bookmarkEnd w:id="342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5D31A4" w:rsidRPr="00B252FF" w14:paraId="1594122E" w14:textId="77777777">
        <w:trPr>
          <w:jc w:val="center"/>
        </w:trPr>
        <w:tc>
          <w:tcPr>
            <w:tcW w:w="2160" w:type="dxa"/>
            <w:tcBorders>
              <w:bottom w:val="single" w:sz="22" w:space="0" w:color="C00000"/>
            </w:tcBorders>
            <w:shd w:val="clear" w:color="auto" w:fill="343A40"/>
          </w:tcPr>
          <w:p w14:paraId="77C2808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  <w:tc>
          <w:tcPr>
            <w:tcW w:w="2160" w:type="dxa"/>
            <w:tcBorders>
              <w:bottom w:val="single" w:sz="22" w:space="0" w:color="C00000"/>
            </w:tcBorders>
            <w:shd w:val="clear" w:color="auto" w:fill="343A40"/>
          </w:tcPr>
          <w:p w14:paraId="7BCA7AD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Arbeitspreis</w:t>
            </w:r>
          </w:p>
        </w:tc>
        <w:tc>
          <w:tcPr>
            <w:tcW w:w="2160" w:type="dxa"/>
            <w:tcBorders>
              <w:bottom w:val="single" w:sz="22" w:space="0" w:color="C00000"/>
            </w:tcBorders>
            <w:shd w:val="clear" w:color="auto" w:fill="343A40"/>
          </w:tcPr>
          <w:p w14:paraId="21D746E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Leistungspreis</w:t>
            </w:r>
          </w:p>
        </w:tc>
        <w:tc>
          <w:tcPr>
            <w:tcW w:w="2160" w:type="dxa"/>
            <w:tcBorders>
              <w:bottom w:val="single" w:sz="22" w:space="0" w:color="C00000"/>
            </w:tcBorders>
            <w:shd w:val="clear" w:color="auto" w:fill="343A40"/>
          </w:tcPr>
          <w:p w14:paraId="5AC6BED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Wärmenetzanschluss</w:t>
            </w:r>
          </w:p>
        </w:tc>
      </w:tr>
      <w:tr w:rsidR="005D31A4" w:rsidRPr="00B252FF" w14:paraId="0AC5B840" w14:textId="77777777">
        <w:trPr>
          <w:jc w:val="center"/>
        </w:trPr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C8A1A8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Einmalige Anschlussgebühren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9292A4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B48A3B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CBD71D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8.000 €</w:t>
            </w:r>
          </w:p>
        </w:tc>
      </w:tr>
      <w:tr w:rsidR="005D31A4" w:rsidRPr="00B252FF" w14:paraId="3AFDC4DD" w14:textId="77777777">
        <w:trPr>
          <w:jc w:val="center"/>
        </w:trPr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E3A330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Wärmebedarf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9C5AF0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0,18 €/kWh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FD94F14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50 €/kW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EBB858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</w:tr>
      <w:tr w:rsidR="005D31A4" w:rsidRPr="00B252FF" w14:paraId="2CDE994B" w14:textId="77777777">
        <w:trPr>
          <w:jc w:val="center"/>
        </w:trPr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47616B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Kältebedarf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1517E4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0,15 €/kWh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E66854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50 €/kW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E137E3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</w:tr>
      <w:tr w:rsidR="005D31A4" w:rsidRPr="00B252FF" w14:paraId="721CDA5F" w14:textId="77777777">
        <w:trPr>
          <w:jc w:val="center"/>
        </w:trPr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2AB8F6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Nutzerstrom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AA8AB3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0,3 €/kWh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3BC7C1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50 €/kW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0F1AA3E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</w:tr>
      <w:tr w:rsidR="005D31A4" w:rsidRPr="00B252FF" w14:paraId="322E547A" w14:textId="77777777">
        <w:trPr>
          <w:jc w:val="center"/>
        </w:trPr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7F2642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Elektromobilität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8F8E68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0,3 €/kWh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FB102B7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50 €/kW</w:t>
            </w:r>
          </w:p>
        </w:tc>
        <w:tc>
          <w:tcPr>
            <w:tcW w:w="216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4C2045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---</w:t>
            </w:r>
          </w:p>
        </w:tc>
      </w:tr>
    </w:tbl>
    <w:p w14:paraId="366BAD5A" w14:textId="77777777" w:rsidR="005D31A4" w:rsidRPr="00B252FF" w:rsidRDefault="005D31A4">
      <w:pPr>
        <w:rPr>
          <w:lang w:val="de-DE"/>
        </w:rPr>
      </w:pPr>
    </w:p>
    <w:p w14:paraId="5BE63826" w14:textId="77777777" w:rsidR="005D31A4" w:rsidRPr="00B252FF" w:rsidRDefault="00000000">
      <w:pPr>
        <w:pStyle w:val="berschrift2"/>
        <w:rPr>
          <w:lang w:val="de-DE"/>
        </w:rPr>
      </w:pPr>
      <w:bookmarkStart w:id="345" w:name="h_appendix_project_weather_data_num"/>
      <w:bookmarkStart w:id="346" w:name="_Toc240363778"/>
      <w:r w:rsidRPr="00B252FF">
        <w:rPr>
          <w:color w:val="000000"/>
          <w:sz w:val="36"/>
          <w:lang w:val="de-DE"/>
        </w:rPr>
        <w:t xml:space="preserve">4.5 </w:t>
      </w:r>
      <w:bookmarkEnd w:id="345"/>
      <w:r w:rsidRPr="00B252FF">
        <w:rPr>
          <w:color w:val="000000"/>
          <w:sz w:val="36"/>
          <w:lang w:val="de-DE"/>
        </w:rPr>
        <w:t>Projekt- und Wetterdaten</w:t>
      </w:r>
      <w:bookmarkEnd w:id="346"/>
    </w:p>
    <w:p w14:paraId="2A04FD92" w14:textId="77777777" w:rsidR="005D31A4" w:rsidRPr="00B252FF" w:rsidRDefault="00000000">
      <w:pPr>
        <w:pStyle w:val="berschrift3"/>
        <w:rPr>
          <w:lang w:val="de-DE"/>
        </w:rPr>
      </w:pPr>
      <w:bookmarkStart w:id="347" w:name="h_appendix_project_weather_general_num"/>
      <w:bookmarkStart w:id="348" w:name="_Toc240363779"/>
      <w:r w:rsidRPr="00B252FF">
        <w:rPr>
          <w:color w:val="000000"/>
          <w:sz w:val="32"/>
          <w:lang w:val="de-DE"/>
        </w:rPr>
        <w:t xml:space="preserve">4.5.1 </w:t>
      </w:r>
      <w:bookmarkEnd w:id="347"/>
      <w:r w:rsidRPr="00B252FF">
        <w:rPr>
          <w:color w:val="000000"/>
          <w:sz w:val="32"/>
          <w:lang w:val="de-DE"/>
        </w:rPr>
        <w:t>Allgemeine Projektdaten</w:t>
      </w:r>
      <w:bookmarkEnd w:id="348"/>
    </w:p>
    <w:p w14:paraId="1C8095DE" w14:textId="0AB57B11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349" w:name="_Toc240363859"/>
      <w:r w:rsidRPr="00B252FF">
        <w:rPr>
          <w:lang w:val="de-DE"/>
        </w:rPr>
        <w:t xml:space="preserve">Tabelle </w:t>
      </w:r>
      <w:bookmarkStart w:id="350" w:name="project_settings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Tabelle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78</w:t>
      </w:r>
      <w:r w:rsidRPr="00B252FF">
        <w:rPr>
          <w:lang w:val="de-DE"/>
        </w:rPr>
        <w:fldChar w:fldCharType="end"/>
      </w:r>
      <w:bookmarkStart w:id="351" w:name="project_settings"/>
      <w:bookmarkEnd w:id="350"/>
      <w:bookmarkEnd w:id="351"/>
      <w:r w:rsidRPr="00B252FF">
        <w:rPr>
          <w:lang w:val="de-DE"/>
        </w:rPr>
        <w:t>: Projekt-Einstellungen</w:t>
      </w:r>
      <w:bookmarkEnd w:id="349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4320"/>
      </w:tblGrid>
      <w:tr w:rsidR="005D31A4" w:rsidRPr="00B252FF" w14:paraId="1A6CA114" w14:textId="77777777">
        <w:trPr>
          <w:jc w:val="center"/>
        </w:trPr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0C02389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4C41FBF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Alle Varianten</w:t>
            </w:r>
          </w:p>
        </w:tc>
      </w:tr>
      <w:tr w:rsidR="005D31A4" w:rsidRPr="00B252FF" w14:paraId="01467C57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46C4E6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Min. Temp.-Diff. Wasser/Wasser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A0808C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2</w:t>
            </w:r>
          </w:p>
        </w:tc>
      </w:tr>
      <w:tr w:rsidR="005D31A4" w:rsidRPr="00B252FF" w14:paraId="5518A023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081CBD3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Feiertage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194D0B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ja</w:t>
            </w:r>
          </w:p>
        </w:tc>
      </w:tr>
      <w:tr w:rsidR="005D31A4" w:rsidRPr="00B252FF" w14:paraId="473B8A4C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CC44D2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Zeitumstellung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1D0EDB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nein</w:t>
            </w:r>
          </w:p>
        </w:tc>
      </w:tr>
      <w:tr w:rsidR="005D31A4" w:rsidRPr="00B252FF" w14:paraId="305CF009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52356E23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Erster Wochentag des Jahres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6CF0E1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Montag</w:t>
            </w:r>
          </w:p>
        </w:tc>
      </w:tr>
      <w:tr w:rsidR="005D31A4" w:rsidRPr="00B252FF" w14:paraId="1F354691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7871550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Version des Simulationskerns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2ED7932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4.6</w:t>
            </w:r>
          </w:p>
        </w:tc>
      </w:tr>
    </w:tbl>
    <w:p w14:paraId="59E0E4C4" w14:textId="77777777" w:rsidR="005D31A4" w:rsidRPr="00B252FF" w:rsidRDefault="005D31A4">
      <w:pPr>
        <w:rPr>
          <w:lang w:val="de-DE"/>
        </w:rPr>
      </w:pPr>
    </w:p>
    <w:p w14:paraId="23B526F8" w14:textId="470E8E01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352" w:name="_Toc240363860"/>
      <w:r w:rsidRPr="00B252FF">
        <w:rPr>
          <w:lang w:val="de-DE"/>
        </w:rPr>
        <w:t xml:space="preserve">Tabelle </w:t>
      </w:r>
      <w:bookmarkStart w:id="353" w:name="geographical_data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Tabelle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79</w:t>
      </w:r>
      <w:r w:rsidRPr="00B252FF">
        <w:rPr>
          <w:lang w:val="de-DE"/>
        </w:rPr>
        <w:fldChar w:fldCharType="end"/>
      </w:r>
      <w:bookmarkStart w:id="354" w:name="geographical_data"/>
      <w:bookmarkEnd w:id="353"/>
      <w:bookmarkEnd w:id="354"/>
      <w:r w:rsidRPr="00B252FF">
        <w:rPr>
          <w:lang w:val="de-DE"/>
        </w:rPr>
        <w:t>: Geographischer Ort (Wetterdaten)</w:t>
      </w:r>
      <w:bookmarkEnd w:id="352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4320"/>
      </w:tblGrid>
      <w:tr w:rsidR="005D31A4" w:rsidRPr="00B252FF" w14:paraId="341C7B0C" w14:textId="77777777">
        <w:trPr>
          <w:jc w:val="center"/>
        </w:trPr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77A4C3E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06FD07A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Alle Varianten</w:t>
            </w:r>
          </w:p>
        </w:tc>
      </w:tr>
      <w:tr w:rsidR="005D31A4" w:rsidRPr="00B252FF" w14:paraId="2B2943F7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43A9573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lastRenderedPageBreak/>
              <w:t>Stadt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283F3B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Düsseldorf</w:t>
            </w:r>
          </w:p>
        </w:tc>
      </w:tr>
      <w:tr w:rsidR="005D31A4" w:rsidRPr="00B252FF" w14:paraId="5A2457B1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9213312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Land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9B1194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Deutschland</w:t>
            </w:r>
          </w:p>
        </w:tc>
      </w:tr>
    </w:tbl>
    <w:p w14:paraId="3F450E66" w14:textId="77777777" w:rsidR="005D31A4" w:rsidRPr="00B252FF" w:rsidRDefault="005D31A4">
      <w:pPr>
        <w:rPr>
          <w:lang w:val="de-DE"/>
        </w:rPr>
      </w:pPr>
    </w:p>
    <w:p w14:paraId="57462483" w14:textId="77777777" w:rsidR="005D31A4" w:rsidRPr="00B252FF" w:rsidRDefault="00000000">
      <w:pPr>
        <w:pStyle w:val="berschrift3"/>
        <w:rPr>
          <w:lang w:val="de-DE"/>
        </w:rPr>
      </w:pPr>
      <w:bookmarkStart w:id="355" w:name="h_appendix_project_weather_weather_num"/>
      <w:bookmarkStart w:id="356" w:name="_Toc240363780"/>
      <w:r w:rsidRPr="00B252FF">
        <w:rPr>
          <w:color w:val="000000"/>
          <w:sz w:val="32"/>
          <w:lang w:val="de-DE"/>
        </w:rPr>
        <w:t xml:space="preserve">4.5.2 </w:t>
      </w:r>
      <w:bookmarkEnd w:id="355"/>
      <w:r w:rsidRPr="00B252FF">
        <w:rPr>
          <w:color w:val="000000"/>
          <w:sz w:val="32"/>
          <w:lang w:val="de-DE"/>
        </w:rPr>
        <w:t>Wetterdaten</w:t>
      </w:r>
      <w:bookmarkEnd w:id="356"/>
    </w:p>
    <w:p w14:paraId="38F39E0A" w14:textId="733BCDDB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357" w:name="_Toc240363861"/>
      <w:r w:rsidRPr="00B252FF">
        <w:rPr>
          <w:lang w:val="de-DE"/>
        </w:rPr>
        <w:t xml:space="preserve">Tabelle </w:t>
      </w:r>
      <w:bookmarkStart w:id="358" w:name="weather_adaptations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Tabelle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80</w:t>
      </w:r>
      <w:r w:rsidRPr="00B252FF">
        <w:rPr>
          <w:lang w:val="de-DE"/>
        </w:rPr>
        <w:fldChar w:fldCharType="end"/>
      </w:r>
      <w:bookmarkStart w:id="359" w:name="weather_adaptations"/>
      <w:bookmarkEnd w:id="358"/>
      <w:bookmarkEnd w:id="359"/>
      <w:r w:rsidRPr="00B252FF">
        <w:rPr>
          <w:lang w:val="de-DE"/>
        </w:rPr>
        <w:t>: Anpassungen der Wetterdaten</w:t>
      </w:r>
      <w:bookmarkEnd w:id="357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4320"/>
      </w:tblGrid>
      <w:tr w:rsidR="005D31A4" w:rsidRPr="00B252FF" w14:paraId="1DC8104A" w14:textId="77777777">
        <w:trPr>
          <w:jc w:val="center"/>
        </w:trPr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7502C769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 </w:t>
            </w:r>
          </w:p>
        </w:tc>
        <w:tc>
          <w:tcPr>
            <w:tcW w:w="4320" w:type="dxa"/>
            <w:tcBorders>
              <w:bottom w:val="single" w:sz="22" w:space="0" w:color="C00000"/>
            </w:tcBorders>
            <w:shd w:val="clear" w:color="auto" w:fill="343A40"/>
          </w:tcPr>
          <w:p w14:paraId="06A908E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color w:val="FFFFFF"/>
                <w:sz w:val="20"/>
                <w:lang w:val="de-DE"/>
              </w:rPr>
              <w:t>Alle Varianten</w:t>
            </w:r>
          </w:p>
        </w:tc>
      </w:tr>
      <w:tr w:rsidR="005D31A4" w:rsidRPr="00B252FF" w14:paraId="0D19C81C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F25B676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Temperatur erhöhen/verringern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04D57C9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nein</w:t>
            </w:r>
          </w:p>
        </w:tc>
      </w:tr>
      <w:tr w:rsidR="005D31A4" w:rsidRPr="00B252FF" w14:paraId="24DB6E18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11E9B70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Tiefsttemperatur festlegen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7E3DD32D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nein</w:t>
            </w:r>
          </w:p>
        </w:tc>
      </w:tr>
      <w:tr w:rsidR="005D31A4" w:rsidRPr="00B252FF" w14:paraId="2B45805D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111B553B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Höchsttemperatur festlegen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60A168F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nein</w:t>
            </w:r>
          </w:p>
        </w:tc>
      </w:tr>
      <w:tr w:rsidR="005D31A4" w:rsidRPr="00B252FF" w14:paraId="3DA75788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245A2A15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GHI-Einstrahlung erhöhen/verringern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20D273F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nein</w:t>
            </w:r>
          </w:p>
        </w:tc>
      </w:tr>
      <w:tr w:rsidR="005D31A4" w:rsidRPr="00B252FF" w14:paraId="6D979684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57D5C65C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DNI-Einstrahlung erhöhen/verringern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F0F0F0"/>
            <w:vAlign w:val="center"/>
          </w:tcPr>
          <w:p w14:paraId="3F279BFA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nein</w:t>
            </w:r>
          </w:p>
        </w:tc>
      </w:tr>
      <w:tr w:rsidR="005D31A4" w:rsidRPr="00B252FF" w14:paraId="60CC293D" w14:textId="77777777">
        <w:trPr>
          <w:jc w:val="center"/>
        </w:trPr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6B7637D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Windgeschwindigkeit erhöhen/verringern</w:t>
            </w:r>
          </w:p>
        </w:tc>
        <w:tc>
          <w:tcPr>
            <w:tcW w:w="4320" w:type="dxa"/>
            <w:tcBorders>
              <w:bottom w:val="single" w:sz="8" w:space="0" w:color="9B9B9B"/>
            </w:tcBorders>
            <w:shd w:val="clear" w:color="auto" w:fill="CFCFCF"/>
            <w:vAlign w:val="center"/>
          </w:tcPr>
          <w:p w14:paraId="314936E8" w14:textId="77777777" w:rsidR="005D31A4" w:rsidRPr="00B252FF" w:rsidRDefault="00000000">
            <w:pPr>
              <w:spacing w:before="20" w:after="10" w:line="240" w:lineRule="auto"/>
              <w:jc w:val="center"/>
              <w:rPr>
                <w:lang w:val="de-DE"/>
              </w:rPr>
            </w:pPr>
            <w:r w:rsidRPr="00B252FF">
              <w:rPr>
                <w:sz w:val="20"/>
                <w:lang w:val="de-DE"/>
              </w:rPr>
              <w:t>nein</w:t>
            </w:r>
          </w:p>
        </w:tc>
      </w:tr>
    </w:tbl>
    <w:p w14:paraId="1356E387" w14:textId="77777777" w:rsidR="005D31A4" w:rsidRPr="00B252FF" w:rsidRDefault="005D31A4">
      <w:pPr>
        <w:rPr>
          <w:lang w:val="de-DE"/>
        </w:rPr>
      </w:pPr>
    </w:p>
    <w:p w14:paraId="076367C5" w14:textId="77777777" w:rsidR="005D31A4" w:rsidRPr="00B252FF" w:rsidRDefault="00000000">
      <w:pPr>
        <w:spacing w:before="300" w:after="40"/>
        <w:jc w:val="center"/>
        <w:rPr>
          <w:lang w:val="de-DE"/>
        </w:rPr>
      </w:pPr>
      <w:r w:rsidRPr="00B252FF">
        <w:rPr>
          <w:noProof/>
          <w:lang w:val="de-DE"/>
        </w:rPr>
        <w:drawing>
          <wp:inline distT="0" distB="0" distL="0" distR="0" wp14:anchorId="204330F4" wp14:editId="4CB9D576">
            <wp:extent cx="5486400" cy="274320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0AD1D" w14:textId="7849C454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360" w:name="_Toc240363883"/>
      <w:r w:rsidRPr="00B252FF">
        <w:rPr>
          <w:lang w:val="de-DE"/>
        </w:rPr>
        <w:t xml:space="preserve">Abbildung </w:t>
      </w:r>
      <w:bookmarkStart w:id="361" w:name="air_temp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Abbildung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22</w:t>
      </w:r>
      <w:r w:rsidRPr="00B252FF">
        <w:rPr>
          <w:lang w:val="de-DE"/>
        </w:rPr>
        <w:fldChar w:fldCharType="end"/>
      </w:r>
      <w:bookmarkStart w:id="362" w:name="air_temp"/>
      <w:bookmarkEnd w:id="361"/>
      <w:bookmarkEnd w:id="362"/>
      <w:r w:rsidRPr="00B252FF">
        <w:rPr>
          <w:lang w:val="de-DE"/>
        </w:rPr>
        <w:t>: Lufttemperatur (Jahresprofil)</w:t>
      </w:r>
      <w:bookmarkEnd w:id="360"/>
    </w:p>
    <w:p w14:paraId="484DDC05" w14:textId="77777777" w:rsidR="005D31A4" w:rsidRPr="00B252FF" w:rsidRDefault="00000000">
      <w:pPr>
        <w:spacing w:before="300" w:after="40"/>
        <w:jc w:val="center"/>
        <w:rPr>
          <w:lang w:val="de-DE"/>
        </w:rPr>
      </w:pPr>
      <w:r w:rsidRPr="00B252FF">
        <w:rPr>
          <w:noProof/>
          <w:lang w:val="de-DE"/>
        </w:rPr>
        <w:lastRenderedPageBreak/>
        <w:drawing>
          <wp:inline distT="0" distB="0" distL="0" distR="0" wp14:anchorId="103EDB06" wp14:editId="56652FC6">
            <wp:extent cx="5486400" cy="27432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FE8547" w14:textId="154DB432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363" w:name="_Toc240363884"/>
      <w:r w:rsidRPr="00B252FF">
        <w:rPr>
          <w:lang w:val="de-DE"/>
        </w:rPr>
        <w:t xml:space="preserve">Abbildung </w:t>
      </w:r>
      <w:bookmarkStart w:id="364" w:name="heatmap_plot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Abbildung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23</w:t>
      </w:r>
      <w:r w:rsidRPr="00B252FF">
        <w:rPr>
          <w:lang w:val="de-DE"/>
        </w:rPr>
        <w:fldChar w:fldCharType="end"/>
      </w:r>
      <w:bookmarkStart w:id="365" w:name="heatmap_plot"/>
      <w:bookmarkEnd w:id="364"/>
      <w:bookmarkEnd w:id="365"/>
      <w:r w:rsidRPr="00B252FF">
        <w:rPr>
          <w:lang w:val="de-DE"/>
        </w:rPr>
        <w:t>: Lufttemperatur (Heatmap)</w:t>
      </w:r>
      <w:bookmarkEnd w:id="363"/>
    </w:p>
    <w:p w14:paraId="584BF059" w14:textId="77777777" w:rsidR="005D31A4" w:rsidRPr="00B252FF" w:rsidRDefault="00000000">
      <w:pPr>
        <w:spacing w:before="300" w:after="40"/>
        <w:jc w:val="center"/>
        <w:rPr>
          <w:lang w:val="de-DE"/>
        </w:rPr>
      </w:pPr>
      <w:r w:rsidRPr="00B252FF">
        <w:rPr>
          <w:noProof/>
          <w:lang w:val="de-DE"/>
        </w:rPr>
        <w:drawing>
          <wp:inline distT="0" distB="0" distL="0" distR="0" wp14:anchorId="02E69A6C" wp14:editId="63BECC64">
            <wp:extent cx="5486400" cy="27432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507466" w14:textId="5A9CAF78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366" w:name="_Toc240363885"/>
      <w:r w:rsidRPr="00B252FF">
        <w:rPr>
          <w:lang w:val="de-DE"/>
        </w:rPr>
        <w:t xml:space="preserve">Abbildung </w:t>
      </w:r>
      <w:bookmarkStart w:id="367" w:name="wind_speed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Abbildung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24</w:t>
      </w:r>
      <w:r w:rsidRPr="00B252FF">
        <w:rPr>
          <w:lang w:val="de-DE"/>
        </w:rPr>
        <w:fldChar w:fldCharType="end"/>
      </w:r>
      <w:bookmarkStart w:id="368" w:name="wind_speed"/>
      <w:bookmarkEnd w:id="367"/>
      <w:bookmarkEnd w:id="368"/>
      <w:r w:rsidRPr="00B252FF">
        <w:rPr>
          <w:lang w:val="de-DE"/>
        </w:rPr>
        <w:t>: Windgeschwindigkeit (Jahresprofil)</w:t>
      </w:r>
      <w:bookmarkEnd w:id="366"/>
    </w:p>
    <w:p w14:paraId="4D8E66BD" w14:textId="77777777" w:rsidR="005D31A4" w:rsidRPr="00B252FF" w:rsidRDefault="00000000">
      <w:pPr>
        <w:spacing w:before="300" w:after="40"/>
        <w:jc w:val="center"/>
        <w:rPr>
          <w:lang w:val="de-DE"/>
        </w:rPr>
      </w:pPr>
      <w:r w:rsidRPr="00B252FF">
        <w:rPr>
          <w:noProof/>
          <w:lang w:val="de-DE"/>
        </w:rPr>
        <w:lastRenderedPageBreak/>
        <w:drawing>
          <wp:inline distT="0" distB="0" distL="0" distR="0" wp14:anchorId="29B40A26" wp14:editId="7AF61AE9">
            <wp:extent cx="5486400" cy="274320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839E6" w14:textId="3E4F0129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369" w:name="_Toc240363886"/>
      <w:r w:rsidRPr="00B252FF">
        <w:rPr>
          <w:lang w:val="de-DE"/>
        </w:rPr>
        <w:t xml:space="preserve">Abbildung </w:t>
      </w:r>
      <w:bookmarkStart w:id="370" w:name="heatmap_plot_fig_2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Abbildung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25</w:t>
      </w:r>
      <w:r w:rsidRPr="00B252FF">
        <w:rPr>
          <w:lang w:val="de-DE"/>
        </w:rPr>
        <w:fldChar w:fldCharType="end"/>
      </w:r>
      <w:bookmarkStart w:id="371" w:name="heatmap_plot_fig_2"/>
      <w:bookmarkEnd w:id="370"/>
      <w:bookmarkEnd w:id="371"/>
      <w:r w:rsidRPr="00B252FF">
        <w:rPr>
          <w:lang w:val="de-DE"/>
        </w:rPr>
        <w:t>: Windgeschwindigkeit (Heatmap)</w:t>
      </w:r>
      <w:bookmarkEnd w:id="369"/>
    </w:p>
    <w:p w14:paraId="35A21335" w14:textId="77777777" w:rsidR="005D31A4" w:rsidRPr="00B252FF" w:rsidRDefault="00000000">
      <w:pPr>
        <w:spacing w:before="300" w:after="40"/>
        <w:jc w:val="center"/>
        <w:rPr>
          <w:lang w:val="de-DE"/>
        </w:rPr>
      </w:pPr>
      <w:r w:rsidRPr="00B252FF">
        <w:rPr>
          <w:noProof/>
          <w:lang w:val="de-DE"/>
        </w:rPr>
        <w:drawing>
          <wp:inline distT="0" distB="0" distL="0" distR="0" wp14:anchorId="4E7344F2" wp14:editId="3728CBC2">
            <wp:extent cx="5486400" cy="274320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7AC66" w14:textId="7BFEF938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372" w:name="_Toc240363887"/>
      <w:r w:rsidRPr="00B252FF">
        <w:rPr>
          <w:lang w:val="de-DE"/>
        </w:rPr>
        <w:t xml:space="preserve">Abbildung </w:t>
      </w:r>
      <w:bookmarkStart w:id="373" w:name="ghi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Abbildung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26</w:t>
      </w:r>
      <w:r w:rsidRPr="00B252FF">
        <w:rPr>
          <w:lang w:val="de-DE"/>
        </w:rPr>
        <w:fldChar w:fldCharType="end"/>
      </w:r>
      <w:bookmarkStart w:id="374" w:name="ghi"/>
      <w:bookmarkEnd w:id="373"/>
      <w:bookmarkEnd w:id="374"/>
      <w:r w:rsidRPr="00B252FF">
        <w:rPr>
          <w:lang w:val="de-DE"/>
        </w:rPr>
        <w:t>: Globalstrahlung (Jahresprofil)</w:t>
      </w:r>
      <w:bookmarkEnd w:id="372"/>
    </w:p>
    <w:p w14:paraId="782D9E37" w14:textId="77777777" w:rsidR="005D31A4" w:rsidRPr="00B252FF" w:rsidRDefault="00000000">
      <w:pPr>
        <w:spacing w:before="300" w:after="40"/>
        <w:jc w:val="center"/>
        <w:rPr>
          <w:lang w:val="de-DE"/>
        </w:rPr>
      </w:pPr>
      <w:r w:rsidRPr="00B252FF">
        <w:rPr>
          <w:noProof/>
          <w:lang w:val="de-DE"/>
        </w:rPr>
        <w:lastRenderedPageBreak/>
        <w:drawing>
          <wp:inline distT="0" distB="0" distL="0" distR="0" wp14:anchorId="331DB522" wp14:editId="15BAA329">
            <wp:extent cx="5486400" cy="274320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BAA08" w14:textId="0AEA2045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375" w:name="_Toc240363888"/>
      <w:r w:rsidRPr="00B252FF">
        <w:rPr>
          <w:lang w:val="de-DE"/>
        </w:rPr>
        <w:t xml:space="preserve">Abbildung </w:t>
      </w:r>
      <w:bookmarkStart w:id="376" w:name="heatmap_plot_fig_3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Abbildung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27</w:t>
      </w:r>
      <w:r w:rsidRPr="00B252FF">
        <w:rPr>
          <w:lang w:val="de-DE"/>
        </w:rPr>
        <w:fldChar w:fldCharType="end"/>
      </w:r>
      <w:bookmarkStart w:id="377" w:name="heatmap_plot_fig_3"/>
      <w:bookmarkEnd w:id="376"/>
      <w:bookmarkEnd w:id="377"/>
      <w:r w:rsidRPr="00B252FF">
        <w:rPr>
          <w:lang w:val="de-DE"/>
        </w:rPr>
        <w:t>: Globalstrahlung (Heatmap)</w:t>
      </w:r>
      <w:bookmarkEnd w:id="375"/>
    </w:p>
    <w:p w14:paraId="0556A6BD" w14:textId="77777777" w:rsidR="005D31A4" w:rsidRPr="00B252FF" w:rsidRDefault="00000000">
      <w:pPr>
        <w:spacing w:before="300" w:after="40"/>
        <w:jc w:val="center"/>
        <w:rPr>
          <w:lang w:val="de-DE"/>
        </w:rPr>
      </w:pPr>
      <w:r w:rsidRPr="00B252FF">
        <w:rPr>
          <w:noProof/>
          <w:lang w:val="de-DE"/>
        </w:rPr>
        <w:drawing>
          <wp:inline distT="0" distB="0" distL="0" distR="0" wp14:anchorId="34120C26" wp14:editId="3368E6BF">
            <wp:extent cx="5486400" cy="274320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74C1E" w14:textId="7A222450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378" w:name="_Toc240363889"/>
      <w:r w:rsidRPr="00B252FF">
        <w:rPr>
          <w:lang w:val="de-DE"/>
        </w:rPr>
        <w:t xml:space="preserve">Abbildung </w:t>
      </w:r>
      <w:bookmarkStart w:id="379" w:name="dni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Abbildung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28</w:t>
      </w:r>
      <w:r w:rsidRPr="00B252FF">
        <w:rPr>
          <w:lang w:val="de-DE"/>
        </w:rPr>
        <w:fldChar w:fldCharType="end"/>
      </w:r>
      <w:bookmarkStart w:id="380" w:name="dni"/>
      <w:bookmarkEnd w:id="379"/>
      <w:bookmarkEnd w:id="380"/>
      <w:r w:rsidRPr="00B252FF">
        <w:rPr>
          <w:lang w:val="de-DE"/>
        </w:rPr>
        <w:t>: Direkte Normalstrahlung (Jahresprofil)</w:t>
      </w:r>
      <w:bookmarkEnd w:id="378"/>
    </w:p>
    <w:p w14:paraId="1240023A" w14:textId="77777777" w:rsidR="005D31A4" w:rsidRPr="00B252FF" w:rsidRDefault="00000000">
      <w:pPr>
        <w:spacing w:before="300" w:after="40"/>
        <w:jc w:val="center"/>
        <w:rPr>
          <w:lang w:val="de-DE"/>
        </w:rPr>
      </w:pPr>
      <w:r w:rsidRPr="00B252FF">
        <w:rPr>
          <w:noProof/>
          <w:lang w:val="de-DE"/>
        </w:rPr>
        <w:lastRenderedPageBreak/>
        <w:drawing>
          <wp:inline distT="0" distB="0" distL="0" distR="0" wp14:anchorId="5A68F82A" wp14:editId="080547BE">
            <wp:extent cx="5486400" cy="274320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2310E" w14:textId="601CA41F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381" w:name="_Toc240363890"/>
      <w:r w:rsidRPr="00B252FF">
        <w:rPr>
          <w:lang w:val="de-DE"/>
        </w:rPr>
        <w:t xml:space="preserve">Abbildung </w:t>
      </w:r>
      <w:bookmarkStart w:id="382" w:name="heatmap_plot_fig_4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Abbildung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29</w:t>
      </w:r>
      <w:r w:rsidRPr="00B252FF">
        <w:rPr>
          <w:lang w:val="de-DE"/>
        </w:rPr>
        <w:fldChar w:fldCharType="end"/>
      </w:r>
      <w:bookmarkStart w:id="383" w:name="heatmap_plot_fig_4"/>
      <w:bookmarkEnd w:id="382"/>
      <w:bookmarkEnd w:id="383"/>
      <w:r w:rsidRPr="00B252FF">
        <w:rPr>
          <w:lang w:val="de-DE"/>
        </w:rPr>
        <w:t>: Direkte Normalstrahlung (Heatmap)</w:t>
      </w:r>
      <w:bookmarkEnd w:id="381"/>
    </w:p>
    <w:p w14:paraId="3540B297" w14:textId="77777777" w:rsidR="005D31A4" w:rsidRPr="00B252FF" w:rsidRDefault="00000000">
      <w:pPr>
        <w:spacing w:before="300" w:after="40"/>
        <w:jc w:val="center"/>
        <w:rPr>
          <w:lang w:val="de-DE"/>
        </w:rPr>
      </w:pPr>
      <w:r w:rsidRPr="00B252FF">
        <w:rPr>
          <w:noProof/>
          <w:lang w:val="de-DE"/>
        </w:rPr>
        <w:drawing>
          <wp:inline distT="0" distB="0" distL="0" distR="0" wp14:anchorId="4D9DE764" wp14:editId="3DC2B6FA">
            <wp:extent cx="5486400" cy="274320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00FCB" w14:textId="56FD484A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384" w:name="_Toc240363891"/>
      <w:r w:rsidRPr="00B252FF">
        <w:rPr>
          <w:lang w:val="de-DE"/>
        </w:rPr>
        <w:t xml:space="preserve">Abbildung </w:t>
      </w:r>
      <w:bookmarkStart w:id="385" w:name="ir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Abbildung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30</w:t>
      </w:r>
      <w:r w:rsidRPr="00B252FF">
        <w:rPr>
          <w:lang w:val="de-DE"/>
        </w:rPr>
        <w:fldChar w:fldCharType="end"/>
      </w:r>
      <w:bookmarkStart w:id="386" w:name="ir"/>
      <w:bookmarkEnd w:id="385"/>
      <w:bookmarkEnd w:id="386"/>
      <w:r w:rsidRPr="00B252FF">
        <w:rPr>
          <w:lang w:val="de-DE"/>
        </w:rPr>
        <w:t>: Horizontale Infrarotstrahlung (Jahresprofil)</w:t>
      </w:r>
      <w:bookmarkEnd w:id="384"/>
    </w:p>
    <w:p w14:paraId="193A966C" w14:textId="77777777" w:rsidR="005D31A4" w:rsidRPr="00B252FF" w:rsidRDefault="00000000">
      <w:pPr>
        <w:spacing w:before="300" w:after="40"/>
        <w:jc w:val="center"/>
        <w:rPr>
          <w:lang w:val="de-DE"/>
        </w:rPr>
      </w:pPr>
      <w:r w:rsidRPr="00B252FF">
        <w:rPr>
          <w:noProof/>
          <w:lang w:val="de-DE"/>
        </w:rPr>
        <w:lastRenderedPageBreak/>
        <w:drawing>
          <wp:inline distT="0" distB="0" distL="0" distR="0" wp14:anchorId="71F271E1" wp14:editId="7D07B581">
            <wp:extent cx="5486400" cy="274320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A95F22" w14:textId="57929B91" w:rsidR="005D31A4" w:rsidRPr="00B252FF" w:rsidRDefault="00000000">
      <w:pPr>
        <w:pStyle w:val="CaptionStyle"/>
        <w:spacing w:before="40" w:after="0"/>
        <w:jc w:val="center"/>
        <w:rPr>
          <w:lang w:val="de-DE"/>
        </w:rPr>
      </w:pPr>
      <w:bookmarkStart w:id="387" w:name="_Toc240363892"/>
      <w:r w:rsidRPr="00B252FF">
        <w:rPr>
          <w:lang w:val="de-DE"/>
        </w:rPr>
        <w:t xml:space="preserve">Abbildung </w:t>
      </w:r>
      <w:bookmarkStart w:id="388" w:name="heatmap_plot_fig_5_num"/>
      <w:r w:rsidRPr="00B252FF">
        <w:rPr>
          <w:lang w:val="de-DE"/>
        </w:rPr>
        <w:fldChar w:fldCharType="begin"/>
      </w:r>
      <w:r w:rsidRPr="00B252FF">
        <w:rPr>
          <w:lang w:val="de-DE"/>
        </w:rPr>
        <w:instrText>SEQ Abbildung \* ARABIC</w:instrText>
      </w:r>
      <w:r w:rsidRPr="00B252FF">
        <w:rPr>
          <w:lang w:val="de-DE"/>
        </w:rPr>
        <w:fldChar w:fldCharType="separate"/>
      </w:r>
      <w:r w:rsidR="00B252FF" w:rsidRPr="00B252FF">
        <w:rPr>
          <w:noProof/>
          <w:lang w:val="de-DE"/>
        </w:rPr>
        <w:t>31</w:t>
      </w:r>
      <w:r w:rsidRPr="00B252FF">
        <w:rPr>
          <w:lang w:val="de-DE"/>
        </w:rPr>
        <w:fldChar w:fldCharType="end"/>
      </w:r>
      <w:bookmarkStart w:id="389" w:name="heatmap_plot_fig_5"/>
      <w:bookmarkEnd w:id="388"/>
      <w:bookmarkEnd w:id="389"/>
      <w:r w:rsidRPr="00B252FF">
        <w:rPr>
          <w:lang w:val="de-DE"/>
        </w:rPr>
        <w:t>: Horizontale Infrarotstrahlung (Heatmap)</w:t>
      </w:r>
      <w:bookmarkEnd w:id="387"/>
    </w:p>
    <w:p w14:paraId="37B39A81" w14:textId="77777777" w:rsidR="005D31A4" w:rsidRPr="00B252FF" w:rsidRDefault="00000000">
      <w:pPr>
        <w:pStyle w:val="berschrift2"/>
        <w:rPr>
          <w:lang w:val="de-DE"/>
        </w:rPr>
      </w:pPr>
      <w:bookmarkStart w:id="390" w:name="h_appendix_data_sources_num"/>
      <w:bookmarkStart w:id="391" w:name="_Toc240363781"/>
      <w:r w:rsidRPr="00B252FF">
        <w:rPr>
          <w:color w:val="000000"/>
          <w:sz w:val="36"/>
          <w:lang w:val="de-DE"/>
        </w:rPr>
        <w:t xml:space="preserve">4.6 </w:t>
      </w:r>
      <w:bookmarkEnd w:id="390"/>
      <w:r w:rsidRPr="00B252FF">
        <w:rPr>
          <w:color w:val="000000"/>
          <w:sz w:val="36"/>
          <w:lang w:val="de-DE"/>
        </w:rPr>
        <w:t>Weitere Hinweise und Datenquellen</w:t>
      </w:r>
      <w:bookmarkEnd w:id="391"/>
    </w:p>
    <w:p w14:paraId="003B2A26" w14:textId="77777777" w:rsidR="005D31A4" w:rsidRPr="00B252FF" w:rsidRDefault="00000000">
      <w:pPr>
        <w:jc w:val="both"/>
        <w:rPr>
          <w:lang w:val="de-DE"/>
        </w:rPr>
      </w:pPr>
      <w:r w:rsidRPr="00B252FF">
        <w:rPr>
          <w:lang w:val="de-DE"/>
        </w:rPr>
        <w:t>Dieser Bericht enthält Kartendaten © OpenStreetMap-Mitwirkende, die unter der Open Database License (ODbL) lizenziert sind.</w:t>
      </w:r>
    </w:p>
    <w:sectPr w:rsidR="005D31A4" w:rsidRPr="00B252FF" w:rsidSect="00034616">
      <w:footerReference w:type="default" r:id="rId38"/>
      <w:type w:val="continuous"/>
      <w:pgSz w:w="12240" w:h="15840"/>
      <w:pgMar w:top="1440" w:right="1800" w:bottom="1440" w:left="1800" w:header="720" w:footer="720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6E614" w14:textId="77777777" w:rsidR="00C84767" w:rsidRDefault="00C84767">
      <w:pPr>
        <w:spacing w:after="0" w:line="240" w:lineRule="auto"/>
      </w:pPr>
      <w:r>
        <w:separator/>
      </w:r>
    </w:p>
  </w:endnote>
  <w:endnote w:type="continuationSeparator" w:id="0">
    <w:p w14:paraId="03796FF8" w14:textId="77777777" w:rsidR="00C84767" w:rsidRDefault="00C84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E81E6" w14:textId="467A7A92" w:rsidR="005D31A4" w:rsidRDefault="00000000">
    <w:pPr>
      <w:pStyle w:val="Fuzeile"/>
      <w:jc w:val="center"/>
    </w:pPr>
    <w:r>
      <w:fldChar w:fldCharType="begin"/>
    </w:r>
    <w:r>
      <w:instrText>PAGE</w:instrText>
    </w:r>
    <w:r>
      <w:fldChar w:fldCharType="separate"/>
    </w:r>
    <w:r w:rsidR="00B252FF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2B233" w14:textId="77777777" w:rsidR="00C84767" w:rsidRDefault="00C84767">
      <w:pPr>
        <w:spacing w:after="0" w:line="240" w:lineRule="auto"/>
      </w:pPr>
      <w:r>
        <w:separator/>
      </w:r>
    </w:p>
  </w:footnote>
  <w:footnote w:type="continuationSeparator" w:id="0">
    <w:p w14:paraId="09D73B01" w14:textId="77777777" w:rsidR="00C84767" w:rsidRDefault="00C847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5C7A3" w14:textId="77777777" w:rsidR="005D31A4" w:rsidRDefault="00000000">
    <w:pPr>
      <w:pStyle w:val="Kopfzeile"/>
      <w:jc w:val="right"/>
    </w:pPr>
    <w:r>
      <w:rPr>
        <w:noProof/>
      </w:rPr>
      <w:drawing>
        <wp:inline distT="0" distB="0" distL="0" distR="0" wp14:anchorId="1D4B79DA" wp14:editId="738E6DD1">
          <wp:extent cx="685800" cy="292607"/>
          <wp:effectExtent l="0" t="0" r="0" b="0"/>
          <wp:docPr id="146923979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pro_logo_smal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800" cy="2926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19580527">
    <w:abstractNumId w:val="8"/>
  </w:num>
  <w:num w:numId="2" w16cid:durableId="416899316">
    <w:abstractNumId w:val="6"/>
  </w:num>
  <w:num w:numId="3" w16cid:durableId="1289700778">
    <w:abstractNumId w:val="5"/>
  </w:num>
  <w:num w:numId="4" w16cid:durableId="1560937976">
    <w:abstractNumId w:val="4"/>
  </w:num>
  <w:num w:numId="5" w16cid:durableId="310408470">
    <w:abstractNumId w:val="7"/>
  </w:num>
  <w:num w:numId="6" w16cid:durableId="913588480">
    <w:abstractNumId w:val="3"/>
  </w:num>
  <w:num w:numId="7" w16cid:durableId="1220743755">
    <w:abstractNumId w:val="2"/>
  </w:num>
  <w:num w:numId="8" w16cid:durableId="1087456302">
    <w:abstractNumId w:val="1"/>
  </w:num>
  <w:num w:numId="9" w16cid:durableId="721951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B23D0"/>
    <w:rsid w:val="005D31A4"/>
    <w:rsid w:val="00AA1D8D"/>
    <w:rsid w:val="00B252FF"/>
    <w:rsid w:val="00B47730"/>
    <w:rsid w:val="00C84767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3CD7CB"/>
  <w14:defaultImageDpi w14:val="300"/>
  <w15:docId w15:val="{D0412397-9CFC-4E82-9FEB-BC9ADD543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rPr>
      <w:rFonts w:ascii="Calibri" w:hAnsi="Calibri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aptionStyle">
    <w:name w:val="CaptionStyle"/>
    <w:rPr>
      <w:rFonts w:ascii="Calibri" w:hAnsi="Calibri"/>
      <w:i/>
      <w:color w:val="000000"/>
      <w:sz w:val="20"/>
    </w:rPr>
  </w:style>
  <w:style w:type="paragraph" w:styleId="Verzeichnis1">
    <w:name w:val="toc 1"/>
    <w:basedOn w:val="Standard"/>
    <w:next w:val="Standard"/>
    <w:autoRedefine/>
    <w:uiPriority w:val="39"/>
    <w:unhideWhenUsed/>
    <w:rsid w:val="00B252FF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B252FF"/>
    <w:pPr>
      <w:spacing w:after="100"/>
      <w:ind w:left="240"/>
    </w:pPr>
  </w:style>
  <w:style w:type="paragraph" w:styleId="Verzeichnis3">
    <w:name w:val="toc 3"/>
    <w:basedOn w:val="Standard"/>
    <w:next w:val="Standard"/>
    <w:autoRedefine/>
    <w:uiPriority w:val="39"/>
    <w:unhideWhenUsed/>
    <w:rsid w:val="00B252FF"/>
    <w:pPr>
      <w:spacing w:after="100"/>
      <w:ind w:left="480"/>
    </w:pPr>
  </w:style>
  <w:style w:type="character" w:styleId="Hyperlink">
    <w:name w:val="Hyperlink"/>
    <w:basedOn w:val="Absatz-Standardschriftart"/>
    <w:uiPriority w:val="99"/>
    <w:unhideWhenUsed/>
    <w:rsid w:val="00B252FF"/>
    <w:rPr>
      <w:color w:val="0000FF" w:themeColor="hyperlink"/>
      <w:u w:val="single"/>
    </w:rPr>
  </w:style>
  <w:style w:type="paragraph" w:styleId="Abbildungsverzeichnis">
    <w:name w:val="table of figures"/>
    <w:basedOn w:val="Standard"/>
    <w:next w:val="Standard"/>
    <w:uiPriority w:val="99"/>
    <w:unhideWhenUsed/>
    <w:rsid w:val="00B252FF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fontTable" Target="fontTable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58</Pages>
  <Words>8525</Words>
  <Characters>53710</Characters>
  <Application>Microsoft Office Word</Application>
  <DocSecurity>0</DocSecurity>
  <Lines>447</Lines>
  <Paragraphs>124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62111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nPro Ergebnisbericht</dc:title>
  <dc:subject/>
  <dc:creator>Lisa Weidinger</dc:creator>
  <cp:keywords>nPro Energy</cp:keywords>
  <dc:description>Dieser Ergebnisbericht wurde mit der nPro Software erstellt.</dc:description>
  <cp:lastModifiedBy>Lisa Weidinger (nPro Energy)</cp:lastModifiedBy>
  <cp:revision>2</cp:revision>
  <dcterms:created xsi:type="dcterms:W3CDTF">2026-09-09T13:44:00Z</dcterms:created>
  <dcterms:modified xsi:type="dcterms:W3CDTF">2026-09-15T09:22:00Z</dcterms:modified>
  <cp:category/>
</cp:coreProperties>
</file>