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8793" w14:textId="77777777" w:rsidR="00A806B2" w:rsidRPr="00A864B8" w:rsidRDefault="00000000">
      <w:pPr>
        <w:jc w:val="center"/>
      </w:pPr>
      <w:r w:rsidRPr="00A864B8">
        <w:rPr>
          <w:b/>
          <w:color w:val="000000"/>
          <w:sz w:val="72"/>
        </w:rPr>
        <w:t>BEW Modul 1 Machbarkeitsstudie</w:t>
      </w:r>
    </w:p>
    <w:p w14:paraId="57C6EF03" w14:textId="77777777" w:rsidR="00A806B2" w:rsidRPr="00A864B8" w:rsidRDefault="00000000">
      <w:pPr>
        <w:jc w:val="center"/>
      </w:pPr>
      <w:r w:rsidRPr="00A864B8">
        <w:rPr>
          <w:b/>
          <w:color w:val="000000"/>
          <w:sz w:val="48"/>
        </w:rPr>
        <w:t>Projekt: Projekt 1</w:t>
      </w:r>
    </w:p>
    <w:p w14:paraId="05CC336A" w14:textId="77777777" w:rsidR="00A806B2" w:rsidRPr="00A864B8" w:rsidRDefault="00000000">
      <w:pPr>
        <w:spacing w:before="300" w:after="40"/>
        <w:jc w:val="center"/>
      </w:pPr>
      <w:r w:rsidRPr="00A864B8">
        <w:drawing>
          <wp:inline distT="0" distB="0" distL="0" distR="0" wp14:anchorId="48898FE0" wp14:editId="6061693A">
            <wp:extent cx="41148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4114800" cy="3429000"/>
                    </a:xfrm>
                    <a:prstGeom prst="rect">
                      <a:avLst/>
                    </a:prstGeom>
                  </pic:spPr>
                </pic:pic>
              </a:graphicData>
            </a:graphic>
          </wp:inline>
        </w:drawing>
      </w:r>
    </w:p>
    <w:tbl>
      <w:tblPr>
        <w:tblW w:w="0" w:type="auto"/>
        <w:tblLook w:val="04A0" w:firstRow="1" w:lastRow="0" w:firstColumn="1" w:lastColumn="0" w:noHBand="0" w:noVBand="1"/>
      </w:tblPr>
      <w:tblGrid>
        <w:gridCol w:w="4320"/>
        <w:gridCol w:w="4320"/>
      </w:tblGrid>
      <w:tr w:rsidR="00A806B2" w:rsidRPr="00A864B8" w14:paraId="3EC73FF8" w14:textId="77777777">
        <w:tc>
          <w:tcPr>
            <w:tcW w:w="4320" w:type="dxa"/>
          </w:tcPr>
          <w:p w14:paraId="05DD1D83" w14:textId="77777777" w:rsidR="00A806B2" w:rsidRPr="00A864B8" w:rsidRDefault="00000000">
            <w:pPr>
              <w:jc w:val="right"/>
            </w:pPr>
            <w:r w:rsidRPr="00A864B8">
              <w:rPr>
                <w:b/>
                <w:color w:val="000000"/>
              </w:rPr>
              <w:t>Auftraggeber:</w:t>
            </w:r>
          </w:p>
        </w:tc>
        <w:tc>
          <w:tcPr>
            <w:tcW w:w="4320" w:type="dxa"/>
          </w:tcPr>
          <w:p w14:paraId="0EC1E051" w14:textId="77777777" w:rsidR="00A806B2" w:rsidRPr="00A864B8" w:rsidRDefault="00000000">
            <w:r w:rsidRPr="00A864B8">
              <w:rPr>
                <w:color w:val="000000"/>
              </w:rPr>
              <w:t>Stadtwerke Musterstadt</w:t>
            </w:r>
          </w:p>
        </w:tc>
      </w:tr>
      <w:tr w:rsidR="00A806B2" w:rsidRPr="00A864B8" w14:paraId="566CAECC" w14:textId="77777777">
        <w:tc>
          <w:tcPr>
            <w:tcW w:w="4320" w:type="dxa"/>
          </w:tcPr>
          <w:p w14:paraId="7CEDDDF0" w14:textId="77777777" w:rsidR="00A806B2" w:rsidRPr="00A864B8" w:rsidRDefault="00A806B2">
            <w:pPr>
              <w:jc w:val="right"/>
            </w:pPr>
          </w:p>
        </w:tc>
        <w:tc>
          <w:tcPr>
            <w:tcW w:w="4320" w:type="dxa"/>
          </w:tcPr>
          <w:p w14:paraId="4C684004" w14:textId="77777777" w:rsidR="00A806B2" w:rsidRPr="00A864B8" w:rsidRDefault="00000000">
            <w:r w:rsidRPr="00A864B8">
              <w:t>Musterstraße 1</w:t>
            </w:r>
          </w:p>
        </w:tc>
      </w:tr>
      <w:tr w:rsidR="00A806B2" w:rsidRPr="00A864B8" w14:paraId="774D87E5" w14:textId="77777777">
        <w:tc>
          <w:tcPr>
            <w:tcW w:w="4320" w:type="dxa"/>
          </w:tcPr>
          <w:p w14:paraId="227A9DAE" w14:textId="77777777" w:rsidR="00A806B2" w:rsidRPr="00A864B8" w:rsidRDefault="00A806B2">
            <w:pPr>
              <w:jc w:val="right"/>
            </w:pPr>
          </w:p>
        </w:tc>
        <w:tc>
          <w:tcPr>
            <w:tcW w:w="4320" w:type="dxa"/>
          </w:tcPr>
          <w:p w14:paraId="54FFE052" w14:textId="77777777" w:rsidR="00A806B2" w:rsidRPr="00A864B8" w:rsidRDefault="00000000">
            <w:r w:rsidRPr="00A864B8">
              <w:t>12345 Musterstadt</w:t>
            </w:r>
          </w:p>
        </w:tc>
      </w:tr>
      <w:tr w:rsidR="00A806B2" w:rsidRPr="00A864B8" w14:paraId="7F3A513F" w14:textId="77777777">
        <w:tc>
          <w:tcPr>
            <w:tcW w:w="4320" w:type="dxa"/>
          </w:tcPr>
          <w:p w14:paraId="746361C9" w14:textId="77777777" w:rsidR="00A806B2" w:rsidRPr="00A864B8" w:rsidRDefault="00A806B2">
            <w:pPr>
              <w:jc w:val="right"/>
            </w:pPr>
          </w:p>
        </w:tc>
        <w:tc>
          <w:tcPr>
            <w:tcW w:w="4320" w:type="dxa"/>
          </w:tcPr>
          <w:p w14:paraId="23AB5721" w14:textId="77777777" w:rsidR="00A806B2" w:rsidRPr="00A864B8" w:rsidRDefault="00A806B2"/>
        </w:tc>
      </w:tr>
      <w:tr w:rsidR="00A806B2" w:rsidRPr="00A864B8" w14:paraId="6D8E6328" w14:textId="77777777">
        <w:tc>
          <w:tcPr>
            <w:tcW w:w="4320" w:type="dxa"/>
          </w:tcPr>
          <w:p w14:paraId="7B4BC9EE" w14:textId="77777777" w:rsidR="00A806B2" w:rsidRPr="00A864B8" w:rsidRDefault="00000000">
            <w:pPr>
              <w:jc w:val="right"/>
            </w:pPr>
            <w:r w:rsidRPr="00A864B8">
              <w:rPr>
                <w:b/>
                <w:color w:val="000000"/>
              </w:rPr>
              <w:t>Erstellt durch:</w:t>
            </w:r>
          </w:p>
        </w:tc>
        <w:tc>
          <w:tcPr>
            <w:tcW w:w="4320" w:type="dxa"/>
          </w:tcPr>
          <w:p w14:paraId="258EACF8" w14:textId="77777777" w:rsidR="00A806B2" w:rsidRPr="00A864B8" w:rsidRDefault="00000000">
            <w:r w:rsidRPr="00A864B8">
              <w:t>Ingenieurbüro Musterfirma</w:t>
            </w:r>
          </w:p>
        </w:tc>
      </w:tr>
      <w:tr w:rsidR="00A806B2" w:rsidRPr="00A864B8" w14:paraId="0172E527" w14:textId="77777777">
        <w:tc>
          <w:tcPr>
            <w:tcW w:w="4320" w:type="dxa"/>
          </w:tcPr>
          <w:p w14:paraId="0A7EF729" w14:textId="77777777" w:rsidR="00A806B2" w:rsidRPr="00A864B8" w:rsidRDefault="00A806B2">
            <w:pPr>
              <w:jc w:val="right"/>
            </w:pPr>
          </w:p>
        </w:tc>
        <w:tc>
          <w:tcPr>
            <w:tcW w:w="4320" w:type="dxa"/>
          </w:tcPr>
          <w:p w14:paraId="43DC9CA9" w14:textId="77777777" w:rsidR="00A806B2" w:rsidRPr="00A864B8" w:rsidRDefault="00000000">
            <w:r w:rsidRPr="00A864B8">
              <w:t>Musterstraße 2</w:t>
            </w:r>
          </w:p>
        </w:tc>
      </w:tr>
      <w:tr w:rsidR="00A806B2" w:rsidRPr="00A864B8" w14:paraId="7FFC3583" w14:textId="77777777">
        <w:tc>
          <w:tcPr>
            <w:tcW w:w="4320" w:type="dxa"/>
          </w:tcPr>
          <w:p w14:paraId="2FCDAFE8" w14:textId="77777777" w:rsidR="00A806B2" w:rsidRPr="00A864B8" w:rsidRDefault="00A806B2">
            <w:pPr>
              <w:jc w:val="right"/>
            </w:pPr>
          </w:p>
        </w:tc>
        <w:tc>
          <w:tcPr>
            <w:tcW w:w="4320" w:type="dxa"/>
          </w:tcPr>
          <w:p w14:paraId="00E22D9B" w14:textId="77777777" w:rsidR="00A806B2" w:rsidRPr="00A864B8" w:rsidRDefault="00000000">
            <w:r w:rsidRPr="00A864B8">
              <w:t>12345 Musterstadt</w:t>
            </w:r>
          </w:p>
        </w:tc>
      </w:tr>
    </w:tbl>
    <w:p w14:paraId="099DCC81" w14:textId="77777777" w:rsidR="00A806B2" w:rsidRPr="00A864B8" w:rsidRDefault="00000000">
      <w:r w:rsidRPr="00A864B8">
        <w:br w:type="page"/>
      </w:r>
    </w:p>
    <w:p w14:paraId="05BB3979" w14:textId="77777777" w:rsidR="00A806B2" w:rsidRPr="00A864B8" w:rsidRDefault="00A806B2"/>
    <w:p w14:paraId="7A988ACE" w14:textId="77777777" w:rsidR="00A806B2" w:rsidRPr="00A864B8" w:rsidRDefault="00A806B2"/>
    <w:p w14:paraId="4911F559" w14:textId="77777777" w:rsidR="00A806B2" w:rsidRPr="00A864B8" w:rsidRDefault="00A806B2"/>
    <w:p w14:paraId="50FE428E" w14:textId="77777777" w:rsidR="00A806B2" w:rsidRPr="00A864B8" w:rsidRDefault="00A806B2"/>
    <w:p w14:paraId="454C18A7" w14:textId="77777777" w:rsidR="00A806B2" w:rsidRPr="00A864B8" w:rsidRDefault="00A806B2"/>
    <w:p w14:paraId="135A9B0F" w14:textId="77777777" w:rsidR="00A806B2" w:rsidRPr="00A864B8" w:rsidRDefault="00A806B2"/>
    <w:p w14:paraId="15FB4081" w14:textId="77777777" w:rsidR="00A806B2" w:rsidRPr="00A864B8" w:rsidRDefault="00A806B2"/>
    <w:p w14:paraId="62E6553A" w14:textId="77777777" w:rsidR="00A806B2" w:rsidRPr="00A864B8" w:rsidRDefault="00A806B2"/>
    <w:p w14:paraId="39606D09" w14:textId="77777777" w:rsidR="00A806B2" w:rsidRPr="00A864B8" w:rsidRDefault="00A806B2"/>
    <w:p w14:paraId="4343B960" w14:textId="77777777" w:rsidR="00A806B2" w:rsidRPr="00A864B8" w:rsidRDefault="00A806B2"/>
    <w:p w14:paraId="182B802E" w14:textId="77777777" w:rsidR="00A806B2" w:rsidRPr="00A864B8" w:rsidRDefault="00A806B2"/>
    <w:p w14:paraId="57E11231" w14:textId="77777777" w:rsidR="00A806B2" w:rsidRPr="00A864B8" w:rsidRDefault="00A806B2"/>
    <w:p w14:paraId="7083C574" w14:textId="77777777" w:rsidR="00A806B2" w:rsidRPr="00A864B8" w:rsidRDefault="00A806B2"/>
    <w:p w14:paraId="0A3AE350" w14:textId="77777777" w:rsidR="00A806B2" w:rsidRPr="00A864B8" w:rsidRDefault="00A806B2"/>
    <w:p w14:paraId="102F2465" w14:textId="77777777" w:rsidR="00A806B2" w:rsidRPr="00A864B8" w:rsidRDefault="00A806B2"/>
    <w:p w14:paraId="7B93F03C" w14:textId="77777777" w:rsidR="00A806B2" w:rsidRPr="00A864B8" w:rsidRDefault="00A806B2"/>
    <w:p w14:paraId="75741AD1" w14:textId="77777777" w:rsidR="00A806B2" w:rsidRPr="00A864B8" w:rsidRDefault="00A806B2"/>
    <w:p w14:paraId="0235A8DC" w14:textId="77777777" w:rsidR="00A806B2" w:rsidRPr="00A864B8" w:rsidRDefault="00A806B2"/>
    <w:p w14:paraId="5F9BA6CF" w14:textId="77777777" w:rsidR="00A806B2" w:rsidRPr="00A864B8" w:rsidRDefault="00A806B2"/>
    <w:p w14:paraId="715B3774" w14:textId="77777777" w:rsidR="00A806B2" w:rsidRPr="00A864B8" w:rsidRDefault="00A806B2"/>
    <w:p w14:paraId="536B4F55" w14:textId="77777777" w:rsidR="00A806B2" w:rsidRPr="00A864B8" w:rsidRDefault="00A806B2"/>
    <w:p w14:paraId="56CF42D3" w14:textId="6EC7AFD3" w:rsidR="00A806B2" w:rsidRPr="00A864B8" w:rsidRDefault="00000000">
      <w:pPr>
        <w:jc w:val="both"/>
      </w:pPr>
      <w:r w:rsidRPr="00A864B8">
        <w:t xml:space="preserve">Bericht erstellt von:  </w:t>
      </w:r>
      <w:r w:rsidR="00F26332" w:rsidRPr="00A864B8">
        <w:t>Test</w:t>
      </w:r>
    </w:p>
    <w:p w14:paraId="68437569" w14:textId="77777777" w:rsidR="00A806B2" w:rsidRPr="00A864B8" w:rsidRDefault="00000000">
      <w:pPr>
        <w:jc w:val="both"/>
      </w:pPr>
      <w:r w:rsidRPr="00A864B8">
        <w:t>Bericht erstellt am:  09.09.2026 (13:44)</w:t>
      </w:r>
    </w:p>
    <w:p w14:paraId="7EFC3866" w14:textId="77777777" w:rsidR="00A806B2" w:rsidRPr="00A864B8" w:rsidRDefault="00000000">
      <w:r w:rsidRPr="00A864B8">
        <w:br w:type="page"/>
      </w:r>
    </w:p>
    <w:p w14:paraId="2D0C998A" w14:textId="77777777" w:rsidR="00A806B2" w:rsidRPr="00A864B8" w:rsidRDefault="00000000">
      <w:r w:rsidRPr="00A864B8">
        <w:rPr>
          <w:b/>
          <w:sz w:val="28"/>
        </w:rPr>
        <w:lastRenderedPageBreak/>
        <w:t>Inhaltsverzeichnis</w:t>
      </w:r>
    </w:p>
    <w:p w14:paraId="1913FC91" w14:textId="0F675610" w:rsidR="00F26332" w:rsidRPr="00A864B8" w:rsidRDefault="00000000">
      <w:pPr>
        <w:pStyle w:val="Verzeichnis1"/>
        <w:tabs>
          <w:tab w:val="right" w:leader="dot" w:pos="8630"/>
        </w:tabs>
      </w:pPr>
      <w:r w:rsidRPr="00A864B8">
        <w:fldChar w:fldCharType="begin"/>
      </w:r>
      <w:r w:rsidRPr="00A864B8">
        <w:instrText>TOC \o "1-3" \h \z \u</w:instrText>
      </w:r>
      <w:r w:rsidRPr="00A864B8">
        <w:fldChar w:fldCharType="separate"/>
      </w:r>
      <w:hyperlink w:anchor="_Toc240363476" w:history="1">
        <w:r w:rsidR="00F26332" w:rsidRPr="00A864B8">
          <w:rPr>
            <w:rStyle w:val="Hyperlink"/>
          </w:rPr>
          <w:t>1 PLATZHALTER: IST-Analyse des Untersuchungsgebiets</w:t>
        </w:r>
        <w:r w:rsidR="00F26332" w:rsidRPr="00A864B8">
          <w:rPr>
            <w:webHidden/>
          </w:rPr>
          <w:tab/>
        </w:r>
        <w:r w:rsidR="00F26332" w:rsidRPr="00A864B8">
          <w:rPr>
            <w:webHidden/>
          </w:rPr>
          <w:fldChar w:fldCharType="begin"/>
        </w:r>
        <w:r w:rsidR="00F26332" w:rsidRPr="00A864B8">
          <w:rPr>
            <w:webHidden/>
          </w:rPr>
          <w:instrText xml:space="preserve"> PAGEREF _Toc240363476 \h </w:instrText>
        </w:r>
        <w:r w:rsidR="00F26332" w:rsidRPr="00A864B8">
          <w:rPr>
            <w:webHidden/>
          </w:rPr>
        </w:r>
        <w:r w:rsidR="00F26332" w:rsidRPr="00A864B8">
          <w:rPr>
            <w:webHidden/>
          </w:rPr>
          <w:fldChar w:fldCharType="separate"/>
        </w:r>
        <w:r w:rsidR="00F26332" w:rsidRPr="00A864B8">
          <w:rPr>
            <w:webHidden/>
          </w:rPr>
          <w:t>1</w:t>
        </w:r>
        <w:r w:rsidR="00F26332" w:rsidRPr="00A864B8">
          <w:rPr>
            <w:webHidden/>
          </w:rPr>
          <w:fldChar w:fldCharType="end"/>
        </w:r>
      </w:hyperlink>
    </w:p>
    <w:p w14:paraId="2ECD102F" w14:textId="3A7A3D17" w:rsidR="00F26332" w:rsidRPr="00A864B8" w:rsidRDefault="00F26332">
      <w:pPr>
        <w:pStyle w:val="Verzeichnis2"/>
        <w:tabs>
          <w:tab w:val="right" w:leader="dot" w:pos="8630"/>
        </w:tabs>
      </w:pPr>
      <w:hyperlink w:anchor="_Toc240363477" w:history="1">
        <w:r w:rsidRPr="00A864B8">
          <w:rPr>
            <w:rStyle w:val="Hyperlink"/>
          </w:rPr>
          <w:t>1.1 Anzahl, Art und Wärmebedarf der Gebäude im Untersuchungsgebiet</w:t>
        </w:r>
        <w:r w:rsidRPr="00A864B8">
          <w:rPr>
            <w:webHidden/>
          </w:rPr>
          <w:tab/>
        </w:r>
        <w:r w:rsidRPr="00A864B8">
          <w:rPr>
            <w:webHidden/>
          </w:rPr>
          <w:fldChar w:fldCharType="begin"/>
        </w:r>
        <w:r w:rsidRPr="00A864B8">
          <w:rPr>
            <w:webHidden/>
          </w:rPr>
          <w:instrText xml:space="preserve"> PAGEREF _Toc240363477 \h </w:instrText>
        </w:r>
        <w:r w:rsidRPr="00A864B8">
          <w:rPr>
            <w:webHidden/>
          </w:rPr>
        </w:r>
        <w:r w:rsidRPr="00A864B8">
          <w:rPr>
            <w:webHidden/>
          </w:rPr>
          <w:fldChar w:fldCharType="separate"/>
        </w:r>
        <w:r w:rsidRPr="00A864B8">
          <w:rPr>
            <w:webHidden/>
          </w:rPr>
          <w:t>2</w:t>
        </w:r>
        <w:r w:rsidRPr="00A864B8">
          <w:rPr>
            <w:webHidden/>
          </w:rPr>
          <w:fldChar w:fldCharType="end"/>
        </w:r>
      </w:hyperlink>
    </w:p>
    <w:p w14:paraId="0BF295D2" w14:textId="05176A30" w:rsidR="00F26332" w:rsidRPr="00A864B8" w:rsidRDefault="00F26332">
      <w:pPr>
        <w:pStyle w:val="Verzeichnis2"/>
        <w:tabs>
          <w:tab w:val="right" w:leader="dot" w:pos="8630"/>
        </w:tabs>
      </w:pPr>
      <w:hyperlink w:anchor="_Toc240363478" w:history="1">
        <w:r w:rsidRPr="00A864B8">
          <w:rPr>
            <w:rStyle w:val="Hyperlink"/>
          </w:rPr>
          <w:t>1.2 PLATZHALTER: Wärmebedarf und Temperaturniveau der Gebäude/Endkunden</w:t>
        </w:r>
        <w:r w:rsidRPr="00A864B8">
          <w:rPr>
            <w:webHidden/>
          </w:rPr>
          <w:tab/>
        </w:r>
        <w:r w:rsidRPr="00A864B8">
          <w:rPr>
            <w:webHidden/>
          </w:rPr>
          <w:fldChar w:fldCharType="begin"/>
        </w:r>
        <w:r w:rsidRPr="00A864B8">
          <w:rPr>
            <w:webHidden/>
          </w:rPr>
          <w:instrText xml:space="preserve"> PAGEREF _Toc240363478 \h </w:instrText>
        </w:r>
        <w:r w:rsidRPr="00A864B8">
          <w:rPr>
            <w:webHidden/>
          </w:rPr>
        </w:r>
        <w:r w:rsidRPr="00A864B8">
          <w:rPr>
            <w:webHidden/>
          </w:rPr>
          <w:fldChar w:fldCharType="separate"/>
        </w:r>
        <w:r w:rsidRPr="00A864B8">
          <w:rPr>
            <w:webHidden/>
          </w:rPr>
          <w:t>3</w:t>
        </w:r>
        <w:r w:rsidRPr="00A864B8">
          <w:rPr>
            <w:webHidden/>
          </w:rPr>
          <w:fldChar w:fldCharType="end"/>
        </w:r>
      </w:hyperlink>
    </w:p>
    <w:p w14:paraId="746A5C59" w14:textId="442AED93" w:rsidR="00F26332" w:rsidRPr="00A864B8" w:rsidRDefault="00F26332">
      <w:pPr>
        <w:pStyle w:val="Verzeichnis2"/>
        <w:tabs>
          <w:tab w:val="right" w:leader="dot" w:pos="8630"/>
        </w:tabs>
      </w:pPr>
      <w:hyperlink w:anchor="_Toc240363479" w:history="1">
        <w:r w:rsidRPr="00A864B8">
          <w:rPr>
            <w:rStyle w:val="Hyperlink"/>
          </w:rPr>
          <w:t>1.3 PLATZHALTER: Aktuelle Wärmeversorgung der Endkunden</w:t>
        </w:r>
        <w:r w:rsidRPr="00A864B8">
          <w:rPr>
            <w:webHidden/>
          </w:rPr>
          <w:tab/>
        </w:r>
        <w:r w:rsidRPr="00A864B8">
          <w:rPr>
            <w:webHidden/>
          </w:rPr>
          <w:fldChar w:fldCharType="begin"/>
        </w:r>
        <w:r w:rsidRPr="00A864B8">
          <w:rPr>
            <w:webHidden/>
          </w:rPr>
          <w:instrText xml:space="preserve"> PAGEREF _Toc240363479 \h </w:instrText>
        </w:r>
        <w:r w:rsidRPr="00A864B8">
          <w:rPr>
            <w:webHidden/>
          </w:rPr>
        </w:r>
        <w:r w:rsidRPr="00A864B8">
          <w:rPr>
            <w:webHidden/>
          </w:rPr>
          <w:fldChar w:fldCharType="separate"/>
        </w:r>
        <w:r w:rsidRPr="00A864B8">
          <w:rPr>
            <w:webHidden/>
          </w:rPr>
          <w:t>3</w:t>
        </w:r>
        <w:r w:rsidRPr="00A864B8">
          <w:rPr>
            <w:webHidden/>
          </w:rPr>
          <w:fldChar w:fldCharType="end"/>
        </w:r>
      </w:hyperlink>
    </w:p>
    <w:p w14:paraId="2F65B1FA" w14:textId="303652C8" w:rsidR="00F26332" w:rsidRPr="00A864B8" w:rsidRDefault="00F26332">
      <w:pPr>
        <w:pStyle w:val="Verzeichnis1"/>
        <w:tabs>
          <w:tab w:val="right" w:leader="dot" w:pos="8630"/>
        </w:tabs>
      </w:pPr>
      <w:hyperlink w:anchor="_Toc240363480" w:history="1">
        <w:r w:rsidRPr="00A864B8">
          <w:rPr>
            <w:rStyle w:val="Hyperlink"/>
          </w:rPr>
          <w:t>2 Untersuchungsrahmen</w:t>
        </w:r>
        <w:r w:rsidRPr="00A864B8">
          <w:rPr>
            <w:webHidden/>
          </w:rPr>
          <w:tab/>
        </w:r>
        <w:r w:rsidRPr="00A864B8">
          <w:rPr>
            <w:webHidden/>
          </w:rPr>
          <w:fldChar w:fldCharType="begin"/>
        </w:r>
        <w:r w:rsidRPr="00A864B8">
          <w:rPr>
            <w:webHidden/>
          </w:rPr>
          <w:instrText xml:space="preserve"> PAGEREF _Toc240363480 \h </w:instrText>
        </w:r>
        <w:r w:rsidRPr="00A864B8">
          <w:rPr>
            <w:webHidden/>
          </w:rPr>
        </w:r>
        <w:r w:rsidRPr="00A864B8">
          <w:rPr>
            <w:webHidden/>
          </w:rPr>
          <w:fldChar w:fldCharType="separate"/>
        </w:r>
        <w:r w:rsidRPr="00A864B8">
          <w:rPr>
            <w:webHidden/>
          </w:rPr>
          <w:t>4</w:t>
        </w:r>
        <w:r w:rsidRPr="00A864B8">
          <w:rPr>
            <w:webHidden/>
          </w:rPr>
          <w:fldChar w:fldCharType="end"/>
        </w:r>
      </w:hyperlink>
    </w:p>
    <w:p w14:paraId="6B69902B" w14:textId="7386F9CB" w:rsidR="00F26332" w:rsidRPr="00A864B8" w:rsidRDefault="00F26332">
      <w:pPr>
        <w:pStyle w:val="Verzeichnis2"/>
        <w:tabs>
          <w:tab w:val="right" w:leader="dot" w:pos="8630"/>
        </w:tabs>
      </w:pPr>
      <w:hyperlink w:anchor="_Toc240363481" w:history="1">
        <w:r w:rsidRPr="00A864B8">
          <w:rPr>
            <w:rStyle w:val="Hyperlink"/>
          </w:rPr>
          <w:t>2.1 Allgemeines</w:t>
        </w:r>
        <w:r w:rsidRPr="00A864B8">
          <w:rPr>
            <w:webHidden/>
          </w:rPr>
          <w:tab/>
        </w:r>
        <w:r w:rsidRPr="00A864B8">
          <w:rPr>
            <w:webHidden/>
          </w:rPr>
          <w:fldChar w:fldCharType="begin"/>
        </w:r>
        <w:r w:rsidRPr="00A864B8">
          <w:rPr>
            <w:webHidden/>
          </w:rPr>
          <w:instrText xml:space="preserve"> PAGEREF _Toc240363481 \h </w:instrText>
        </w:r>
        <w:r w:rsidRPr="00A864B8">
          <w:rPr>
            <w:webHidden/>
          </w:rPr>
        </w:r>
        <w:r w:rsidRPr="00A864B8">
          <w:rPr>
            <w:webHidden/>
          </w:rPr>
          <w:fldChar w:fldCharType="separate"/>
        </w:r>
        <w:r w:rsidRPr="00A864B8">
          <w:rPr>
            <w:webHidden/>
          </w:rPr>
          <w:t>4</w:t>
        </w:r>
        <w:r w:rsidRPr="00A864B8">
          <w:rPr>
            <w:webHidden/>
          </w:rPr>
          <w:fldChar w:fldCharType="end"/>
        </w:r>
      </w:hyperlink>
    </w:p>
    <w:p w14:paraId="4BCCC558" w14:textId="0EA490A6" w:rsidR="00F26332" w:rsidRPr="00A864B8" w:rsidRDefault="00F26332">
      <w:pPr>
        <w:pStyle w:val="Verzeichnis2"/>
        <w:tabs>
          <w:tab w:val="right" w:leader="dot" w:pos="8630"/>
        </w:tabs>
      </w:pPr>
      <w:hyperlink w:anchor="_Toc240363482" w:history="1">
        <w:r w:rsidRPr="00A864B8">
          <w:rPr>
            <w:rStyle w:val="Hyperlink"/>
          </w:rPr>
          <w:t>2.2 Variantenvergleich</w:t>
        </w:r>
        <w:r w:rsidRPr="00A864B8">
          <w:rPr>
            <w:webHidden/>
          </w:rPr>
          <w:tab/>
        </w:r>
        <w:r w:rsidRPr="00A864B8">
          <w:rPr>
            <w:webHidden/>
          </w:rPr>
          <w:fldChar w:fldCharType="begin"/>
        </w:r>
        <w:r w:rsidRPr="00A864B8">
          <w:rPr>
            <w:webHidden/>
          </w:rPr>
          <w:instrText xml:space="preserve"> PAGEREF _Toc240363482 \h </w:instrText>
        </w:r>
        <w:r w:rsidRPr="00A864B8">
          <w:rPr>
            <w:webHidden/>
          </w:rPr>
        </w:r>
        <w:r w:rsidRPr="00A864B8">
          <w:rPr>
            <w:webHidden/>
          </w:rPr>
          <w:fldChar w:fldCharType="separate"/>
        </w:r>
        <w:r w:rsidRPr="00A864B8">
          <w:rPr>
            <w:webHidden/>
          </w:rPr>
          <w:t>4</w:t>
        </w:r>
        <w:r w:rsidRPr="00A864B8">
          <w:rPr>
            <w:webHidden/>
          </w:rPr>
          <w:fldChar w:fldCharType="end"/>
        </w:r>
      </w:hyperlink>
    </w:p>
    <w:p w14:paraId="09BBA766" w14:textId="77877414" w:rsidR="00F26332" w:rsidRPr="00A864B8" w:rsidRDefault="00F26332">
      <w:pPr>
        <w:pStyle w:val="Verzeichnis1"/>
        <w:tabs>
          <w:tab w:val="right" w:leader="dot" w:pos="8630"/>
        </w:tabs>
      </w:pPr>
      <w:hyperlink w:anchor="_Toc240363483" w:history="1">
        <w:r w:rsidRPr="00A864B8">
          <w:rPr>
            <w:rStyle w:val="Hyperlink"/>
          </w:rPr>
          <w:t>3 PLATZHALTER: Potenzialermittlung erneuerbarer Energien und Abwärme</w:t>
        </w:r>
        <w:r w:rsidRPr="00A864B8">
          <w:rPr>
            <w:webHidden/>
          </w:rPr>
          <w:tab/>
        </w:r>
        <w:r w:rsidRPr="00A864B8">
          <w:rPr>
            <w:webHidden/>
          </w:rPr>
          <w:fldChar w:fldCharType="begin"/>
        </w:r>
        <w:r w:rsidRPr="00A864B8">
          <w:rPr>
            <w:webHidden/>
          </w:rPr>
          <w:instrText xml:space="preserve"> PAGEREF _Toc240363483 \h </w:instrText>
        </w:r>
        <w:r w:rsidRPr="00A864B8">
          <w:rPr>
            <w:webHidden/>
          </w:rPr>
        </w:r>
        <w:r w:rsidRPr="00A864B8">
          <w:rPr>
            <w:webHidden/>
          </w:rPr>
          <w:fldChar w:fldCharType="separate"/>
        </w:r>
        <w:r w:rsidRPr="00A864B8">
          <w:rPr>
            <w:webHidden/>
          </w:rPr>
          <w:t>6</w:t>
        </w:r>
        <w:r w:rsidRPr="00A864B8">
          <w:rPr>
            <w:webHidden/>
          </w:rPr>
          <w:fldChar w:fldCharType="end"/>
        </w:r>
      </w:hyperlink>
    </w:p>
    <w:p w14:paraId="7F11B324" w14:textId="3345811B" w:rsidR="00F26332" w:rsidRPr="00A864B8" w:rsidRDefault="00F26332">
      <w:pPr>
        <w:pStyle w:val="Verzeichnis2"/>
        <w:tabs>
          <w:tab w:val="right" w:leader="dot" w:pos="8630"/>
        </w:tabs>
      </w:pPr>
      <w:hyperlink w:anchor="_Toc240363484" w:history="1">
        <w:r w:rsidRPr="00A864B8">
          <w:rPr>
            <w:rStyle w:val="Hyperlink"/>
          </w:rPr>
          <w:t>3.1 Flächennutzung</w:t>
        </w:r>
        <w:r w:rsidRPr="00A864B8">
          <w:rPr>
            <w:webHidden/>
          </w:rPr>
          <w:tab/>
        </w:r>
        <w:r w:rsidRPr="00A864B8">
          <w:rPr>
            <w:webHidden/>
          </w:rPr>
          <w:fldChar w:fldCharType="begin"/>
        </w:r>
        <w:r w:rsidRPr="00A864B8">
          <w:rPr>
            <w:webHidden/>
          </w:rPr>
          <w:instrText xml:space="preserve"> PAGEREF _Toc240363484 \h </w:instrText>
        </w:r>
        <w:r w:rsidRPr="00A864B8">
          <w:rPr>
            <w:webHidden/>
          </w:rPr>
        </w:r>
        <w:r w:rsidRPr="00A864B8">
          <w:rPr>
            <w:webHidden/>
          </w:rPr>
          <w:fldChar w:fldCharType="separate"/>
        </w:r>
        <w:r w:rsidRPr="00A864B8">
          <w:rPr>
            <w:webHidden/>
          </w:rPr>
          <w:t>6</w:t>
        </w:r>
        <w:r w:rsidRPr="00A864B8">
          <w:rPr>
            <w:webHidden/>
          </w:rPr>
          <w:fldChar w:fldCharType="end"/>
        </w:r>
      </w:hyperlink>
    </w:p>
    <w:p w14:paraId="65126A08" w14:textId="42C2CFBA" w:rsidR="00F26332" w:rsidRPr="00A864B8" w:rsidRDefault="00F26332">
      <w:pPr>
        <w:pStyle w:val="Verzeichnis2"/>
        <w:tabs>
          <w:tab w:val="right" w:leader="dot" w:pos="8630"/>
        </w:tabs>
      </w:pPr>
      <w:hyperlink w:anchor="_Toc240363485" w:history="1">
        <w:r w:rsidRPr="00A864B8">
          <w:rPr>
            <w:rStyle w:val="Hyperlink"/>
          </w:rPr>
          <w:t>3.2 Natürliche Wärmequellen</w:t>
        </w:r>
        <w:r w:rsidRPr="00A864B8">
          <w:rPr>
            <w:webHidden/>
          </w:rPr>
          <w:tab/>
        </w:r>
        <w:r w:rsidRPr="00A864B8">
          <w:rPr>
            <w:webHidden/>
          </w:rPr>
          <w:fldChar w:fldCharType="begin"/>
        </w:r>
        <w:r w:rsidRPr="00A864B8">
          <w:rPr>
            <w:webHidden/>
          </w:rPr>
          <w:instrText xml:space="preserve"> PAGEREF _Toc240363485 \h </w:instrText>
        </w:r>
        <w:r w:rsidRPr="00A864B8">
          <w:rPr>
            <w:webHidden/>
          </w:rPr>
        </w:r>
        <w:r w:rsidRPr="00A864B8">
          <w:rPr>
            <w:webHidden/>
          </w:rPr>
          <w:fldChar w:fldCharType="separate"/>
        </w:r>
        <w:r w:rsidRPr="00A864B8">
          <w:rPr>
            <w:webHidden/>
          </w:rPr>
          <w:t>7</w:t>
        </w:r>
        <w:r w:rsidRPr="00A864B8">
          <w:rPr>
            <w:webHidden/>
          </w:rPr>
          <w:fldChar w:fldCharType="end"/>
        </w:r>
      </w:hyperlink>
    </w:p>
    <w:p w14:paraId="0E7A9BC9" w14:textId="33BDA2F7" w:rsidR="00F26332" w:rsidRPr="00A864B8" w:rsidRDefault="00F26332">
      <w:pPr>
        <w:pStyle w:val="Verzeichnis3"/>
        <w:tabs>
          <w:tab w:val="right" w:leader="dot" w:pos="8630"/>
        </w:tabs>
      </w:pPr>
      <w:hyperlink w:anchor="_Toc240363486" w:history="1">
        <w:r w:rsidRPr="00A864B8">
          <w:rPr>
            <w:rStyle w:val="Hyperlink"/>
          </w:rPr>
          <w:t>3.2.1 Oberflächengewässer</w:t>
        </w:r>
        <w:r w:rsidRPr="00A864B8">
          <w:rPr>
            <w:webHidden/>
          </w:rPr>
          <w:tab/>
        </w:r>
        <w:r w:rsidRPr="00A864B8">
          <w:rPr>
            <w:webHidden/>
          </w:rPr>
          <w:fldChar w:fldCharType="begin"/>
        </w:r>
        <w:r w:rsidRPr="00A864B8">
          <w:rPr>
            <w:webHidden/>
          </w:rPr>
          <w:instrText xml:space="preserve"> PAGEREF _Toc240363486 \h </w:instrText>
        </w:r>
        <w:r w:rsidRPr="00A864B8">
          <w:rPr>
            <w:webHidden/>
          </w:rPr>
        </w:r>
        <w:r w:rsidRPr="00A864B8">
          <w:rPr>
            <w:webHidden/>
          </w:rPr>
          <w:fldChar w:fldCharType="separate"/>
        </w:r>
        <w:r w:rsidRPr="00A864B8">
          <w:rPr>
            <w:webHidden/>
          </w:rPr>
          <w:t>7</w:t>
        </w:r>
        <w:r w:rsidRPr="00A864B8">
          <w:rPr>
            <w:webHidden/>
          </w:rPr>
          <w:fldChar w:fldCharType="end"/>
        </w:r>
      </w:hyperlink>
    </w:p>
    <w:p w14:paraId="10B7308F" w14:textId="5D7E7C65" w:rsidR="00F26332" w:rsidRPr="00A864B8" w:rsidRDefault="00F26332">
      <w:pPr>
        <w:pStyle w:val="Verzeichnis3"/>
        <w:tabs>
          <w:tab w:val="right" w:leader="dot" w:pos="8630"/>
        </w:tabs>
      </w:pPr>
      <w:hyperlink w:anchor="_Toc240363487" w:history="1">
        <w:r w:rsidRPr="00A864B8">
          <w:rPr>
            <w:rStyle w:val="Hyperlink"/>
          </w:rPr>
          <w:t>3.2.2 Solarthermie</w:t>
        </w:r>
        <w:r w:rsidRPr="00A864B8">
          <w:rPr>
            <w:webHidden/>
          </w:rPr>
          <w:tab/>
        </w:r>
        <w:r w:rsidRPr="00A864B8">
          <w:rPr>
            <w:webHidden/>
          </w:rPr>
          <w:fldChar w:fldCharType="begin"/>
        </w:r>
        <w:r w:rsidRPr="00A864B8">
          <w:rPr>
            <w:webHidden/>
          </w:rPr>
          <w:instrText xml:space="preserve"> PAGEREF _Toc240363487 \h </w:instrText>
        </w:r>
        <w:r w:rsidRPr="00A864B8">
          <w:rPr>
            <w:webHidden/>
          </w:rPr>
        </w:r>
        <w:r w:rsidRPr="00A864B8">
          <w:rPr>
            <w:webHidden/>
          </w:rPr>
          <w:fldChar w:fldCharType="separate"/>
        </w:r>
        <w:r w:rsidRPr="00A864B8">
          <w:rPr>
            <w:webHidden/>
          </w:rPr>
          <w:t>8</w:t>
        </w:r>
        <w:r w:rsidRPr="00A864B8">
          <w:rPr>
            <w:webHidden/>
          </w:rPr>
          <w:fldChar w:fldCharType="end"/>
        </w:r>
      </w:hyperlink>
    </w:p>
    <w:p w14:paraId="5ECE9CD0" w14:textId="6DF8C840" w:rsidR="00F26332" w:rsidRPr="00A864B8" w:rsidRDefault="00F26332">
      <w:pPr>
        <w:pStyle w:val="Verzeichnis3"/>
        <w:tabs>
          <w:tab w:val="right" w:leader="dot" w:pos="8630"/>
        </w:tabs>
      </w:pPr>
      <w:hyperlink w:anchor="_Toc240363488" w:history="1">
        <w:r w:rsidRPr="00A864B8">
          <w:rPr>
            <w:rStyle w:val="Hyperlink"/>
          </w:rPr>
          <w:t>3.2.3 Oberflächennahe Geothermie</w:t>
        </w:r>
        <w:r w:rsidRPr="00A864B8">
          <w:rPr>
            <w:webHidden/>
          </w:rPr>
          <w:tab/>
        </w:r>
        <w:r w:rsidRPr="00A864B8">
          <w:rPr>
            <w:webHidden/>
          </w:rPr>
          <w:fldChar w:fldCharType="begin"/>
        </w:r>
        <w:r w:rsidRPr="00A864B8">
          <w:rPr>
            <w:webHidden/>
          </w:rPr>
          <w:instrText xml:space="preserve"> PAGEREF _Toc240363488 \h </w:instrText>
        </w:r>
        <w:r w:rsidRPr="00A864B8">
          <w:rPr>
            <w:webHidden/>
          </w:rPr>
        </w:r>
        <w:r w:rsidRPr="00A864B8">
          <w:rPr>
            <w:webHidden/>
          </w:rPr>
          <w:fldChar w:fldCharType="separate"/>
        </w:r>
        <w:r w:rsidRPr="00A864B8">
          <w:rPr>
            <w:webHidden/>
          </w:rPr>
          <w:t>9</w:t>
        </w:r>
        <w:r w:rsidRPr="00A864B8">
          <w:rPr>
            <w:webHidden/>
          </w:rPr>
          <w:fldChar w:fldCharType="end"/>
        </w:r>
      </w:hyperlink>
    </w:p>
    <w:p w14:paraId="3762C09D" w14:textId="0769C619" w:rsidR="00F26332" w:rsidRPr="00A864B8" w:rsidRDefault="00F26332">
      <w:pPr>
        <w:pStyle w:val="Verzeichnis3"/>
        <w:tabs>
          <w:tab w:val="right" w:leader="dot" w:pos="8630"/>
        </w:tabs>
      </w:pPr>
      <w:hyperlink w:anchor="_Toc240363489" w:history="1">
        <w:r w:rsidRPr="00A864B8">
          <w:rPr>
            <w:rStyle w:val="Hyperlink"/>
          </w:rPr>
          <w:t>3.2.4 Tiefe Geothermie</w:t>
        </w:r>
        <w:r w:rsidRPr="00A864B8">
          <w:rPr>
            <w:webHidden/>
          </w:rPr>
          <w:tab/>
        </w:r>
        <w:r w:rsidRPr="00A864B8">
          <w:rPr>
            <w:webHidden/>
          </w:rPr>
          <w:fldChar w:fldCharType="begin"/>
        </w:r>
        <w:r w:rsidRPr="00A864B8">
          <w:rPr>
            <w:webHidden/>
          </w:rPr>
          <w:instrText xml:space="preserve"> PAGEREF _Toc240363489 \h </w:instrText>
        </w:r>
        <w:r w:rsidRPr="00A864B8">
          <w:rPr>
            <w:webHidden/>
          </w:rPr>
        </w:r>
        <w:r w:rsidRPr="00A864B8">
          <w:rPr>
            <w:webHidden/>
          </w:rPr>
          <w:fldChar w:fldCharType="separate"/>
        </w:r>
        <w:r w:rsidRPr="00A864B8">
          <w:rPr>
            <w:webHidden/>
          </w:rPr>
          <w:t>9</w:t>
        </w:r>
        <w:r w:rsidRPr="00A864B8">
          <w:rPr>
            <w:webHidden/>
          </w:rPr>
          <w:fldChar w:fldCharType="end"/>
        </w:r>
      </w:hyperlink>
    </w:p>
    <w:p w14:paraId="628413D6" w14:textId="03CF24CC" w:rsidR="00F26332" w:rsidRPr="00A864B8" w:rsidRDefault="00F26332">
      <w:pPr>
        <w:pStyle w:val="Verzeichnis2"/>
        <w:tabs>
          <w:tab w:val="right" w:leader="dot" w:pos="8630"/>
        </w:tabs>
      </w:pPr>
      <w:hyperlink w:anchor="_Toc240363490" w:history="1">
        <w:r w:rsidRPr="00A864B8">
          <w:rPr>
            <w:rStyle w:val="Hyperlink"/>
          </w:rPr>
          <w:t>3.3 Anthropogene Wärmequellen</w:t>
        </w:r>
        <w:r w:rsidRPr="00A864B8">
          <w:rPr>
            <w:webHidden/>
          </w:rPr>
          <w:tab/>
        </w:r>
        <w:r w:rsidRPr="00A864B8">
          <w:rPr>
            <w:webHidden/>
          </w:rPr>
          <w:fldChar w:fldCharType="begin"/>
        </w:r>
        <w:r w:rsidRPr="00A864B8">
          <w:rPr>
            <w:webHidden/>
          </w:rPr>
          <w:instrText xml:space="preserve"> PAGEREF _Toc240363490 \h </w:instrText>
        </w:r>
        <w:r w:rsidRPr="00A864B8">
          <w:rPr>
            <w:webHidden/>
          </w:rPr>
        </w:r>
        <w:r w:rsidRPr="00A864B8">
          <w:rPr>
            <w:webHidden/>
          </w:rPr>
          <w:fldChar w:fldCharType="separate"/>
        </w:r>
        <w:r w:rsidRPr="00A864B8">
          <w:rPr>
            <w:webHidden/>
          </w:rPr>
          <w:t>10</w:t>
        </w:r>
        <w:r w:rsidRPr="00A864B8">
          <w:rPr>
            <w:webHidden/>
          </w:rPr>
          <w:fldChar w:fldCharType="end"/>
        </w:r>
      </w:hyperlink>
    </w:p>
    <w:p w14:paraId="7FF9D98C" w14:textId="2EFA0E06" w:rsidR="00F26332" w:rsidRPr="00A864B8" w:rsidRDefault="00F26332">
      <w:pPr>
        <w:pStyle w:val="Verzeichnis3"/>
        <w:tabs>
          <w:tab w:val="right" w:leader="dot" w:pos="8630"/>
        </w:tabs>
      </w:pPr>
      <w:hyperlink w:anchor="_Toc240363491" w:history="1">
        <w:r w:rsidRPr="00A864B8">
          <w:rPr>
            <w:rStyle w:val="Hyperlink"/>
          </w:rPr>
          <w:t>3.3.1 Abwärme</w:t>
        </w:r>
        <w:r w:rsidRPr="00A864B8">
          <w:rPr>
            <w:webHidden/>
          </w:rPr>
          <w:tab/>
        </w:r>
        <w:r w:rsidRPr="00A864B8">
          <w:rPr>
            <w:webHidden/>
          </w:rPr>
          <w:fldChar w:fldCharType="begin"/>
        </w:r>
        <w:r w:rsidRPr="00A864B8">
          <w:rPr>
            <w:webHidden/>
          </w:rPr>
          <w:instrText xml:space="preserve"> PAGEREF _Toc240363491 \h </w:instrText>
        </w:r>
        <w:r w:rsidRPr="00A864B8">
          <w:rPr>
            <w:webHidden/>
          </w:rPr>
        </w:r>
        <w:r w:rsidRPr="00A864B8">
          <w:rPr>
            <w:webHidden/>
          </w:rPr>
          <w:fldChar w:fldCharType="separate"/>
        </w:r>
        <w:r w:rsidRPr="00A864B8">
          <w:rPr>
            <w:webHidden/>
          </w:rPr>
          <w:t>10</w:t>
        </w:r>
        <w:r w:rsidRPr="00A864B8">
          <w:rPr>
            <w:webHidden/>
          </w:rPr>
          <w:fldChar w:fldCharType="end"/>
        </w:r>
      </w:hyperlink>
    </w:p>
    <w:p w14:paraId="2F1BC3C6" w14:textId="6ABB8989" w:rsidR="00F26332" w:rsidRPr="00A864B8" w:rsidRDefault="00F26332">
      <w:pPr>
        <w:pStyle w:val="Verzeichnis3"/>
        <w:tabs>
          <w:tab w:val="right" w:leader="dot" w:pos="8630"/>
        </w:tabs>
      </w:pPr>
      <w:hyperlink w:anchor="_Toc240363492" w:history="1">
        <w:r w:rsidRPr="00A864B8">
          <w:rPr>
            <w:rStyle w:val="Hyperlink"/>
          </w:rPr>
          <w:t>3.3.2 Abwasseraufbereitungsanlagen</w:t>
        </w:r>
        <w:r w:rsidRPr="00A864B8">
          <w:rPr>
            <w:webHidden/>
          </w:rPr>
          <w:tab/>
        </w:r>
        <w:r w:rsidRPr="00A864B8">
          <w:rPr>
            <w:webHidden/>
          </w:rPr>
          <w:fldChar w:fldCharType="begin"/>
        </w:r>
        <w:r w:rsidRPr="00A864B8">
          <w:rPr>
            <w:webHidden/>
          </w:rPr>
          <w:instrText xml:space="preserve"> PAGEREF _Toc240363492 \h </w:instrText>
        </w:r>
        <w:r w:rsidRPr="00A864B8">
          <w:rPr>
            <w:webHidden/>
          </w:rPr>
        </w:r>
        <w:r w:rsidRPr="00A864B8">
          <w:rPr>
            <w:webHidden/>
          </w:rPr>
          <w:fldChar w:fldCharType="separate"/>
        </w:r>
        <w:r w:rsidRPr="00A864B8">
          <w:rPr>
            <w:webHidden/>
          </w:rPr>
          <w:t>10</w:t>
        </w:r>
        <w:r w:rsidRPr="00A864B8">
          <w:rPr>
            <w:webHidden/>
          </w:rPr>
          <w:fldChar w:fldCharType="end"/>
        </w:r>
      </w:hyperlink>
    </w:p>
    <w:p w14:paraId="57325CC5" w14:textId="6912BB06" w:rsidR="00F26332" w:rsidRPr="00A864B8" w:rsidRDefault="00F26332">
      <w:pPr>
        <w:pStyle w:val="Verzeichnis3"/>
        <w:tabs>
          <w:tab w:val="right" w:leader="dot" w:pos="8630"/>
        </w:tabs>
      </w:pPr>
      <w:hyperlink w:anchor="_Toc240363493" w:history="1">
        <w:r w:rsidRPr="00A864B8">
          <w:rPr>
            <w:rStyle w:val="Hyperlink"/>
          </w:rPr>
          <w:t>3.3.3 Bestehende Wärmenetze</w:t>
        </w:r>
        <w:r w:rsidRPr="00A864B8">
          <w:rPr>
            <w:webHidden/>
          </w:rPr>
          <w:tab/>
        </w:r>
        <w:r w:rsidRPr="00A864B8">
          <w:rPr>
            <w:webHidden/>
          </w:rPr>
          <w:fldChar w:fldCharType="begin"/>
        </w:r>
        <w:r w:rsidRPr="00A864B8">
          <w:rPr>
            <w:webHidden/>
          </w:rPr>
          <w:instrText xml:space="preserve"> PAGEREF _Toc240363493 \h </w:instrText>
        </w:r>
        <w:r w:rsidRPr="00A864B8">
          <w:rPr>
            <w:webHidden/>
          </w:rPr>
        </w:r>
        <w:r w:rsidRPr="00A864B8">
          <w:rPr>
            <w:webHidden/>
          </w:rPr>
          <w:fldChar w:fldCharType="separate"/>
        </w:r>
        <w:r w:rsidRPr="00A864B8">
          <w:rPr>
            <w:webHidden/>
          </w:rPr>
          <w:t>10</w:t>
        </w:r>
        <w:r w:rsidRPr="00A864B8">
          <w:rPr>
            <w:webHidden/>
          </w:rPr>
          <w:fldChar w:fldCharType="end"/>
        </w:r>
      </w:hyperlink>
    </w:p>
    <w:p w14:paraId="421DC33D" w14:textId="54ABC954" w:rsidR="00F26332" w:rsidRPr="00A864B8" w:rsidRDefault="00F26332">
      <w:pPr>
        <w:pStyle w:val="Verzeichnis2"/>
        <w:tabs>
          <w:tab w:val="right" w:leader="dot" w:pos="8630"/>
        </w:tabs>
      </w:pPr>
      <w:hyperlink w:anchor="_Toc240363494" w:history="1">
        <w:r w:rsidRPr="00A864B8">
          <w:rPr>
            <w:rStyle w:val="Hyperlink"/>
          </w:rPr>
          <w:t>3.4 Biogene Brennstoffe</w:t>
        </w:r>
        <w:r w:rsidRPr="00A864B8">
          <w:rPr>
            <w:webHidden/>
          </w:rPr>
          <w:tab/>
        </w:r>
        <w:r w:rsidRPr="00A864B8">
          <w:rPr>
            <w:webHidden/>
          </w:rPr>
          <w:fldChar w:fldCharType="begin"/>
        </w:r>
        <w:r w:rsidRPr="00A864B8">
          <w:rPr>
            <w:webHidden/>
          </w:rPr>
          <w:instrText xml:space="preserve"> PAGEREF _Toc240363494 \h </w:instrText>
        </w:r>
        <w:r w:rsidRPr="00A864B8">
          <w:rPr>
            <w:webHidden/>
          </w:rPr>
        </w:r>
        <w:r w:rsidRPr="00A864B8">
          <w:rPr>
            <w:webHidden/>
          </w:rPr>
          <w:fldChar w:fldCharType="separate"/>
        </w:r>
        <w:r w:rsidRPr="00A864B8">
          <w:rPr>
            <w:webHidden/>
          </w:rPr>
          <w:t>11</w:t>
        </w:r>
        <w:r w:rsidRPr="00A864B8">
          <w:rPr>
            <w:webHidden/>
          </w:rPr>
          <w:fldChar w:fldCharType="end"/>
        </w:r>
      </w:hyperlink>
    </w:p>
    <w:p w14:paraId="0AD7D48E" w14:textId="01B65948" w:rsidR="00F26332" w:rsidRPr="00A864B8" w:rsidRDefault="00F26332">
      <w:pPr>
        <w:pStyle w:val="Verzeichnis3"/>
        <w:tabs>
          <w:tab w:val="right" w:leader="dot" w:pos="8630"/>
        </w:tabs>
      </w:pPr>
      <w:hyperlink w:anchor="_Toc240363495" w:history="1">
        <w:r w:rsidRPr="00A864B8">
          <w:rPr>
            <w:rStyle w:val="Hyperlink"/>
          </w:rPr>
          <w:t>3.4.1 Biogas</w:t>
        </w:r>
        <w:r w:rsidRPr="00A864B8">
          <w:rPr>
            <w:webHidden/>
          </w:rPr>
          <w:tab/>
        </w:r>
        <w:r w:rsidRPr="00A864B8">
          <w:rPr>
            <w:webHidden/>
          </w:rPr>
          <w:fldChar w:fldCharType="begin"/>
        </w:r>
        <w:r w:rsidRPr="00A864B8">
          <w:rPr>
            <w:webHidden/>
          </w:rPr>
          <w:instrText xml:space="preserve"> PAGEREF _Toc240363495 \h </w:instrText>
        </w:r>
        <w:r w:rsidRPr="00A864B8">
          <w:rPr>
            <w:webHidden/>
          </w:rPr>
        </w:r>
        <w:r w:rsidRPr="00A864B8">
          <w:rPr>
            <w:webHidden/>
          </w:rPr>
          <w:fldChar w:fldCharType="separate"/>
        </w:r>
        <w:r w:rsidRPr="00A864B8">
          <w:rPr>
            <w:webHidden/>
          </w:rPr>
          <w:t>11</w:t>
        </w:r>
        <w:r w:rsidRPr="00A864B8">
          <w:rPr>
            <w:webHidden/>
          </w:rPr>
          <w:fldChar w:fldCharType="end"/>
        </w:r>
      </w:hyperlink>
    </w:p>
    <w:p w14:paraId="1501F373" w14:textId="50278AFD" w:rsidR="00F26332" w:rsidRPr="00A864B8" w:rsidRDefault="00F26332">
      <w:pPr>
        <w:pStyle w:val="Verzeichnis3"/>
        <w:tabs>
          <w:tab w:val="right" w:leader="dot" w:pos="8630"/>
        </w:tabs>
      </w:pPr>
      <w:hyperlink w:anchor="_Toc240363496" w:history="1">
        <w:r w:rsidRPr="00A864B8">
          <w:rPr>
            <w:rStyle w:val="Hyperlink"/>
          </w:rPr>
          <w:t>3.4.2 Biomasse</w:t>
        </w:r>
        <w:r w:rsidRPr="00A864B8">
          <w:rPr>
            <w:webHidden/>
          </w:rPr>
          <w:tab/>
        </w:r>
        <w:r w:rsidRPr="00A864B8">
          <w:rPr>
            <w:webHidden/>
          </w:rPr>
          <w:fldChar w:fldCharType="begin"/>
        </w:r>
        <w:r w:rsidRPr="00A864B8">
          <w:rPr>
            <w:webHidden/>
          </w:rPr>
          <w:instrText xml:space="preserve"> PAGEREF _Toc240363496 \h </w:instrText>
        </w:r>
        <w:r w:rsidRPr="00A864B8">
          <w:rPr>
            <w:webHidden/>
          </w:rPr>
        </w:r>
        <w:r w:rsidRPr="00A864B8">
          <w:rPr>
            <w:webHidden/>
          </w:rPr>
          <w:fldChar w:fldCharType="separate"/>
        </w:r>
        <w:r w:rsidRPr="00A864B8">
          <w:rPr>
            <w:webHidden/>
          </w:rPr>
          <w:t>11</w:t>
        </w:r>
        <w:r w:rsidRPr="00A864B8">
          <w:rPr>
            <w:webHidden/>
          </w:rPr>
          <w:fldChar w:fldCharType="end"/>
        </w:r>
      </w:hyperlink>
    </w:p>
    <w:p w14:paraId="06E54E89" w14:textId="1BB065F8" w:rsidR="00F26332" w:rsidRPr="00A864B8" w:rsidRDefault="00F26332">
      <w:pPr>
        <w:pStyle w:val="Verzeichnis2"/>
        <w:tabs>
          <w:tab w:val="right" w:leader="dot" w:pos="8630"/>
        </w:tabs>
      </w:pPr>
      <w:hyperlink w:anchor="_Toc240363497" w:history="1">
        <w:r w:rsidRPr="00A864B8">
          <w:rPr>
            <w:rStyle w:val="Hyperlink"/>
          </w:rPr>
          <w:t>3.5 Regenerative Stromerzeugung</w:t>
        </w:r>
        <w:r w:rsidRPr="00A864B8">
          <w:rPr>
            <w:webHidden/>
          </w:rPr>
          <w:tab/>
        </w:r>
        <w:r w:rsidRPr="00A864B8">
          <w:rPr>
            <w:webHidden/>
          </w:rPr>
          <w:fldChar w:fldCharType="begin"/>
        </w:r>
        <w:r w:rsidRPr="00A864B8">
          <w:rPr>
            <w:webHidden/>
          </w:rPr>
          <w:instrText xml:space="preserve"> PAGEREF _Toc240363497 \h </w:instrText>
        </w:r>
        <w:r w:rsidRPr="00A864B8">
          <w:rPr>
            <w:webHidden/>
          </w:rPr>
        </w:r>
        <w:r w:rsidRPr="00A864B8">
          <w:rPr>
            <w:webHidden/>
          </w:rPr>
          <w:fldChar w:fldCharType="separate"/>
        </w:r>
        <w:r w:rsidRPr="00A864B8">
          <w:rPr>
            <w:webHidden/>
          </w:rPr>
          <w:t>12</w:t>
        </w:r>
        <w:r w:rsidRPr="00A864B8">
          <w:rPr>
            <w:webHidden/>
          </w:rPr>
          <w:fldChar w:fldCharType="end"/>
        </w:r>
      </w:hyperlink>
    </w:p>
    <w:p w14:paraId="26028363" w14:textId="35D0AC34" w:rsidR="00F26332" w:rsidRPr="00A864B8" w:rsidRDefault="00F26332">
      <w:pPr>
        <w:pStyle w:val="Verzeichnis1"/>
        <w:tabs>
          <w:tab w:val="right" w:leader="dot" w:pos="8630"/>
        </w:tabs>
      </w:pPr>
      <w:hyperlink w:anchor="_Toc240363498" w:history="1">
        <w:r w:rsidRPr="00A864B8">
          <w:rPr>
            <w:rStyle w:val="Hyperlink"/>
          </w:rPr>
          <w:t>4 PLATZHALTER: SOLL-Analyse des Wärmenetzes (inklusive Primärenergie- und CO2-Einsparung)</w:t>
        </w:r>
        <w:r w:rsidRPr="00A864B8">
          <w:rPr>
            <w:webHidden/>
          </w:rPr>
          <w:tab/>
        </w:r>
        <w:r w:rsidRPr="00A864B8">
          <w:rPr>
            <w:webHidden/>
          </w:rPr>
          <w:fldChar w:fldCharType="begin"/>
        </w:r>
        <w:r w:rsidRPr="00A864B8">
          <w:rPr>
            <w:webHidden/>
          </w:rPr>
          <w:instrText xml:space="preserve"> PAGEREF _Toc240363498 \h </w:instrText>
        </w:r>
        <w:r w:rsidRPr="00A864B8">
          <w:rPr>
            <w:webHidden/>
          </w:rPr>
        </w:r>
        <w:r w:rsidRPr="00A864B8">
          <w:rPr>
            <w:webHidden/>
          </w:rPr>
          <w:fldChar w:fldCharType="separate"/>
        </w:r>
        <w:r w:rsidRPr="00A864B8">
          <w:rPr>
            <w:webHidden/>
          </w:rPr>
          <w:t>14</w:t>
        </w:r>
        <w:r w:rsidRPr="00A864B8">
          <w:rPr>
            <w:webHidden/>
          </w:rPr>
          <w:fldChar w:fldCharType="end"/>
        </w:r>
      </w:hyperlink>
    </w:p>
    <w:p w14:paraId="4977277C" w14:textId="252F9EFB" w:rsidR="00F26332" w:rsidRPr="00A864B8" w:rsidRDefault="00F26332">
      <w:pPr>
        <w:pStyle w:val="Verzeichnis1"/>
        <w:tabs>
          <w:tab w:val="right" w:leader="dot" w:pos="8630"/>
        </w:tabs>
      </w:pPr>
      <w:hyperlink w:anchor="_Toc240363499" w:history="1">
        <w:r w:rsidRPr="00A864B8">
          <w:rPr>
            <w:rStyle w:val="Hyperlink"/>
          </w:rPr>
          <w:t>5 Versorgungsvarianten</w:t>
        </w:r>
        <w:r w:rsidRPr="00A864B8">
          <w:rPr>
            <w:webHidden/>
          </w:rPr>
          <w:tab/>
        </w:r>
        <w:r w:rsidRPr="00A864B8">
          <w:rPr>
            <w:webHidden/>
          </w:rPr>
          <w:fldChar w:fldCharType="begin"/>
        </w:r>
        <w:r w:rsidRPr="00A864B8">
          <w:rPr>
            <w:webHidden/>
          </w:rPr>
          <w:instrText xml:space="preserve"> PAGEREF _Toc240363499 \h </w:instrText>
        </w:r>
        <w:r w:rsidRPr="00A864B8">
          <w:rPr>
            <w:webHidden/>
          </w:rPr>
        </w:r>
        <w:r w:rsidRPr="00A864B8">
          <w:rPr>
            <w:webHidden/>
          </w:rPr>
          <w:fldChar w:fldCharType="separate"/>
        </w:r>
        <w:r w:rsidRPr="00A864B8">
          <w:rPr>
            <w:webHidden/>
          </w:rPr>
          <w:t>15</w:t>
        </w:r>
        <w:r w:rsidRPr="00A864B8">
          <w:rPr>
            <w:webHidden/>
          </w:rPr>
          <w:fldChar w:fldCharType="end"/>
        </w:r>
      </w:hyperlink>
    </w:p>
    <w:p w14:paraId="7B329490" w14:textId="30FA1BB2" w:rsidR="00F26332" w:rsidRPr="00A864B8" w:rsidRDefault="00F26332">
      <w:pPr>
        <w:pStyle w:val="Verzeichnis2"/>
        <w:tabs>
          <w:tab w:val="right" w:leader="dot" w:pos="8630"/>
        </w:tabs>
      </w:pPr>
      <w:hyperlink w:anchor="_Toc240363500" w:history="1">
        <w:r w:rsidRPr="00A864B8">
          <w:rPr>
            <w:rStyle w:val="Hyperlink"/>
          </w:rPr>
          <w:t>5.1 Variante 1: Variante 1</w:t>
        </w:r>
        <w:r w:rsidRPr="00A864B8">
          <w:rPr>
            <w:webHidden/>
          </w:rPr>
          <w:tab/>
        </w:r>
        <w:r w:rsidRPr="00A864B8">
          <w:rPr>
            <w:webHidden/>
          </w:rPr>
          <w:fldChar w:fldCharType="begin"/>
        </w:r>
        <w:r w:rsidRPr="00A864B8">
          <w:rPr>
            <w:webHidden/>
          </w:rPr>
          <w:instrText xml:space="preserve"> PAGEREF _Toc240363500 \h </w:instrText>
        </w:r>
        <w:r w:rsidRPr="00A864B8">
          <w:rPr>
            <w:webHidden/>
          </w:rPr>
        </w:r>
        <w:r w:rsidRPr="00A864B8">
          <w:rPr>
            <w:webHidden/>
          </w:rPr>
          <w:fldChar w:fldCharType="separate"/>
        </w:r>
        <w:r w:rsidRPr="00A864B8">
          <w:rPr>
            <w:webHidden/>
          </w:rPr>
          <w:t>16</w:t>
        </w:r>
        <w:r w:rsidRPr="00A864B8">
          <w:rPr>
            <w:webHidden/>
          </w:rPr>
          <w:fldChar w:fldCharType="end"/>
        </w:r>
      </w:hyperlink>
    </w:p>
    <w:p w14:paraId="5E7A5451" w14:textId="14E7B076" w:rsidR="00F26332" w:rsidRPr="00A864B8" w:rsidRDefault="00F26332">
      <w:pPr>
        <w:pStyle w:val="Verzeichnis3"/>
        <w:tabs>
          <w:tab w:val="right" w:leader="dot" w:pos="8630"/>
        </w:tabs>
      </w:pPr>
      <w:hyperlink w:anchor="_Toc240363501" w:history="1">
        <w:r w:rsidRPr="00A864B8">
          <w:rPr>
            <w:rStyle w:val="Hyperlink"/>
          </w:rPr>
          <w:t>5.1.1 Gebäude</w:t>
        </w:r>
        <w:r w:rsidRPr="00A864B8">
          <w:rPr>
            <w:webHidden/>
          </w:rPr>
          <w:tab/>
        </w:r>
        <w:r w:rsidRPr="00A864B8">
          <w:rPr>
            <w:webHidden/>
          </w:rPr>
          <w:fldChar w:fldCharType="begin"/>
        </w:r>
        <w:r w:rsidRPr="00A864B8">
          <w:rPr>
            <w:webHidden/>
          </w:rPr>
          <w:instrText xml:space="preserve"> PAGEREF _Toc240363501 \h </w:instrText>
        </w:r>
        <w:r w:rsidRPr="00A864B8">
          <w:rPr>
            <w:webHidden/>
          </w:rPr>
        </w:r>
        <w:r w:rsidRPr="00A864B8">
          <w:rPr>
            <w:webHidden/>
          </w:rPr>
          <w:fldChar w:fldCharType="separate"/>
        </w:r>
        <w:r w:rsidRPr="00A864B8">
          <w:rPr>
            <w:webHidden/>
          </w:rPr>
          <w:t>18</w:t>
        </w:r>
        <w:r w:rsidRPr="00A864B8">
          <w:rPr>
            <w:webHidden/>
          </w:rPr>
          <w:fldChar w:fldCharType="end"/>
        </w:r>
      </w:hyperlink>
    </w:p>
    <w:p w14:paraId="160198F2" w14:textId="40D61121" w:rsidR="00F26332" w:rsidRPr="00A864B8" w:rsidRDefault="00F26332">
      <w:pPr>
        <w:pStyle w:val="Verzeichnis3"/>
        <w:tabs>
          <w:tab w:val="right" w:leader="dot" w:pos="8630"/>
        </w:tabs>
      </w:pPr>
      <w:hyperlink w:anchor="_Toc240363502" w:history="1">
        <w:r w:rsidRPr="00A864B8">
          <w:rPr>
            <w:rStyle w:val="Hyperlink"/>
          </w:rPr>
          <w:t>5.1.2 Wärmenetz</w:t>
        </w:r>
        <w:r w:rsidRPr="00A864B8">
          <w:rPr>
            <w:webHidden/>
          </w:rPr>
          <w:tab/>
        </w:r>
        <w:r w:rsidRPr="00A864B8">
          <w:rPr>
            <w:webHidden/>
          </w:rPr>
          <w:fldChar w:fldCharType="begin"/>
        </w:r>
        <w:r w:rsidRPr="00A864B8">
          <w:rPr>
            <w:webHidden/>
          </w:rPr>
          <w:instrText xml:space="preserve"> PAGEREF _Toc240363502 \h </w:instrText>
        </w:r>
        <w:r w:rsidRPr="00A864B8">
          <w:rPr>
            <w:webHidden/>
          </w:rPr>
        </w:r>
        <w:r w:rsidRPr="00A864B8">
          <w:rPr>
            <w:webHidden/>
          </w:rPr>
          <w:fldChar w:fldCharType="separate"/>
        </w:r>
        <w:r w:rsidRPr="00A864B8">
          <w:rPr>
            <w:webHidden/>
          </w:rPr>
          <w:t>21</w:t>
        </w:r>
        <w:r w:rsidRPr="00A864B8">
          <w:rPr>
            <w:webHidden/>
          </w:rPr>
          <w:fldChar w:fldCharType="end"/>
        </w:r>
      </w:hyperlink>
    </w:p>
    <w:p w14:paraId="56553682" w14:textId="3634D0E3" w:rsidR="00F26332" w:rsidRPr="00A864B8" w:rsidRDefault="00F26332">
      <w:pPr>
        <w:pStyle w:val="Verzeichnis3"/>
        <w:tabs>
          <w:tab w:val="right" w:leader="dot" w:pos="8630"/>
        </w:tabs>
      </w:pPr>
      <w:hyperlink w:anchor="_Toc240363503" w:history="1">
        <w:r w:rsidRPr="00A864B8">
          <w:rPr>
            <w:rStyle w:val="Hyperlink"/>
          </w:rPr>
          <w:t>5.1.3 Energiezentrale</w:t>
        </w:r>
        <w:r w:rsidRPr="00A864B8">
          <w:rPr>
            <w:webHidden/>
          </w:rPr>
          <w:tab/>
        </w:r>
        <w:r w:rsidRPr="00A864B8">
          <w:rPr>
            <w:webHidden/>
          </w:rPr>
          <w:fldChar w:fldCharType="begin"/>
        </w:r>
        <w:r w:rsidRPr="00A864B8">
          <w:rPr>
            <w:webHidden/>
          </w:rPr>
          <w:instrText xml:space="preserve"> PAGEREF _Toc240363503 \h </w:instrText>
        </w:r>
        <w:r w:rsidRPr="00A864B8">
          <w:rPr>
            <w:webHidden/>
          </w:rPr>
        </w:r>
        <w:r w:rsidRPr="00A864B8">
          <w:rPr>
            <w:webHidden/>
          </w:rPr>
          <w:fldChar w:fldCharType="separate"/>
        </w:r>
        <w:r w:rsidRPr="00A864B8">
          <w:rPr>
            <w:webHidden/>
          </w:rPr>
          <w:t>27</w:t>
        </w:r>
        <w:r w:rsidRPr="00A864B8">
          <w:rPr>
            <w:webHidden/>
          </w:rPr>
          <w:fldChar w:fldCharType="end"/>
        </w:r>
      </w:hyperlink>
    </w:p>
    <w:p w14:paraId="1E18F4B7" w14:textId="2C0C442A" w:rsidR="00F26332" w:rsidRPr="00A864B8" w:rsidRDefault="00F26332">
      <w:pPr>
        <w:pStyle w:val="Verzeichnis3"/>
        <w:tabs>
          <w:tab w:val="right" w:leader="dot" w:pos="8630"/>
        </w:tabs>
      </w:pPr>
      <w:hyperlink w:anchor="_Toc240363504" w:history="1">
        <w:r w:rsidRPr="00A864B8">
          <w:rPr>
            <w:rStyle w:val="Hyperlink"/>
          </w:rPr>
          <w:t>5.1.4 Wirtschaftlichkeit</w:t>
        </w:r>
        <w:r w:rsidRPr="00A864B8">
          <w:rPr>
            <w:webHidden/>
          </w:rPr>
          <w:tab/>
        </w:r>
        <w:r w:rsidRPr="00A864B8">
          <w:rPr>
            <w:webHidden/>
          </w:rPr>
          <w:fldChar w:fldCharType="begin"/>
        </w:r>
        <w:r w:rsidRPr="00A864B8">
          <w:rPr>
            <w:webHidden/>
          </w:rPr>
          <w:instrText xml:space="preserve"> PAGEREF _Toc240363504 \h </w:instrText>
        </w:r>
        <w:r w:rsidRPr="00A864B8">
          <w:rPr>
            <w:webHidden/>
          </w:rPr>
        </w:r>
        <w:r w:rsidRPr="00A864B8">
          <w:rPr>
            <w:webHidden/>
          </w:rPr>
          <w:fldChar w:fldCharType="separate"/>
        </w:r>
        <w:r w:rsidRPr="00A864B8">
          <w:rPr>
            <w:webHidden/>
          </w:rPr>
          <w:t>29</w:t>
        </w:r>
        <w:r w:rsidRPr="00A864B8">
          <w:rPr>
            <w:webHidden/>
          </w:rPr>
          <w:fldChar w:fldCharType="end"/>
        </w:r>
      </w:hyperlink>
    </w:p>
    <w:p w14:paraId="3E70E201" w14:textId="28D6E011" w:rsidR="00F26332" w:rsidRPr="00A864B8" w:rsidRDefault="00F26332">
      <w:pPr>
        <w:pStyle w:val="Verzeichnis2"/>
        <w:tabs>
          <w:tab w:val="right" w:leader="dot" w:pos="8630"/>
        </w:tabs>
      </w:pPr>
      <w:hyperlink w:anchor="_Toc240363505" w:history="1">
        <w:r w:rsidRPr="00A864B8">
          <w:rPr>
            <w:rStyle w:val="Hyperlink"/>
          </w:rPr>
          <w:t>5.2 Variante 2: Variante 2</w:t>
        </w:r>
        <w:r w:rsidRPr="00A864B8">
          <w:rPr>
            <w:webHidden/>
          </w:rPr>
          <w:tab/>
        </w:r>
        <w:r w:rsidRPr="00A864B8">
          <w:rPr>
            <w:webHidden/>
          </w:rPr>
          <w:fldChar w:fldCharType="begin"/>
        </w:r>
        <w:r w:rsidRPr="00A864B8">
          <w:rPr>
            <w:webHidden/>
          </w:rPr>
          <w:instrText xml:space="preserve"> PAGEREF _Toc240363505 \h </w:instrText>
        </w:r>
        <w:r w:rsidRPr="00A864B8">
          <w:rPr>
            <w:webHidden/>
          </w:rPr>
        </w:r>
        <w:r w:rsidRPr="00A864B8">
          <w:rPr>
            <w:webHidden/>
          </w:rPr>
          <w:fldChar w:fldCharType="separate"/>
        </w:r>
        <w:r w:rsidRPr="00A864B8">
          <w:rPr>
            <w:webHidden/>
          </w:rPr>
          <w:t>34</w:t>
        </w:r>
        <w:r w:rsidRPr="00A864B8">
          <w:rPr>
            <w:webHidden/>
          </w:rPr>
          <w:fldChar w:fldCharType="end"/>
        </w:r>
      </w:hyperlink>
    </w:p>
    <w:p w14:paraId="0B9B0BD2" w14:textId="08A689C1" w:rsidR="00F26332" w:rsidRPr="00A864B8" w:rsidRDefault="00F26332">
      <w:pPr>
        <w:pStyle w:val="Verzeichnis3"/>
        <w:tabs>
          <w:tab w:val="right" w:leader="dot" w:pos="8630"/>
        </w:tabs>
      </w:pPr>
      <w:hyperlink w:anchor="_Toc240363506" w:history="1">
        <w:r w:rsidRPr="00A864B8">
          <w:rPr>
            <w:rStyle w:val="Hyperlink"/>
          </w:rPr>
          <w:t>5.2.1 Gebäude</w:t>
        </w:r>
        <w:r w:rsidRPr="00A864B8">
          <w:rPr>
            <w:webHidden/>
          </w:rPr>
          <w:tab/>
        </w:r>
        <w:r w:rsidRPr="00A864B8">
          <w:rPr>
            <w:webHidden/>
          </w:rPr>
          <w:fldChar w:fldCharType="begin"/>
        </w:r>
        <w:r w:rsidRPr="00A864B8">
          <w:rPr>
            <w:webHidden/>
          </w:rPr>
          <w:instrText xml:space="preserve"> PAGEREF _Toc240363506 \h </w:instrText>
        </w:r>
        <w:r w:rsidRPr="00A864B8">
          <w:rPr>
            <w:webHidden/>
          </w:rPr>
        </w:r>
        <w:r w:rsidRPr="00A864B8">
          <w:rPr>
            <w:webHidden/>
          </w:rPr>
          <w:fldChar w:fldCharType="separate"/>
        </w:r>
        <w:r w:rsidRPr="00A864B8">
          <w:rPr>
            <w:webHidden/>
          </w:rPr>
          <w:t>35</w:t>
        </w:r>
        <w:r w:rsidRPr="00A864B8">
          <w:rPr>
            <w:webHidden/>
          </w:rPr>
          <w:fldChar w:fldCharType="end"/>
        </w:r>
      </w:hyperlink>
    </w:p>
    <w:p w14:paraId="56212764" w14:textId="1DF06D71" w:rsidR="00F26332" w:rsidRPr="00A864B8" w:rsidRDefault="00F26332">
      <w:pPr>
        <w:pStyle w:val="Verzeichnis3"/>
        <w:tabs>
          <w:tab w:val="right" w:leader="dot" w:pos="8630"/>
        </w:tabs>
      </w:pPr>
      <w:hyperlink w:anchor="_Toc240363507" w:history="1">
        <w:r w:rsidRPr="00A864B8">
          <w:rPr>
            <w:rStyle w:val="Hyperlink"/>
          </w:rPr>
          <w:t>5.2.2 Wärmenetz</w:t>
        </w:r>
        <w:r w:rsidRPr="00A864B8">
          <w:rPr>
            <w:webHidden/>
          </w:rPr>
          <w:tab/>
        </w:r>
        <w:r w:rsidRPr="00A864B8">
          <w:rPr>
            <w:webHidden/>
          </w:rPr>
          <w:fldChar w:fldCharType="begin"/>
        </w:r>
        <w:r w:rsidRPr="00A864B8">
          <w:rPr>
            <w:webHidden/>
          </w:rPr>
          <w:instrText xml:space="preserve"> PAGEREF _Toc240363507 \h </w:instrText>
        </w:r>
        <w:r w:rsidRPr="00A864B8">
          <w:rPr>
            <w:webHidden/>
          </w:rPr>
        </w:r>
        <w:r w:rsidRPr="00A864B8">
          <w:rPr>
            <w:webHidden/>
          </w:rPr>
          <w:fldChar w:fldCharType="separate"/>
        </w:r>
        <w:r w:rsidRPr="00A864B8">
          <w:rPr>
            <w:webHidden/>
          </w:rPr>
          <w:t>38</w:t>
        </w:r>
        <w:r w:rsidRPr="00A864B8">
          <w:rPr>
            <w:webHidden/>
          </w:rPr>
          <w:fldChar w:fldCharType="end"/>
        </w:r>
      </w:hyperlink>
    </w:p>
    <w:p w14:paraId="50F118B2" w14:textId="3109F1E3" w:rsidR="00F26332" w:rsidRPr="00A864B8" w:rsidRDefault="00F26332">
      <w:pPr>
        <w:pStyle w:val="Verzeichnis3"/>
        <w:tabs>
          <w:tab w:val="right" w:leader="dot" w:pos="8630"/>
        </w:tabs>
      </w:pPr>
      <w:hyperlink w:anchor="_Toc240363508" w:history="1">
        <w:r w:rsidRPr="00A864B8">
          <w:rPr>
            <w:rStyle w:val="Hyperlink"/>
          </w:rPr>
          <w:t>5.2.3 Energiezentrale</w:t>
        </w:r>
        <w:r w:rsidRPr="00A864B8">
          <w:rPr>
            <w:webHidden/>
          </w:rPr>
          <w:tab/>
        </w:r>
        <w:r w:rsidRPr="00A864B8">
          <w:rPr>
            <w:webHidden/>
          </w:rPr>
          <w:fldChar w:fldCharType="begin"/>
        </w:r>
        <w:r w:rsidRPr="00A864B8">
          <w:rPr>
            <w:webHidden/>
          </w:rPr>
          <w:instrText xml:space="preserve"> PAGEREF _Toc240363508 \h </w:instrText>
        </w:r>
        <w:r w:rsidRPr="00A864B8">
          <w:rPr>
            <w:webHidden/>
          </w:rPr>
        </w:r>
        <w:r w:rsidRPr="00A864B8">
          <w:rPr>
            <w:webHidden/>
          </w:rPr>
          <w:fldChar w:fldCharType="separate"/>
        </w:r>
        <w:r w:rsidRPr="00A864B8">
          <w:rPr>
            <w:webHidden/>
          </w:rPr>
          <w:t>44</w:t>
        </w:r>
        <w:r w:rsidRPr="00A864B8">
          <w:rPr>
            <w:webHidden/>
          </w:rPr>
          <w:fldChar w:fldCharType="end"/>
        </w:r>
      </w:hyperlink>
    </w:p>
    <w:p w14:paraId="4C4D37AF" w14:textId="15CBACA6" w:rsidR="00F26332" w:rsidRPr="00A864B8" w:rsidRDefault="00F26332">
      <w:pPr>
        <w:pStyle w:val="Verzeichnis3"/>
        <w:tabs>
          <w:tab w:val="right" w:leader="dot" w:pos="8630"/>
        </w:tabs>
      </w:pPr>
      <w:hyperlink w:anchor="_Toc240363509" w:history="1">
        <w:r w:rsidRPr="00A864B8">
          <w:rPr>
            <w:rStyle w:val="Hyperlink"/>
          </w:rPr>
          <w:t>5.2.4 Wirtschaftlichkeit</w:t>
        </w:r>
        <w:r w:rsidRPr="00A864B8">
          <w:rPr>
            <w:webHidden/>
          </w:rPr>
          <w:tab/>
        </w:r>
        <w:r w:rsidRPr="00A864B8">
          <w:rPr>
            <w:webHidden/>
          </w:rPr>
          <w:fldChar w:fldCharType="begin"/>
        </w:r>
        <w:r w:rsidRPr="00A864B8">
          <w:rPr>
            <w:webHidden/>
          </w:rPr>
          <w:instrText xml:space="preserve"> PAGEREF _Toc240363509 \h </w:instrText>
        </w:r>
        <w:r w:rsidRPr="00A864B8">
          <w:rPr>
            <w:webHidden/>
          </w:rPr>
        </w:r>
        <w:r w:rsidRPr="00A864B8">
          <w:rPr>
            <w:webHidden/>
          </w:rPr>
          <w:fldChar w:fldCharType="separate"/>
        </w:r>
        <w:r w:rsidRPr="00A864B8">
          <w:rPr>
            <w:webHidden/>
          </w:rPr>
          <w:t>46</w:t>
        </w:r>
        <w:r w:rsidRPr="00A864B8">
          <w:rPr>
            <w:webHidden/>
          </w:rPr>
          <w:fldChar w:fldCharType="end"/>
        </w:r>
      </w:hyperlink>
    </w:p>
    <w:p w14:paraId="495E184E" w14:textId="5E4F11E0" w:rsidR="00F26332" w:rsidRPr="00A864B8" w:rsidRDefault="00F26332">
      <w:pPr>
        <w:pStyle w:val="Verzeichnis1"/>
        <w:tabs>
          <w:tab w:val="right" w:leader="dot" w:pos="8630"/>
        </w:tabs>
      </w:pPr>
      <w:hyperlink w:anchor="_Toc240363510" w:history="1">
        <w:r w:rsidRPr="00A864B8">
          <w:rPr>
            <w:rStyle w:val="Hyperlink"/>
          </w:rPr>
          <w:t>6 Variantenvergleich</w:t>
        </w:r>
        <w:r w:rsidRPr="00A864B8">
          <w:rPr>
            <w:webHidden/>
          </w:rPr>
          <w:tab/>
        </w:r>
        <w:r w:rsidRPr="00A864B8">
          <w:rPr>
            <w:webHidden/>
          </w:rPr>
          <w:fldChar w:fldCharType="begin"/>
        </w:r>
        <w:r w:rsidRPr="00A864B8">
          <w:rPr>
            <w:webHidden/>
          </w:rPr>
          <w:instrText xml:space="preserve"> PAGEREF _Toc240363510 \h </w:instrText>
        </w:r>
        <w:r w:rsidRPr="00A864B8">
          <w:rPr>
            <w:webHidden/>
          </w:rPr>
        </w:r>
        <w:r w:rsidRPr="00A864B8">
          <w:rPr>
            <w:webHidden/>
          </w:rPr>
          <w:fldChar w:fldCharType="separate"/>
        </w:r>
        <w:r w:rsidRPr="00A864B8">
          <w:rPr>
            <w:webHidden/>
          </w:rPr>
          <w:t>52</w:t>
        </w:r>
        <w:r w:rsidRPr="00A864B8">
          <w:rPr>
            <w:webHidden/>
          </w:rPr>
          <w:fldChar w:fldCharType="end"/>
        </w:r>
      </w:hyperlink>
    </w:p>
    <w:p w14:paraId="39D7391C" w14:textId="78DA0EA2" w:rsidR="00F26332" w:rsidRPr="00A864B8" w:rsidRDefault="00F26332">
      <w:pPr>
        <w:pStyle w:val="Verzeichnis2"/>
        <w:tabs>
          <w:tab w:val="right" w:leader="dot" w:pos="8630"/>
        </w:tabs>
      </w:pPr>
      <w:hyperlink w:anchor="_Toc240363511" w:history="1">
        <w:r w:rsidRPr="00A864B8">
          <w:rPr>
            <w:rStyle w:val="Hyperlink"/>
          </w:rPr>
          <w:t>6.1 PLATZHALTER: Schlussfolgerungen aus dem Variantenvergleich</w:t>
        </w:r>
        <w:r w:rsidRPr="00A864B8">
          <w:rPr>
            <w:webHidden/>
          </w:rPr>
          <w:tab/>
        </w:r>
        <w:r w:rsidRPr="00A864B8">
          <w:rPr>
            <w:webHidden/>
          </w:rPr>
          <w:fldChar w:fldCharType="begin"/>
        </w:r>
        <w:r w:rsidRPr="00A864B8">
          <w:rPr>
            <w:webHidden/>
          </w:rPr>
          <w:instrText xml:space="preserve"> PAGEREF _Toc240363511 \h </w:instrText>
        </w:r>
        <w:r w:rsidRPr="00A864B8">
          <w:rPr>
            <w:webHidden/>
          </w:rPr>
        </w:r>
        <w:r w:rsidRPr="00A864B8">
          <w:rPr>
            <w:webHidden/>
          </w:rPr>
          <w:fldChar w:fldCharType="separate"/>
        </w:r>
        <w:r w:rsidRPr="00A864B8">
          <w:rPr>
            <w:webHidden/>
          </w:rPr>
          <w:t>56</w:t>
        </w:r>
        <w:r w:rsidRPr="00A864B8">
          <w:rPr>
            <w:webHidden/>
          </w:rPr>
          <w:fldChar w:fldCharType="end"/>
        </w:r>
      </w:hyperlink>
    </w:p>
    <w:p w14:paraId="10B6B9AC" w14:textId="507841CD" w:rsidR="00F26332" w:rsidRPr="00A864B8" w:rsidRDefault="00F26332">
      <w:pPr>
        <w:pStyle w:val="Verzeichnis1"/>
        <w:tabs>
          <w:tab w:val="right" w:leader="dot" w:pos="8630"/>
        </w:tabs>
      </w:pPr>
      <w:hyperlink w:anchor="_Toc240363512" w:history="1">
        <w:r w:rsidRPr="00A864B8">
          <w:rPr>
            <w:rStyle w:val="Hyperlink"/>
          </w:rPr>
          <w:t>7 PLATZHALTER: Mess-, Steuerungs- und Regelungstechnik (MSR-Technik) inkl. Digitalisierungskomponenten</w:t>
        </w:r>
        <w:r w:rsidRPr="00A864B8">
          <w:rPr>
            <w:webHidden/>
          </w:rPr>
          <w:tab/>
        </w:r>
        <w:r w:rsidRPr="00A864B8">
          <w:rPr>
            <w:webHidden/>
          </w:rPr>
          <w:fldChar w:fldCharType="begin"/>
        </w:r>
        <w:r w:rsidRPr="00A864B8">
          <w:rPr>
            <w:webHidden/>
          </w:rPr>
          <w:instrText xml:space="preserve"> PAGEREF _Toc240363512 \h </w:instrText>
        </w:r>
        <w:r w:rsidRPr="00A864B8">
          <w:rPr>
            <w:webHidden/>
          </w:rPr>
        </w:r>
        <w:r w:rsidRPr="00A864B8">
          <w:rPr>
            <w:webHidden/>
          </w:rPr>
          <w:fldChar w:fldCharType="separate"/>
        </w:r>
        <w:r w:rsidRPr="00A864B8">
          <w:rPr>
            <w:webHidden/>
          </w:rPr>
          <w:t>57</w:t>
        </w:r>
        <w:r w:rsidRPr="00A864B8">
          <w:rPr>
            <w:webHidden/>
          </w:rPr>
          <w:fldChar w:fldCharType="end"/>
        </w:r>
      </w:hyperlink>
    </w:p>
    <w:p w14:paraId="4CFDAE6F" w14:textId="65B090DD" w:rsidR="00F26332" w:rsidRPr="00A864B8" w:rsidRDefault="00F26332">
      <w:pPr>
        <w:pStyle w:val="Verzeichnis1"/>
        <w:tabs>
          <w:tab w:val="right" w:leader="dot" w:pos="8630"/>
        </w:tabs>
      </w:pPr>
      <w:hyperlink w:anchor="_Toc240363513" w:history="1">
        <w:r w:rsidRPr="00A864B8">
          <w:rPr>
            <w:rStyle w:val="Hyperlink"/>
          </w:rPr>
          <w:t>8 PLATZHALTER: Genehmigungsfähigkeit</w:t>
        </w:r>
        <w:r w:rsidRPr="00A864B8">
          <w:rPr>
            <w:webHidden/>
          </w:rPr>
          <w:tab/>
        </w:r>
        <w:r w:rsidRPr="00A864B8">
          <w:rPr>
            <w:webHidden/>
          </w:rPr>
          <w:fldChar w:fldCharType="begin"/>
        </w:r>
        <w:r w:rsidRPr="00A864B8">
          <w:rPr>
            <w:webHidden/>
          </w:rPr>
          <w:instrText xml:space="preserve"> PAGEREF _Toc240363513 \h </w:instrText>
        </w:r>
        <w:r w:rsidRPr="00A864B8">
          <w:rPr>
            <w:webHidden/>
          </w:rPr>
        </w:r>
        <w:r w:rsidRPr="00A864B8">
          <w:rPr>
            <w:webHidden/>
          </w:rPr>
          <w:fldChar w:fldCharType="separate"/>
        </w:r>
        <w:r w:rsidRPr="00A864B8">
          <w:rPr>
            <w:webHidden/>
          </w:rPr>
          <w:t>58</w:t>
        </w:r>
        <w:r w:rsidRPr="00A864B8">
          <w:rPr>
            <w:webHidden/>
          </w:rPr>
          <w:fldChar w:fldCharType="end"/>
        </w:r>
      </w:hyperlink>
    </w:p>
    <w:p w14:paraId="3B19C5F2" w14:textId="72B90070" w:rsidR="00F26332" w:rsidRPr="00A864B8" w:rsidRDefault="00F26332">
      <w:pPr>
        <w:pStyle w:val="Verzeichnis1"/>
        <w:tabs>
          <w:tab w:val="right" w:leader="dot" w:pos="8630"/>
        </w:tabs>
      </w:pPr>
      <w:hyperlink w:anchor="_Toc240363514" w:history="1">
        <w:r w:rsidRPr="00A864B8">
          <w:rPr>
            <w:rStyle w:val="Hyperlink"/>
          </w:rPr>
          <w:t>9 PLATZHALTER: Zeitplan</w:t>
        </w:r>
        <w:r w:rsidRPr="00A864B8">
          <w:rPr>
            <w:webHidden/>
          </w:rPr>
          <w:tab/>
        </w:r>
        <w:r w:rsidRPr="00A864B8">
          <w:rPr>
            <w:webHidden/>
          </w:rPr>
          <w:fldChar w:fldCharType="begin"/>
        </w:r>
        <w:r w:rsidRPr="00A864B8">
          <w:rPr>
            <w:webHidden/>
          </w:rPr>
          <w:instrText xml:space="preserve"> PAGEREF _Toc240363514 \h </w:instrText>
        </w:r>
        <w:r w:rsidRPr="00A864B8">
          <w:rPr>
            <w:webHidden/>
          </w:rPr>
        </w:r>
        <w:r w:rsidRPr="00A864B8">
          <w:rPr>
            <w:webHidden/>
          </w:rPr>
          <w:fldChar w:fldCharType="separate"/>
        </w:r>
        <w:r w:rsidRPr="00A864B8">
          <w:rPr>
            <w:webHidden/>
          </w:rPr>
          <w:t>59</w:t>
        </w:r>
        <w:r w:rsidRPr="00A864B8">
          <w:rPr>
            <w:webHidden/>
          </w:rPr>
          <w:fldChar w:fldCharType="end"/>
        </w:r>
      </w:hyperlink>
    </w:p>
    <w:p w14:paraId="66CBA4C9" w14:textId="0556EE2B" w:rsidR="00F26332" w:rsidRPr="00A864B8" w:rsidRDefault="00F26332">
      <w:pPr>
        <w:pStyle w:val="Verzeichnis1"/>
        <w:tabs>
          <w:tab w:val="right" w:leader="dot" w:pos="8630"/>
        </w:tabs>
      </w:pPr>
      <w:hyperlink w:anchor="_Toc240363515" w:history="1">
        <w:r w:rsidRPr="00A864B8">
          <w:rPr>
            <w:rStyle w:val="Hyperlink"/>
          </w:rPr>
          <w:t>10 PLATZHALTER: Pfad zur Treibhausgasneutralität mit den Wegmarken 2030, 2035, 2040, 2045</w:t>
        </w:r>
        <w:r w:rsidRPr="00A864B8">
          <w:rPr>
            <w:webHidden/>
          </w:rPr>
          <w:tab/>
        </w:r>
        <w:r w:rsidRPr="00A864B8">
          <w:rPr>
            <w:webHidden/>
          </w:rPr>
          <w:fldChar w:fldCharType="begin"/>
        </w:r>
        <w:r w:rsidRPr="00A864B8">
          <w:rPr>
            <w:webHidden/>
          </w:rPr>
          <w:instrText xml:space="preserve"> PAGEREF _Toc240363515 \h </w:instrText>
        </w:r>
        <w:r w:rsidRPr="00A864B8">
          <w:rPr>
            <w:webHidden/>
          </w:rPr>
        </w:r>
        <w:r w:rsidRPr="00A864B8">
          <w:rPr>
            <w:webHidden/>
          </w:rPr>
          <w:fldChar w:fldCharType="separate"/>
        </w:r>
        <w:r w:rsidRPr="00A864B8">
          <w:rPr>
            <w:webHidden/>
          </w:rPr>
          <w:t>60</w:t>
        </w:r>
        <w:r w:rsidRPr="00A864B8">
          <w:rPr>
            <w:webHidden/>
          </w:rPr>
          <w:fldChar w:fldCharType="end"/>
        </w:r>
      </w:hyperlink>
    </w:p>
    <w:p w14:paraId="2D7DA4FD" w14:textId="38858ABF" w:rsidR="00F26332" w:rsidRPr="00A864B8" w:rsidRDefault="00F26332">
      <w:pPr>
        <w:pStyle w:val="Verzeichnis1"/>
        <w:tabs>
          <w:tab w:val="right" w:leader="dot" w:pos="8630"/>
        </w:tabs>
      </w:pPr>
      <w:hyperlink w:anchor="_Toc240363516" w:history="1">
        <w:r w:rsidRPr="00A864B8">
          <w:rPr>
            <w:rStyle w:val="Hyperlink"/>
          </w:rPr>
          <w:t>11 PLATZHALTER: Maßnahmen zur Bürgereinbindung und Stärkung der Akzeptanz sowie Akquise</w:t>
        </w:r>
        <w:r w:rsidRPr="00A864B8">
          <w:rPr>
            <w:webHidden/>
          </w:rPr>
          <w:tab/>
        </w:r>
        <w:r w:rsidRPr="00A864B8">
          <w:rPr>
            <w:webHidden/>
          </w:rPr>
          <w:fldChar w:fldCharType="begin"/>
        </w:r>
        <w:r w:rsidRPr="00A864B8">
          <w:rPr>
            <w:webHidden/>
          </w:rPr>
          <w:instrText xml:space="preserve"> PAGEREF _Toc240363516 \h </w:instrText>
        </w:r>
        <w:r w:rsidRPr="00A864B8">
          <w:rPr>
            <w:webHidden/>
          </w:rPr>
        </w:r>
        <w:r w:rsidRPr="00A864B8">
          <w:rPr>
            <w:webHidden/>
          </w:rPr>
          <w:fldChar w:fldCharType="separate"/>
        </w:r>
        <w:r w:rsidRPr="00A864B8">
          <w:rPr>
            <w:webHidden/>
          </w:rPr>
          <w:t>61</w:t>
        </w:r>
        <w:r w:rsidRPr="00A864B8">
          <w:rPr>
            <w:webHidden/>
          </w:rPr>
          <w:fldChar w:fldCharType="end"/>
        </w:r>
      </w:hyperlink>
    </w:p>
    <w:p w14:paraId="482F3BF3" w14:textId="0F8A09BA" w:rsidR="00F26332" w:rsidRPr="00A864B8" w:rsidRDefault="00F26332">
      <w:pPr>
        <w:pStyle w:val="Verzeichnis1"/>
        <w:tabs>
          <w:tab w:val="right" w:leader="dot" w:pos="8630"/>
        </w:tabs>
      </w:pPr>
      <w:hyperlink w:anchor="_Toc240363517" w:history="1">
        <w:r w:rsidRPr="00A864B8">
          <w:rPr>
            <w:rStyle w:val="Hyperlink"/>
          </w:rPr>
          <w:t>12 Anhang</w:t>
        </w:r>
        <w:r w:rsidRPr="00A864B8">
          <w:rPr>
            <w:webHidden/>
          </w:rPr>
          <w:tab/>
        </w:r>
        <w:r w:rsidRPr="00A864B8">
          <w:rPr>
            <w:webHidden/>
          </w:rPr>
          <w:fldChar w:fldCharType="begin"/>
        </w:r>
        <w:r w:rsidRPr="00A864B8">
          <w:rPr>
            <w:webHidden/>
          </w:rPr>
          <w:instrText xml:space="preserve"> PAGEREF _Toc240363517 \h </w:instrText>
        </w:r>
        <w:r w:rsidRPr="00A864B8">
          <w:rPr>
            <w:webHidden/>
          </w:rPr>
        </w:r>
        <w:r w:rsidRPr="00A864B8">
          <w:rPr>
            <w:webHidden/>
          </w:rPr>
          <w:fldChar w:fldCharType="separate"/>
        </w:r>
        <w:r w:rsidRPr="00A864B8">
          <w:rPr>
            <w:webHidden/>
          </w:rPr>
          <w:t>62</w:t>
        </w:r>
        <w:r w:rsidRPr="00A864B8">
          <w:rPr>
            <w:webHidden/>
          </w:rPr>
          <w:fldChar w:fldCharType="end"/>
        </w:r>
      </w:hyperlink>
    </w:p>
    <w:p w14:paraId="571BC267" w14:textId="5387004E" w:rsidR="00F26332" w:rsidRPr="00A864B8" w:rsidRDefault="00F26332">
      <w:pPr>
        <w:pStyle w:val="Verzeichnis2"/>
        <w:tabs>
          <w:tab w:val="right" w:leader="dot" w:pos="8630"/>
        </w:tabs>
      </w:pPr>
      <w:hyperlink w:anchor="_Toc240363518" w:history="1">
        <w:r w:rsidRPr="00A864B8">
          <w:rPr>
            <w:rStyle w:val="Hyperlink"/>
          </w:rPr>
          <w:t>12.1 Vorgehen und Methodik</w:t>
        </w:r>
        <w:r w:rsidRPr="00A864B8">
          <w:rPr>
            <w:webHidden/>
          </w:rPr>
          <w:tab/>
        </w:r>
        <w:r w:rsidRPr="00A864B8">
          <w:rPr>
            <w:webHidden/>
          </w:rPr>
          <w:fldChar w:fldCharType="begin"/>
        </w:r>
        <w:r w:rsidRPr="00A864B8">
          <w:rPr>
            <w:webHidden/>
          </w:rPr>
          <w:instrText xml:space="preserve"> PAGEREF _Toc240363518 \h </w:instrText>
        </w:r>
        <w:r w:rsidRPr="00A864B8">
          <w:rPr>
            <w:webHidden/>
          </w:rPr>
        </w:r>
        <w:r w:rsidRPr="00A864B8">
          <w:rPr>
            <w:webHidden/>
          </w:rPr>
          <w:fldChar w:fldCharType="separate"/>
        </w:r>
        <w:r w:rsidRPr="00A864B8">
          <w:rPr>
            <w:webHidden/>
          </w:rPr>
          <w:t>62</w:t>
        </w:r>
        <w:r w:rsidRPr="00A864B8">
          <w:rPr>
            <w:webHidden/>
          </w:rPr>
          <w:fldChar w:fldCharType="end"/>
        </w:r>
      </w:hyperlink>
    </w:p>
    <w:p w14:paraId="5EFDBD30" w14:textId="572275E6" w:rsidR="00F26332" w:rsidRPr="00A864B8" w:rsidRDefault="00F26332">
      <w:pPr>
        <w:pStyle w:val="Verzeichnis2"/>
        <w:tabs>
          <w:tab w:val="right" w:leader="dot" w:pos="8630"/>
        </w:tabs>
      </w:pPr>
      <w:hyperlink w:anchor="_Toc240363519" w:history="1">
        <w:r w:rsidRPr="00A864B8">
          <w:rPr>
            <w:rStyle w:val="Hyperlink"/>
          </w:rPr>
          <w:t>12.2 Gebäude</w:t>
        </w:r>
        <w:r w:rsidRPr="00A864B8">
          <w:rPr>
            <w:webHidden/>
          </w:rPr>
          <w:tab/>
        </w:r>
        <w:r w:rsidRPr="00A864B8">
          <w:rPr>
            <w:webHidden/>
          </w:rPr>
          <w:fldChar w:fldCharType="begin"/>
        </w:r>
        <w:r w:rsidRPr="00A864B8">
          <w:rPr>
            <w:webHidden/>
          </w:rPr>
          <w:instrText xml:space="preserve"> PAGEREF _Toc240363519 \h </w:instrText>
        </w:r>
        <w:r w:rsidRPr="00A864B8">
          <w:rPr>
            <w:webHidden/>
          </w:rPr>
        </w:r>
        <w:r w:rsidRPr="00A864B8">
          <w:rPr>
            <w:webHidden/>
          </w:rPr>
          <w:fldChar w:fldCharType="separate"/>
        </w:r>
        <w:r w:rsidRPr="00A864B8">
          <w:rPr>
            <w:webHidden/>
          </w:rPr>
          <w:t>64</w:t>
        </w:r>
        <w:r w:rsidRPr="00A864B8">
          <w:rPr>
            <w:webHidden/>
          </w:rPr>
          <w:fldChar w:fldCharType="end"/>
        </w:r>
      </w:hyperlink>
    </w:p>
    <w:p w14:paraId="474FB720" w14:textId="27F7B066" w:rsidR="00F26332" w:rsidRPr="00A864B8" w:rsidRDefault="00F26332">
      <w:pPr>
        <w:pStyle w:val="Verzeichnis3"/>
        <w:tabs>
          <w:tab w:val="right" w:leader="dot" w:pos="8630"/>
        </w:tabs>
      </w:pPr>
      <w:hyperlink w:anchor="_Toc240363520" w:history="1">
        <w:r w:rsidRPr="00A864B8">
          <w:rPr>
            <w:rStyle w:val="Hyperlink"/>
          </w:rPr>
          <w:t>12.2.1 Gebäudeenergiesystem: Wirtschaftliche Parameter</w:t>
        </w:r>
        <w:r w:rsidRPr="00A864B8">
          <w:rPr>
            <w:webHidden/>
          </w:rPr>
          <w:tab/>
        </w:r>
        <w:r w:rsidRPr="00A864B8">
          <w:rPr>
            <w:webHidden/>
          </w:rPr>
          <w:fldChar w:fldCharType="begin"/>
        </w:r>
        <w:r w:rsidRPr="00A864B8">
          <w:rPr>
            <w:webHidden/>
          </w:rPr>
          <w:instrText xml:space="preserve"> PAGEREF _Toc240363520 \h </w:instrText>
        </w:r>
        <w:r w:rsidRPr="00A864B8">
          <w:rPr>
            <w:webHidden/>
          </w:rPr>
        </w:r>
        <w:r w:rsidRPr="00A864B8">
          <w:rPr>
            <w:webHidden/>
          </w:rPr>
          <w:fldChar w:fldCharType="separate"/>
        </w:r>
        <w:r w:rsidRPr="00A864B8">
          <w:rPr>
            <w:webHidden/>
          </w:rPr>
          <w:t>64</w:t>
        </w:r>
        <w:r w:rsidRPr="00A864B8">
          <w:rPr>
            <w:webHidden/>
          </w:rPr>
          <w:fldChar w:fldCharType="end"/>
        </w:r>
      </w:hyperlink>
    </w:p>
    <w:p w14:paraId="5831148D" w14:textId="2C561579" w:rsidR="00F26332" w:rsidRPr="00A864B8" w:rsidRDefault="00F26332">
      <w:pPr>
        <w:pStyle w:val="Verzeichnis2"/>
        <w:tabs>
          <w:tab w:val="right" w:leader="dot" w:pos="8630"/>
        </w:tabs>
      </w:pPr>
      <w:hyperlink w:anchor="_Toc240363521" w:history="1">
        <w:r w:rsidRPr="00A864B8">
          <w:rPr>
            <w:rStyle w:val="Hyperlink"/>
          </w:rPr>
          <w:t>12.3 Wärmenetz</w:t>
        </w:r>
        <w:r w:rsidRPr="00A864B8">
          <w:rPr>
            <w:webHidden/>
          </w:rPr>
          <w:tab/>
        </w:r>
        <w:r w:rsidRPr="00A864B8">
          <w:rPr>
            <w:webHidden/>
          </w:rPr>
          <w:fldChar w:fldCharType="begin"/>
        </w:r>
        <w:r w:rsidRPr="00A864B8">
          <w:rPr>
            <w:webHidden/>
          </w:rPr>
          <w:instrText xml:space="preserve"> PAGEREF _Toc240363521 \h </w:instrText>
        </w:r>
        <w:r w:rsidRPr="00A864B8">
          <w:rPr>
            <w:webHidden/>
          </w:rPr>
        </w:r>
        <w:r w:rsidRPr="00A864B8">
          <w:rPr>
            <w:webHidden/>
          </w:rPr>
          <w:fldChar w:fldCharType="separate"/>
        </w:r>
        <w:r w:rsidRPr="00A864B8">
          <w:rPr>
            <w:webHidden/>
          </w:rPr>
          <w:t>66</w:t>
        </w:r>
        <w:r w:rsidRPr="00A864B8">
          <w:rPr>
            <w:webHidden/>
          </w:rPr>
          <w:fldChar w:fldCharType="end"/>
        </w:r>
      </w:hyperlink>
    </w:p>
    <w:p w14:paraId="6DEE3B76" w14:textId="15282268" w:rsidR="00F26332" w:rsidRPr="00A864B8" w:rsidRDefault="00F26332">
      <w:pPr>
        <w:pStyle w:val="Verzeichnis3"/>
        <w:tabs>
          <w:tab w:val="right" w:leader="dot" w:pos="8630"/>
        </w:tabs>
      </w:pPr>
      <w:hyperlink w:anchor="_Toc240363522" w:history="1">
        <w:r w:rsidRPr="00A864B8">
          <w:rPr>
            <w:rStyle w:val="Hyperlink"/>
          </w:rPr>
          <w:t>12.3.1 Wärmenetz: Allgemeine Parameter</w:t>
        </w:r>
        <w:r w:rsidRPr="00A864B8">
          <w:rPr>
            <w:webHidden/>
          </w:rPr>
          <w:tab/>
        </w:r>
        <w:r w:rsidRPr="00A864B8">
          <w:rPr>
            <w:webHidden/>
          </w:rPr>
          <w:fldChar w:fldCharType="begin"/>
        </w:r>
        <w:r w:rsidRPr="00A864B8">
          <w:rPr>
            <w:webHidden/>
          </w:rPr>
          <w:instrText xml:space="preserve"> PAGEREF _Toc240363522 \h </w:instrText>
        </w:r>
        <w:r w:rsidRPr="00A864B8">
          <w:rPr>
            <w:webHidden/>
          </w:rPr>
        </w:r>
        <w:r w:rsidRPr="00A864B8">
          <w:rPr>
            <w:webHidden/>
          </w:rPr>
          <w:fldChar w:fldCharType="separate"/>
        </w:r>
        <w:r w:rsidRPr="00A864B8">
          <w:rPr>
            <w:webHidden/>
          </w:rPr>
          <w:t>66</w:t>
        </w:r>
        <w:r w:rsidRPr="00A864B8">
          <w:rPr>
            <w:webHidden/>
          </w:rPr>
          <w:fldChar w:fldCharType="end"/>
        </w:r>
      </w:hyperlink>
    </w:p>
    <w:p w14:paraId="676C20B1" w14:textId="45764E21" w:rsidR="00F26332" w:rsidRPr="00A864B8" w:rsidRDefault="00F26332">
      <w:pPr>
        <w:pStyle w:val="Verzeichnis2"/>
        <w:tabs>
          <w:tab w:val="right" w:leader="dot" w:pos="8630"/>
        </w:tabs>
      </w:pPr>
      <w:hyperlink w:anchor="_Toc240363523" w:history="1">
        <w:r w:rsidRPr="00A864B8">
          <w:rPr>
            <w:rStyle w:val="Hyperlink"/>
          </w:rPr>
          <w:t>12.4 Energiezentrale</w:t>
        </w:r>
        <w:r w:rsidRPr="00A864B8">
          <w:rPr>
            <w:webHidden/>
          </w:rPr>
          <w:tab/>
        </w:r>
        <w:r w:rsidRPr="00A864B8">
          <w:rPr>
            <w:webHidden/>
          </w:rPr>
          <w:fldChar w:fldCharType="begin"/>
        </w:r>
        <w:r w:rsidRPr="00A864B8">
          <w:rPr>
            <w:webHidden/>
          </w:rPr>
          <w:instrText xml:space="preserve"> PAGEREF _Toc240363523 \h </w:instrText>
        </w:r>
        <w:r w:rsidRPr="00A864B8">
          <w:rPr>
            <w:webHidden/>
          </w:rPr>
        </w:r>
        <w:r w:rsidRPr="00A864B8">
          <w:rPr>
            <w:webHidden/>
          </w:rPr>
          <w:fldChar w:fldCharType="separate"/>
        </w:r>
        <w:r w:rsidRPr="00A864B8">
          <w:rPr>
            <w:webHidden/>
          </w:rPr>
          <w:t>67</w:t>
        </w:r>
        <w:r w:rsidRPr="00A864B8">
          <w:rPr>
            <w:webHidden/>
          </w:rPr>
          <w:fldChar w:fldCharType="end"/>
        </w:r>
      </w:hyperlink>
    </w:p>
    <w:p w14:paraId="3A2F05D6" w14:textId="2627EBBE" w:rsidR="00F26332" w:rsidRPr="00A864B8" w:rsidRDefault="00F26332">
      <w:pPr>
        <w:pStyle w:val="Verzeichnis3"/>
        <w:tabs>
          <w:tab w:val="right" w:leader="dot" w:pos="8630"/>
        </w:tabs>
      </w:pPr>
      <w:hyperlink w:anchor="_Toc240363524" w:history="1">
        <w:r w:rsidRPr="00A864B8">
          <w:rPr>
            <w:rStyle w:val="Hyperlink"/>
          </w:rPr>
          <w:t>12.4.1 Energiezentrale: Allgemeine Parameter</w:t>
        </w:r>
        <w:r w:rsidRPr="00A864B8">
          <w:rPr>
            <w:webHidden/>
          </w:rPr>
          <w:tab/>
        </w:r>
        <w:r w:rsidRPr="00A864B8">
          <w:rPr>
            <w:webHidden/>
          </w:rPr>
          <w:fldChar w:fldCharType="begin"/>
        </w:r>
        <w:r w:rsidRPr="00A864B8">
          <w:rPr>
            <w:webHidden/>
          </w:rPr>
          <w:instrText xml:space="preserve"> PAGEREF _Toc240363524 \h </w:instrText>
        </w:r>
        <w:r w:rsidRPr="00A864B8">
          <w:rPr>
            <w:webHidden/>
          </w:rPr>
        </w:r>
        <w:r w:rsidRPr="00A864B8">
          <w:rPr>
            <w:webHidden/>
          </w:rPr>
          <w:fldChar w:fldCharType="separate"/>
        </w:r>
        <w:r w:rsidRPr="00A864B8">
          <w:rPr>
            <w:webHidden/>
          </w:rPr>
          <w:t>67</w:t>
        </w:r>
        <w:r w:rsidRPr="00A864B8">
          <w:rPr>
            <w:webHidden/>
          </w:rPr>
          <w:fldChar w:fldCharType="end"/>
        </w:r>
      </w:hyperlink>
    </w:p>
    <w:p w14:paraId="38FFACEC" w14:textId="5E053F06" w:rsidR="00F26332" w:rsidRPr="00A864B8" w:rsidRDefault="00F26332">
      <w:pPr>
        <w:pStyle w:val="Verzeichnis3"/>
        <w:tabs>
          <w:tab w:val="right" w:leader="dot" w:pos="8630"/>
        </w:tabs>
      </w:pPr>
      <w:hyperlink w:anchor="_Toc240363525" w:history="1">
        <w:r w:rsidRPr="00A864B8">
          <w:rPr>
            <w:rStyle w:val="Hyperlink"/>
          </w:rPr>
          <w:t>12.4.2 Energiezentrale: Wirtschaftliche Parameter</w:t>
        </w:r>
        <w:r w:rsidRPr="00A864B8">
          <w:rPr>
            <w:webHidden/>
          </w:rPr>
          <w:tab/>
        </w:r>
        <w:r w:rsidRPr="00A864B8">
          <w:rPr>
            <w:webHidden/>
          </w:rPr>
          <w:fldChar w:fldCharType="begin"/>
        </w:r>
        <w:r w:rsidRPr="00A864B8">
          <w:rPr>
            <w:webHidden/>
          </w:rPr>
          <w:instrText xml:space="preserve"> PAGEREF _Toc240363525 \h </w:instrText>
        </w:r>
        <w:r w:rsidRPr="00A864B8">
          <w:rPr>
            <w:webHidden/>
          </w:rPr>
        </w:r>
        <w:r w:rsidRPr="00A864B8">
          <w:rPr>
            <w:webHidden/>
          </w:rPr>
          <w:fldChar w:fldCharType="separate"/>
        </w:r>
        <w:r w:rsidRPr="00A864B8">
          <w:rPr>
            <w:webHidden/>
          </w:rPr>
          <w:t>68</w:t>
        </w:r>
        <w:r w:rsidRPr="00A864B8">
          <w:rPr>
            <w:webHidden/>
          </w:rPr>
          <w:fldChar w:fldCharType="end"/>
        </w:r>
      </w:hyperlink>
    </w:p>
    <w:p w14:paraId="4399ACD4" w14:textId="303E59AC" w:rsidR="00F26332" w:rsidRPr="00A864B8" w:rsidRDefault="00F26332">
      <w:pPr>
        <w:pStyle w:val="Verzeichnis3"/>
        <w:tabs>
          <w:tab w:val="right" w:leader="dot" w:pos="8630"/>
        </w:tabs>
      </w:pPr>
      <w:hyperlink w:anchor="_Toc240363526" w:history="1">
        <w:r w:rsidRPr="00A864B8">
          <w:rPr>
            <w:rStyle w:val="Hyperlink"/>
          </w:rPr>
          <w:t>12.4.3 Energiezentrale: Energiebezug und -einspeisung</w:t>
        </w:r>
        <w:r w:rsidRPr="00A864B8">
          <w:rPr>
            <w:webHidden/>
          </w:rPr>
          <w:tab/>
        </w:r>
        <w:r w:rsidRPr="00A864B8">
          <w:rPr>
            <w:webHidden/>
          </w:rPr>
          <w:fldChar w:fldCharType="begin"/>
        </w:r>
        <w:r w:rsidRPr="00A864B8">
          <w:rPr>
            <w:webHidden/>
          </w:rPr>
          <w:instrText xml:space="preserve"> PAGEREF _Toc240363526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79882BB6" w14:textId="041FBC1A" w:rsidR="00F26332" w:rsidRPr="00A864B8" w:rsidRDefault="00F26332">
      <w:pPr>
        <w:pStyle w:val="Verzeichnis2"/>
        <w:tabs>
          <w:tab w:val="right" w:leader="dot" w:pos="8630"/>
        </w:tabs>
      </w:pPr>
      <w:hyperlink w:anchor="_Toc240363527" w:history="1">
        <w:r w:rsidRPr="00A864B8">
          <w:rPr>
            <w:rStyle w:val="Hyperlink"/>
          </w:rPr>
          <w:t>12.5 Wirtschaftliche Parameter</w:t>
        </w:r>
        <w:r w:rsidRPr="00A864B8">
          <w:rPr>
            <w:webHidden/>
          </w:rPr>
          <w:tab/>
        </w:r>
        <w:r w:rsidRPr="00A864B8">
          <w:rPr>
            <w:webHidden/>
          </w:rPr>
          <w:fldChar w:fldCharType="begin"/>
        </w:r>
        <w:r w:rsidRPr="00A864B8">
          <w:rPr>
            <w:webHidden/>
          </w:rPr>
          <w:instrText xml:space="preserve"> PAGEREF _Toc240363527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7801D821" w14:textId="57CE28C4" w:rsidR="00F26332" w:rsidRPr="00A864B8" w:rsidRDefault="00F26332">
      <w:pPr>
        <w:pStyle w:val="Verzeichnis2"/>
        <w:tabs>
          <w:tab w:val="right" w:leader="dot" w:pos="8630"/>
        </w:tabs>
      </w:pPr>
      <w:hyperlink w:anchor="_Toc240363528" w:history="1">
        <w:r w:rsidRPr="00A864B8">
          <w:rPr>
            <w:rStyle w:val="Hyperlink"/>
          </w:rPr>
          <w:t>12.6 Weitere Hinweise und Datenquellen</w:t>
        </w:r>
        <w:r w:rsidRPr="00A864B8">
          <w:rPr>
            <w:webHidden/>
          </w:rPr>
          <w:tab/>
        </w:r>
        <w:r w:rsidRPr="00A864B8">
          <w:rPr>
            <w:webHidden/>
          </w:rPr>
          <w:fldChar w:fldCharType="begin"/>
        </w:r>
        <w:r w:rsidRPr="00A864B8">
          <w:rPr>
            <w:webHidden/>
          </w:rPr>
          <w:instrText xml:space="preserve"> PAGEREF _Toc240363528 \h </w:instrText>
        </w:r>
        <w:r w:rsidRPr="00A864B8">
          <w:rPr>
            <w:webHidden/>
          </w:rPr>
        </w:r>
        <w:r w:rsidRPr="00A864B8">
          <w:rPr>
            <w:webHidden/>
          </w:rPr>
          <w:fldChar w:fldCharType="separate"/>
        </w:r>
        <w:r w:rsidRPr="00A864B8">
          <w:rPr>
            <w:webHidden/>
          </w:rPr>
          <w:t>70</w:t>
        </w:r>
        <w:r w:rsidRPr="00A864B8">
          <w:rPr>
            <w:webHidden/>
          </w:rPr>
          <w:fldChar w:fldCharType="end"/>
        </w:r>
      </w:hyperlink>
    </w:p>
    <w:p w14:paraId="576B1FF8" w14:textId="79CD634B" w:rsidR="00A806B2" w:rsidRPr="00A864B8" w:rsidRDefault="00000000">
      <w:r w:rsidRPr="00A864B8">
        <w:fldChar w:fldCharType="end"/>
      </w:r>
    </w:p>
    <w:p w14:paraId="43B648F5" w14:textId="77777777" w:rsidR="00A806B2" w:rsidRPr="00A864B8" w:rsidRDefault="00000000">
      <w:r w:rsidRPr="00A864B8">
        <w:lastRenderedPageBreak/>
        <w:br w:type="page"/>
      </w:r>
    </w:p>
    <w:p w14:paraId="4319AD01" w14:textId="77777777" w:rsidR="00A806B2" w:rsidRPr="00A864B8" w:rsidRDefault="00000000">
      <w:r w:rsidRPr="00A864B8">
        <w:rPr>
          <w:b/>
          <w:sz w:val="28"/>
        </w:rPr>
        <w:lastRenderedPageBreak/>
        <w:t>Tabellenverzeichnis</w:t>
      </w:r>
    </w:p>
    <w:p w14:paraId="5F6B09DF" w14:textId="5D1C62D4" w:rsidR="00F26332" w:rsidRPr="00A864B8" w:rsidRDefault="00000000">
      <w:pPr>
        <w:pStyle w:val="Abbildungsverzeichnis"/>
        <w:tabs>
          <w:tab w:val="right" w:leader="dot" w:pos="8630"/>
        </w:tabs>
      </w:pPr>
      <w:r w:rsidRPr="00A864B8">
        <w:fldChar w:fldCharType="begin"/>
      </w:r>
      <w:r w:rsidRPr="00A864B8">
        <w:instrText>TOC \h \z \c "Tabelle"</w:instrText>
      </w:r>
      <w:r w:rsidRPr="00A864B8">
        <w:fldChar w:fldCharType="separate"/>
      </w:r>
      <w:hyperlink w:anchor="_Toc240363529" w:history="1">
        <w:r w:rsidR="00F26332" w:rsidRPr="00A864B8">
          <w:rPr>
            <w:rStyle w:val="Hyperlink"/>
          </w:rPr>
          <w:t>Tabelle 1: Gebäude des Untersuchungsgebiets für alle Varianten</w:t>
        </w:r>
        <w:r w:rsidR="00F26332" w:rsidRPr="00A864B8">
          <w:rPr>
            <w:webHidden/>
          </w:rPr>
          <w:tab/>
        </w:r>
        <w:r w:rsidR="00F26332" w:rsidRPr="00A864B8">
          <w:rPr>
            <w:webHidden/>
          </w:rPr>
          <w:fldChar w:fldCharType="begin"/>
        </w:r>
        <w:r w:rsidR="00F26332" w:rsidRPr="00A864B8">
          <w:rPr>
            <w:webHidden/>
          </w:rPr>
          <w:instrText xml:space="preserve"> PAGEREF _Toc240363529 \h </w:instrText>
        </w:r>
        <w:r w:rsidR="00F26332" w:rsidRPr="00A864B8">
          <w:rPr>
            <w:webHidden/>
          </w:rPr>
        </w:r>
        <w:r w:rsidR="00F26332" w:rsidRPr="00A864B8">
          <w:rPr>
            <w:webHidden/>
          </w:rPr>
          <w:fldChar w:fldCharType="separate"/>
        </w:r>
        <w:r w:rsidR="00F26332" w:rsidRPr="00A864B8">
          <w:rPr>
            <w:webHidden/>
          </w:rPr>
          <w:t>2</w:t>
        </w:r>
        <w:r w:rsidR="00F26332" w:rsidRPr="00A864B8">
          <w:rPr>
            <w:webHidden/>
          </w:rPr>
          <w:fldChar w:fldCharType="end"/>
        </w:r>
      </w:hyperlink>
    </w:p>
    <w:p w14:paraId="28668A27" w14:textId="47E45672" w:rsidR="00F26332" w:rsidRPr="00A864B8" w:rsidRDefault="00F26332">
      <w:pPr>
        <w:pStyle w:val="Abbildungsverzeichnis"/>
        <w:tabs>
          <w:tab w:val="right" w:leader="dot" w:pos="8630"/>
        </w:tabs>
      </w:pPr>
      <w:hyperlink w:anchor="_Toc240363530" w:history="1">
        <w:r w:rsidRPr="00A864B8">
          <w:rPr>
            <w:rStyle w:val="Hyperlink"/>
          </w:rPr>
          <w:t>Tabelle 2: Potenzialanalyse: Flächennutzung</w:t>
        </w:r>
        <w:r w:rsidRPr="00A864B8">
          <w:rPr>
            <w:webHidden/>
          </w:rPr>
          <w:tab/>
        </w:r>
        <w:r w:rsidRPr="00A864B8">
          <w:rPr>
            <w:webHidden/>
          </w:rPr>
          <w:fldChar w:fldCharType="begin"/>
        </w:r>
        <w:r w:rsidRPr="00A864B8">
          <w:rPr>
            <w:webHidden/>
          </w:rPr>
          <w:instrText xml:space="preserve"> PAGEREF _Toc240363530 \h </w:instrText>
        </w:r>
        <w:r w:rsidRPr="00A864B8">
          <w:rPr>
            <w:webHidden/>
          </w:rPr>
        </w:r>
        <w:r w:rsidRPr="00A864B8">
          <w:rPr>
            <w:webHidden/>
          </w:rPr>
          <w:fldChar w:fldCharType="separate"/>
        </w:r>
        <w:r w:rsidRPr="00A864B8">
          <w:rPr>
            <w:webHidden/>
          </w:rPr>
          <w:t>7</w:t>
        </w:r>
        <w:r w:rsidRPr="00A864B8">
          <w:rPr>
            <w:webHidden/>
          </w:rPr>
          <w:fldChar w:fldCharType="end"/>
        </w:r>
      </w:hyperlink>
    </w:p>
    <w:p w14:paraId="00CEC15B" w14:textId="164A0762" w:rsidR="00F26332" w:rsidRPr="00A864B8" w:rsidRDefault="00F26332">
      <w:pPr>
        <w:pStyle w:val="Abbildungsverzeichnis"/>
        <w:tabs>
          <w:tab w:val="right" w:leader="dot" w:pos="8630"/>
        </w:tabs>
      </w:pPr>
      <w:hyperlink w:anchor="_Toc240363531" w:history="1">
        <w:r w:rsidRPr="00A864B8">
          <w:rPr>
            <w:rStyle w:val="Hyperlink"/>
          </w:rPr>
          <w:t>Tabelle 3: Potenzialanalyse: Oberflächengewässer</w:t>
        </w:r>
        <w:r w:rsidRPr="00A864B8">
          <w:rPr>
            <w:webHidden/>
          </w:rPr>
          <w:tab/>
        </w:r>
        <w:r w:rsidRPr="00A864B8">
          <w:rPr>
            <w:webHidden/>
          </w:rPr>
          <w:fldChar w:fldCharType="begin"/>
        </w:r>
        <w:r w:rsidRPr="00A864B8">
          <w:rPr>
            <w:webHidden/>
          </w:rPr>
          <w:instrText xml:space="preserve"> PAGEREF _Toc240363531 \h </w:instrText>
        </w:r>
        <w:r w:rsidRPr="00A864B8">
          <w:rPr>
            <w:webHidden/>
          </w:rPr>
        </w:r>
        <w:r w:rsidRPr="00A864B8">
          <w:rPr>
            <w:webHidden/>
          </w:rPr>
          <w:fldChar w:fldCharType="separate"/>
        </w:r>
        <w:r w:rsidRPr="00A864B8">
          <w:rPr>
            <w:webHidden/>
          </w:rPr>
          <w:t>8</w:t>
        </w:r>
        <w:r w:rsidRPr="00A864B8">
          <w:rPr>
            <w:webHidden/>
          </w:rPr>
          <w:fldChar w:fldCharType="end"/>
        </w:r>
      </w:hyperlink>
    </w:p>
    <w:p w14:paraId="16DC629A" w14:textId="665B1749" w:rsidR="00F26332" w:rsidRPr="00A864B8" w:rsidRDefault="00F26332">
      <w:pPr>
        <w:pStyle w:val="Abbildungsverzeichnis"/>
        <w:tabs>
          <w:tab w:val="right" w:leader="dot" w:pos="8630"/>
        </w:tabs>
      </w:pPr>
      <w:hyperlink w:anchor="_Toc240363532" w:history="1">
        <w:r w:rsidRPr="00A864B8">
          <w:rPr>
            <w:rStyle w:val="Hyperlink"/>
          </w:rPr>
          <w:t>Tabelle 4: Potenzialanalyse: Solarthermie</w:t>
        </w:r>
        <w:r w:rsidRPr="00A864B8">
          <w:rPr>
            <w:webHidden/>
          </w:rPr>
          <w:tab/>
        </w:r>
        <w:r w:rsidRPr="00A864B8">
          <w:rPr>
            <w:webHidden/>
          </w:rPr>
          <w:fldChar w:fldCharType="begin"/>
        </w:r>
        <w:r w:rsidRPr="00A864B8">
          <w:rPr>
            <w:webHidden/>
          </w:rPr>
          <w:instrText xml:space="preserve"> PAGEREF _Toc240363532 \h </w:instrText>
        </w:r>
        <w:r w:rsidRPr="00A864B8">
          <w:rPr>
            <w:webHidden/>
          </w:rPr>
        </w:r>
        <w:r w:rsidRPr="00A864B8">
          <w:rPr>
            <w:webHidden/>
          </w:rPr>
          <w:fldChar w:fldCharType="separate"/>
        </w:r>
        <w:r w:rsidRPr="00A864B8">
          <w:rPr>
            <w:webHidden/>
          </w:rPr>
          <w:t>9</w:t>
        </w:r>
        <w:r w:rsidRPr="00A864B8">
          <w:rPr>
            <w:webHidden/>
          </w:rPr>
          <w:fldChar w:fldCharType="end"/>
        </w:r>
      </w:hyperlink>
    </w:p>
    <w:p w14:paraId="1FBF7DAC" w14:textId="46EC6A87" w:rsidR="00F26332" w:rsidRPr="00A864B8" w:rsidRDefault="00F26332">
      <w:pPr>
        <w:pStyle w:val="Abbildungsverzeichnis"/>
        <w:tabs>
          <w:tab w:val="right" w:leader="dot" w:pos="8630"/>
        </w:tabs>
      </w:pPr>
      <w:hyperlink w:anchor="_Toc240363533" w:history="1">
        <w:r w:rsidRPr="00A864B8">
          <w:rPr>
            <w:rStyle w:val="Hyperlink"/>
          </w:rPr>
          <w:t>Tabelle 5: Potenzialanalyse: Oberflächennahe Geothermie</w:t>
        </w:r>
        <w:r w:rsidRPr="00A864B8">
          <w:rPr>
            <w:webHidden/>
          </w:rPr>
          <w:tab/>
        </w:r>
        <w:r w:rsidRPr="00A864B8">
          <w:rPr>
            <w:webHidden/>
          </w:rPr>
          <w:fldChar w:fldCharType="begin"/>
        </w:r>
        <w:r w:rsidRPr="00A864B8">
          <w:rPr>
            <w:webHidden/>
          </w:rPr>
          <w:instrText xml:space="preserve"> PAGEREF _Toc240363533 \h </w:instrText>
        </w:r>
        <w:r w:rsidRPr="00A864B8">
          <w:rPr>
            <w:webHidden/>
          </w:rPr>
        </w:r>
        <w:r w:rsidRPr="00A864B8">
          <w:rPr>
            <w:webHidden/>
          </w:rPr>
          <w:fldChar w:fldCharType="separate"/>
        </w:r>
        <w:r w:rsidRPr="00A864B8">
          <w:rPr>
            <w:webHidden/>
          </w:rPr>
          <w:t>9</w:t>
        </w:r>
        <w:r w:rsidRPr="00A864B8">
          <w:rPr>
            <w:webHidden/>
          </w:rPr>
          <w:fldChar w:fldCharType="end"/>
        </w:r>
      </w:hyperlink>
    </w:p>
    <w:p w14:paraId="1044F8A8" w14:textId="2C51AD33" w:rsidR="00F26332" w:rsidRPr="00A864B8" w:rsidRDefault="00F26332">
      <w:pPr>
        <w:pStyle w:val="Abbildungsverzeichnis"/>
        <w:tabs>
          <w:tab w:val="right" w:leader="dot" w:pos="8630"/>
        </w:tabs>
      </w:pPr>
      <w:hyperlink w:anchor="_Toc240363534" w:history="1">
        <w:r w:rsidRPr="00A864B8">
          <w:rPr>
            <w:rStyle w:val="Hyperlink"/>
          </w:rPr>
          <w:t>Tabelle 6: Potenzialanalyse: Bestehende Wärmenetze</w:t>
        </w:r>
        <w:r w:rsidRPr="00A864B8">
          <w:rPr>
            <w:webHidden/>
          </w:rPr>
          <w:tab/>
        </w:r>
        <w:r w:rsidRPr="00A864B8">
          <w:rPr>
            <w:webHidden/>
          </w:rPr>
          <w:fldChar w:fldCharType="begin"/>
        </w:r>
        <w:r w:rsidRPr="00A864B8">
          <w:rPr>
            <w:webHidden/>
          </w:rPr>
          <w:instrText xml:space="preserve"> PAGEREF _Toc240363534 \h </w:instrText>
        </w:r>
        <w:r w:rsidRPr="00A864B8">
          <w:rPr>
            <w:webHidden/>
          </w:rPr>
        </w:r>
        <w:r w:rsidRPr="00A864B8">
          <w:rPr>
            <w:webHidden/>
          </w:rPr>
          <w:fldChar w:fldCharType="separate"/>
        </w:r>
        <w:r w:rsidRPr="00A864B8">
          <w:rPr>
            <w:webHidden/>
          </w:rPr>
          <w:t>11</w:t>
        </w:r>
        <w:r w:rsidRPr="00A864B8">
          <w:rPr>
            <w:webHidden/>
          </w:rPr>
          <w:fldChar w:fldCharType="end"/>
        </w:r>
      </w:hyperlink>
    </w:p>
    <w:p w14:paraId="4103F399" w14:textId="28A47C9D" w:rsidR="00F26332" w:rsidRPr="00A864B8" w:rsidRDefault="00F26332">
      <w:pPr>
        <w:pStyle w:val="Abbildungsverzeichnis"/>
        <w:tabs>
          <w:tab w:val="right" w:leader="dot" w:pos="8630"/>
        </w:tabs>
      </w:pPr>
      <w:hyperlink w:anchor="_Toc240363535" w:history="1">
        <w:r w:rsidRPr="00A864B8">
          <w:rPr>
            <w:rStyle w:val="Hyperlink"/>
          </w:rPr>
          <w:t>Tabelle 7: Potenzialanalyse: Biomasse</w:t>
        </w:r>
        <w:r w:rsidRPr="00A864B8">
          <w:rPr>
            <w:webHidden/>
          </w:rPr>
          <w:tab/>
        </w:r>
        <w:r w:rsidRPr="00A864B8">
          <w:rPr>
            <w:webHidden/>
          </w:rPr>
          <w:fldChar w:fldCharType="begin"/>
        </w:r>
        <w:r w:rsidRPr="00A864B8">
          <w:rPr>
            <w:webHidden/>
          </w:rPr>
          <w:instrText xml:space="preserve"> PAGEREF _Toc240363535 \h </w:instrText>
        </w:r>
        <w:r w:rsidRPr="00A864B8">
          <w:rPr>
            <w:webHidden/>
          </w:rPr>
        </w:r>
        <w:r w:rsidRPr="00A864B8">
          <w:rPr>
            <w:webHidden/>
          </w:rPr>
          <w:fldChar w:fldCharType="separate"/>
        </w:r>
        <w:r w:rsidRPr="00A864B8">
          <w:rPr>
            <w:webHidden/>
          </w:rPr>
          <w:t>12</w:t>
        </w:r>
        <w:r w:rsidRPr="00A864B8">
          <w:rPr>
            <w:webHidden/>
          </w:rPr>
          <w:fldChar w:fldCharType="end"/>
        </w:r>
      </w:hyperlink>
    </w:p>
    <w:p w14:paraId="4FA51D5E" w14:textId="395F6A2B" w:rsidR="00F26332" w:rsidRPr="00A864B8" w:rsidRDefault="00F26332">
      <w:pPr>
        <w:pStyle w:val="Abbildungsverzeichnis"/>
        <w:tabs>
          <w:tab w:val="right" w:leader="dot" w:pos="8630"/>
        </w:tabs>
      </w:pPr>
      <w:hyperlink w:anchor="_Toc240363536" w:history="1">
        <w:r w:rsidRPr="00A864B8">
          <w:rPr>
            <w:rStyle w:val="Hyperlink"/>
          </w:rPr>
          <w:t>Tabelle 8: Potenzialanalyse: Für Biomasse geeignete Flächen</w:t>
        </w:r>
        <w:r w:rsidRPr="00A864B8">
          <w:rPr>
            <w:webHidden/>
          </w:rPr>
          <w:tab/>
        </w:r>
        <w:r w:rsidRPr="00A864B8">
          <w:rPr>
            <w:webHidden/>
          </w:rPr>
          <w:fldChar w:fldCharType="begin"/>
        </w:r>
        <w:r w:rsidRPr="00A864B8">
          <w:rPr>
            <w:webHidden/>
          </w:rPr>
          <w:instrText xml:space="preserve"> PAGEREF _Toc240363536 \h </w:instrText>
        </w:r>
        <w:r w:rsidRPr="00A864B8">
          <w:rPr>
            <w:webHidden/>
          </w:rPr>
        </w:r>
        <w:r w:rsidRPr="00A864B8">
          <w:rPr>
            <w:webHidden/>
          </w:rPr>
          <w:fldChar w:fldCharType="separate"/>
        </w:r>
        <w:r w:rsidRPr="00A864B8">
          <w:rPr>
            <w:webHidden/>
          </w:rPr>
          <w:t>12</w:t>
        </w:r>
        <w:r w:rsidRPr="00A864B8">
          <w:rPr>
            <w:webHidden/>
          </w:rPr>
          <w:fldChar w:fldCharType="end"/>
        </w:r>
      </w:hyperlink>
    </w:p>
    <w:p w14:paraId="0C648D26" w14:textId="62BC6A89" w:rsidR="00F26332" w:rsidRPr="00A864B8" w:rsidRDefault="00F26332">
      <w:pPr>
        <w:pStyle w:val="Abbildungsverzeichnis"/>
        <w:tabs>
          <w:tab w:val="right" w:leader="dot" w:pos="8630"/>
        </w:tabs>
      </w:pPr>
      <w:hyperlink w:anchor="_Toc240363537" w:history="1">
        <w:r w:rsidRPr="00A864B8">
          <w:rPr>
            <w:rStyle w:val="Hyperlink"/>
          </w:rPr>
          <w:t>Tabelle 9: Potenzialanalyse: Erneuerbare Stromerzeugung</w:t>
        </w:r>
        <w:r w:rsidRPr="00A864B8">
          <w:rPr>
            <w:webHidden/>
          </w:rPr>
          <w:tab/>
        </w:r>
        <w:r w:rsidRPr="00A864B8">
          <w:rPr>
            <w:webHidden/>
          </w:rPr>
          <w:fldChar w:fldCharType="begin"/>
        </w:r>
        <w:r w:rsidRPr="00A864B8">
          <w:rPr>
            <w:webHidden/>
          </w:rPr>
          <w:instrText xml:space="preserve"> PAGEREF _Toc240363537 \h </w:instrText>
        </w:r>
        <w:r w:rsidRPr="00A864B8">
          <w:rPr>
            <w:webHidden/>
          </w:rPr>
        </w:r>
        <w:r w:rsidRPr="00A864B8">
          <w:rPr>
            <w:webHidden/>
          </w:rPr>
          <w:fldChar w:fldCharType="separate"/>
        </w:r>
        <w:r w:rsidRPr="00A864B8">
          <w:rPr>
            <w:webHidden/>
          </w:rPr>
          <w:t>12</w:t>
        </w:r>
        <w:r w:rsidRPr="00A864B8">
          <w:rPr>
            <w:webHidden/>
          </w:rPr>
          <w:fldChar w:fldCharType="end"/>
        </w:r>
      </w:hyperlink>
    </w:p>
    <w:p w14:paraId="088790CC" w14:textId="23E3C66E" w:rsidR="00F26332" w:rsidRPr="00A864B8" w:rsidRDefault="00F26332">
      <w:pPr>
        <w:pStyle w:val="Abbildungsverzeichnis"/>
        <w:tabs>
          <w:tab w:val="right" w:leader="dot" w:pos="8630"/>
        </w:tabs>
      </w:pPr>
      <w:hyperlink w:anchor="_Toc240363538" w:history="1">
        <w:r w:rsidRPr="00A864B8">
          <w:rPr>
            <w:rStyle w:val="Hyperlink"/>
          </w:rPr>
          <w:t>Tabelle 10: Variante 1: Steckbrief zur Versorgungsvariante: Variante 1</w:t>
        </w:r>
        <w:r w:rsidRPr="00A864B8">
          <w:rPr>
            <w:webHidden/>
          </w:rPr>
          <w:tab/>
        </w:r>
        <w:r w:rsidRPr="00A864B8">
          <w:rPr>
            <w:webHidden/>
          </w:rPr>
          <w:fldChar w:fldCharType="begin"/>
        </w:r>
        <w:r w:rsidRPr="00A864B8">
          <w:rPr>
            <w:webHidden/>
          </w:rPr>
          <w:instrText xml:space="preserve"> PAGEREF _Toc240363538 \h </w:instrText>
        </w:r>
        <w:r w:rsidRPr="00A864B8">
          <w:rPr>
            <w:webHidden/>
          </w:rPr>
        </w:r>
        <w:r w:rsidRPr="00A864B8">
          <w:rPr>
            <w:webHidden/>
          </w:rPr>
          <w:fldChar w:fldCharType="separate"/>
        </w:r>
        <w:r w:rsidRPr="00A864B8">
          <w:rPr>
            <w:webHidden/>
          </w:rPr>
          <w:t>17</w:t>
        </w:r>
        <w:r w:rsidRPr="00A864B8">
          <w:rPr>
            <w:webHidden/>
          </w:rPr>
          <w:fldChar w:fldCharType="end"/>
        </w:r>
      </w:hyperlink>
    </w:p>
    <w:p w14:paraId="53CA991B" w14:textId="5A9F2465" w:rsidR="00F26332" w:rsidRPr="00A864B8" w:rsidRDefault="00F26332">
      <w:pPr>
        <w:pStyle w:val="Abbildungsverzeichnis"/>
        <w:tabs>
          <w:tab w:val="right" w:leader="dot" w:pos="8630"/>
        </w:tabs>
      </w:pPr>
      <w:hyperlink w:anchor="_Toc240363539" w:history="1">
        <w:r w:rsidRPr="00A864B8">
          <w:rPr>
            <w:rStyle w:val="Hyperlink"/>
          </w:rPr>
          <w:t>Tabelle 11: Variante 1: Wärmebedarfe der Gebäude</w:t>
        </w:r>
        <w:r w:rsidRPr="00A864B8">
          <w:rPr>
            <w:webHidden/>
          </w:rPr>
          <w:tab/>
        </w:r>
        <w:r w:rsidRPr="00A864B8">
          <w:rPr>
            <w:webHidden/>
          </w:rPr>
          <w:fldChar w:fldCharType="begin"/>
        </w:r>
        <w:r w:rsidRPr="00A864B8">
          <w:rPr>
            <w:webHidden/>
          </w:rPr>
          <w:instrText xml:space="preserve"> PAGEREF _Toc240363539 \h </w:instrText>
        </w:r>
        <w:r w:rsidRPr="00A864B8">
          <w:rPr>
            <w:webHidden/>
          </w:rPr>
        </w:r>
        <w:r w:rsidRPr="00A864B8">
          <w:rPr>
            <w:webHidden/>
          </w:rPr>
          <w:fldChar w:fldCharType="separate"/>
        </w:r>
        <w:r w:rsidRPr="00A864B8">
          <w:rPr>
            <w:webHidden/>
          </w:rPr>
          <w:t>19</w:t>
        </w:r>
        <w:r w:rsidRPr="00A864B8">
          <w:rPr>
            <w:webHidden/>
          </w:rPr>
          <w:fldChar w:fldCharType="end"/>
        </w:r>
      </w:hyperlink>
    </w:p>
    <w:p w14:paraId="1E608717" w14:textId="1B608CE9" w:rsidR="00F26332" w:rsidRPr="00A864B8" w:rsidRDefault="00F26332">
      <w:pPr>
        <w:pStyle w:val="Abbildungsverzeichnis"/>
        <w:tabs>
          <w:tab w:val="right" w:leader="dot" w:pos="8630"/>
        </w:tabs>
      </w:pPr>
      <w:hyperlink w:anchor="_Toc240363540" w:history="1">
        <w:r w:rsidRPr="00A864B8">
          <w:rPr>
            <w:rStyle w:val="Hyperlink"/>
          </w:rPr>
          <w:t>Tabelle 12: Variante 1: Kältebedarfe der Gebäude</w:t>
        </w:r>
        <w:r w:rsidRPr="00A864B8">
          <w:rPr>
            <w:webHidden/>
          </w:rPr>
          <w:tab/>
        </w:r>
        <w:r w:rsidRPr="00A864B8">
          <w:rPr>
            <w:webHidden/>
          </w:rPr>
          <w:fldChar w:fldCharType="begin"/>
        </w:r>
        <w:r w:rsidRPr="00A864B8">
          <w:rPr>
            <w:webHidden/>
          </w:rPr>
          <w:instrText xml:space="preserve"> PAGEREF _Toc240363540 \h </w:instrText>
        </w:r>
        <w:r w:rsidRPr="00A864B8">
          <w:rPr>
            <w:webHidden/>
          </w:rPr>
        </w:r>
        <w:r w:rsidRPr="00A864B8">
          <w:rPr>
            <w:webHidden/>
          </w:rPr>
          <w:fldChar w:fldCharType="separate"/>
        </w:r>
        <w:r w:rsidRPr="00A864B8">
          <w:rPr>
            <w:webHidden/>
          </w:rPr>
          <w:t>20</w:t>
        </w:r>
        <w:r w:rsidRPr="00A864B8">
          <w:rPr>
            <w:webHidden/>
          </w:rPr>
          <w:fldChar w:fldCharType="end"/>
        </w:r>
      </w:hyperlink>
    </w:p>
    <w:p w14:paraId="782B2E81" w14:textId="47DBFED9" w:rsidR="00F26332" w:rsidRPr="00A864B8" w:rsidRDefault="00F26332">
      <w:pPr>
        <w:pStyle w:val="Abbildungsverzeichnis"/>
        <w:tabs>
          <w:tab w:val="right" w:leader="dot" w:pos="8630"/>
        </w:tabs>
      </w:pPr>
      <w:hyperlink w:anchor="_Toc240363541" w:history="1">
        <w:r w:rsidRPr="00A864B8">
          <w:rPr>
            <w:rStyle w:val="Hyperlink"/>
          </w:rPr>
          <w:t>Tabelle 13: Variante 1: Strombedarfe der Gebäude</w:t>
        </w:r>
        <w:r w:rsidRPr="00A864B8">
          <w:rPr>
            <w:webHidden/>
          </w:rPr>
          <w:tab/>
        </w:r>
        <w:r w:rsidRPr="00A864B8">
          <w:rPr>
            <w:webHidden/>
          </w:rPr>
          <w:fldChar w:fldCharType="begin"/>
        </w:r>
        <w:r w:rsidRPr="00A864B8">
          <w:rPr>
            <w:webHidden/>
          </w:rPr>
          <w:instrText xml:space="preserve"> PAGEREF _Toc240363541 \h </w:instrText>
        </w:r>
        <w:r w:rsidRPr="00A864B8">
          <w:rPr>
            <w:webHidden/>
          </w:rPr>
        </w:r>
        <w:r w:rsidRPr="00A864B8">
          <w:rPr>
            <w:webHidden/>
          </w:rPr>
          <w:fldChar w:fldCharType="separate"/>
        </w:r>
        <w:r w:rsidRPr="00A864B8">
          <w:rPr>
            <w:webHidden/>
          </w:rPr>
          <w:t>20</w:t>
        </w:r>
        <w:r w:rsidRPr="00A864B8">
          <w:rPr>
            <w:webHidden/>
          </w:rPr>
          <w:fldChar w:fldCharType="end"/>
        </w:r>
      </w:hyperlink>
    </w:p>
    <w:p w14:paraId="2BA41110" w14:textId="0C974606" w:rsidR="00F26332" w:rsidRPr="00A864B8" w:rsidRDefault="00F26332">
      <w:pPr>
        <w:pStyle w:val="Abbildungsverzeichnis"/>
        <w:tabs>
          <w:tab w:val="right" w:leader="dot" w:pos="8630"/>
        </w:tabs>
      </w:pPr>
      <w:hyperlink w:anchor="_Toc240363542" w:history="1">
        <w:r w:rsidRPr="00A864B8">
          <w:rPr>
            <w:rStyle w:val="Hyperlink"/>
          </w:rPr>
          <w:t>Tabelle 14: Variante 1: Installierte Gebäudeenergiesysteme</w:t>
        </w:r>
        <w:r w:rsidRPr="00A864B8">
          <w:rPr>
            <w:webHidden/>
          </w:rPr>
          <w:tab/>
        </w:r>
        <w:r w:rsidRPr="00A864B8">
          <w:rPr>
            <w:webHidden/>
          </w:rPr>
          <w:fldChar w:fldCharType="begin"/>
        </w:r>
        <w:r w:rsidRPr="00A864B8">
          <w:rPr>
            <w:webHidden/>
          </w:rPr>
          <w:instrText xml:space="preserve"> PAGEREF _Toc240363542 \h </w:instrText>
        </w:r>
        <w:r w:rsidRPr="00A864B8">
          <w:rPr>
            <w:webHidden/>
          </w:rPr>
        </w:r>
        <w:r w:rsidRPr="00A864B8">
          <w:rPr>
            <w:webHidden/>
          </w:rPr>
          <w:fldChar w:fldCharType="separate"/>
        </w:r>
        <w:r w:rsidRPr="00A864B8">
          <w:rPr>
            <w:webHidden/>
          </w:rPr>
          <w:t>21</w:t>
        </w:r>
        <w:r w:rsidRPr="00A864B8">
          <w:rPr>
            <w:webHidden/>
          </w:rPr>
          <w:fldChar w:fldCharType="end"/>
        </w:r>
      </w:hyperlink>
    </w:p>
    <w:p w14:paraId="502F5293" w14:textId="41F82A68" w:rsidR="00F26332" w:rsidRPr="00A864B8" w:rsidRDefault="00F26332">
      <w:pPr>
        <w:pStyle w:val="Abbildungsverzeichnis"/>
        <w:tabs>
          <w:tab w:val="right" w:leader="dot" w:pos="8630"/>
        </w:tabs>
      </w:pPr>
      <w:hyperlink w:anchor="_Toc240363543" w:history="1">
        <w:r w:rsidRPr="00A864B8">
          <w:rPr>
            <w:rStyle w:val="Hyperlink"/>
          </w:rPr>
          <w:t>Tabelle 15: Variante 1: Wärmebilanz des Wärmenetzes</w:t>
        </w:r>
        <w:r w:rsidRPr="00A864B8">
          <w:rPr>
            <w:webHidden/>
          </w:rPr>
          <w:tab/>
        </w:r>
        <w:r w:rsidRPr="00A864B8">
          <w:rPr>
            <w:webHidden/>
          </w:rPr>
          <w:fldChar w:fldCharType="begin"/>
        </w:r>
        <w:r w:rsidRPr="00A864B8">
          <w:rPr>
            <w:webHidden/>
          </w:rPr>
          <w:instrText xml:space="preserve"> PAGEREF _Toc240363543 \h </w:instrText>
        </w:r>
        <w:r w:rsidRPr="00A864B8">
          <w:rPr>
            <w:webHidden/>
          </w:rPr>
        </w:r>
        <w:r w:rsidRPr="00A864B8">
          <w:rPr>
            <w:webHidden/>
          </w:rPr>
          <w:fldChar w:fldCharType="separate"/>
        </w:r>
        <w:r w:rsidRPr="00A864B8">
          <w:rPr>
            <w:webHidden/>
          </w:rPr>
          <w:t>21</w:t>
        </w:r>
        <w:r w:rsidRPr="00A864B8">
          <w:rPr>
            <w:webHidden/>
          </w:rPr>
          <w:fldChar w:fldCharType="end"/>
        </w:r>
      </w:hyperlink>
    </w:p>
    <w:p w14:paraId="427FC158" w14:textId="05C272F4" w:rsidR="00F26332" w:rsidRPr="00A864B8" w:rsidRDefault="00F26332">
      <w:pPr>
        <w:pStyle w:val="Abbildungsverzeichnis"/>
        <w:tabs>
          <w:tab w:val="right" w:leader="dot" w:pos="8630"/>
        </w:tabs>
      </w:pPr>
      <w:hyperlink w:anchor="_Toc240363544" w:history="1">
        <w:r w:rsidRPr="00A864B8">
          <w:rPr>
            <w:rStyle w:val="Hyperlink"/>
          </w:rPr>
          <w:t>Tabelle 16: Variante 1: Kältebilanz des Wärmenetzes</w:t>
        </w:r>
        <w:r w:rsidRPr="00A864B8">
          <w:rPr>
            <w:webHidden/>
          </w:rPr>
          <w:tab/>
        </w:r>
        <w:r w:rsidRPr="00A864B8">
          <w:rPr>
            <w:webHidden/>
          </w:rPr>
          <w:fldChar w:fldCharType="begin"/>
        </w:r>
        <w:r w:rsidRPr="00A864B8">
          <w:rPr>
            <w:webHidden/>
          </w:rPr>
          <w:instrText xml:space="preserve"> PAGEREF _Toc240363544 \h </w:instrText>
        </w:r>
        <w:r w:rsidRPr="00A864B8">
          <w:rPr>
            <w:webHidden/>
          </w:rPr>
        </w:r>
        <w:r w:rsidRPr="00A864B8">
          <w:rPr>
            <w:webHidden/>
          </w:rPr>
          <w:fldChar w:fldCharType="separate"/>
        </w:r>
        <w:r w:rsidRPr="00A864B8">
          <w:rPr>
            <w:webHidden/>
          </w:rPr>
          <w:t>22</w:t>
        </w:r>
        <w:r w:rsidRPr="00A864B8">
          <w:rPr>
            <w:webHidden/>
          </w:rPr>
          <w:fldChar w:fldCharType="end"/>
        </w:r>
      </w:hyperlink>
    </w:p>
    <w:p w14:paraId="3A29350B" w14:textId="704BAAE4" w:rsidR="00F26332" w:rsidRPr="00A864B8" w:rsidRDefault="00F26332">
      <w:pPr>
        <w:pStyle w:val="Abbildungsverzeichnis"/>
        <w:tabs>
          <w:tab w:val="right" w:leader="dot" w:pos="8630"/>
        </w:tabs>
      </w:pPr>
      <w:hyperlink w:anchor="_Toc240363545" w:history="1">
        <w:r w:rsidRPr="00A864B8">
          <w:rPr>
            <w:rStyle w:val="Hyperlink"/>
          </w:rPr>
          <w:t>Tabelle 17: Variante 1: Strombilanz des Quartiers</w:t>
        </w:r>
        <w:r w:rsidRPr="00A864B8">
          <w:rPr>
            <w:webHidden/>
          </w:rPr>
          <w:tab/>
        </w:r>
        <w:r w:rsidRPr="00A864B8">
          <w:rPr>
            <w:webHidden/>
          </w:rPr>
          <w:fldChar w:fldCharType="begin"/>
        </w:r>
        <w:r w:rsidRPr="00A864B8">
          <w:rPr>
            <w:webHidden/>
          </w:rPr>
          <w:instrText xml:space="preserve"> PAGEREF _Toc240363545 \h </w:instrText>
        </w:r>
        <w:r w:rsidRPr="00A864B8">
          <w:rPr>
            <w:webHidden/>
          </w:rPr>
        </w:r>
        <w:r w:rsidRPr="00A864B8">
          <w:rPr>
            <w:webHidden/>
          </w:rPr>
          <w:fldChar w:fldCharType="separate"/>
        </w:r>
        <w:r w:rsidRPr="00A864B8">
          <w:rPr>
            <w:webHidden/>
          </w:rPr>
          <w:t>22</w:t>
        </w:r>
        <w:r w:rsidRPr="00A864B8">
          <w:rPr>
            <w:webHidden/>
          </w:rPr>
          <w:fldChar w:fldCharType="end"/>
        </w:r>
      </w:hyperlink>
    </w:p>
    <w:p w14:paraId="59E4CC4C" w14:textId="597D1DA7" w:rsidR="00F26332" w:rsidRPr="00A864B8" w:rsidRDefault="00F26332">
      <w:pPr>
        <w:pStyle w:val="Abbildungsverzeichnis"/>
        <w:tabs>
          <w:tab w:val="right" w:leader="dot" w:pos="8630"/>
        </w:tabs>
      </w:pPr>
      <w:hyperlink w:anchor="_Toc240363546" w:history="1">
        <w:r w:rsidRPr="00A864B8">
          <w:rPr>
            <w:rStyle w:val="Hyperlink"/>
          </w:rPr>
          <w:t>Tabelle 18: Variante 1: Eigenschaften des Wärmenetzes</w:t>
        </w:r>
        <w:r w:rsidRPr="00A864B8">
          <w:rPr>
            <w:webHidden/>
          </w:rPr>
          <w:tab/>
        </w:r>
        <w:r w:rsidRPr="00A864B8">
          <w:rPr>
            <w:webHidden/>
          </w:rPr>
          <w:fldChar w:fldCharType="begin"/>
        </w:r>
        <w:r w:rsidRPr="00A864B8">
          <w:rPr>
            <w:webHidden/>
          </w:rPr>
          <w:instrText xml:space="preserve"> PAGEREF _Toc240363546 \h </w:instrText>
        </w:r>
        <w:r w:rsidRPr="00A864B8">
          <w:rPr>
            <w:webHidden/>
          </w:rPr>
        </w:r>
        <w:r w:rsidRPr="00A864B8">
          <w:rPr>
            <w:webHidden/>
          </w:rPr>
          <w:fldChar w:fldCharType="separate"/>
        </w:r>
        <w:r w:rsidRPr="00A864B8">
          <w:rPr>
            <w:webHidden/>
          </w:rPr>
          <w:t>22</w:t>
        </w:r>
        <w:r w:rsidRPr="00A864B8">
          <w:rPr>
            <w:webHidden/>
          </w:rPr>
          <w:fldChar w:fldCharType="end"/>
        </w:r>
      </w:hyperlink>
    </w:p>
    <w:p w14:paraId="397E6FA1" w14:textId="5CC186A5" w:rsidR="00F26332" w:rsidRPr="00A864B8" w:rsidRDefault="00F26332">
      <w:pPr>
        <w:pStyle w:val="Abbildungsverzeichnis"/>
        <w:tabs>
          <w:tab w:val="right" w:leader="dot" w:pos="8630"/>
        </w:tabs>
      </w:pPr>
      <w:hyperlink w:anchor="_Toc240363547" w:history="1">
        <w:r w:rsidRPr="00A864B8">
          <w:rPr>
            <w:rStyle w:val="Hyperlink"/>
          </w:rPr>
          <w:t>Tabelle 19: Variante 1: Pumparbeit und Druck</w:t>
        </w:r>
        <w:r w:rsidRPr="00A864B8">
          <w:rPr>
            <w:webHidden/>
          </w:rPr>
          <w:tab/>
        </w:r>
        <w:r w:rsidRPr="00A864B8">
          <w:rPr>
            <w:webHidden/>
          </w:rPr>
          <w:fldChar w:fldCharType="begin"/>
        </w:r>
        <w:r w:rsidRPr="00A864B8">
          <w:rPr>
            <w:webHidden/>
          </w:rPr>
          <w:instrText xml:space="preserve"> PAGEREF _Toc240363547 \h </w:instrText>
        </w:r>
        <w:r w:rsidRPr="00A864B8">
          <w:rPr>
            <w:webHidden/>
          </w:rPr>
        </w:r>
        <w:r w:rsidRPr="00A864B8">
          <w:rPr>
            <w:webHidden/>
          </w:rPr>
          <w:fldChar w:fldCharType="separate"/>
        </w:r>
        <w:r w:rsidRPr="00A864B8">
          <w:rPr>
            <w:webHidden/>
          </w:rPr>
          <w:t>26</w:t>
        </w:r>
        <w:r w:rsidRPr="00A864B8">
          <w:rPr>
            <w:webHidden/>
          </w:rPr>
          <w:fldChar w:fldCharType="end"/>
        </w:r>
      </w:hyperlink>
    </w:p>
    <w:p w14:paraId="428D3C2B" w14:textId="3D351CC8" w:rsidR="00F26332" w:rsidRPr="00A864B8" w:rsidRDefault="00F26332">
      <w:pPr>
        <w:pStyle w:val="Abbildungsverzeichnis"/>
        <w:tabs>
          <w:tab w:val="right" w:leader="dot" w:pos="8630"/>
        </w:tabs>
      </w:pPr>
      <w:hyperlink w:anchor="_Toc240363548" w:history="1">
        <w:r w:rsidRPr="00A864B8">
          <w:rPr>
            <w:rStyle w:val="Hyperlink"/>
          </w:rPr>
          <w:t>Tabelle 20: Variante 1: Druckverluste am Netzschlechtpunkt</w:t>
        </w:r>
        <w:r w:rsidRPr="00A864B8">
          <w:rPr>
            <w:webHidden/>
          </w:rPr>
          <w:tab/>
        </w:r>
        <w:r w:rsidRPr="00A864B8">
          <w:rPr>
            <w:webHidden/>
          </w:rPr>
          <w:fldChar w:fldCharType="begin"/>
        </w:r>
        <w:r w:rsidRPr="00A864B8">
          <w:rPr>
            <w:webHidden/>
          </w:rPr>
          <w:instrText xml:space="preserve"> PAGEREF _Toc240363548 \h </w:instrText>
        </w:r>
        <w:r w:rsidRPr="00A864B8">
          <w:rPr>
            <w:webHidden/>
          </w:rPr>
        </w:r>
        <w:r w:rsidRPr="00A864B8">
          <w:rPr>
            <w:webHidden/>
          </w:rPr>
          <w:fldChar w:fldCharType="separate"/>
        </w:r>
        <w:r w:rsidRPr="00A864B8">
          <w:rPr>
            <w:webHidden/>
          </w:rPr>
          <w:t>27</w:t>
        </w:r>
        <w:r w:rsidRPr="00A864B8">
          <w:rPr>
            <w:webHidden/>
          </w:rPr>
          <w:fldChar w:fldCharType="end"/>
        </w:r>
      </w:hyperlink>
    </w:p>
    <w:p w14:paraId="3F4A1ECE" w14:textId="7B30D737" w:rsidR="00F26332" w:rsidRPr="00A864B8" w:rsidRDefault="00F26332">
      <w:pPr>
        <w:pStyle w:val="Abbildungsverzeichnis"/>
        <w:tabs>
          <w:tab w:val="right" w:leader="dot" w:pos="8630"/>
        </w:tabs>
      </w:pPr>
      <w:hyperlink w:anchor="_Toc240363549" w:history="1">
        <w:r w:rsidRPr="00A864B8">
          <w:rPr>
            <w:rStyle w:val="Hyperlink"/>
          </w:rPr>
          <w:t>Tabelle 21: Variante 1: Auslegung der Technologien in der Energiezentrale</w:t>
        </w:r>
        <w:r w:rsidRPr="00A864B8">
          <w:rPr>
            <w:webHidden/>
          </w:rPr>
          <w:tab/>
        </w:r>
        <w:r w:rsidRPr="00A864B8">
          <w:rPr>
            <w:webHidden/>
          </w:rPr>
          <w:fldChar w:fldCharType="begin"/>
        </w:r>
        <w:r w:rsidRPr="00A864B8">
          <w:rPr>
            <w:webHidden/>
          </w:rPr>
          <w:instrText xml:space="preserve"> PAGEREF _Toc240363549 \h </w:instrText>
        </w:r>
        <w:r w:rsidRPr="00A864B8">
          <w:rPr>
            <w:webHidden/>
          </w:rPr>
        </w:r>
        <w:r w:rsidRPr="00A864B8">
          <w:rPr>
            <w:webHidden/>
          </w:rPr>
          <w:fldChar w:fldCharType="separate"/>
        </w:r>
        <w:r w:rsidRPr="00A864B8">
          <w:rPr>
            <w:webHidden/>
          </w:rPr>
          <w:t>27</w:t>
        </w:r>
        <w:r w:rsidRPr="00A864B8">
          <w:rPr>
            <w:webHidden/>
          </w:rPr>
          <w:fldChar w:fldCharType="end"/>
        </w:r>
      </w:hyperlink>
    </w:p>
    <w:p w14:paraId="198C8EDE" w14:textId="46CEB761" w:rsidR="00F26332" w:rsidRPr="00A864B8" w:rsidRDefault="00F26332">
      <w:pPr>
        <w:pStyle w:val="Abbildungsverzeichnis"/>
        <w:tabs>
          <w:tab w:val="right" w:leader="dot" w:pos="8630"/>
        </w:tabs>
      </w:pPr>
      <w:hyperlink w:anchor="_Toc240363550" w:history="1">
        <w:r w:rsidRPr="00A864B8">
          <w:rPr>
            <w:rStyle w:val="Hyperlink"/>
          </w:rPr>
          <w:t>Tabelle 26: Variante 1: Energiebezug</w:t>
        </w:r>
        <w:r w:rsidRPr="00A864B8">
          <w:rPr>
            <w:webHidden/>
          </w:rPr>
          <w:tab/>
        </w:r>
        <w:r w:rsidRPr="00A864B8">
          <w:rPr>
            <w:webHidden/>
          </w:rPr>
          <w:fldChar w:fldCharType="begin"/>
        </w:r>
        <w:r w:rsidRPr="00A864B8">
          <w:rPr>
            <w:webHidden/>
          </w:rPr>
          <w:instrText xml:space="preserve"> PAGEREF _Toc240363550 \h </w:instrText>
        </w:r>
        <w:r w:rsidRPr="00A864B8">
          <w:rPr>
            <w:webHidden/>
          </w:rPr>
        </w:r>
        <w:r w:rsidRPr="00A864B8">
          <w:rPr>
            <w:webHidden/>
          </w:rPr>
          <w:fldChar w:fldCharType="separate"/>
        </w:r>
        <w:r w:rsidRPr="00A864B8">
          <w:rPr>
            <w:webHidden/>
          </w:rPr>
          <w:t>28</w:t>
        </w:r>
        <w:r w:rsidRPr="00A864B8">
          <w:rPr>
            <w:webHidden/>
          </w:rPr>
          <w:fldChar w:fldCharType="end"/>
        </w:r>
      </w:hyperlink>
    </w:p>
    <w:p w14:paraId="40519FCF" w14:textId="448A8683" w:rsidR="00F26332" w:rsidRPr="00A864B8" w:rsidRDefault="00F26332">
      <w:pPr>
        <w:pStyle w:val="Abbildungsverzeichnis"/>
        <w:tabs>
          <w:tab w:val="right" w:leader="dot" w:pos="8630"/>
        </w:tabs>
      </w:pPr>
      <w:hyperlink w:anchor="_Toc240363551" w:history="1">
        <w:r w:rsidRPr="00A864B8">
          <w:rPr>
            <w:rStyle w:val="Hyperlink"/>
          </w:rPr>
          <w:t>Tabelle 27: Variante 1: Energieeinspeisung</w:t>
        </w:r>
        <w:r w:rsidRPr="00A864B8">
          <w:rPr>
            <w:webHidden/>
          </w:rPr>
          <w:tab/>
        </w:r>
        <w:r w:rsidRPr="00A864B8">
          <w:rPr>
            <w:webHidden/>
          </w:rPr>
          <w:fldChar w:fldCharType="begin"/>
        </w:r>
        <w:r w:rsidRPr="00A864B8">
          <w:rPr>
            <w:webHidden/>
          </w:rPr>
          <w:instrText xml:space="preserve"> PAGEREF _Toc240363551 \h </w:instrText>
        </w:r>
        <w:r w:rsidRPr="00A864B8">
          <w:rPr>
            <w:webHidden/>
          </w:rPr>
        </w:r>
        <w:r w:rsidRPr="00A864B8">
          <w:rPr>
            <w:webHidden/>
          </w:rPr>
          <w:fldChar w:fldCharType="separate"/>
        </w:r>
        <w:r w:rsidRPr="00A864B8">
          <w:rPr>
            <w:webHidden/>
          </w:rPr>
          <w:t>28</w:t>
        </w:r>
        <w:r w:rsidRPr="00A864B8">
          <w:rPr>
            <w:webHidden/>
          </w:rPr>
          <w:fldChar w:fldCharType="end"/>
        </w:r>
      </w:hyperlink>
    </w:p>
    <w:p w14:paraId="166C94C7" w14:textId="59D9FBBE" w:rsidR="00F26332" w:rsidRPr="00A864B8" w:rsidRDefault="00F26332">
      <w:pPr>
        <w:pStyle w:val="Abbildungsverzeichnis"/>
        <w:tabs>
          <w:tab w:val="right" w:leader="dot" w:pos="8630"/>
        </w:tabs>
      </w:pPr>
      <w:hyperlink w:anchor="_Toc240363552" w:history="1">
        <w:r w:rsidRPr="00A864B8">
          <w:rPr>
            <w:rStyle w:val="Hyperlink"/>
          </w:rPr>
          <w:t>Tabelle 28: Variante 1: Stromerzeugung und -bezug</w:t>
        </w:r>
        <w:r w:rsidRPr="00A864B8">
          <w:rPr>
            <w:webHidden/>
          </w:rPr>
          <w:tab/>
        </w:r>
        <w:r w:rsidRPr="00A864B8">
          <w:rPr>
            <w:webHidden/>
          </w:rPr>
          <w:fldChar w:fldCharType="begin"/>
        </w:r>
        <w:r w:rsidRPr="00A864B8">
          <w:rPr>
            <w:webHidden/>
          </w:rPr>
          <w:instrText xml:space="preserve"> PAGEREF _Toc240363552 \h </w:instrText>
        </w:r>
        <w:r w:rsidRPr="00A864B8">
          <w:rPr>
            <w:webHidden/>
          </w:rPr>
        </w:r>
        <w:r w:rsidRPr="00A864B8">
          <w:rPr>
            <w:webHidden/>
          </w:rPr>
          <w:fldChar w:fldCharType="separate"/>
        </w:r>
        <w:r w:rsidRPr="00A864B8">
          <w:rPr>
            <w:webHidden/>
          </w:rPr>
          <w:t>28</w:t>
        </w:r>
        <w:r w:rsidRPr="00A864B8">
          <w:rPr>
            <w:webHidden/>
          </w:rPr>
          <w:fldChar w:fldCharType="end"/>
        </w:r>
      </w:hyperlink>
    </w:p>
    <w:p w14:paraId="5E946232" w14:textId="5AAC6EA3" w:rsidR="00F26332" w:rsidRPr="00A864B8" w:rsidRDefault="00F26332">
      <w:pPr>
        <w:pStyle w:val="Abbildungsverzeichnis"/>
        <w:tabs>
          <w:tab w:val="right" w:leader="dot" w:pos="8630"/>
        </w:tabs>
      </w:pPr>
      <w:hyperlink w:anchor="_Toc240363553" w:history="1">
        <w:r w:rsidRPr="00A864B8">
          <w:rPr>
            <w:rStyle w:val="Hyperlink"/>
          </w:rPr>
          <w:t>Tabelle 29: Variante 1: Wärmeerzeugung und -bezug</w:t>
        </w:r>
        <w:r w:rsidRPr="00A864B8">
          <w:rPr>
            <w:webHidden/>
          </w:rPr>
          <w:tab/>
        </w:r>
        <w:r w:rsidRPr="00A864B8">
          <w:rPr>
            <w:webHidden/>
          </w:rPr>
          <w:fldChar w:fldCharType="begin"/>
        </w:r>
        <w:r w:rsidRPr="00A864B8">
          <w:rPr>
            <w:webHidden/>
          </w:rPr>
          <w:instrText xml:space="preserve"> PAGEREF _Toc240363553 \h </w:instrText>
        </w:r>
        <w:r w:rsidRPr="00A864B8">
          <w:rPr>
            <w:webHidden/>
          </w:rPr>
        </w:r>
        <w:r w:rsidRPr="00A864B8">
          <w:rPr>
            <w:webHidden/>
          </w:rPr>
          <w:fldChar w:fldCharType="separate"/>
        </w:r>
        <w:r w:rsidRPr="00A864B8">
          <w:rPr>
            <w:webHidden/>
          </w:rPr>
          <w:t>29</w:t>
        </w:r>
        <w:r w:rsidRPr="00A864B8">
          <w:rPr>
            <w:webHidden/>
          </w:rPr>
          <w:fldChar w:fldCharType="end"/>
        </w:r>
      </w:hyperlink>
    </w:p>
    <w:p w14:paraId="7D87F213" w14:textId="12F25A49" w:rsidR="00F26332" w:rsidRPr="00A864B8" w:rsidRDefault="00F26332">
      <w:pPr>
        <w:pStyle w:val="Abbildungsverzeichnis"/>
        <w:tabs>
          <w:tab w:val="right" w:leader="dot" w:pos="8630"/>
        </w:tabs>
      </w:pPr>
      <w:hyperlink w:anchor="_Toc240363554" w:history="1">
        <w:r w:rsidRPr="00A864B8">
          <w:rPr>
            <w:rStyle w:val="Hyperlink"/>
          </w:rPr>
          <w:t>Tabelle 30: Variante 1: Emissionen</w:t>
        </w:r>
        <w:r w:rsidRPr="00A864B8">
          <w:rPr>
            <w:webHidden/>
          </w:rPr>
          <w:tab/>
        </w:r>
        <w:r w:rsidRPr="00A864B8">
          <w:rPr>
            <w:webHidden/>
          </w:rPr>
          <w:fldChar w:fldCharType="begin"/>
        </w:r>
        <w:r w:rsidRPr="00A864B8">
          <w:rPr>
            <w:webHidden/>
          </w:rPr>
          <w:instrText xml:space="preserve"> PAGEREF _Toc240363554 \h </w:instrText>
        </w:r>
        <w:r w:rsidRPr="00A864B8">
          <w:rPr>
            <w:webHidden/>
          </w:rPr>
        </w:r>
        <w:r w:rsidRPr="00A864B8">
          <w:rPr>
            <w:webHidden/>
          </w:rPr>
          <w:fldChar w:fldCharType="separate"/>
        </w:r>
        <w:r w:rsidRPr="00A864B8">
          <w:rPr>
            <w:webHidden/>
          </w:rPr>
          <w:t>29</w:t>
        </w:r>
        <w:r w:rsidRPr="00A864B8">
          <w:rPr>
            <w:webHidden/>
          </w:rPr>
          <w:fldChar w:fldCharType="end"/>
        </w:r>
      </w:hyperlink>
    </w:p>
    <w:p w14:paraId="635EC1E7" w14:textId="66B614D1" w:rsidR="00F26332" w:rsidRPr="00A864B8" w:rsidRDefault="00F26332">
      <w:pPr>
        <w:pStyle w:val="Abbildungsverzeichnis"/>
        <w:tabs>
          <w:tab w:val="right" w:leader="dot" w:pos="8630"/>
        </w:tabs>
      </w:pPr>
      <w:hyperlink w:anchor="_Toc240363555" w:history="1">
        <w:r w:rsidRPr="00A864B8">
          <w:rPr>
            <w:rStyle w:val="Hyperlink"/>
          </w:rPr>
          <w:t>Tabelle 31: Variante 1: Primärenergiefaktor</w:t>
        </w:r>
        <w:r w:rsidRPr="00A864B8">
          <w:rPr>
            <w:webHidden/>
          </w:rPr>
          <w:tab/>
        </w:r>
        <w:r w:rsidRPr="00A864B8">
          <w:rPr>
            <w:webHidden/>
          </w:rPr>
          <w:fldChar w:fldCharType="begin"/>
        </w:r>
        <w:r w:rsidRPr="00A864B8">
          <w:rPr>
            <w:webHidden/>
          </w:rPr>
          <w:instrText xml:space="preserve"> PAGEREF _Toc240363555 \h </w:instrText>
        </w:r>
        <w:r w:rsidRPr="00A864B8">
          <w:rPr>
            <w:webHidden/>
          </w:rPr>
        </w:r>
        <w:r w:rsidRPr="00A864B8">
          <w:rPr>
            <w:webHidden/>
          </w:rPr>
          <w:fldChar w:fldCharType="separate"/>
        </w:r>
        <w:r w:rsidRPr="00A864B8">
          <w:rPr>
            <w:webHidden/>
          </w:rPr>
          <w:t>29</w:t>
        </w:r>
        <w:r w:rsidRPr="00A864B8">
          <w:rPr>
            <w:webHidden/>
          </w:rPr>
          <w:fldChar w:fldCharType="end"/>
        </w:r>
      </w:hyperlink>
    </w:p>
    <w:p w14:paraId="4541B6A0" w14:textId="097C1F69" w:rsidR="00F26332" w:rsidRPr="00A864B8" w:rsidRDefault="00F26332">
      <w:pPr>
        <w:pStyle w:val="Abbildungsverzeichnis"/>
        <w:tabs>
          <w:tab w:val="right" w:leader="dot" w:pos="8630"/>
        </w:tabs>
      </w:pPr>
      <w:hyperlink w:anchor="_Toc240363556" w:history="1">
        <w:r w:rsidRPr="00A864B8">
          <w:rPr>
            <w:rStyle w:val="Hyperlink"/>
          </w:rPr>
          <w:t>Tabelle 32: Variante 1: Wirtschaftliche Kennzahlen</w:t>
        </w:r>
        <w:r w:rsidRPr="00A864B8">
          <w:rPr>
            <w:webHidden/>
          </w:rPr>
          <w:tab/>
        </w:r>
        <w:r w:rsidRPr="00A864B8">
          <w:rPr>
            <w:webHidden/>
          </w:rPr>
          <w:fldChar w:fldCharType="begin"/>
        </w:r>
        <w:r w:rsidRPr="00A864B8">
          <w:rPr>
            <w:webHidden/>
          </w:rPr>
          <w:instrText xml:space="preserve"> PAGEREF _Toc240363556 \h </w:instrText>
        </w:r>
        <w:r w:rsidRPr="00A864B8">
          <w:rPr>
            <w:webHidden/>
          </w:rPr>
        </w:r>
        <w:r w:rsidRPr="00A864B8">
          <w:rPr>
            <w:webHidden/>
          </w:rPr>
          <w:fldChar w:fldCharType="separate"/>
        </w:r>
        <w:r w:rsidRPr="00A864B8">
          <w:rPr>
            <w:webHidden/>
          </w:rPr>
          <w:t>30</w:t>
        </w:r>
        <w:r w:rsidRPr="00A864B8">
          <w:rPr>
            <w:webHidden/>
          </w:rPr>
          <w:fldChar w:fldCharType="end"/>
        </w:r>
      </w:hyperlink>
    </w:p>
    <w:p w14:paraId="0507EDB2" w14:textId="6189E39B" w:rsidR="00F26332" w:rsidRPr="00A864B8" w:rsidRDefault="00F26332">
      <w:pPr>
        <w:pStyle w:val="Abbildungsverzeichnis"/>
        <w:tabs>
          <w:tab w:val="right" w:leader="dot" w:pos="8630"/>
        </w:tabs>
      </w:pPr>
      <w:hyperlink w:anchor="_Toc240363557" w:history="1">
        <w:r w:rsidRPr="00A864B8">
          <w:rPr>
            <w:rStyle w:val="Hyperlink"/>
          </w:rPr>
          <w:t>Tabelle 33: Variante 1: Förderungen</w:t>
        </w:r>
        <w:r w:rsidRPr="00A864B8">
          <w:rPr>
            <w:webHidden/>
          </w:rPr>
          <w:tab/>
        </w:r>
        <w:r w:rsidRPr="00A864B8">
          <w:rPr>
            <w:webHidden/>
          </w:rPr>
          <w:fldChar w:fldCharType="begin"/>
        </w:r>
        <w:r w:rsidRPr="00A864B8">
          <w:rPr>
            <w:webHidden/>
          </w:rPr>
          <w:instrText xml:space="preserve"> PAGEREF _Toc240363557 \h </w:instrText>
        </w:r>
        <w:r w:rsidRPr="00A864B8">
          <w:rPr>
            <w:webHidden/>
          </w:rPr>
        </w:r>
        <w:r w:rsidRPr="00A864B8">
          <w:rPr>
            <w:webHidden/>
          </w:rPr>
          <w:fldChar w:fldCharType="separate"/>
        </w:r>
        <w:r w:rsidRPr="00A864B8">
          <w:rPr>
            <w:webHidden/>
          </w:rPr>
          <w:t>30</w:t>
        </w:r>
        <w:r w:rsidRPr="00A864B8">
          <w:rPr>
            <w:webHidden/>
          </w:rPr>
          <w:fldChar w:fldCharType="end"/>
        </w:r>
      </w:hyperlink>
    </w:p>
    <w:p w14:paraId="1C3689C7" w14:textId="154FD0D1" w:rsidR="00F26332" w:rsidRPr="00A864B8" w:rsidRDefault="00F26332">
      <w:pPr>
        <w:pStyle w:val="Abbildungsverzeichnis"/>
        <w:tabs>
          <w:tab w:val="right" w:leader="dot" w:pos="8630"/>
        </w:tabs>
      </w:pPr>
      <w:hyperlink w:anchor="_Toc240363558" w:history="1">
        <w:r w:rsidRPr="00A864B8">
          <w:rPr>
            <w:rStyle w:val="Hyperlink"/>
          </w:rPr>
          <w:t>Tabelle 34: Variante 1: Kostenaufstellung in €</w:t>
        </w:r>
        <w:r w:rsidRPr="00A864B8">
          <w:rPr>
            <w:webHidden/>
          </w:rPr>
          <w:tab/>
        </w:r>
        <w:r w:rsidRPr="00A864B8">
          <w:rPr>
            <w:webHidden/>
          </w:rPr>
          <w:fldChar w:fldCharType="begin"/>
        </w:r>
        <w:r w:rsidRPr="00A864B8">
          <w:rPr>
            <w:webHidden/>
          </w:rPr>
          <w:instrText xml:space="preserve"> PAGEREF _Toc240363558 \h </w:instrText>
        </w:r>
        <w:r w:rsidRPr="00A864B8">
          <w:rPr>
            <w:webHidden/>
          </w:rPr>
        </w:r>
        <w:r w:rsidRPr="00A864B8">
          <w:rPr>
            <w:webHidden/>
          </w:rPr>
          <w:fldChar w:fldCharType="separate"/>
        </w:r>
        <w:r w:rsidRPr="00A864B8">
          <w:rPr>
            <w:webHidden/>
          </w:rPr>
          <w:t>30</w:t>
        </w:r>
        <w:r w:rsidRPr="00A864B8">
          <w:rPr>
            <w:webHidden/>
          </w:rPr>
          <w:fldChar w:fldCharType="end"/>
        </w:r>
      </w:hyperlink>
    </w:p>
    <w:p w14:paraId="73504F09" w14:textId="5F510835" w:rsidR="00F26332" w:rsidRPr="00A864B8" w:rsidRDefault="00F26332">
      <w:pPr>
        <w:pStyle w:val="Abbildungsverzeichnis"/>
        <w:tabs>
          <w:tab w:val="right" w:leader="dot" w:pos="8630"/>
        </w:tabs>
      </w:pPr>
      <w:hyperlink w:anchor="_Toc240363559" w:history="1">
        <w:r w:rsidRPr="00A864B8">
          <w:rPr>
            <w:rStyle w:val="Hyperlink"/>
          </w:rPr>
          <w:t>Tabelle 35: Variante 2: Steckbrief zur Versorgungsvariante: Variante 2</w:t>
        </w:r>
        <w:r w:rsidRPr="00A864B8">
          <w:rPr>
            <w:webHidden/>
          </w:rPr>
          <w:tab/>
        </w:r>
        <w:r w:rsidRPr="00A864B8">
          <w:rPr>
            <w:webHidden/>
          </w:rPr>
          <w:fldChar w:fldCharType="begin"/>
        </w:r>
        <w:r w:rsidRPr="00A864B8">
          <w:rPr>
            <w:webHidden/>
          </w:rPr>
          <w:instrText xml:space="preserve"> PAGEREF _Toc240363559 \h </w:instrText>
        </w:r>
        <w:r w:rsidRPr="00A864B8">
          <w:rPr>
            <w:webHidden/>
          </w:rPr>
        </w:r>
        <w:r w:rsidRPr="00A864B8">
          <w:rPr>
            <w:webHidden/>
          </w:rPr>
          <w:fldChar w:fldCharType="separate"/>
        </w:r>
        <w:r w:rsidRPr="00A864B8">
          <w:rPr>
            <w:webHidden/>
          </w:rPr>
          <w:t>35</w:t>
        </w:r>
        <w:r w:rsidRPr="00A864B8">
          <w:rPr>
            <w:webHidden/>
          </w:rPr>
          <w:fldChar w:fldCharType="end"/>
        </w:r>
      </w:hyperlink>
    </w:p>
    <w:p w14:paraId="6AF511DD" w14:textId="2A1F07B1" w:rsidR="00F26332" w:rsidRPr="00A864B8" w:rsidRDefault="00F26332">
      <w:pPr>
        <w:pStyle w:val="Abbildungsverzeichnis"/>
        <w:tabs>
          <w:tab w:val="right" w:leader="dot" w:pos="8630"/>
        </w:tabs>
      </w:pPr>
      <w:hyperlink w:anchor="_Toc240363560" w:history="1">
        <w:r w:rsidRPr="00A864B8">
          <w:rPr>
            <w:rStyle w:val="Hyperlink"/>
          </w:rPr>
          <w:t>Tabelle 36: Variante 2: Wärmebedarfe der Gebäude</w:t>
        </w:r>
        <w:r w:rsidRPr="00A864B8">
          <w:rPr>
            <w:webHidden/>
          </w:rPr>
          <w:tab/>
        </w:r>
        <w:r w:rsidRPr="00A864B8">
          <w:rPr>
            <w:webHidden/>
          </w:rPr>
          <w:fldChar w:fldCharType="begin"/>
        </w:r>
        <w:r w:rsidRPr="00A864B8">
          <w:rPr>
            <w:webHidden/>
          </w:rPr>
          <w:instrText xml:space="preserve"> PAGEREF _Toc240363560 \h </w:instrText>
        </w:r>
        <w:r w:rsidRPr="00A864B8">
          <w:rPr>
            <w:webHidden/>
          </w:rPr>
        </w:r>
        <w:r w:rsidRPr="00A864B8">
          <w:rPr>
            <w:webHidden/>
          </w:rPr>
          <w:fldChar w:fldCharType="separate"/>
        </w:r>
        <w:r w:rsidRPr="00A864B8">
          <w:rPr>
            <w:webHidden/>
          </w:rPr>
          <w:t>36</w:t>
        </w:r>
        <w:r w:rsidRPr="00A864B8">
          <w:rPr>
            <w:webHidden/>
          </w:rPr>
          <w:fldChar w:fldCharType="end"/>
        </w:r>
      </w:hyperlink>
    </w:p>
    <w:p w14:paraId="56BB4664" w14:textId="03C2FA48" w:rsidR="00F26332" w:rsidRPr="00A864B8" w:rsidRDefault="00F26332">
      <w:pPr>
        <w:pStyle w:val="Abbildungsverzeichnis"/>
        <w:tabs>
          <w:tab w:val="right" w:leader="dot" w:pos="8630"/>
        </w:tabs>
      </w:pPr>
      <w:hyperlink w:anchor="_Toc240363561" w:history="1">
        <w:r w:rsidRPr="00A864B8">
          <w:rPr>
            <w:rStyle w:val="Hyperlink"/>
          </w:rPr>
          <w:t>Tabelle 37: Variante 2: Kältebedarfe der Gebäude</w:t>
        </w:r>
        <w:r w:rsidRPr="00A864B8">
          <w:rPr>
            <w:webHidden/>
          </w:rPr>
          <w:tab/>
        </w:r>
        <w:r w:rsidRPr="00A864B8">
          <w:rPr>
            <w:webHidden/>
          </w:rPr>
          <w:fldChar w:fldCharType="begin"/>
        </w:r>
        <w:r w:rsidRPr="00A864B8">
          <w:rPr>
            <w:webHidden/>
          </w:rPr>
          <w:instrText xml:space="preserve"> PAGEREF _Toc240363561 \h </w:instrText>
        </w:r>
        <w:r w:rsidRPr="00A864B8">
          <w:rPr>
            <w:webHidden/>
          </w:rPr>
        </w:r>
        <w:r w:rsidRPr="00A864B8">
          <w:rPr>
            <w:webHidden/>
          </w:rPr>
          <w:fldChar w:fldCharType="separate"/>
        </w:r>
        <w:r w:rsidRPr="00A864B8">
          <w:rPr>
            <w:webHidden/>
          </w:rPr>
          <w:t>36</w:t>
        </w:r>
        <w:r w:rsidRPr="00A864B8">
          <w:rPr>
            <w:webHidden/>
          </w:rPr>
          <w:fldChar w:fldCharType="end"/>
        </w:r>
      </w:hyperlink>
    </w:p>
    <w:p w14:paraId="698854F3" w14:textId="5A70FC35" w:rsidR="00F26332" w:rsidRPr="00A864B8" w:rsidRDefault="00F26332">
      <w:pPr>
        <w:pStyle w:val="Abbildungsverzeichnis"/>
        <w:tabs>
          <w:tab w:val="right" w:leader="dot" w:pos="8630"/>
        </w:tabs>
      </w:pPr>
      <w:hyperlink w:anchor="_Toc240363562" w:history="1">
        <w:r w:rsidRPr="00A864B8">
          <w:rPr>
            <w:rStyle w:val="Hyperlink"/>
          </w:rPr>
          <w:t>Tabelle 38: Variante 2: Strombedarfe der Gebäude</w:t>
        </w:r>
        <w:r w:rsidRPr="00A864B8">
          <w:rPr>
            <w:webHidden/>
          </w:rPr>
          <w:tab/>
        </w:r>
        <w:r w:rsidRPr="00A864B8">
          <w:rPr>
            <w:webHidden/>
          </w:rPr>
          <w:fldChar w:fldCharType="begin"/>
        </w:r>
        <w:r w:rsidRPr="00A864B8">
          <w:rPr>
            <w:webHidden/>
          </w:rPr>
          <w:instrText xml:space="preserve"> PAGEREF _Toc240363562 \h </w:instrText>
        </w:r>
        <w:r w:rsidRPr="00A864B8">
          <w:rPr>
            <w:webHidden/>
          </w:rPr>
        </w:r>
        <w:r w:rsidRPr="00A864B8">
          <w:rPr>
            <w:webHidden/>
          </w:rPr>
          <w:fldChar w:fldCharType="separate"/>
        </w:r>
        <w:r w:rsidRPr="00A864B8">
          <w:rPr>
            <w:webHidden/>
          </w:rPr>
          <w:t>37</w:t>
        </w:r>
        <w:r w:rsidRPr="00A864B8">
          <w:rPr>
            <w:webHidden/>
          </w:rPr>
          <w:fldChar w:fldCharType="end"/>
        </w:r>
      </w:hyperlink>
    </w:p>
    <w:p w14:paraId="2E2FDA53" w14:textId="779EEF9B" w:rsidR="00F26332" w:rsidRPr="00A864B8" w:rsidRDefault="00F26332">
      <w:pPr>
        <w:pStyle w:val="Abbildungsverzeichnis"/>
        <w:tabs>
          <w:tab w:val="right" w:leader="dot" w:pos="8630"/>
        </w:tabs>
      </w:pPr>
      <w:hyperlink w:anchor="_Toc240363563" w:history="1">
        <w:r w:rsidRPr="00A864B8">
          <w:rPr>
            <w:rStyle w:val="Hyperlink"/>
          </w:rPr>
          <w:t>Tabelle 39: Variante 2: Installierte Gebäudeenergiesysteme</w:t>
        </w:r>
        <w:r w:rsidRPr="00A864B8">
          <w:rPr>
            <w:webHidden/>
          </w:rPr>
          <w:tab/>
        </w:r>
        <w:r w:rsidRPr="00A864B8">
          <w:rPr>
            <w:webHidden/>
          </w:rPr>
          <w:fldChar w:fldCharType="begin"/>
        </w:r>
        <w:r w:rsidRPr="00A864B8">
          <w:rPr>
            <w:webHidden/>
          </w:rPr>
          <w:instrText xml:space="preserve"> PAGEREF _Toc240363563 \h </w:instrText>
        </w:r>
        <w:r w:rsidRPr="00A864B8">
          <w:rPr>
            <w:webHidden/>
          </w:rPr>
        </w:r>
        <w:r w:rsidRPr="00A864B8">
          <w:rPr>
            <w:webHidden/>
          </w:rPr>
          <w:fldChar w:fldCharType="separate"/>
        </w:r>
        <w:r w:rsidRPr="00A864B8">
          <w:rPr>
            <w:webHidden/>
          </w:rPr>
          <w:t>38</w:t>
        </w:r>
        <w:r w:rsidRPr="00A864B8">
          <w:rPr>
            <w:webHidden/>
          </w:rPr>
          <w:fldChar w:fldCharType="end"/>
        </w:r>
      </w:hyperlink>
    </w:p>
    <w:p w14:paraId="7CD77924" w14:textId="681CEF33" w:rsidR="00F26332" w:rsidRPr="00A864B8" w:rsidRDefault="00F26332">
      <w:pPr>
        <w:pStyle w:val="Abbildungsverzeichnis"/>
        <w:tabs>
          <w:tab w:val="right" w:leader="dot" w:pos="8630"/>
        </w:tabs>
      </w:pPr>
      <w:hyperlink w:anchor="_Toc240363564" w:history="1">
        <w:r w:rsidRPr="00A864B8">
          <w:rPr>
            <w:rStyle w:val="Hyperlink"/>
          </w:rPr>
          <w:t>Tabelle 40: Variante 2: Wärmebilanz des Wärmenetzes</w:t>
        </w:r>
        <w:r w:rsidRPr="00A864B8">
          <w:rPr>
            <w:webHidden/>
          </w:rPr>
          <w:tab/>
        </w:r>
        <w:r w:rsidRPr="00A864B8">
          <w:rPr>
            <w:webHidden/>
          </w:rPr>
          <w:fldChar w:fldCharType="begin"/>
        </w:r>
        <w:r w:rsidRPr="00A864B8">
          <w:rPr>
            <w:webHidden/>
          </w:rPr>
          <w:instrText xml:space="preserve"> PAGEREF _Toc240363564 \h </w:instrText>
        </w:r>
        <w:r w:rsidRPr="00A864B8">
          <w:rPr>
            <w:webHidden/>
          </w:rPr>
        </w:r>
        <w:r w:rsidRPr="00A864B8">
          <w:rPr>
            <w:webHidden/>
          </w:rPr>
          <w:fldChar w:fldCharType="separate"/>
        </w:r>
        <w:r w:rsidRPr="00A864B8">
          <w:rPr>
            <w:webHidden/>
          </w:rPr>
          <w:t>38</w:t>
        </w:r>
        <w:r w:rsidRPr="00A864B8">
          <w:rPr>
            <w:webHidden/>
          </w:rPr>
          <w:fldChar w:fldCharType="end"/>
        </w:r>
      </w:hyperlink>
    </w:p>
    <w:p w14:paraId="714F55DB" w14:textId="69D86465" w:rsidR="00F26332" w:rsidRPr="00A864B8" w:rsidRDefault="00F26332">
      <w:pPr>
        <w:pStyle w:val="Abbildungsverzeichnis"/>
        <w:tabs>
          <w:tab w:val="right" w:leader="dot" w:pos="8630"/>
        </w:tabs>
      </w:pPr>
      <w:hyperlink w:anchor="_Toc240363565" w:history="1">
        <w:r w:rsidRPr="00A864B8">
          <w:rPr>
            <w:rStyle w:val="Hyperlink"/>
          </w:rPr>
          <w:t>Tabelle 41: Variante 2: Kältebilanz des Wärmenetzes</w:t>
        </w:r>
        <w:r w:rsidRPr="00A864B8">
          <w:rPr>
            <w:webHidden/>
          </w:rPr>
          <w:tab/>
        </w:r>
        <w:r w:rsidRPr="00A864B8">
          <w:rPr>
            <w:webHidden/>
          </w:rPr>
          <w:fldChar w:fldCharType="begin"/>
        </w:r>
        <w:r w:rsidRPr="00A864B8">
          <w:rPr>
            <w:webHidden/>
          </w:rPr>
          <w:instrText xml:space="preserve"> PAGEREF _Toc240363565 \h </w:instrText>
        </w:r>
        <w:r w:rsidRPr="00A864B8">
          <w:rPr>
            <w:webHidden/>
          </w:rPr>
        </w:r>
        <w:r w:rsidRPr="00A864B8">
          <w:rPr>
            <w:webHidden/>
          </w:rPr>
          <w:fldChar w:fldCharType="separate"/>
        </w:r>
        <w:r w:rsidRPr="00A864B8">
          <w:rPr>
            <w:webHidden/>
          </w:rPr>
          <w:t>39</w:t>
        </w:r>
        <w:r w:rsidRPr="00A864B8">
          <w:rPr>
            <w:webHidden/>
          </w:rPr>
          <w:fldChar w:fldCharType="end"/>
        </w:r>
      </w:hyperlink>
    </w:p>
    <w:p w14:paraId="0B9DB576" w14:textId="166B0C31" w:rsidR="00F26332" w:rsidRPr="00A864B8" w:rsidRDefault="00F26332">
      <w:pPr>
        <w:pStyle w:val="Abbildungsverzeichnis"/>
        <w:tabs>
          <w:tab w:val="right" w:leader="dot" w:pos="8630"/>
        </w:tabs>
      </w:pPr>
      <w:hyperlink w:anchor="_Toc240363566" w:history="1">
        <w:r w:rsidRPr="00A864B8">
          <w:rPr>
            <w:rStyle w:val="Hyperlink"/>
          </w:rPr>
          <w:t>Tabelle 42: Variante 2: Strombilanz des Quartiers</w:t>
        </w:r>
        <w:r w:rsidRPr="00A864B8">
          <w:rPr>
            <w:webHidden/>
          </w:rPr>
          <w:tab/>
        </w:r>
        <w:r w:rsidRPr="00A864B8">
          <w:rPr>
            <w:webHidden/>
          </w:rPr>
          <w:fldChar w:fldCharType="begin"/>
        </w:r>
        <w:r w:rsidRPr="00A864B8">
          <w:rPr>
            <w:webHidden/>
          </w:rPr>
          <w:instrText xml:space="preserve"> PAGEREF _Toc240363566 \h </w:instrText>
        </w:r>
        <w:r w:rsidRPr="00A864B8">
          <w:rPr>
            <w:webHidden/>
          </w:rPr>
        </w:r>
        <w:r w:rsidRPr="00A864B8">
          <w:rPr>
            <w:webHidden/>
          </w:rPr>
          <w:fldChar w:fldCharType="separate"/>
        </w:r>
        <w:r w:rsidRPr="00A864B8">
          <w:rPr>
            <w:webHidden/>
          </w:rPr>
          <w:t>39</w:t>
        </w:r>
        <w:r w:rsidRPr="00A864B8">
          <w:rPr>
            <w:webHidden/>
          </w:rPr>
          <w:fldChar w:fldCharType="end"/>
        </w:r>
      </w:hyperlink>
    </w:p>
    <w:p w14:paraId="3C472FEE" w14:textId="00C48226" w:rsidR="00F26332" w:rsidRPr="00A864B8" w:rsidRDefault="00F26332">
      <w:pPr>
        <w:pStyle w:val="Abbildungsverzeichnis"/>
        <w:tabs>
          <w:tab w:val="right" w:leader="dot" w:pos="8630"/>
        </w:tabs>
      </w:pPr>
      <w:hyperlink w:anchor="_Toc240363567" w:history="1">
        <w:r w:rsidRPr="00A864B8">
          <w:rPr>
            <w:rStyle w:val="Hyperlink"/>
          </w:rPr>
          <w:t>Tabelle 43: Variante 2: Eigenschaften des Wärmenetzes</w:t>
        </w:r>
        <w:r w:rsidRPr="00A864B8">
          <w:rPr>
            <w:webHidden/>
          </w:rPr>
          <w:tab/>
        </w:r>
        <w:r w:rsidRPr="00A864B8">
          <w:rPr>
            <w:webHidden/>
          </w:rPr>
          <w:fldChar w:fldCharType="begin"/>
        </w:r>
        <w:r w:rsidRPr="00A864B8">
          <w:rPr>
            <w:webHidden/>
          </w:rPr>
          <w:instrText xml:space="preserve"> PAGEREF _Toc240363567 \h </w:instrText>
        </w:r>
        <w:r w:rsidRPr="00A864B8">
          <w:rPr>
            <w:webHidden/>
          </w:rPr>
        </w:r>
        <w:r w:rsidRPr="00A864B8">
          <w:rPr>
            <w:webHidden/>
          </w:rPr>
          <w:fldChar w:fldCharType="separate"/>
        </w:r>
        <w:r w:rsidRPr="00A864B8">
          <w:rPr>
            <w:webHidden/>
          </w:rPr>
          <w:t>40</w:t>
        </w:r>
        <w:r w:rsidRPr="00A864B8">
          <w:rPr>
            <w:webHidden/>
          </w:rPr>
          <w:fldChar w:fldCharType="end"/>
        </w:r>
      </w:hyperlink>
    </w:p>
    <w:p w14:paraId="1206A2EB" w14:textId="5A3EA55A" w:rsidR="00F26332" w:rsidRPr="00A864B8" w:rsidRDefault="00F26332">
      <w:pPr>
        <w:pStyle w:val="Abbildungsverzeichnis"/>
        <w:tabs>
          <w:tab w:val="right" w:leader="dot" w:pos="8630"/>
        </w:tabs>
      </w:pPr>
      <w:hyperlink w:anchor="_Toc240363568" w:history="1">
        <w:r w:rsidRPr="00A864B8">
          <w:rPr>
            <w:rStyle w:val="Hyperlink"/>
          </w:rPr>
          <w:t>Tabelle 44: Variante 2: Pumparbeit und Druck</w:t>
        </w:r>
        <w:r w:rsidRPr="00A864B8">
          <w:rPr>
            <w:webHidden/>
          </w:rPr>
          <w:tab/>
        </w:r>
        <w:r w:rsidRPr="00A864B8">
          <w:rPr>
            <w:webHidden/>
          </w:rPr>
          <w:fldChar w:fldCharType="begin"/>
        </w:r>
        <w:r w:rsidRPr="00A864B8">
          <w:rPr>
            <w:webHidden/>
          </w:rPr>
          <w:instrText xml:space="preserve"> PAGEREF _Toc240363568 \h </w:instrText>
        </w:r>
        <w:r w:rsidRPr="00A864B8">
          <w:rPr>
            <w:webHidden/>
          </w:rPr>
        </w:r>
        <w:r w:rsidRPr="00A864B8">
          <w:rPr>
            <w:webHidden/>
          </w:rPr>
          <w:fldChar w:fldCharType="separate"/>
        </w:r>
        <w:r w:rsidRPr="00A864B8">
          <w:rPr>
            <w:webHidden/>
          </w:rPr>
          <w:t>43</w:t>
        </w:r>
        <w:r w:rsidRPr="00A864B8">
          <w:rPr>
            <w:webHidden/>
          </w:rPr>
          <w:fldChar w:fldCharType="end"/>
        </w:r>
      </w:hyperlink>
    </w:p>
    <w:p w14:paraId="23A4C29A" w14:textId="13308C11" w:rsidR="00F26332" w:rsidRPr="00A864B8" w:rsidRDefault="00F26332">
      <w:pPr>
        <w:pStyle w:val="Abbildungsverzeichnis"/>
        <w:tabs>
          <w:tab w:val="right" w:leader="dot" w:pos="8630"/>
        </w:tabs>
      </w:pPr>
      <w:hyperlink w:anchor="_Toc240363569" w:history="1">
        <w:r w:rsidRPr="00A864B8">
          <w:rPr>
            <w:rStyle w:val="Hyperlink"/>
          </w:rPr>
          <w:t>Tabelle 45: Variante 2: Druckverluste am Netzschlechtpunkt</w:t>
        </w:r>
        <w:r w:rsidRPr="00A864B8">
          <w:rPr>
            <w:webHidden/>
          </w:rPr>
          <w:tab/>
        </w:r>
        <w:r w:rsidRPr="00A864B8">
          <w:rPr>
            <w:webHidden/>
          </w:rPr>
          <w:fldChar w:fldCharType="begin"/>
        </w:r>
        <w:r w:rsidRPr="00A864B8">
          <w:rPr>
            <w:webHidden/>
          </w:rPr>
          <w:instrText xml:space="preserve"> PAGEREF _Toc240363569 \h </w:instrText>
        </w:r>
        <w:r w:rsidRPr="00A864B8">
          <w:rPr>
            <w:webHidden/>
          </w:rPr>
        </w:r>
        <w:r w:rsidRPr="00A864B8">
          <w:rPr>
            <w:webHidden/>
          </w:rPr>
          <w:fldChar w:fldCharType="separate"/>
        </w:r>
        <w:r w:rsidRPr="00A864B8">
          <w:rPr>
            <w:webHidden/>
          </w:rPr>
          <w:t>44</w:t>
        </w:r>
        <w:r w:rsidRPr="00A864B8">
          <w:rPr>
            <w:webHidden/>
          </w:rPr>
          <w:fldChar w:fldCharType="end"/>
        </w:r>
      </w:hyperlink>
    </w:p>
    <w:p w14:paraId="02CA4E63" w14:textId="0F55A96A" w:rsidR="00F26332" w:rsidRPr="00A864B8" w:rsidRDefault="00F26332">
      <w:pPr>
        <w:pStyle w:val="Abbildungsverzeichnis"/>
        <w:tabs>
          <w:tab w:val="right" w:leader="dot" w:pos="8630"/>
        </w:tabs>
      </w:pPr>
      <w:hyperlink w:anchor="_Toc240363570" w:history="1">
        <w:r w:rsidRPr="00A864B8">
          <w:rPr>
            <w:rStyle w:val="Hyperlink"/>
          </w:rPr>
          <w:t>Tabelle 46: Variante 2: Auslegung der Technologien in der Energiezentrale</w:t>
        </w:r>
        <w:r w:rsidRPr="00A864B8">
          <w:rPr>
            <w:webHidden/>
          </w:rPr>
          <w:tab/>
        </w:r>
        <w:r w:rsidRPr="00A864B8">
          <w:rPr>
            <w:webHidden/>
          </w:rPr>
          <w:fldChar w:fldCharType="begin"/>
        </w:r>
        <w:r w:rsidRPr="00A864B8">
          <w:rPr>
            <w:webHidden/>
          </w:rPr>
          <w:instrText xml:space="preserve"> PAGEREF _Toc240363570 \h </w:instrText>
        </w:r>
        <w:r w:rsidRPr="00A864B8">
          <w:rPr>
            <w:webHidden/>
          </w:rPr>
        </w:r>
        <w:r w:rsidRPr="00A864B8">
          <w:rPr>
            <w:webHidden/>
          </w:rPr>
          <w:fldChar w:fldCharType="separate"/>
        </w:r>
        <w:r w:rsidRPr="00A864B8">
          <w:rPr>
            <w:webHidden/>
          </w:rPr>
          <w:t>44</w:t>
        </w:r>
        <w:r w:rsidRPr="00A864B8">
          <w:rPr>
            <w:webHidden/>
          </w:rPr>
          <w:fldChar w:fldCharType="end"/>
        </w:r>
      </w:hyperlink>
    </w:p>
    <w:p w14:paraId="262DE789" w14:textId="100A3A9F" w:rsidR="00F26332" w:rsidRPr="00A864B8" w:rsidRDefault="00F26332">
      <w:pPr>
        <w:pStyle w:val="Abbildungsverzeichnis"/>
        <w:tabs>
          <w:tab w:val="right" w:leader="dot" w:pos="8630"/>
        </w:tabs>
      </w:pPr>
      <w:hyperlink w:anchor="_Toc240363571" w:history="1">
        <w:r w:rsidRPr="00A864B8">
          <w:rPr>
            <w:rStyle w:val="Hyperlink"/>
          </w:rPr>
          <w:t>Tabelle 51: Variante 2: Energiebezug</w:t>
        </w:r>
        <w:r w:rsidRPr="00A864B8">
          <w:rPr>
            <w:webHidden/>
          </w:rPr>
          <w:tab/>
        </w:r>
        <w:r w:rsidRPr="00A864B8">
          <w:rPr>
            <w:webHidden/>
          </w:rPr>
          <w:fldChar w:fldCharType="begin"/>
        </w:r>
        <w:r w:rsidRPr="00A864B8">
          <w:rPr>
            <w:webHidden/>
          </w:rPr>
          <w:instrText xml:space="preserve"> PAGEREF _Toc240363571 \h </w:instrText>
        </w:r>
        <w:r w:rsidRPr="00A864B8">
          <w:rPr>
            <w:webHidden/>
          </w:rPr>
        </w:r>
        <w:r w:rsidRPr="00A864B8">
          <w:rPr>
            <w:webHidden/>
          </w:rPr>
          <w:fldChar w:fldCharType="separate"/>
        </w:r>
        <w:r w:rsidRPr="00A864B8">
          <w:rPr>
            <w:webHidden/>
          </w:rPr>
          <w:t>45</w:t>
        </w:r>
        <w:r w:rsidRPr="00A864B8">
          <w:rPr>
            <w:webHidden/>
          </w:rPr>
          <w:fldChar w:fldCharType="end"/>
        </w:r>
      </w:hyperlink>
    </w:p>
    <w:p w14:paraId="4A1835C2" w14:textId="4ED4041B" w:rsidR="00F26332" w:rsidRPr="00A864B8" w:rsidRDefault="00F26332">
      <w:pPr>
        <w:pStyle w:val="Abbildungsverzeichnis"/>
        <w:tabs>
          <w:tab w:val="right" w:leader="dot" w:pos="8630"/>
        </w:tabs>
      </w:pPr>
      <w:hyperlink w:anchor="_Toc240363572" w:history="1">
        <w:r w:rsidRPr="00A864B8">
          <w:rPr>
            <w:rStyle w:val="Hyperlink"/>
          </w:rPr>
          <w:t>Tabelle 52: Variante 2: Energieeinspeisung</w:t>
        </w:r>
        <w:r w:rsidRPr="00A864B8">
          <w:rPr>
            <w:webHidden/>
          </w:rPr>
          <w:tab/>
        </w:r>
        <w:r w:rsidRPr="00A864B8">
          <w:rPr>
            <w:webHidden/>
          </w:rPr>
          <w:fldChar w:fldCharType="begin"/>
        </w:r>
        <w:r w:rsidRPr="00A864B8">
          <w:rPr>
            <w:webHidden/>
          </w:rPr>
          <w:instrText xml:space="preserve"> PAGEREF _Toc240363572 \h </w:instrText>
        </w:r>
        <w:r w:rsidRPr="00A864B8">
          <w:rPr>
            <w:webHidden/>
          </w:rPr>
        </w:r>
        <w:r w:rsidRPr="00A864B8">
          <w:rPr>
            <w:webHidden/>
          </w:rPr>
          <w:fldChar w:fldCharType="separate"/>
        </w:r>
        <w:r w:rsidRPr="00A864B8">
          <w:rPr>
            <w:webHidden/>
          </w:rPr>
          <w:t>45</w:t>
        </w:r>
        <w:r w:rsidRPr="00A864B8">
          <w:rPr>
            <w:webHidden/>
          </w:rPr>
          <w:fldChar w:fldCharType="end"/>
        </w:r>
      </w:hyperlink>
    </w:p>
    <w:p w14:paraId="1DD32CCB" w14:textId="5C07EC13" w:rsidR="00F26332" w:rsidRPr="00A864B8" w:rsidRDefault="00F26332">
      <w:pPr>
        <w:pStyle w:val="Abbildungsverzeichnis"/>
        <w:tabs>
          <w:tab w:val="right" w:leader="dot" w:pos="8630"/>
        </w:tabs>
      </w:pPr>
      <w:hyperlink w:anchor="_Toc240363573" w:history="1">
        <w:r w:rsidRPr="00A864B8">
          <w:rPr>
            <w:rStyle w:val="Hyperlink"/>
          </w:rPr>
          <w:t>Tabelle 53: Variante 2: Stromerzeugung und -bezug</w:t>
        </w:r>
        <w:r w:rsidRPr="00A864B8">
          <w:rPr>
            <w:webHidden/>
          </w:rPr>
          <w:tab/>
        </w:r>
        <w:r w:rsidRPr="00A864B8">
          <w:rPr>
            <w:webHidden/>
          </w:rPr>
          <w:fldChar w:fldCharType="begin"/>
        </w:r>
        <w:r w:rsidRPr="00A864B8">
          <w:rPr>
            <w:webHidden/>
          </w:rPr>
          <w:instrText xml:space="preserve"> PAGEREF _Toc240363573 \h </w:instrText>
        </w:r>
        <w:r w:rsidRPr="00A864B8">
          <w:rPr>
            <w:webHidden/>
          </w:rPr>
        </w:r>
        <w:r w:rsidRPr="00A864B8">
          <w:rPr>
            <w:webHidden/>
          </w:rPr>
          <w:fldChar w:fldCharType="separate"/>
        </w:r>
        <w:r w:rsidRPr="00A864B8">
          <w:rPr>
            <w:webHidden/>
          </w:rPr>
          <w:t>45</w:t>
        </w:r>
        <w:r w:rsidRPr="00A864B8">
          <w:rPr>
            <w:webHidden/>
          </w:rPr>
          <w:fldChar w:fldCharType="end"/>
        </w:r>
      </w:hyperlink>
    </w:p>
    <w:p w14:paraId="496A2F01" w14:textId="7771D604" w:rsidR="00F26332" w:rsidRPr="00A864B8" w:rsidRDefault="00F26332">
      <w:pPr>
        <w:pStyle w:val="Abbildungsverzeichnis"/>
        <w:tabs>
          <w:tab w:val="right" w:leader="dot" w:pos="8630"/>
        </w:tabs>
      </w:pPr>
      <w:hyperlink w:anchor="_Toc240363574" w:history="1">
        <w:r w:rsidRPr="00A864B8">
          <w:rPr>
            <w:rStyle w:val="Hyperlink"/>
          </w:rPr>
          <w:t>Tabelle 54: Variante 2: Wärmeerzeugung und -bezug</w:t>
        </w:r>
        <w:r w:rsidRPr="00A864B8">
          <w:rPr>
            <w:webHidden/>
          </w:rPr>
          <w:tab/>
        </w:r>
        <w:r w:rsidRPr="00A864B8">
          <w:rPr>
            <w:webHidden/>
          </w:rPr>
          <w:fldChar w:fldCharType="begin"/>
        </w:r>
        <w:r w:rsidRPr="00A864B8">
          <w:rPr>
            <w:webHidden/>
          </w:rPr>
          <w:instrText xml:space="preserve"> PAGEREF _Toc240363574 \h </w:instrText>
        </w:r>
        <w:r w:rsidRPr="00A864B8">
          <w:rPr>
            <w:webHidden/>
          </w:rPr>
        </w:r>
        <w:r w:rsidRPr="00A864B8">
          <w:rPr>
            <w:webHidden/>
          </w:rPr>
          <w:fldChar w:fldCharType="separate"/>
        </w:r>
        <w:r w:rsidRPr="00A864B8">
          <w:rPr>
            <w:webHidden/>
          </w:rPr>
          <w:t>46</w:t>
        </w:r>
        <w:r w:rsidRPr="00A864B8">
          <w:rPr>
            <w:webHidden/>
          </w:rPr>
          <w:fldChar w:fldCharType="end"/>
        </w:r>
      </w:hyperlink>
    </w:p>
    <w:p w14:paraId="099A093E" w14:textId="6E85384C" w:rsidR="00F26332" w:rsidRPr="00A864B8" w:rsidRDefault="00F26332">
      <w:pPr>
        <w:pStyle w:val="Abbildungsverzeichnis"/>
        <w:tabs>
          <w:tab w:val="right" w:leader="dot" w:pos="8630"/>
        </w:tabs>
      </w:pPr>
      <w:hyperlink w:anchor="_Toc240363575" w:history="1">
        <w:r w:rsidRPr="00A864B8">
          <w:rPr>
            <w:rStyle w:val="Hyperlink"/>
          </w:rPr>
          <w:t>Tabelle 55: Variante 2: Emissionen</w:t>
        </w:r>
        <w:r w:rsidRPr="00A864B8">
          <w:rPr>
            <w:webHidden/>
          </w:rPr>
          <w:tab/>
        </w:r>
        <w:r w:rsidRPr="00A864B8">
          <w:rPr>
            <w:webHidden/>
          </w:rPr>
          <w:fldChar w:fldCharType="begin"/>
        </w:r>
        <w:r w:rsidRPr="00A864B8">
          <w:rPr>
            <w:webHidden/>
          </w:rPr>
          <w:instrText xml:space="preserve"> PAGEREF _Toc240363575 \h </w:instrText>
        </w:r>
        <w:r w:rsidRPr="00A864B8">
          <w:rPr>
            <w:webHidden/>
          </w:rPr>
        </w:r>
        <w:r w:rsidRPr="00A864B8">
          <w:rPr>
            <w:webHidden/>
          </w:rPr>
          <w:fldChar w:fldCharType="separate"/>
        </w:r>
        <w:r w:rsidRPr="00A864B8">
          <w:rPr>
            <w:webHidden/>
          </w:rPr>
          <w:t>46</w:t>
        </w:r>
        <w:r w:rsidRPr="00A864B8">
          <w:rPr>
            <w:webHidden/>
          </w:rPr>
          <w:fldChar w:fldCharType="end"/>
        </w:r>
      </w:hyperlink>
    </w:p>
    <w:p w14:paraId="756134C3" w14:textId="77EAAC11" w:rsidR="00F26332" w:rsidRPr="00A864B8" w:rsidRDefault="00F26332">
      <w:pPr>
        <w:pStyle w:val="Abbildungsverzeichnis"/>
        <w:tabs>
          <w:tab w:val="right" w:leader="dot" w:pos="8630"/>
        </w:tabs>
      </w:pPr>
      <w:hyperlink w:anchor="_Toc240363576" w:history="1">
        <w:r w:rsidRPr="00A864B8">
          <w:rPr>
            <w:rStyle w:val="Hyperlink"/>
          </w:rPr>
          <w:t>Tabelle 56: Variante 2: Primärenergiefaktor</w:t>
        </w:r>
        <w:r w:rsidRPr="00A864B8">
          <w:rPr>
            <w:webHidden/>
          </w:rPr>
          <w:tab/>
        </w:r>
        <w:r w:rsidRPr="00A864B8">
          <w:rPr>
            <w:webHidden/>
          </w:rPr>
          <w:fldChar w:fldCharType="begin"/>
        </w:r>
        <w:r w:rsidRPr="00A864B8">
          <w:rPr>
            <w:webHidden/>
          </w:rPr>
          <w:instrText xml:space="preserve"> PAGEREF _Toc240363576 \h </w:instrText>
        </w:r>
        <w:r w:rsidRPr="00A864B8">
          <w:rPr>
            <w:webHidden/>
          </w:rPr>
        </w:r>
        <w:r w:rsidRPr="00A864B8">
          <w:rPr>
            <w:webHidden/>
          </w:rPr>
          <w:fldChar w:fldCharType="separate"/>
        </w:r>
        <w:r w:rsidRPr="00A864B8">
          <w:rPr>
            <w:webHidden/>
          </w:rPr>
          <w:t>46</w:t>
        </w:r>
        <w:r w:rsidRPr="00A864B8">
          <w:rPr>
            <w:webHidden/>
          </w:rPr>
          <w:fldChar w:fldCharType="end"/>
        </w:r>
      </w:hyperlink>
    </w:p>
    <w:p w14:paraId="2D32013F" w14:textId="78E078EA" w:rsidR="00F26332" w:rsidRPr="00A864B8" w:rsidRDefault="00F26332">
      <w:pPr>
        <w:pStyle w:val="Abbildungsverzeichnis"/>
        <w:tabs>
          <w:tab w:val="right" w:leader="dot" w:pos="8630"/>
        </w:tabs>
      </w:pPr>
      <w:hyperlink w:anchor="_Toc240363577" w:history="1">
        <w:r w:rsidRPr="00A864B8">
          <w:rPr>
            <w:rStyle w:val="Hyperlink"/>
          </w:rPr>
          <w:t>Tabelle 57: Variante 2: Wirtschaftliche Kennzahlen</w:t>
        </w:r>
        <w:r w:rsidRPr="00A864B8">
          <w:rPr>
            <w:webHidden/>
          </w:rPr>
          <w:tab/>
        </w:r>
        <w:r w:rsidRPr="00A864B8">
          <w:rPr>
            <w:webHidden/>
          </w:rPr>
          <w:fldChar w:fldCharType="begin"/>
        </w:r>
        <w:r w:rsidRPr="00A864B8">
          <w:rPr>
            <w:webHidden/>
          </w:rPr>
          <w:instrText xml:space="preserve"> PAGEREF _Toc240363577 \h </w:instrText>
        </w:r>
        <w:r w:rsidRPr="00A864B8">
          <w:rPr>
            <w:webHidden/>
          </w:rPr>
        </w:r>
        <w:r w:rsidRPr="00A864B8">
          <w:rPr>
            <w:webHidden/>
          </w:rPr>
          <w:fldChar w:fldCharType="separate"/>
        </w:r>
        <w:r w:rsidRPr="00A864B8">
          <w:rPr>
            <w:webHidden/>
          </w:rPr>
          <w:t>47</w:t>
        </w:r>
        <w:r w:rsidRPr="00A864B8">
          <w:rPr>
            <w:webHidden/>
          </w:rPr>
          <w:fldChar w:fldCharType="end"/>
        </w:r>
      </w:hyperlink>
    </w:p>
    <w:p w14:paraId="726690A5" w14:textId="44101A8C" w:rsidR="00F26332" w:rsidRPr="00A864B8" w:rsidRDefault="00F26332">
      <w:pPr>
        <w:pStyle w:val="Abbildungsverzeichnis"/>
        <w:tabs>
          <w:tab w:val="right" w:leader="dot" w:pos="8630"/>
        </w:tabs>
      </w:pPr>
      <w:hyperlink w:anchor="_Toc240363578" w:history="1">
        <w:r w:rsidRPr="00A864B8">
          <w:rPr>
            <w:rStyle w:val="Hyperlink"/>
          </w:rPr>
          <w:t>Tabelle 58: Variante 2: Förderungen</w:t>
        </w:r>
        <w:r w:rsidRPr="00A864B8">
          <w:rPr>
            <w:webHidden/>
          </w:rPr>
          <w:tab/>
        </w:r>
        <w:r w:rsidRPr="00A864B8">
          <w:rPr>
            <w:webHidden/>
          </w:rPr>
          <w:fldChar w:fldCharType="begin"/>
        </w:r>
        <w:r w:rsidRPr="00A864B8">
          <w:rPr>
            <w:webHidden/>
          </w:rPr>
          <w:instrText xml:space="preserve"> PAGEREF _Toc240363578 \h </w:instrText>
        </w:r>
        <w:r w:rsidRPr="00A864B8">
          <w:rPr>
            <w:webHidden/>
          </w:rPr>
        </w:r>
        <w:r w:rsidRPr="00A864B8">
          <w:rPr>
            <w:webHidden/>
          </w:rPr>
          <w:fldChar w:fldCharType="separate"/>
        </w:r>
        <w:r w:rsidRPr="00A864B8">
          <w:rPr>
            <w:webHidden/>
          </w:rPr>
          <w:t>47</w:t>
        </w:r>
        <w:r w:rsidRPr="00A864B8">
          <w:rPr>
            <w:webHidden/>
          </w:rPr>
          <w:fldChar w:fldCharType="end"/>
        </w:r>
      </w:hyperlink>
    </w:p>
    <w:p w14:paraId="63C80413" w14:textId="368C2985" w:rsidR="00F26332" w:rsidRPr="00A864B8" w:rsidRDefault="00F26332">
      <w:pPr>
        <w:pStyle w:val="Abbildungsverzeichnis"/>
        <w:tabs>
          <w:tab w:val="right" w:leader="dot" w:pos="8630"/>
        </w:tabs>
      </w:pPr>
      <w:hyperlink w:anchor="_Toc240363579" w:history="1">
        <w:r w:rsidRPr="00A864B8">
          <w:rPr>
            <w:rStyle w:val="Hyperlink"/>
          </w:rPr>
          <w:t>Tabelle 59: Variante 2: Kostenaufstellung in €</w:t>
        </w:r>
        <w:r w:rsidRPr="00A864B8">
          <w:rPr>
            <w:webHidden/>
          </w:rPr>
          <w:tab/>
        </w:r>
        <w:r w:rsidRPr="00A864B8">
          <w:rPr>
            <w:webHidden/>
          </w:rPr>
          <w:fldChar w:fldCharType="begin"/>
        </w:r>
        <w:r w:rsidRPr="00A864B8">
          <w:rPr>
            <w:webHidden/>
          </w:rPr>
          <w:instrText xml:space="preserve"> PAGEREF _Toc240363579 \h </w:instrText>
        </w:r>
        <w:r w:rsidRPr="00A864B8">
          <w:rPr>
            <w:webHidden/>
          </w:rPr>
        </w:r>
        <w:r w:rsidRPr="00A864B8">
          <w:rPr>
            <w:webHidden/>
          </w:rPr>
          <w:fldChar w:fldCharType="separate"/>
        </w:r>
        <w:r w:rsidRPr="00A864B8">
          <w:rPr>
            <w:webHidden/>
          </w:rPr>
          <w:t>47</w:t>
        </w:r>
        <w:r w:rsidRPr="00A864B8">
          <w:rPr>
            <w:webHidden/>
          </w:rPr>
          <w:fldChar w:fldCharType="end"/>
        </w:r>
      </w:hyperlink>
    </w:p>
    <w:p w14:paraId="0B5129BE" w14:textId="3550B37E" w:rsidR="00F26332" w:rsidRPr="00A864B8" w:rsidRDefault="00F26332">
      <w:pPr>
        <w:pStyle w:val="Abbildungsverzeichnis"/>
        <w:tabs>
          <w:tab w:val="right" w:leader="dot" w:pos="8630"/>
        </w:tabs>
      </w:pPr>
      <w:hyperlink w:anchor="_Toc240363580" w:history="1">
        <w:r w:rsidRPr="00A864B8">
          <w:rPr>
            <w:rStyle w:val="Hyperlink"/>
          </w:rPr>
          <w:t>Tabelle 60: Optimierung der Energiezentrale</w:t>
        </w:r>
        <w:r w:rsidRPr="00A864B8">
          <w:rPr>
            <w:webHidden/>
          </w:rPr>
          <w:tab/>
        </w:r>
        <w:r w:rsidRPr="00A864B8">
          <w:rPr>
            <w:webHidden/>
          </w:rPr>
          <w:fldChar w:fldCharType="begin"/>
        </w:r>
        <w:r w:rsidRPr="00A864B8">
          <w:rPr>
            <w:webHidden/>
          </w:rPr>
          <w:instrText xml:space="preserve"> PAGEREF _Toc240363580 \h </w:instrText>
        </w:r>
        <w:r w:rsidRPr="00A864B8">
          <w:rPr>
            <w:webHidden/>
          </w:rPr>
        </w:r>
        <w:r w:rsidRPr="00A864B8">
          <w:rPr>
            <w:webHidden/>
          </w:rPr>
          <w:fldChar w:fldCharType="separate"/>
        </w:r>
        <w:r w:rsidRPr="00A864B8">
          <w:rPr>
            <w:webHidden/>
          </w:rPr>
          <w:t>52</w:t>
        </w:r>
        <w:r w:rsidRPr="00A864B8">
          <w:rPr>
            <w:webHidden/>
          </w:rPr>
          <w:fldChar w:fldCharType="end"/>
        </w:r>
      </w:hyperlink>
    </w:p>
    <w:p w14:paraId="43BB1386" w14:textId="299A6B14" w:rsidR="00F26332" w:rsidRPr="00A864B8" w:rsidRDefault="00F26332">
      <w:pPr>
        <w:pStyle w:val="Abbildungsverzeichnis"/>
        <w:tabs>
          <w:tab w:val="right" w:leader="dot" w:pos="8630"/>
        </w:tabs>
      </w:pPr>
      <w:hyperlink w:anchor="_Toc240363581" w:history="1">
        <w:r w:rsidRPr="00A864B8">
          <w:rPr>
            <w:rStyle w:val="Hyperlink"/>
          </w:rPr>
          <w:t>Tabelle 61: Wirtschaftlichkeit: Kennzahlen</w:t>
        </w:r>
        <w:r w:rsidRPr="00A864B8">
          <w:rPr>
            <w:webHidden/>
          </w:rPr>
          <w:tab/>
        </w:r>
        <w:r w:rsidRPr="00A864B8">
          <w:rPr>
            <w:webHidden/>
          </w:rPr>
          <w:fldChar w:fldCharType="begin"/>
        </w:r>
        <w:r w:rsidRPr="00A864B8">
          <w:rPr>
            <w:webHidden/>
          </w:rPr>
          <w:instrText xml:space="preserve"> PAGEREF _Toc240363581 \h </w:instrText>
        </w:r>
        <w:r w:rsidRPr="00A864B8">
          <w:rPr>
            <w:webHidden/>
          </w:rPr>
        </w:r>
        <w:r w:rsidRPr="00A864B8">
          <w:rPr>
            <w:webHidden/>
          </w:rPr>
          <w:fldChar w:fldCharType="separate"/>
        </w:r>
        <w:r w:rsidRPr="00A864B8">
          <w:rPr>
            <w:webHidden/>
          </w:rPr>
          <w:t>52</w:t>
        </w:r>
        <w:r w:rsidRPr="00A864B8">
          <w:rPr>
            <w:webHidden/>
          </w:rPr>
          <w:fldChar w:fldCharType="end"/>
        </w:r>
      </w:hyperlink>
    </w:p>
    <w:p w14:paraId="7AE8C9AD" w14:textId="48460C80" w:rsidR="00F26332" w:rsidRPr="00A864B8" w:rsidRDefault="00F26332">
      <w:pPr>
        <w:pStyle w:val="Abbildungsverzeichnis"/>
        <w:tabs>
          <w:tab w:val="right" w:leader="dot" w:pos="8630"/>
        </w:tabs>
      </w:pPr>
      <w:hyperlink w:anchor="_Toc240363582" w:history="1">
        <w:r w:rsidRPr="00A864B8">
          <w:rPr>
            <w:rStyle w:val="Hyperlink"/>
          </w:rPr>
          <w:t>Tabelle 62: Kostenaufstellung in €</w:t>
        </w:r>
        <w:r w:rsidRPr="00A864B8">
          <w:rPr>
            <w:webHidden/>
          </w:rPr>
          <w:tab/>
        </w:r>
        <w:r w:rsidRPr="00A864B8">
          <w:rPr>
            <w:webHidden/>
          </w:rPr>
          <w:fldChar w:fldCharType="begin"/>
        </w:r>
        <w:r w:rsidRPr="00A864B8">
          <w:rPr>
            <w:webHidden/>
          </w:rPr>
          <w:instrText xml:space="preserve"> PAGEREF _Toc240363582 \h </w:instrText>
        </w:r>
        <w:r w:rsidRPr="00A864B8">
          <w:rPr>
            <w:webHidden/>
          </w:rPr>
        </w:r>
        <w:r w:rsidRPr="00A864B8">
          <w:rPr>
            <w:webHidden/>
          </w:rPr>
          <w:fldChar w:fldCharType="separate"/>
        </w:r>
        <w:r w:rsidRPr="00A864B8">
          <w:rPr>
            <w:webHidden/>
          </w:rPr>
          <w:t>52</w:t>
        </w:r>
        <w:r w:rsidRPr="00A864B8">
          <w:rPr>
            <w:webHidden/>
          </w:rPr>
          <w:fldChar w:fldCharType="end"/>
        </w:r>
      </w:hyperlink>
    </w:p>
    <w:p w14:paraId="4F8DF56C" w14:textId="2169280A" w:rsidR="00F26332" w:rsidRPr="00A864B8" w:rsidRDefault="00F26332">
      <w:pPr>
        <w:pStyle w:val="Abbildungsverzeichnis"/>
        <w:tabs>
          <w:tab w:val="right" w:leader="dot" w:pos="8630"/>
        </w:tabs>
      </w:pPr>
      <w:hyperlink w:anchor="_Toc240363583" w:history="1">
        <w:r w:rsidRPr="00A864B8">
          <w:rPr>
            <w:rStyle w:val="Hyperlink"/>
          </w:rPr>
          <w:t>Tabelle 63: Emissionen und Primärenergie</w:t>
        </w:r>
        <w:r w:rsidRPr="00A864B8">
          <w:rPr>
            <w:webHidden/>
          </w:rPr>
          <w:tab/>
        </w:r>
        <w:r w:rsidRPr="00A864B8">
          <w:rPr>
            <w:webHidden/>
          </w:rPr>
          <w:fldChar w:fldCharType="begin"/>
        </w:r>
        <w:r w:rsidRPr="00A864B8">
          <w:rPr>
            <w:webHidden/>
          </w:rPr>
          <w:instrText xml:space="preserve"> PAGEREF _Toc240363583 \h </w:instrText>
        </w:r>
        <w:r w:rsidRPr="00A864B8">
          <w:rPr>
            <w:webHidden/>
          </w:rPr>
        </w:r>
        <w:r w:rsidRPr="00A864B8">
          <w:rPr>
            <w:webHidden/>
          </w:rPr>
          <w:fldChar w:fldCharType="separate"/>
        </w:r>
        <w:r w:rsidRPr="00A864B8">
          <w:rPr>
            <w:webHidden/>
          </w:rPr>
          <w:t>56</w:t>
        </w:r>
        <w:r w:rsidRPr="00A864B8">
          <w:rPr>
            <w:webHidden/>
          </w:rPr>
          <w:fldChar w:fldCharType="end"/>
        </w:r>
      </w:hyperlink>
    </w:p>
    <w:p w14:paraId="140D0894" w14:textId="40BBB4A8" w:rsidR="00F26332" w:rsidRPr="00A864B8" w:rsidRDefault="00F26332">
      <w:pPr>
        <w:pStyle w:val="Abbildungsverzeichnis"/>
        <w:tabs>
          <w:tab w:val="right" w:leader="dot" w:pos="8630"/>
        </w:tabs>
      </w:pPr>
      <w:hyperlink w:anchor="_Toc240363584" w:history="1">
        <w:r w:rsidRPr="00A864B8">
          <w:rPr>
            <w:rStyle w:val="Hyperlink"/>
          </w:rPr>
          <w:t>Tabelle 64: Kostenparameter dezentrale Anlagen für Variante 'Variante 1'</w:t>
        </w:r>
        <w:r w:rsidRPr="00A864B8">
          <w:rPr>
            <w:webHidden/>
          </w:rPr>
          <w:tab/>
        </w:r>
        <w:r w:rsidRPr="00A864B8">
          <w:rPr>
            <w:webHidden/>
          </w:rPr>
          <w:fldChar w:fldCharType="begin"/>
        </w:r>
        <w:r w:rsidRPr="00A864B8">
          <w:rPr>
            <w:webHidden/>
          </w:rPr>
          <w:instrText xml:space="preserve"> PAGEREF _Toc240363584 \h </w:instrText>
        </w:r>
        <w:r w:rsidRPr="00A864B8">
          <w:rPr>
            <w:webHidden/>
          </w:rPr>
        </w:r>
        <w:r w:rsidRPr="00A864B8">
          <w:rPr>
            <w:webHidden/>
          </w:rPr>
          <w:fldChar w:fldCharType="separate"/>
        </w:r>
        <w:r w:rsidRPr="00A864B8">
          <w:rPr>
            <w:webHidden/>
          </w:rPr>
          <w:t>64</w:t>
        </w:r>
        <w:r w:rsidRPr="00A864B8">
          <w:rPr>
            <w:webHidden/>
          </w:rPr>
          <w:fldChar w:fldCharType="end"/>
        </w:r>
      </w:hyperlink>
    </w:p>
    <w:p w14:paraId="530ECF29" w14:textId="4D3B604F" w:rsidR="00F26332" w:rsidRPr="00A864B8" w:rsidRDefault="00F26332">
      <w:pPr>
        <w:pStyle w:val="Abbildungsverzeichnis"/>
        <w:tabs>
          <w:tab w:val="right" w:leader="dot" w:pos="8630"/>
        </w:tabs>
      </w:pPr>
      <w:hyperlink w:anchor="_Toc240363585" w:history="1">
        <w:r w:rsidRPr="00A864B8">
          <w:rPr>
            <w:rStyle w:val="Hyperlink"/>
          </w:rPr>
          <w:t>Tabelle 65: Kostenparameter dezentrale Anlagen für Variante 'Variante 2'</w:t>
        </w:r>
        <w:r w:rsidRPr="00A864B8">
          <w:rPr>
            <w:webHidden/>
          </w:rPr>
          <w:tab/>
        </w:r>
        <w:r w:rsidRPr="00A864B8">
          <w:rPr>
            <w:webHidden/>
          </w:rPr>
          <w:fldChar w:fldCharType="begin"/>
        </w:r>
        <w:r w:rsidRPr="00A864B8">
          <w:rPr>
            <w:webHidden/>
          </w:rPr>
          <w:instrText xml:space="preserve"> PAGEREF _Toc240363585 \h </w:instrText>
        </w:r>
        <w:r w:rsidRPr="00A864B8">
          <w:rPr>
            <w:webHidden/>
          </w:rPr>
        </w:r>
        <w:r w:rsidRPr="00A864B8">
          <w:rPr>
            <w:webHidden/>
          </w:rPr>
          <w:fldChar w:fldCharType="separate"/>
        </w:r>
        <w:r w:rsidRPr="00A864B8">
          <w:rPr>
            <w:webHidden/>
          </w:rPr>
          <w:t>65</w:t>
        </w:r>
        <w:r w:rsidRPr="00A864B8">
          <w:rPr>
            <w:webHidden/>
          </w:rPr>
          <w:fldChar w:fldCharType="end"/>
        </w:r>
      </w:hyperlink>
    </w:p>
    <w:p w14:paraId="7A2E36FA" w14:textId="3644D4FB" w:rsidR="00F26332" w:rsidRPr="00A864B8" w:rsidRDefault="00F26332">
      <w:pPr>
        <w:pStyle w:val="Abbildungsverzeichnis"/>
        <w:tabs>
          <w:tab w:val="right" w:leader="dot" w:pos="8630"/>
        </w:tabs>
      </w:pPr>
      <w:hyperlink w:anchor="_Toc240363586" w:history="1">
        <w:r w:rsidRPr="00A864B8">
          <w:rPr>
            <w:rStyle w:val="Hyperlink"/>
          </w:rPr>
          <w:t>Tabelle 66: Wärmenetz-Einstellungen</w:t>
        </w:r>
        <w:r w:rsidRPr="00A864B8">
          <w:rPr>
            <w:webHidden/>
          </w:rPr>
          <w:tab/>
        </w:r>
        <w:r w:rsidRPr="00A864B8">
          <w:rPr>
            <w:webHidden/>
          </w:rPr>
          <w:fldChar w:fldCharType="begin"/>
        </w:r>
        <w:r w:rsidRPr="00A864B8">
          <w:rPr>
            <w:webHidden/>
          </w:rPr>
          <w:instrText xml:space="preserve"> PAGEREF _Toc240363586 \h </w:instrText>
        </w:r>
        <w:r w:rsidRPr="00A864B8">
          <w:rPr>
            <w:webHidden/>
          </w:rPr>
        </w:r>
        <w:r w:rsidRPr="00A864B8">
          <w:rPr>
            <w:webHidden/>
          </w:rPr>
          <w:fldChar w:fldCharType="separate"/>
        </w:r>
        <w:r w:rsidRPr="00A864B8">
          <w:rPr>
            <w:webHidden/>
          </w:rPr>
          <w:t>66</w:t>
        </w:r>
        <w:r w:rsidRPr="00A864B8">
          <w:rPr>
            <w:webHidden/>
          </w:rPr>
          <w:fldChar w:fldCharType="end"/>
        </w:r>
      </w:hyperlink>
    </w:p>
    <w:p w14:paraId="5A0001EA" w14:textId="0E8515EE" w:rsidR="00F26332" w:rsidRPr="00A864B8" w:rsidRDefault="00F26332">
      <w:pPr>
        <w:pStyle w:val="Abbildungsverzeichnis"/>
        <w:tabs>
          <w:tab w:val="right" w:leader="dot" w:pos="8630"/>
        </w:tabs>
      </w:pPr>
      <w:hyperlink w:anchor="_Toc240363587" w:history="1">
        <w:r w:rsidRPr="00A864B8">
          <w:rPr>
            <w:rStyle w:val="Hyperlink"/>
          </w:rPr>
          <w:t>Tabelle 67: Hydraulik-Einstellungen</w:t>
        </w:r>
        <w:r w:rsidRPr="00A864B8">
          <w:rPr>
            <w:webHidden/>
          </w:rPr>
          <w:tab/>
        </w:r>
        <w:r w:rsidRPr="00A864B8">
          <w:rPr>
            <w:webHidden/>
          </w:rPr>
          <w:fldChar w:fldCharType="begin"/>
        </w:r>
        <w:r w:rsidRPr="00A864B8">
          <w:rPr>
            <w:webHidden/>
          </w:rPr>
          <w:instrText xml:space="preserve"> PAGEREF _Toc240363587 \h </w:instrText>
        </w:r>
        <w:r w:rsidRPr="00A864B8">
          <w:rPr>
            <w:webHidden/>
          </w:rPr>
        </w:r>
        <w:r w:rsidRPr="00A864B8">
          <w:rPr>
            <w:webHidden/>
          </w:rPr>
          <w:fldChar w:fldCharType="separate"/>
        </w:r>
        <w:r w:rsidRPr="00A864B8">
          <w:rPr>
            <w:webHidden/>
          </w:rPr>
          <w:t>66</w:t>
        </w:r>
        <w:r w:rsidRPr="00A864B8">
          <w:rPr>
            <w:webHidden/>
          </w:rPr>
          <w:fldChar w:fldCharType="end"/>
        </w:r>
      </w:hyperlink>
    </w:p>
    <w:p w14:paraId="4D5659D4" w14:textId="7C1348E8" w:rsidR="00F26332" w:rsidRPr="00A864B8" w:rsidRDefault="00F26332">
      <w:pPr>
        <w:pStyle w:val="Abbildungsverzeichnis"/>
        <w:tabs>
          <w:tab w:val="right" w:leader="dot" w:pos="8630"/>
        </w:tabs>
      </w:pPr>
      <w:hyperlink w:anchor="_Toc240363588" w:history="1">
        <w:r w:rsidRPr="00A864B8">
          <w:rPr>
            <w:rStyle w:val="Hyperlink"/>
          </w:rPr>
          <w:t>Tabelle 68: Einstellungen der Auslegungsoptimierung</w:t>
        </w:r>
        <w:r w:rsidRPr="00A864B8">
          <w:rPr>
            <w:webHidden/>
          </w:rPr>
          <w:tab/>
        </w:r>
        <w:r w:rsidRPr="00A864B8">
          <w:rPr>
            <w:webHidden/>
          </w:rPr>
          <w:fldChar w:fldCharType="begin"/>
        </w:r>
        <w:r w:rsidRPr="00A864B8">
          <w:rPr>
            <w:webHidden/>
          </w:rPr>
          <w:instrText xml:space="preserve"> PAGEREF _Toc240363588 \h </w:instrText>
        </w:r>
        <w:r w:rsidRPr="00A864B8">
          <w:rPr>
            <w:webHidden/>
          </w:rPr>
        </w:r>
        <w:r w:rsidRPr="00A864B8">
          <w:rPr>
            <w:webHidden/>
          </w:rPr>
          <w:fldChar w:fldCharType="separate"/>
        </w:r>
        <w:r w:rsidRPr="00A864B8">
          <w:rPr>
            <w:webHidden/>
          </w:rPr>
          <w:t>67</w:t>
        </w:r>
        <w:r w:rsidRPr="00A864B8">
          <w:rPr>
            <w:webHidden/>
          </w:rPr>
          <w:fldChar w:fldCharType="end"/>
        </w:r>
      </w:hyperlink>
    </w:p>
    <w:p w14:paraId="04C10278" w14:textId="72221FB0" w:rsidR="00F26332" w:rsidRPr="00A864B8" w:rsidRDefault="00F26332">
      <w:pPr>
        <w:pStyle w:val="Abbildungsverzeichnis"/>
        <w:tabs>
          <w:tab w:val="right" w:leader="dot" w:pos="8630"/>
        </w:tabs>
      </w:pPr>
      <w:hyperlink w:anchor="_Toc240363589" w:history="1">
        <w:r w:rsidRPr="00A864B8">
          <w:rPr>
            <w:rStyle w:val="Hyperlink"/>
          </w:rPr>
          <w:t>Tabelle 69: Einstellungen zu Energiebedarfen</w:t>
        </w:r>
        <w:r w:rsidRPr="00A864B8">
          <w:rPr>
            <w:webHidden/>
          </w:rPr>
          <w:tab/>
        </w:r>
        <w:r w:rsidRPr="00A864B8">
          <w:rPr>
            <w:webHidden/>
          </w:rPr>
          <w:fldChar w:fldCharType="begin"/>
        </w:r>
        <w:r w:rsidRPr="00A864B8">
          <w:rPr>
            <w:webHidden/>
          </w:rPr>
          <w:instrText xml:space="preserve"> PAGEREF _Toc240363589 \h </w:instrText>
        </w:r>
        <w:r w:rsidRPr="00A864B8">
          <w:rPr>
            <w:webHidden/>
          </w:rPr>
        </w:r>
        <w:r w:rsidRPr="00A864B8">
          <w:rPr>
            <w:webHidden/>
          </w:rPr>
          <w:fldChar w:fldCharType="separate"/>
        </w:r>
        <w:r w:rsidRPr="00A864B8">
          <w:rPr>
            <w:webHidden/>
          </w:rPr>
          <w:t>67</w:t>
        </w:r>
        <w:r w:rsidRPr="00A864B8">
          <w:rPr>
            <w:webHidden/>
          </w:rPr>
          <w:fldChar w:fldCharType="end"/>
        </w:r>
      </w:hyperlink>
    </w:p>
    <w:p w14:paraId="7B887102" w14:textId="3CF4A8EE" w:rsidR="00F26332" w:rsidRPr="00A864B8" w:rsidRDefault="00F26332">
      <w:pPr>
        <w:pStyle w:val="Abbildungsverzeichnis"/>
        <w:tabs>
          <w:tab w:val="right" w:leader="dot" w:pos="8630"/>
        </w:tabs>
      </w:pPr>
      <w:hyperlink w:anchor="_Toc240363590" w:history="1">
        <w:r w:rsidRPr="00A864B8">
          <w:rPr>
            <w:rStyle w:val="Hyperlink"/>
          </w:rPr>
          <w:t>Tabelle 70: Ökologische Parameter</w:t>
        </w:r>
        <w:r w:rsidRPr="00A864B8">
          <w:rPr>
            <w:webHidden/>
          </w:rPr>
          <w:tab/>
        </w:r>
        <w:r w:rsidRPr="00A864B8">
          <w:rPr>
            <w:webHidden/>
          </w:rPr>
          <w:fldChar w:fldCharType="begin"/>
        </w:r>
        <w:r w:rsidRPr="00A864B8">
          <w:rPr>
            <w:webHidden/>
          </w:rPr>
          <w:instrText xml:space="preserve"> PAGEREF _Toc240363590 \h </w:instrText>
        </w:r>
        <w:r w:rsidRPr="00A864B8">
          <w:rPr>
            <w:webHidden/>
          </w:rPr>
        </w:r>
        <w:r w:rsidRPr="00A864B8">
          <w:rPr>
            <w:webHidden/>
          </w:rPr>
          <w:fldChar w:fldCharType="separate"/>
        </w:r>
        <w:r w:rsidRPr="00A864B8">
          <w:rPr>
            <w:webHidden/>
          </w:rPr>
          <w:t>67</w:t>
        </w:r>
        <w:r w:rsidRPr="00A864B8">
          <w:rPr>
            <w:webHidden/>
          </w:rPr>
          <w:fldChar w:fldCharType="end"/>
        </w:r>
      </w:hyperlink>
    </w:p>
    <w:p w14:paraId="3C645B81" w14:textId="024DE4B6" w:rsidR="00F26332" w:rsidRPr="00A864B8" w:rsidRDefault="00F26332">
      <w:pPr>
        <w:pStyle w:val="Abbildungsverzeichnis"/>
        <w:tabs>
          <w:tab w:val="right" w:leader="dot" w:pos="8630"/>
        </w:tabs>
      </w:pPr>
      <w:hyperlink w:anchor="_Toc240363591" w:history="1">
        <w:r w:rsidRPr="00A864B8">
          <w:rPr>
            <w:rStyle w:val="Hyperlink"/>
          </w:rPr>
          <w:t>Tabelle 71: Emissions- und Primärenergiefaktoren für Variante 'Variante 1'</w:t>
        </w:r>
        <w:r w:rsidRPr="00A864B8">
          <w:rPr>
            <w:webHidden/>
          </w:rPr>
          <w:tab/>
        </w:r>
        <w:r w:rsidRPr="00A864B8">
          <w:rPr>
            <w:webHidden/>
          </w:rPr>
          <w:fldChar w:fldCharType="begin"/>
        </w:r>
        <w:r w:rsidRPr="00A864B8">
          <w:rPr>
            <w:webHidden/>
          </w:rPr>
          <w:instrText xml:space="preserve"> PAGEREF _Toc240363591 \h </w:instrText>
        </w:r>
        <w:r w:rsidRPr="00A864B8">
          <w:rPr>
            <w:webHidden/>
          </w:rPr>
        </w:r>
        <w:r w:rsidRPr="00A864B8">
          <w:rPr>
            <w:webHidden/>
          </w:rPr>
          <w:fldChar w:fldCharType="separate"/>
        </w:r>
        <w:r w:rsidRPr="00A864B8">
          <w:rPr>
            <w:webHidden/>
          </w:rPr>
          <w:t>68</w:t>
        </w:r>
        <w:r w:rsidRPr="00A864B8">
          <w:rPr>
            <w:webHidden/>
          </w:rPr>
          <w:fldChar w:fldCharType="end"/>
        </w:r>
      </w:hyperlink>
    </w:p>
    <w:p w14:paraId="71172E6A" w14:textId="532C7CA0" w:rsidR="00F26332" w:rsidRPr="00A864B8" w:rsidRDefault="00F26332">
      <w:pPr>
        <w:pStyle w:val="Abbildungsverzeichnis"/>
        <w:tabs>
          <w:tab w:val="right" w:leader="dot" w:pos="8630"/>
        </w:tabs>
      </w:pPr>
      <w:hyperlink w:anchor="_Toc240363592" w:history="1">
        <w:r w:rsidRPr="00A864B8">
          <w:rPr>
            <w:rStyle w:val="Hyperlink"/>
          </w:rPr>
          <w:t>Tabelle 72: Emissions- und Primärenergiefaktoren für Variante 'Variante 2'</w:t>
        </w:r>
        <w:r w:rsidRPr="00A864B8">
          <w:rPr>
            <w:webHidden/>
          </w:rPr>
          <w:tab/>
        </w:r>
        <w:r w:rsidRPr="00A864B8">
          <w:rPr>
            <w:webHidden/>
          </w:rPr>
          <w:fldChar w:fldCharType="begin"/>
        </w:r>
        <w:r w:rsidRPr="00A864B8">
          <w:rPr>
            <w:webHidden/>
          </w:rPr>
          <w:instrText xml:space="preserve"> PAGEREF _Toc240363592 \h </w:instrText>
        </w:r>
        <w:r w:rsidRPr="00A864B8">
          <w:rPr>
            <w:webHidden/>
          </w:rPr>
        </w:r>
        <w:r w:rsidRPr="00A864B8">
          <w:rPr>
            <w:webHidden/>
          </w:rPr>
          <w:fldChar w:fldCharType="separate"/>
        </w:r>
        <w:r w:rsidRPr="00A864B8">
          <w:rPr>
            <w:webHidden/>
          </w:rPr>
          <w:t>68</w:t>
        </w:r>
        <w:r w:rsidRPr="00A864B8">
          <w:rPr>
            <w:webHidden/>
          </w:rPr>
          <w:fldChar w:fldCharType="end"/>
        </w:r>
      </w:hyperlink>
    </w:p>
    <w:p w14:paraId="215C8E72" w14:textId="1B433D92" w:rsidR="00F26332" w:rsidRPr="00A864B8" w:rsidRDefault="00F26332">
      <w:pPr>
        <w:pStyle w:val="Abbildungsverzeichnis"/>
        <w:tabs>
          <w:tab w:val="right" w:leader="dot" w:pos="8630"/>
        </w:tabs>
      </w:pPr>
      <w:hyperlink w:anchor="_Toc240363593" w:history="1">
        <w:r w:rsidRPr="00A864B8">
          <w:rPr>
            <w:rStyle w:val="Hyperlink"/>
          </w:rPr>
          <w:t>Tabelle 73: Kostenparameter für Variante 'Variante 1'</w:t>
        </w:r>
        <w:r w:rsidRPr="00A864B8">
          <w:rPr>
            <w:webHidden/>
          </w:rPr>
          <w:tab/>
        </w:r>
        <w:r w:rsidRPr="00A864B8">
          <w:rPr>
            <w:webHidden/>
          </w:rPr>
          <w:fldChar w:fldCharType="begin"/>
        </w:r>
        <w:r w:rsidRPr="00A864B8">
          <w:rPr>
            <w:webHidden/>
          </w:rPr>
          <w:instrText xml:space="preserve"> PAGEREF _Toc240363593 \h </w:instrText>
        </w:r>
        <w:r w:rsidRPr="00A864B8">
          <w:rPr>
            <w:webHidden/>
          </w:rPr>
        </w:r>
        <w:r w:rsidRPr="00A864B8">
          <w:rPr>
            <w:webHidden/>
          </w:rPr>
          <w:fldChar w:fldCharType="separate"/>
        </w:r>
        <w:r w:rsidRPr="00A864B8">
          <w:rPr>
            <w:webHidden/>
          </w:rPr>
          <w:t>68</w:t>
        </w:r>
        <w:r w:rsidRPr="00A864B8">
          <w:rPr>
            <w:webHidden/>
          </w:rPr>
          <w:fldChar w:fldCharType="end"/>
        </w:r>
      </w:hyperlink>
    </w:p>
    <w:p w14:paraId="76D181A7" w14:textId="273D0579" w:rsidR="00F26332" w:rsidRPr="00A864B8" w:rsidRDefault="00F26332">
      <w:pPr>
        <w:pStyle w:val="Abbildungsverzeichnis"/>
        <w:tabs>
          <w:tab w:val="right" w:leader="dot" w:pos="8630"/>
        </w:tabs>
      </w:pPr>
      <w:hyperlink w:anchor="_Toc240363594" w:history="1">
        <w:r w:rsidRPr="00A864B8">
          <w:rPr>
            <w:rStyle w:val="Hyperlink"/>
          </w:rPr>
          <w:t>Tabelle 74: Kostenparameter für Variante 'Variante 2'</w:t>
        </w:r>
        <w:r w:rsidRPr="00A864B8">
          <w:rPr>
            <w:webHidden/>
          </w:rPr>
          <w:tab/>
        </w:r>
        <w:r w:rsidRPr="00A864B8">
          <w:rPr>
            <w:webHidden/>
          </w:rPr>
          <w:fldChar w:fldCharType="begin"/>
        </w:r>
        <w:r w:rsidRPr="00A864B8">
          <w:rPr>
            <w:webHidden/>
          </w:rPr>
          <w:instrText xml:space="preserve"> PAGEREF _Toc240363594 \h </w:instrText>
        </w:r>
        <w:r w:rsidRPr="00A864B8">
          <w:rPr>
            <w:webHidden/>
          </w:rPr>
        </w:r>
        <w:r w:rsidRPr="00A864B8">
          <w:rPr>
            <w:webHidden/>
          </w:rPr>
          <w:fldChar w:fldCharType="separate"/>
        </w:r>
        <w:r w:rsidRPr="00A864B8">
          <w:rPr>
            <w:webHidden/>
          </w:rPr>
          <w:t>68</w:t>
        </w:r>
        <w:r w:rsidRPr="00A864B8">
          <w:rPr>
            <w:webHidden/>
          </w:rPr>
          <w:fldChar w:fldCharType="end"/>
        </w:r>
      </w:hyperlink>
    </w:p>
    <w:p w14:paraId="5E67E67E" w14:textId="218E2AB8" w:rsidR="00F26332" w:rsidRPr="00A864B8" w:rsidRDefault="00F26332">
      <w:pPr>
        <w:pStyle w:val="Abbildungsverzeichnis"/>
        <w:tabs>
          <w:tab w:val="right" w:leader="dot" w:pos="8630"/>
        </w:tabs>
      </w:pPr>
      <w:hyperlink w:anchor="_Toc240363595" w:history="1">
        <w:r w:rsidRPr="00A864B8">
          <w:rPr>
            <w:rStyle w:val="Hyperlink"/>
          </w:rPr>
          <w:t>Tabelle 75: Stromnetz</w:t>
        </w:r>
        <w:r w:rsidRPr="00A864B8">
          <w:rPr>
            <w:webHidden/>
          </w:rPr>
          <w:tab/>
        </w:r>
        <w:r w:rsidRPr="00A864B8">
          <w:rPr>
            <w:webHidden/>
          </w:rPr>
          <w:fldChar w:fldCharType="begin"/>
        </w:r>
        <w:r w:rsidRPr="00A864B8">
          <w:rPr>
            <w:webHidden/>
          </w:rPr>
          <w:instrText xml:space="preserve"> PAGEREF _Toc240363595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53024F4E" w14:textId="1A855803" w:rsidR="00F26332" w:rsidRPr="00A864B8" w:rsidRDefault="00F26332">
      <w:pPr>
        <w:pStyle w:val="Abbildungsverzeichnis"/>
        <w:tabs>
          <w:tab w:val="right" w:leader="dot" w:pos="8630"/>
        </w:tabs>
      </w:pPr>
      <w:hyperlink w:anchor="_Toc240363596" w:history="1">
        <w:r w:rsidRPr="00A864B8">
          <w:rPr>
            <w:rStyle w:val="Hyperlink"/>
          </w:rPr>
          <w:t>Tabelle 76: Erdgas</w:t>
        </w:r>
        <w:r w:rsidRPr="00A864B8">
          <w:rPr>
            <w:webHidden/>
          </w:rPr>
          <w:tab/>
        </w:r>
        <w:r w:rsidRPr="00A864B8">
          <w:rPr>
            <w:webHidden/>
          </w:rPr>
          <w:fldChar w:fldCharType="begin"/>
        </w:r>
        <w:r w:rsidRPr="00A864B8">
          <w:rPr>
            <w:webHidden/>
          </w:rPr>
          <w:instrText xml:space="preserve"> PAGEREF _Toc240363596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1AA953E1" w14:textId="4E9C3955" w:rsidR="00F26332" w:rsidRPr="00A864B8" w:rsidRDefault="00F26332">
      <w:pPr>
        <w:pStyle w:val="Abbildungsverzeichnis"/>
        <w:tabs>
          <w:tab w:val="right" w:leader="dot" w:pos="8630"/>
        </w:tabs>
      </w:pPr>
      <w:hyperlink w:anchor="_Toc240363597" w:history="1">
        <w:r w:rsidRPr="00A864B8">
          <w:rPr>
            <w:rStyle w:val="Hyperlink"/>
          </w:rPr>
          <w:t>Tabelle 77: Biomasse</w:t>
        </w:r>
        <w:r w:rsidRPr="00A864B8">
          <w:rPr>
            <w:webHidden/>
          </w:rPr>
          <w:tab/>
        </w:r>
        <w:r w:rsidRPr="00A864B8">
          <w:rPr>
            <w:webHidden/>
          </w:rPr>
          <w:fldChar w:fldCharType="begin"/>
        </w:r>
        <w:r w:rsidRPr="00A864B8">
          <w:rPr>
            <w:webHidden/>
          </w:rPr>
          <w:instrText xml:space="preserve"> PAGEREF _Toc240363597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6D03B1D5" w14:textId="543F317B" w:rsidR="00F26332" w:rsidRPr="00A864B8" w:rsidRDefault="00F26332">
      <w:pPr>
        <w:pStyle w:val="Abbildungsverzeichnis"/>
        <w:tabs>
          <w:tab w:val="right" w:leader="dot" w:pos="8630"/>
        </w:tabs>
      </w:pPr>
      <w:hyperlink w:anchor="_Toc240363598" w:history="1">
        <w:r w:rsidRPr="00A864B8">
          <w:rPr>
            <w:rStyle w:val="Hyperlink"/>
          </w:rPr>
          <w:t>Tabelle 78: Ökonomische Parameter</w:t>
        </w:r>
        <w:r w:rsidRPr="00A864B8">
          <w:rPr>
            <w:webHidden/>
          </w:rPr>
          <w:tab/>
        </w:r>
        <w:r w:rsidRPr="00A864B8">
          <w:rPr>
            <w:webHidden/>
          </w:rPr>
          <w:fldChar w:fldCharType="begin"/>
        </w:r>
        <w:r w:rsidRPr="00A864B8">
          <w:rPr>
            <w:webHidden/>
          </w:rPr>
          <w:instrText xml:space="preserve"> PAGEREF _Toc240363598 \h </w:instrText>
        </w:r>
        <w:r w:rsidRPr="00A864B8">
          <w:rPr>
            <w:webHidden/>
          </w:rPr>
        </w:r>
        <w:r w:rsidRPr="00A864B8">
          <w:rPr>
            <w:webHidden/>
          </w:rPr>
          <w:fldChar w:fldCharType="separate"/>
        </w:r>
        <w:r w:rsidRPr="00A864B8">
          <w:rPr>
            <w:webHidden/>
          </w:rPr>
          <w:t>69</w:t>
        </w:r>
        <w:r w:rsidRPr="00A864B8">
          <w:rPr>
            <w:webHidden/>
          </w:rPr>
          <w:fldChar w:fldCharType="end"/>
        </w:r>
      </w:hyperlink>
    </w:p>
    <w:p w14:paraId="41CA2314" w14:textId="795CA04B" w:rsidR="00F26332" w:rsidRPr="00A864B8" w:rsidRDefault="00F26332">
      <w:pPr>
        <w:pStyle w:val="Abbildungsverzeichnis"/>
        <w:tabs>
          <w:tab w:val="right" w:leader="dot" w:pos="8630"/>
        </w:tabs>
      </w:pPr>
      <w:hyperlink w:anchor="_Toc240363599" w:history="1">
        <w:r w:rsidRPr="00A864B8">
          <w:rPr>
            <w:rStyle w:val="Hyperlink"/>
          </w:rPr>
          <w:t>Tabelle 79: Sonstige Kosten: Einmalige Kosten für alle Varianten</w:t>
        </w:r>
        <w:r w:rsidRPr="00A864B8">
          <w:rPr>
            <w:webHidden/>
          </w:rPr>
          <w:tab/>
        </w:r>
        <w:r w:rsidRPr="00A864B8">
          <w:rPr>
            <w:webHidden/>
          </w:rPr>
          <w:fldChar w:fldCharType="begin"/>
        </w:r>
        <w:r w:rsidRPr="00A864B8">
          <w:rPr>
            <w:webHidden/>
          </w:rPr>
          <w:instrText xml:space="preserve"> PAGEREF _Toc240363599 \h </w:instrText>
        </w:r>
        <w:r w:rsidRPr="00A864B8">
          <w:rPr>
            <w:webHidden/>
          </w:rPr>
        </w:r>
        <w:r w:rsidRPr="00A864B8">
          <w:rPr>
            <w:webHidden/>
          </w:rPr>
          <w:fldChar w:fldCharType="separate"/>
        </w:r>
        <w:r w:rsidRPr="00A864B8">
          <w:rPr>
            <w:webHidden/>
          </w:rPr>
          <w:t>70</w:t>
        </w:r>
        <w:r w:rsidRPr="00A864B8">
          <w:rPr>
            <w:webHidden/>
          </w:rPr>
          <w:fldChar w:fldCharType="end"/>
        </w:r>
      </w:hyperlink>
    </w:p>
    <w:p w14:paraId="02B082EC" w14:textId="1538F488" w:rsidR="00F26332" w:rsidRPr="00A864B8" w:rsidRDefault="00F26332">
      <w:pPr>
        <w:pStyle w:val="Abbildungsverzeichnis"/>
        <w:tabs>
          <w:tab w:val="right" w:leader="dot" w:pos="8630"/>
        </w:tabs>
      </w:pPr>
      <w:hyperlink w:anchor="_Toc240363600" w:history="1">
        <w:r w:rsidRPr="00A864B8">
          <w:rPr>
            <w:rStyle w:val="Hyperlink"/>
          </w:rPr>
          <w:t>Tabelle 80: Sonstige Kosten: Jährliche Kosten für alle Varianten</w:t>
        </w:r>
        <w:r w:rsidRPr="00A864B8">
          <w:rPr>
            <w:webHidden/>
          </w:rPr>
          <w:tab/>
        </w:r>
        <w:r w:rsidRPr="00A864B8">
          <w:rPr>
            <w:webHidden/>
          </w:rPr>
          <w:fldChar w:fldCharType="begin"/>
        </w:r>
        <w:r w:rsidRPr="00A864B8">
          <w:rPr>
            <w:webHidden/>
          </w:rPr>
          <w:instrText xml:space="preserve"> PAGEREF _Toc240363600 \h </w:instrText>
        </w:r>
        <w:r w:rsidRPr="00A864B8">
          <w:rPr>
            <w:webHidden/>
          </w:rPr>
        </w:r>
        <w:r w:rsidRPr="00A864B8">
          <w:rPr>
            <w:webHidden/>
          </w:rPr>
          <w:fldChar w:fldCharType="separate"/>
        </w:r>
        <w:r w:rsidRPr="00A864B8">
          <w:rPr>
            <w:webHidden/>
          </w:rPr>
          <w:t>70</w:t>
        </w:r>
        <w:r w:rsidRPr="00A864B8">
          <w:rPr>
            <w:webHidden/>
          </w:rPr>
          <w:fldChar w:fldCharType="end"/>
        </w:r>
      </w:hyperlink>
    </w:p>
    <w:p w14:paraId="489B443E" w14:textId="21908191" w:rsidR="00F26332" w:rsidRPr="00A864B8" w:rsidRDefault="00F26332">
      <w:pPr>
        <w:pStyle w:val="Abbildungsverzeichnis"/>
        <w:tabs>
          <w:tab w:val="right" w:leader="dot" w:pos="8630"/>
        </w:tabs>
      </w:pPr>
      <w:hyperlink w:anchor="_Toc240363601" w:history="1">
        <w:r w:rsidRPr="00A864B8">
          <w:rPr>
            <w:rStyle w:val="Hyperlink"/>
          </w:rPr>
          <w:t>Tabelle 81: Erlös-Einstellungen: Bestandteile</w:t>
        </w:r>
        <w:r w:rsidRPr="00A864B8">
          <w:rPr>
            <w:webHidden/>
          </w:rPr>
          <w:tab/>
        </w:r>
        <w:r w:rsidRPr="00A864B8">
          <w:rPr>
            <w:webHidden/>
          </w:rPr>
          <w:fldChar w:fldCharType="begin"/>
        </w:r>
        <w:r w:rsidRPr="00A864B8">
          <w:rPr>
            <w:webHidden/>
          </w:rPr>
          <w:instrText xml:space="preserve"> PAGEREF _Toc240363601 \h </w:instrText>
        </w:r>
        <w:r w:rsidRPr="00A864B8">
          <w:rPr>
            <w:webHidden/>
          </w:rPr>
        </w:r>
        <w:r w:rsidRPr="00A864B8">
          <w:rPr>
            <w:webHidden/>
          </w:rPr>
          <w:fldChar w:fldCharType="separate"/>
        </w:r>
        <w:r w:rsidRPr="00A864B8">
          <w:rPr>
            <w:webHidden/>
          </w:rPr>
          <w:t>70</w:t>
        </w:r>
        <w:r w:rsidRPr="00A864B8">
          <w:rPr>
            <w:webHidden/>
          </w:rPr>
          <w:fldChar w:fldCharType="end"/>
        </w:r>
      </w:hyperlink>
    </w:p>
    <w:p w14:paraId="0795D453" w14:textId="606371BF" w:rsidR="00F26332" w:rsidRPr="00A864B8" w:rsidRDefault="00F26332">
      <w:pPr>
        <w:pStyle w:val="Abbildungsverzeichnis"/>
        <w:tabs>
          <w:tab w:val="right" w:leader="dot" w:pos="8630"/>
        </w:tabs>
      </w:pPr>
      <w:hyperlink w:anchor="_Toc240363602" w:history="1">
        <w:r w:rsidRPr="00A864B8">
          <w:rPr>
            <w:rStyle w:val="Hyperlink"/>
          </w:rPr>
          <w:t>Tabelle 82: Erlös-Einstellungen: Preise für alle Varianten</w:t>
        </w:r>
        <w:r w:rsidRPr="00A864B8">
          <w:rPr>
            <w:webHidden/>
          </w:rPr>
          <w:tab/>
        </w:r>
        <w:r w:rsidRPr="00A864B8">
          <w:rPr>
            <w:webHidden/>
          </w:rPr>
          <w:fldChar w:fldCharType="begin"/>
        </w:r>
        <w:r w:rsidRPr="00A864B8">
          <w:rPr>
            <w:webHidden/>
          </w:rPr>
          <w:instrText xml:space="preserve"> PAGEREF _Toc240363602 \h </w:instrText>
        </w:r>
        <w:r w:rsidRPr="00A864B8">
          <w:rPr>
            <w:webHidden/>
          </w:rPr>
        </w:r>
        <w:r w:rsidRPr="00A864B8">
          <w:rPr>
            <w:webHidden/>
          </w:rPr>
          <w:fldChar w:fldCharType="separate"/>
        </w:r>
        <w:r w:rsidRPr="00A864B8">
          <w:rPr>
            <w:webHidden/>
          </w:rPr>
          <w:t>70</w:t>
        </w:r>
        <w:r w:rsidRPr="00A864B8">
          <w:rPr>
            <w:webHidden/>
          </w:rPr>
          <w:fldChar w:fldCharType="end"/>
        </w:r>
      </w:hyperlink>
    </w:p>
    <w:p w14:paraId="4B0EDC93" w14:textId="19FF1772" w:rsidR="00A806B2" w:rsidRPr="00A864B8" w:rsidRDefault="00000000">
      <w:r w:rsidRPr="00A864B8">
        <w:lastRenderedPageBreak/>
        <w:fldChar w:fldCharType="end"/>
      </w:r>
    </w:p>
    <w:p w14:paraId="1430CBBF" w14:textId="77777777" w:rsidR="00A806B2" w:rsidRPr="00A864B8" w:rsidRDefault="00000000">
      <w:r w:rsidRPr="00A864B8">
        <w:br w:type="page"/>
      </w:r>
    </w:p>
    <w:p w14:paraId="2F0517C8" w14:textId="77777777" w:rsidR="00A806B2" w:rsidRPr="00A864B8" w:rsidRDefault="00000000">
      <w:r w:rsidRPr="00A864B8">
        <w:rPr>
          <w:b/>
          <w:sz w:val="28"/>
        </w:rPr>
        <w:lastRenderedPageBreak/>
        <w:t>Abbildungsverzeichnis</w:t>
      </w:r>
    </w:p>
    <w:p w14:paraId="2C28FDB2" w14:textId="204DB338" w:rsidR="00F26332" w:rsidRPr="00A864B8" w:rsidRDefault="00000000">
      <w:pPr>
        <w:pStyle w:val="Abbildungsverzeichnis"/>
        <w:tabs>
          <w:tab w:val="right" w:leader="dot" w:pos="8630"/>
        </w:tabs>
        <w:rPr>
          <w:rFonts w:asciiTheme="minorHAnsi" w:hAnsiTheme="minorHAnsi"/>
          <w:kern w:val="2"/>
          <w:szCs w:val="24"/>
          <w:lang w:eastAsia="de-DE"/>
          <w14:ligatures w14:val="standardContextual"/>
        </w:rPr>
      </w:pPr>
      <w:r w:rsidRPr="00A864B8">
        <w:fldChar w:fldCharType="begin"/>
      </w:r>
      <w:r w:rsidRPr="00A864B8">
        <w:instrText>TOC \h \z \c "Abbildung"</w:instrText>
      </w:r>
      <w:r w:rsidRPr="00A864B8">
        <w:fldChar w:fldCharType="separate"/>
      </w:r>
      <w:hyperlink w:anchor="_Toc240363603" w:history="1">
        <w:r w:rsidR="00F26332" w:rsidRPr="00A864B8">
          <w:rPr>
            <w:rStyle w:val="Hyperlink"/>
          </w:rPr>
          <w:t>Abbildung 1: Karte des Untersuchungsgebiets</w:t>
        </w:r>
        <w:r w:rsidR="00F26332" w:rsidRPr="00A864B8">
          <w:rPr>
            <w:webHidden/>
          </w:rPr>
          <w:tab/>
        </w:r>
        <w:r w:rsidR="00F26332" w:rsidRPr="00A864B8">
          <w:rPr>
            <w:webHidden/>
          </w:rPr>
          <w:fldChar w:fldCharType="begin"/>
        </w:r>
        <w:r w:rsidR="00F26332" w:rsidRPr="00A864B8">
          <w:rPr>
            <w:webHidden/>
          </w:rPr>
          <w:instrText xml:space="preserve"> PAGEREF _Toc240363603 \h </w:instrText>
        </w:r>
        <w:r w:rsidR="00F26332" w:rsidRPr="00A864B8">
          <w:rPr>
            <w:webHidden/>
          </w:rPr>
        </w:r>
        <w:r w:rsidR="00F26332" w:rsidRPr="00A864B8">
          <w:rPr>
            <w:webHidden/>
          </w:rPr>
          <w:fldChar w:fldCharType="separate"/>
        </w:r>
        <w:r w:rsidR="00F26332" w:rsidRPr="00A864B8">
          <w:rPr>
            <w:webHidden/>
          </w:rPr>
          <w:t>2</w:t>
        </w:r>
        <w:r w:rsidR="00F26332" w:rsidRPr="00A864B8">
          <w:rPr>
            <w:webHidden/>
          </w:rPr>
          <w:fldChar w:fldCharType="end"/>
        </w:r>
      </w:hyperlink>
    </w:p>
    <w:p w14:paraId="3B9966F6" w14:textId="5E02E672"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4" w:history="1">
        <w:r w:rsidRPr="00A864B8">
          <w:rPr>
            <w:rStyle w:val="Hyperlink"/>
          </w:rPr>
          <w:t>Abbildung 2: Wärmegestehungskosten und spezifischen CO₂-Emissionen</w:t>
        </w:r>
        <w:r w:rsidRPr="00A864B8">
          <w:rPr>
            <w:webHidden/>
          </w:rPr>
          <w:tab/>
        </w:r>
        <w:r w:rsidRPr="00A864B8">
          <w:rPr>
            <w:webHidden/>
          </w:rPr>
          <w:fldChar w:fldCharType="begin"/>
        </w:r>
        <w:r w:rsidRPr="00A864B8">
          <w:rPr>
            <w:webHidden/>
          </w:rPr>
          <w:instrText xml:space="preserve"> PAGEREF _Toc240363604 \h </w:instrText>
        </w:r>
        <w:r w:rsidRPr="00A864B8">
          <w:rPr>
            <w:webHidden/>
          </w:rPr>
        </w:r>
        <w:r w:rsidRPr="00A864B8">
          <w:rPr>
            <w:webHidden/>
          </w:rPr>
          <w:fldChar w:fldCharType="separate"/>
        </w:r>
        <w:r w:rsidRPr="00A864B8">
          <w:rPr>
            <w:webHidden/>
          </w:rPr>
          <w:t>5</w:t>
        </w:r>
        <w:r w:rsidRPr="00A864B8">
          <w:rPr>
            <w:webHidden/>
          </w:rPr>
          <w:fldChar w:fldCharType="end"/>
        </w:r>
      </w:hyperlink>
    </w:p>
    <w:p w14:paraId="070FC848" w14:textId="776D76C9"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5" w:history="1">
        <w:r w:rsidRPr="00A864B8">
          <w:rPr>
            <w:rStyle w:val="Hyperlink"/>
          </w:rPr>
          <w:t>Abbildung 3: Variante 1: Stündlich aufgelöster Gesamtwärmebedarf</w:t>
        </w:r>
        <w:r w:rsidRPr="00A864B8">
          <w:rPr>
            <w:webHidden/>
          </w:rPr>
          <w:tab/>
        </w:r>
        <w:r w:rsidRPr="00A864B8">
          <w:rPr>
            <w:webHidden/>
          </w:rPr>
          <w:fldChar w:fldCharType="begin"/>
        </w:r>
        <w:r w:rsidRPr="00A864B8">
          <w:rPr>
            <w:webHidden/>
          </w:rPr>
          <w:instrText xml:space="preserve"> PAGEREF _Toc240363605 \h </w:instrText>
        </w:r>
        <w:r w:rsidRPr="00A864B8">
          <w:rPr>
            <w:webHidden/>
          </w:rPr>
        </w:r>
        <w:r w:rsidRPr="00A864B8">
          <w:rPr>
            <w:webHidden/>
          </w:rPr>
          <w:fldChar w:fldCharType="separate"/>
        </w:r>
        <w:r w:rsidRPr="00A864B8">
          <w:rPr>
            <w:webHidden/>
          </w:rPr>
          <w:t>18</w:t>
        </w:r>
        <w:r w:rsidRPr="00A864B8">
          <w:rPr>
            <w:webHidden/>
          </w:rPr>
          <w:fldChar w:fldCharType="end"/>
        </w:r>
      </w:hyperlink>
    </w:p>
    <w:p w14:paraId="03832EA1" w14:textId="005D9A64"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6" w:history="1">
        <w:r w:rsidRPr="00A864B8">
          <w:rPr>
            <w:rStyle w:val="Hyperlink"/>
          </w:rPr>
          <w:t>Abbildung 4: Variante 1: Stündlich aufgelöster Gesamtkältebedarf</w:t>
        </w:r>
        <w:r w:rsidRPr="00A864B8">
          <w:rPr>
            <w:webHidden/>
          </w:rPr>
          <w:tab/>
        </w:r>
        <w:r w:rsidRPr="00A864B8">
          <w:rPr>
            <w:webHidden/>
          </w:rPr>
          <w:fldChar w:fldCharType="begin"/>
        </w:r>
        <w:r w:rsidRPr="00A864B8">
          <w:rPr>
            <w:webHidden/>
          </w:rPr>
          <w:instrText xml:space="preserve"> PAGEREF _Toc240363606 \h </w:instrText>
        </w:r>
        <w:r w:rsidRPr="00A864B8">
          <w:rPr>
            <w:webHidden/>
          </w:rPr>
        </w:r>
        <w:r w:rsidRPr="00A864B8">
          <w:rPr>
            <w:webHidden/>
          </w:rPr>
          <w:fldChar w:fldCharType="separate"/>
        </w:r>
        <w:r w:rsidRPr="00A864B8">
          <w:rPr>
            <w:webHidden/>
          </w:rPr>
          <w:t>18</w:t>
        </w:r>
        <w:r w:rsidRPr="00A864B8">
          <w:rPr>
            <w:webHidden/>
          </w:rPr>
          <w:fldChar w:fldCharType="end"/>
        </w:r>
      </w:hyperlink>
    </w:p>
    <w:p w14:paraId="5AA07A01" w14:textId="599256F3"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7" w:history="1">
        <w:r w:rsidRPr="00A864B8">
          <w:rPr>
            <w:rStyle w:val="Hyperlink"/>
          </w:rPr>
          <w:t>Abbildung 5: Variante 1: Verteilung der Rohrdurchmesser</w:t>
        </w:r>
        <w:r w:rsidRPr="00A864B8">
          <w:rPr>
            <w:webHidden/>
          </w:rPr>
          <w:tab/>
        </w:r>
        <w:r w:rsidRPr="00A864B8">
          <w:rPr>
            <w:webHidden/>
          </w:rPr>
          <w:fldChar w:fldCharType="begin"/>
        </w:r>
        <w:r w:rsidRPr="00A864B8">
          <w:rPr>
            <w:webHidden/>
          </w:rPr>
          <w:instrText xml:space="preserve"> PAGEREF _Toc240363607 \h </w:instrText>
        </w:r>
        <w:r w:rsidRPr="00A864B8">
          <w:rPr>
            <w:webHidden/>
          </w:rPr>
        </w:r>
        <w:r w:rsidRPr="00A864B8">
          <w:rPr>
            <w:webHidden/>
          </w:rPr>
          <w:fldChar w:fldCharType="separate"/>
        </w:r>
        <w:r w:rsidRPr="00A864B8">
          <w:rPr>
            <w:webHidden/>
          </w:rPr>
          <w:t>23</w:t>
        </w:r>
        <w:r w:rsidRPr="00A864B8">
          <w:rPr>
            <w:webHidden/>
          </w:rPr>
          <w:fldChar w:fldCharType="end"/>
        </w:r>
      </w:hyperlink>
    </w:p>
    <w:p w14:paraId="597555F3" w14:textId="54A05CFD"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8" w:history="1">
        <w:r w:rsidRPr="00A864B8">
          <w:rPr>
            <w:rStyle w:val="Hyperlink"/>
          </w:rPr>
          <w:t>Abbildung 6: Variante 1: Auslegungsergebnis: Rohrdurchmesser und Nutzflächen der Gebäude</w:t>
        </w:r>
        <w:r w:rsidRPr="00A864B8">
          <w:rPr>
            <w:webHidden/>
          </w:rPr>
          <w:tab/>
        </w:r>
        <w:r w:rsidRPr="00A864B8">
          <w:rPr>
            <w:webHidden/>
          </w:rPr>
          <w:fldChar w:fldCharType="begin"/>
        </w:r>
        <w:r w:rsidRPr="00A864B8">
          <w:rPr>
            <w:webHidden/>
          </w:rPr>
          <w:instrText xml:space="preserve"> PAGEREF _Toc240363608 \h </w:instrText>
        </w:r>
        <w:r w:rsidRPr="00A864B8">
          <w:rPr>
            <w:webHidden/>
          </w:rPr>
        </w:r>
        <w:r w:rsidRPr="00A864B8">
          <w:rPr>
            <w:webHidden/>
          </w:rPr>
          <w:fldChar w:fldCharType="separate"/>
        </w:r>
        <w:r w:rsidRPr="00A864B8">
          <w:rPr>
            <w:webHidden/>
          </w:rPr>
          <w:t>24</w:t>
        </w:r>
        <w:r w:rsidRPr="00A864B8">
          <w:rPr>
            <w:webHidden/>
          </w:rPr>
          <w:fldChar w:fldCharType="end"/>
        </w:r>
      </w:hyperlink>
    </w:p>
    <w:p w14:paraId="056F201A" w14:textId="03741B7B"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09" w:history="1">
        <w:r w:rsidRPr="00A864B8">
          <w:rPr>
            <w:rStyle w:val="Hyperlink"/>
          </w:rPr>
          <w:t>Abbildung 7: Variante 1: Jahresprofil der Vor- und Rücklauftemperatur im Wärmenetz</w:t>
        </w:r>
        <w:r w:rsidRPr="00A864B8">
          <w:rPr>
            <w:webHidden/>
          </w:rPr>
          <w:tab/>
        </w:r>
        <w:r w:rsidRPr="00A864B8">
          <w:rPr>
            <w:webHidden/>
          </w:rPr>
          <w:fldChar w:fldCharType="begin"/>
        </w:r>
        <w:r w:rsidRPr="00A864B8">
          <w:rPr>
            <w:webHidden/>
          </w:rPr>
          <w:instrText xml:space="preserve"> PAGEREF _Toc240363609 \h </w:instrText>
        </w:r>
        <w:r w:rsidRPr="00A864B8">
          <w:rPr>
            <w:webHidden/>
          </w:rPr>
        </w:r>
        <w:r w:rsidRPr="00A864B8">
          <w:rPr>
            <w:webHidden/>
          </w:rPr>
          <w:fldChar w:fldCharType="separate"/>
        </w:r>
        <w:r w:rsidRPr="00A864B8">
          <w:rPr>
            <w:webHidden/>
          </w:rPr>
          <w:t>24</w:t>
        </w:r>
        <w:r w:rsidRPr="00A864B8">
          <w:rPr>
            <w:webHidden/>
          </w:rPr>
          <w:fldChar w:fldCharType="end"/>
        </w:r>
      </w:hyperlink>
    </w:p>
    <w:p w14:paraId="132F2A3D" w14:textId="277DE3F5"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0" w:history="1">
        <w:r w:rsidRPr="00A864B8">
          <w:rPr>
            <w:rStyle w:val="Hyperlink"/>
          </w:rPr>
          <w:t>Abbildung 8: Variante 1: Auslegungsergebnis: Netzvorlauftemperatur und Wärmebedarf der Gebäude</w:t>
        </w:r>
        <w:r w:rsidRPr="00A864B8">
          <w:rPr>
            <w:webHidden/>
          </w:rPr>
          <w:tab/>
        </w:r>
        <w:r w:rsidRPr="00A864B8">
          <w:rPr>
            <w:webHidden/>
          </w:rPr>
          <w:fldChar w:fldCharType="begin"/>
        </w:r>
        <w:r w:rsidRPr="00A864B8">
          <w:rPr>
            <w:webHidden/>
          </w:rPr>
          <w:instrText xml:space="preserve"> PAGEREF _Toc240363610 \h </w:instrText>
        </w:r>
        <w:r w:rsidRPr="00A864B8">
          <w:rPr>
            <w:webHidden/>
          </w:rPr>
        </w:r>
        <w:r w:rsidRPr="00A864B8">
          <w:rPr>
            <w:webHidden/>
          </w:rPr>
          <w:fldChar w:fldCharType="separate"/>
        </w:r>
        <w:r w:rsidRPr="00A864B8">
          <w:rPr>
            <w:webHidden/>
          </w:rPr>
          <w:t>25</w:t>
        </w:r>
        <w:r w:rsidRPr="00A864B8">
          <w:rPr>
            <w:webHidden/>
          </w:rPr>
          <w:fldChar w:fldCharType="end"/>
        </w:r>
      </w:hyperlink>
    </w:p>
    <w:p w14:paraId="137420C2" w14:textId="230608CB"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1" w:history="1">
        <w:r w:rsidRPr="00A864B8">
          <w:rPr>
            <w:rStyle w:val="Hyperlink"/>
          </w:rPr>
          <w:t>Abbildung 9: Variante 1: Wärmestrom: Wärmenetz zu Erdboden</w:t>
        </w:r>
        <w:r w:rsidRPr="00A864B8">
          <w:rPr>
            <w:webHidden/>
          </w:rPr>
          <w:tab/>
        </w:r>
        <w:r w:rsidRPr="00A864B8">
          <w:rPr>
            <w:webHidden/>
          </w:rPr>
          <w:fldChar w:fldCharType="begin"/>
        </w:r>
        <w:r w:rsidRPr="00A864B8">
          <w:rPr>
            <w:webHidden/>
          </w:rPr>
          <w:instrText xml:space="preserve"> PAGEREF _Toc240363611 \h </w:instrText>
        </w:r>
        <w:r w:rsidRPr="00A864B8">
          <w:rPr>
            <w:webHidden/>
          </w:rPr>
        </w:r>
        <w:r w:rsidRPr="00A864B8">
          <w:rPr>
            <w:webHidden/>
          </w:rPr>
          <w:fldChar w:fldCharType="separate"/>
        </w:r>
        <w:r w:rsidRPr="00A864B8">
          <w:rPr>
            <w:webHidden/>
          </w:rPr>
          <w:t>25</w:t>
        </w:r>
        <w:r w:rsidRPr="00A864B8">
          <w:rPr>
            <w:webHidden/>
          </w:rPr>
          <w:fldChar w:fldCharType="end"/>
        </w:r>
      </w:hyperlink>
    </w:p>
    <w:p w14:paraId="69196799" w14:textId="51368B3E"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2" w:history="1">
        <w:r w:rsidRPr="00A864B8">
          <w:rPr>
            <w:rStyle w:val="Hyperlink"/>
          </w:rPr>
          <w:t>Abbildung 10: Variante 1: Gleichzeitigkeitsfaktor</w:t>
        </w:r>
        <w:r w:rsidRPr="00A864B8">
          <w:rPr>
            <w:webHidden/>
          </w:rPr>
          <w:tab/>
        </w:r>
        <w:r w:rsidRPr="00A864B8">
          <w:rPr>
            <w:webHidden/>
          </w:rPr>
          <w:fldChar w:fldCharType="begin"/>
        </w:r>
        <w:r w:rsidRPr="00A864B8">
          <w:rPr>
            <w:webHidden/>
          </w:rPr>
          <w:instrText xml:space="preserve"> PAGEREF _Toc240363612 \h </w:instrText>
        </w:r>
        <w:r w:rsidRPr="00A864B8">
          <w:rPr>
            <w:webHidden/>
          </w:rPr>
        </w:r>
        <w:r w:rsidRPr="00A864B8">
          <w:rPr>
            <w:webHidden/>
          </w:rPr>
          <w:fldChar w:fldCharType="separate"/>
        </w:r>
        <w:r w:rsidRPr="00A864B8">
          <w:rPr>
            <w:webHidden/>
          </w:rPr>
          <w:t>26</w:t>
        </w:r>
        <w:r w:rsidRPr="00A864B8">
          <w:rPr>
            <w:webHidden/>
          </w:rPr>
          <w:fldChar w:fldCharType="end"/>
        </w:r>
      </w:hyperlink>
    </w:p>
    <w:p w14:paraId="0EA85078" w14:textId="792695FF"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3" w:history="1">
        <w:r w:rsidRPr="00A864B8">
          <w:rPr>
            <w:rStyle w:val="Hyperlink"/>
          </w:rPr>
          <w:t>Abbildung 11: Variante 2: Verteilung der Rohrdurchmesser</w:t>
        </w:r>
        <w:r w:rsidRPr="00A864B8">
          <w:rPr>
            <w:webHidden/>
          </w:rPr>
          <w:tab/>
        </w:r>
        <w:r w:rsidRPr="00A864B8">
          <w:rPr>
            <w:webHidden/>
          </w:rPr>
          <w:fldChar w:fldCharType="begin"/>
        </w:r>
        <w:r w:rsidRPr="00A864B8">
          <w:rPr>
            <w:webHidden/>
          </w:rPr>
          <w:instrText xml:space="preserve"> PAGEREF _Toc240363613 \h </w:instrText>
        </w:r>
        <w:r w:rsidRPr="00A864B8">
          <w:rPr>
            <w:webHidden/>
          </w:rPr>
        </w:r>
        <w:r w:rsidRPr="00A864B8">
          <w:rPr>
            <w:webHidden/>
          </w:rPr>
          <w:fldChar w:fldCharType="separate"/>
        </w:r>
        <w:r w:rsidRPr="00A864B8">
          <w:rPr>
            <w:webHidden/>
          </w:rPr>
          <w:t>40</w:t>
        </w:r>
        <w:r w:rsidRPr="00A864B8">
          <w:rPr>
            <w:webHidden/>
          </w:rPr>
          <w:fldChar w:fldCharType="end"/>
        </w:r>
      </w:hyperlink>
    </w:p>
    <w:p w14:paraId="6A23D70B" w14:textId="5CCA0845"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4" w:history="1">
        <w:r w:rsidRPr="00A864B8">
          <w:rPr>
            <w:rStyle w:val="Hyperlink"/>
          </w:rPr>
          <w:t>Abbildung 12: Variante 2: Auslegungsergebnis: Rohrdurchmesser und Nutzflächen der Gebäude</w:t>
        </w:r>
        <w:r w:rsidRPr="00A864B8">
          <w:rPr>
            <w:webHidden/>
          </w:rPr>
          <w:tab/>
        </w:r>
        <w:r w:rsidRPr="00A864B8">
          <w:rPr>
            <w:webHidden/>
          </w:rPr>
          <w:fldChar w:fldCharType="begin"/>
        </w:r>
        <w:r w:rsidRPr="00A864B8">
          <w:rPr>
            <w:webHidden/>
          </w:rPr>
          <w:instrText xml:space="preserve"> PAGEREF _Toc240363614 \h </w:instrText>
        </w:r>
        <w:r w:rsidRPr="00A864B8">
          <w:rPr>
            <w:webHidden/>
          </w:rPr>
        </w:r>
        <w:r w:rsidRPr="00A864B8">
          <w:rPr>
            <w:webHidden/>
          </w:rPr>
          <w:fldChar w:fldCharType="separate"/>
        </w:r>
        <w:r w:rsidRPr="00A864B8">
          <w:rPr>
            <w:webHidden/>
          </w:rPr>
          <w:t>41</w:t>
        </w:r>
        <w:r w:rsidRPr="00A864B8">
          <w:rPr>
            <w:webHidden/>
          </w:rPr>
          <w:fldChar w:fldCharType="end"/>
        </w:r>
      </w:hyperlink>
    </w:p>
    <w:p w14:paraId="7BFDBDD3" w14:textId="5DA07553"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5" w:history="1">
        <w:r w:rsidRPr="00A864B8">
          <w:rPr>
            <w:rStyle w:val="Hyperlink"/>
          </w:rPr>
          <w:t>Abbildung 13: Variante 2: Jahresprofil der Vor- und Rücklauftemperatur im Wärmenetz</w:t>
        </w:r>
        <w:r w:rsidRPr="00A864B8">
          <w:rPr>
            <w:webHidden/>
          </w:rPr>
          <w:tab/>
        </w:r>
        <w:r w:rsidRPr="00A864B8">
          <w:rPr>
            <w:webHidden/>
          </w:rPr>
          <w:fldChar w:fldCharType="begin"/>
        </w:r>
        <w:r w:rsidRPr="00A864B8">
          <w:rPr>
            <w:webHidden/>
          </w:rPr>
          <w:instrText xml:space="preserve"> PAGEREF _Toc240363615 \h </w:instrText>
        </w:r>
        <w:r w:rsidRPr="00A864B8">
          <w:rPr>
            <w:webHidden/>
          </w:rPr>
        </w:r>
        <w:r w:rsidRPr="00A864B8">
          <w:rPr>
            <w:webHidden/>
          </w:rPr>
          <w:fldChar w:fldCharType="separate"/>
        </w:r>
        <w:r w:rsidRPr="00A864B8">
          <w:rPr>
            <w:webHidden/>
          </w:rPr>
          <w:t>41</w:t>
        </w:r>
        <w:r w:rsidRPr="00A864B8">
          <w:rPr>
            <w:webHidden/>
          </w:rPr>
          <w:fldChar w:fldCharType="end"/>
        </w:r>
      </w:hyperlink>
    </w:p>
    <w:p w14:paraId="50683905" w14:textId="79391C92"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6" w:history="1">
        <w:r w:rsidRPr="00A864B8">
          <w:rPr>
            <w:rStyle w:val="Hyperlink"/>
          </w:rPr>
          <w:t>Abbildung 14: Variante 2: Auslegungsergebnis: Netzvorlauftemperatur und Wärmebedarf der Gebäude</w:t>
        </w:r>
        <w:r w:rsidRPr="00A864B8">
          <w:rPr>
            <w:webHidden/>
          </w:rPr>
          <w:tab/>
        </w:r>
        <w:r w:rsidRPr="00A864B8">
          <w:rPr>
            <w:webHidden/>
          </w:rPr>
          <w:fldChar w:fldCharType="begin"/>
        </w:r>
        <w:r w:rsidRPr="00A864B8">
          <w:rPr>
            <w:webHidden/>
          </w:rPr>
          <w:instrText xml:space="preserve"> PAGEREF _Toc240363616 \h </w:instrText>
        </w:r>
        <w:r w:rsidRPr="00A864B8">
          <w:rPr>
            <w:webHidden/>
          </w:rPr>
        </w:r>
        <w:r w:rsidRPr="00A864B8">
          <w:rPr>
            <w:webHidden/>
          </w:rPr>
          <w:fldChar w:fldCharType="separate"/>
        </w:r>
        <w:r w:rsidRPr="00A864B8">
          <w:rPr>
            <w:webHidden/>
          </w:rPr>
          <w:t>42</w:t>
        </w:r>
        <w:r w:rsidRPr="00A864B8">
          <w:rPr>
            <w:webHidden/>
          </w:rPr>
          <w:fldChar w:fldCharType="end"/>
        </w:r>
      </w:hyperlink>
    </w:p>
    <w:p w14:paraId="496047E9" w14:textId="5EE75E10"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7" w:history="1">
        <w:r w:rsidRPr="00A864B8">
          <w:rPr>
            <w:rStyle w:val="Hyperlink"/>
          </w:rPr>
          <w:t>Abbildung 15: Variante 2: Wärmestrom: Wärmenetz zu Erdboden</w:t>
        </w:r>
        <w:r w:rsidRPr="00A864B8">
          <w:rPr>
            <w:webHidden/>
          </w:rPr>
          <w:tab/>
        </w:r>
        <w:r w:rsidRPr="00A864B8">
          <w:rPr>
            <w:webHidden/>
          </w:rPr>
          <w:fldChar w:fldCharType="begin"/>
        </w:r>
        <w:r w:rsidRPr="00A864B8">
          <w:rPr>
            <w:webHidden/>
          </w:rPr>
          <w:instrText xml:space="preserve"> PAGEREF _Toc240363617 \h </w:instrText>
        </w:r>
        <w:r w:rsidRPr="00A864B8">
          <w:rPr>
            <w:webHidden/>
          </w:rPr>
        </w:r>
        <w:r w:rsidRPr="00A864B8">
          <w:rPr>
            <w:webHidden/>
          </w:rPr>
          <w:fldChar w:fldCharType="separate"/>
        </w:r>
        <w:r w:rsidRPr="00A864B8">
          <w:rPr>
            <w:webHidden/>
          </w:rPr>
          <w:t>42</w:t>
        </w:r>
        <w:r w:rsidRPr="00A864B8">
          <w:rPr>
            <w:webHidden/>
          </w:rPr>
          <w:fldChar w:fldCharType="end"/>
        </w:r>
      </w:hyperlink>
    </w:p>
    <w:p w14:paraId="0DB3A059" w14:textId="2BD309EA"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8" w:history="1">
        <w:r w:rsidRPr="00A864B8">
          <w:rPr>
            <w:rStyle w:val="Hyperlink"/>
          </w:rPr>
          <w:t>Abbildung 16: Variante 2: Gleichzeitigkeitsfaktor</w:t>
        </w:r>
        <w:r w:rsidRPr="00A864B8">
          <w:rPr>
            <w:webHidden/>
          </w:rPr>
          <w:tab/>
        </w:r>
        <w:r w:rsidRPr="00A864B8">
          <w:rPr>
            <w:webHidden/>
          </w:rPr>
          <w:fldChar w:fldCharType="begin"/>
        </w:r>
        <w:r w:rsidRPr="00A864B8">
          <w:rPr>
            <w:webHidden/>
          </w:rPr>
          <w:instrText xml:space="preserve"> PAGEREF _Toc240363618 \h </w:instrText>
        </w:r>
        <w:r w:rsidRPr="00A864B8">
          <w:rPr>
            <w:webHidden/>
          </w:rPr>
        </w:r>
        <w:r w:rsidRPr="00A864B8">
          <w:rPr>
            <w:webHidden/>
          </w:rPr>
          <w:fldChar w:fldCharType="separate"/>
        </w:r>
        <w:r w:rsidRPr="00A864B8">
          <w:rPr>
            <w:webHidden/>
          </w:rPr>
          <w:t>43</w:t>
        </w:r>
        <w:r w:rsidRPr="00A864B8">
          <w:rPr>
            <w:webHidden/>
          </w:rPr>
          <w:fldChar w:fldCharType="end"/>
        </w:r>
      </w:hyperlink>
    </w:p>
    <w:p w14:paraId="3F1B1C9F" w14:textId="0501B102"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19" w:history="1">
        <w:r w:rsidRPr="00A864B8">
          <w:rPr>
            <w:rStyle w:val="Hyperlink"/>
          </w:rPr>
          <w:t>Abbildung 17: Wärmegestehungskosten und spezifischen CO₂-Emissionen</w:t>
        </w:r>
        <w:r w:rsidRPr="00A864B8">
          <w:rPr>
            <w:webHidden/>
          </w:rPr>
          <w:tab/>
        </w:r>
        <w:r w:rsidRPr="00A864B8">
          <w:rPr>
            <w:webHidden/>
          </w:rPr>
          <w:fldChar w:fldCharType="begin"/>
        </w:r>
        <w:r w:rsidRPr="00A864B8">
          <w:rPr>
            <w:webHidden/>
          </w:rPr>
          <w:instrText xml:space="preserve"> PAGEREF _Toc240363619 \h </w:instrText>
        </w:r>
        <w:r w:rsidRPr="00A864B8">
          <w:rPr>
            <w:webHidden/>
          </w:rPr>
        </w:r>
        <w:r w:rsidRPr="00A864B8">
          <w:rPr>
            <w:webHidden/>
          </w:rPr>
          <w:fldChar w:fldCharType="separate"/>
        </w:r>
        <w:r w:rsidRPr="00A864B8">
          <w:rPr>
            <w:webHidden/>
          </w:rPr>
          <w:t>55</w:t>
        </w:r>
        <w:r w:rsidRPr="00A864B8">
          <w:rPr>
            <w:webHidden/>
          </w:rPr>
          <w:fldChar w:fldCharType="end"/>
        </w:r>
      </w:hyperlink>
    </w:p>
    <w:p w14:paraId="0E25D2A3" w14:textId="1B108715"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20" w:history="1">
        <w:r w:rsidRPr="00A864B8">
          <w:rPr>
            <w:rStyle w:val="Hyperlink"/>
          </w:rPr>
          <w:t>Abbildung 18: Gesamtkosten und Emissionen</w:t>
        </w:r>
        <w:r w:rsidRPr="00A864B8">
          <w:rPr>
            <w:webHidden/>
          </w:rPr>
          <w:tab/>
        </w:r>
        <w:r w:rsidRPr="00A864B8">
          <w:rPr>
            <w:webHidden/>
          </w:rPr>
          <w:fldChar w:fldCharType="begin"/>
        </w:r>
        <w:r w:rsidRPr="00A864B8">
          <w:rPr>
            <w:webHidden/>
          </w:rPr>
          <w:instrText xml:space="preserve"> PAGEREF _Toc240363620 \h </w:instrText>
        </w:r>
        <w:r w:rsidRPr="00A864B8">
          <w:rPr>
            <w:webHidden/>
          </w:rPr>
        </w:r>
        <w:r w:rsidRPr="00A864B8">
          <w:rPr>
            <w:webHidden/>
          </w:rPr>
          <w:fldChar w:fldCharType="separate"/>
        </w:r>
        <w:r w:rsidRPr="00A864B8">
          <w:rPr>
            <w:webHidden/>
          </w:rPr>
          <w:t>55</w:t>
        </w:r>
        <w:r w:rsidRPr="00A864B8">
          <w:rPr>
            <w:webHidden/>
          </w:rPr>
          <w:fldChar w:fldCharType="end"/>
        </w:r>
      </w:hyperlink>
    </w:p>
    <w:p w14:paraId="5C0E66A5" w14:textId="766E7453"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21" w:history="1">
        <w:r w:rsidRPr="00A864B8">
          <w:rPr>
            <w:rStyle w:val="Hyperlink"/>
          </w:rPr>
          <w:t>Abbildung 19: Energiebezug und Einspeisung</w:t>
        </w:r>
        <w:r w:rsidRPr="00A864B8">
          <w:rPr>
            <w:webHidden/>
          </w:rPr>
          <w:tab/>
        </w:r>
        <w:r w:rsidRPr="00A864B8">
          <w:rPr>
            <w:webHidden/>
          </w:rPr>
          <w:fldChar w:fldCharType="begin"/>
        </w:r>
        <w:r w:rsidRPr="00A864B8">
          <w:rPr>
            <w:webHidden/>
          </w:rPr>
          <w:instrText xml:space="preserve"> PAGEREF _Toc240363621 \h </w:instrText>
        </w:r>
        <w:r w:rsidRPr="00A864B8">
          <w:rPr>
            <w:webHidden/>
          </w:rPr>
        </w:r>
        <w:r w:rsidRPr="00A864B8">
          <w:rPr>
            <w:webHidden/>
          </w:rPr>
          <w:fldChar w:fldCharType="separate"/>
        </w:r>
        <w:r w:rsidRPr="00A864B8">
          <w:rPr>
            <w:webHidden/>
          </w:rPr>
          <w:t>55</w:t>
        </w:r>
        <w:r w:rsidRPr="00A864B8">
          <w:rPr>
            <w:webHidden/>
          </w:rPr>
          <w:fldChar w:fldCharType="end"/>
        </w:r>
      </w:hyperlink>
    </w:p>
    <w:p w14:paraId="2F84A0F5" w14:textId="4A9AE3BE" w:rsidR="00F26332" w:rsidRPr="00A864B8" w:rsidRDefault="00F26332">
      <w:pPr>
        <w:pStyle w:val="Abbildungsverzeichnis"/>
        <w:tabs>
          <w:tab w:val="right" w:leader="dot" w:pos="8630"/>
        </w:tabs>
        <w:rPr>
          <w:rFonts w:asciiTheme="minorHAnsi" w:hAnsiTheme="minorHAnsi"/>
          <w:kern w:val="2"/>
          <w:szCs w:val="24"/>
          <w:lang w:eastAsia="de-DE"/>
          <w14:ligatures w14:val="standardContextual"/>
        </w:rPr>
      </w:pPr>
      <w:hyperlink w:anchor="_Toc240363622" w:history="1">
        <w:r w:rsidRPr="00A864B8">
          <w:rPr>
            <w:rStyle w:val="Hyperlink"/>
          </w:rPr>
          <w:t>Abbildung 20: Energiebedarfe</w:t>
        </w:r>
        <w:r w:rsidRPr="00A864B8">
          <w:rPr>
            <w:webHidden/>
          </w:rPr>
          <w:tab/>
        </w:r>
        <w:r w:rsidRPr="00A864B8">
          <w:rPr>
            <w:webHidden/>
          </w:rPr>
          <w:fldChar w:fldCharType="begin"/>
        </w:r>
        <w:r w:rsidRPr="00A864B8">
          <w:rPr>
            <w:webHidden/>
          </w:rPr>
          <w:instrText xml:space="preserve"> PAGEREF _Toc240363622 \h </w:instrText>
        </w:r>
        <w:r w:rsidRPr="00A864B8">
          <w:rPr>
            <w:webHidden/>
          </w:rPr>
        </w:r>
        <w:r w:rsidRPr="00A864B8">
          <w:rPr>
            <w:webHidden/>
          </w:rPr>
          <w:fldChar w:fldCharType="separate"/>
        </w:r>
        <w:r w:rsidRPr="00A864B8">
          <w:rPr>
            <w:webHidden/>
          </w:rPr>
          <w:t>56</w:t>
        </w:r>
        <w:r w:rsidRPr="00A864B8">
          <w:rPr>
            <w:webHidden/>
          </w:rPr>
          <w:fldChar w:fldCharType="end"/>
        </w:r>
      </w:hyperlink>
    </w:p>
    <w:p w14:paraId="716E32BD" w14:textId="0E1FA8C1" w:rsidR="00A806B2" w:rsidRPr="00A864B8" w:rsidRDefault="00000000">
      <w:r w:rsidRPr="00A864B8">
        <w:fldChar w:fldCharType="end"/>
      </w:r>
    </w:p>
    <w:p w14:paraId="2B9D69C2" w14:textId="77777777" w:rsidR="00A806B2" w:rsidRPr="00A864B8" w:rsidRDefault="00A806B2">
      <w:pPr>
        <w:sectPr w:rsidR="00A806B2" w:rsidRPr="00A864B8">
          <w:headerReference w:type="default" r:id="rId9"/>
          <w:pgSz w:w="12240" w:h="15840"/>
          <w:pgMar w:top="1440" w:right="1800" w:bottom="1440" w:left="1800" w:header="720" w:footer="720" w:gutter="0"/>
          <w:cols w:space="720"/>
          <w:docGrid w:linePitch="360"/>
        </w:sectPr>
      </w:pPr>
    </w:p>
    <w:p w14:paraId="50EEFCEF" w14:textId="77777777" w:rsidR="00A806B2" w:rsidRPr="00A864B8" w:rsidRDefault="00000000">
      <w:r w:rsidRPr="00A864B8">
        <w:br w:type="page"/>
      </w:r>
    </w:p>
    <w:p w14:paraId="7B6A4545" w14:textId="77777777" w:rsidR="00A806B2" w:rsidRPr="00A864B8" w:rsidRDefault="00000000">
      <w:pPr>
        <w:pStyle w:val="berschrift1"/>
      </w:pPr>
      <w:bookmarkStart w:id="0" w:name="h_placeholder_bew_status_num"/>
      <w:bookmarkStart w:id="1" w:name="_Toc240363476"/>
      <w:r w:rsidRPr="00A864B8">
        <w:rPr>
          <w:color w:val="000000"/>
          <w:sz w:val="44"/>
        </w:rPr>
        <w:lastRenderedPageBreak/>
        <w:t xml:space="preserve">1 </w:t>
      </w:r>
      <w:bookmarkEnd w:id="0"/>
      <w:r w:rsidRPr="00A864B8">
        <w:rPr>
          <w:color w:val="000000"/>
          <w:sz w:val="44"/>
        </w:rPr>
        <w:t>PLATZHALTER: IST-Analyse des Untersuchungsgebiets</w:t>
      </w:r>
      <w:bookmarkEnd w:id="1"/>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4FBA6350" w14:textId="77777777">
        <w:tc>
          <w:tcPr>
            <w:tcW w:w="8640" w:type="dxa"/>
            <w:shd w:val="clear" w:color="auto" w:fill="D9F3F7"/>
          </w:tcPr>
          <w:p w14:paraId="36F07036" w14:textId="77777777" w:rsidR="00A806B2" w:rsidRPr="00A864B8" w:rsidRDefault="00000000">
            <w:pPr>
              <w:spacing w:line="240" w:lineRule="auto"/>
            </w:pPr>
            <w:r w:rsidRPr="00A864B8">
              <w:rPr>
                <w:b/>
              </w:rPr>
              <w:t>💡 Auszug aus "Merkblatt Antragstellung, technische Anforderungen und Verwendungsnachweis" (Version 3.1, 01.04.2026)</w:t>
            </w:r>
          </w:p>
          <w:p w14:paraId="410DA31B" w14:textId="77777777" w:rsidR="00A806B2" w:rsidRPr="00A864B8" w:rsidRDefault="00000000">
            <w:pPr>
              <w:spacing w:line="240" w:lineRule="auto"/>
            </w:pPr>
            <w:r w:rsidRPr="00A864B8">
              <w:rPr>
                <w:b/>
                <w:sz w:val="20"/>
              </w:rPr>
              <w:t>IST-Analyse des Untersuchungsgebiets</w:t>
            </w:r>
          </w:p>
          <w:p w14:paraId="43371455" w14:textId="77777777" w:rsidR="00A806B2" w:rsidRPr="00A864B8" w:rsidRDefault="00000000">
            <w:pPr>
              <w:spacing w:line="240" w:lineRule="auto"/>
            </w:pPr>
            <w:r w:rsidRPr="00A864B8">
              <w:rPr>
                <w:sz w:val="20"/>
              </w:rPr>
              <w:t>Das Untersuchungsgebiet ist mit einer Karte darzustellen und folgende Parameter sind tabellarisch darzustellen:</w:t>
            </w:r>
          </w:p>
          <w:p w14:paraId="3313CC55" w14:textId="77777777" w:rsidR="00A806B2" w:rsidRPr="00A864B8" w:rsidRDefault="00000000">
            <w:pPr>
              <w:pStyle w:val="Aufzhlungszeichen"/>
              <w:spacing w:line="240" w:lineRule="auto"/>
            </w:pPr>
            <w:r w:rsidRPr="00A864B8">
              <w:rPr>
                <w:sz w:val="20"/>
              </w:rPr>
              <w:t>Anzahl der Gebäude und Wohneinheiten</w:t>
            </w:r>
          </w:p>
          <w:p w14:paraId="1992AF59" w14:textId="77777777" w:rsidR="00A806B2" w:rsidRPr="00A864B8" w:rsidRDefault="00000000">
            <w:pPr>
              <w:pStyle w:val="Aufzhlungszeichen"/>
              <w:spacing w:line="240" w:lineRule="auto"/>
            </w:pPr>
            <w:r w:rsidRPr="00A864B8">
              <w:rPr>
                <w:sz w:val="20"/>
              </w:rPr>
              <w:t>Art der zu versorgenden Gebäude (Wohngebäude, Gewerbe/Handel/Dienstleistung (GHD), Industrie)</w:t>
            </w:r>
          </w:p>
          <w:p w14:paraId="2B5DB456" w14:textId="77777777" w:rsidR="00A806B2" w:rsidRPr="00A864B8" w:rsidRDefault="00000000">
            <w:pPr>
              <w:pStyle w:val="Aufzhlungszeichen"/>
              <w:spacing w:line="240" w:lineRule="auto"/>
            </w:pPr>
            <w:r w:rsidRPr="00A864B8">
              <w:rPr>
                <w:sz w:val="20"/>
              </w:rPr>
              <w:t>Anzahl und technische Daten der Übergabestationen</w:t>
            </w:r>
          </w:p>
          <w:p w14:paraId="44DC1A43" w14:textId="77777777" w:rsidR="00A806B2" w:rsidRPr="00A864B8" w:rsidRDefault="00000000">
            <w:pPr>
              <w:pStyle w:val="Aufzhlungszeichen"/>
              <w:spacing w:line="240" w:lineRule="auto"/>
            </w:pPr>
            <w:r w:rsidRPr="00A864B8">
              <w:rPr>
                <w:sz w:val="20"/>
              </w:rPr>
              <w:t>Wärmebedarf und Temperaturniveau der Gebäude/Endkunden</w:t>
            </w:r>
          </w:p>
          <w:p w14:paraId="4AE86012" w14:textId="77777777" w:rsidR="00A806B2" w:rsidRPr="00A864B8" w:rsidRDefault="00000000">
            <w:pPr>
              <w:pStyle w:val="Aufzhlungszeichen"/>
              <w:spacing w:line="240" w:lineRule="auto"/>
            </w:pPr>
            <w:r w:rsidRPr="00A864B8">
              <w:rPr>
                <w:sz w:val="20"/>
              </w:rPr>
              <w:t>Aktuelle Wärmeversorgung der Endkunden</w:t>
            </w:r>
          </w:p>
        </w:tc>
      </w:tr>
    </w:tbl>
    <w:p w14:paraId="3C80C68F" w14:textId="77777777" w:rsidR="00A806B2" w:rsidRPr="00A864B8" w:rsidRDefault="00A806B2">
      <w:pPr>
        <w:spacing w:after="280"/>
      </w:pPr>
    </w:p>
    <w:p w14:paraId="334E3544" w14:textId="77777777" w:rsidR="00A806B2" w:rsidRPr="00A864B8" w:rsidRDefault="00000000">
      <w:pPr>
        <w:pStyle w:val="berschrift2"/>
      </w:pPr>
      <w:bookmarkStart w:id="2" w:name="h_placeholder_bew_status_buildings_num"/>
      <w:bookmarkStart w:id="3" w:name="_Toc240363477"/>
      <w:r w:rsidRPr="00A864B8">
        <w:rPr>
          <w:color w:val="000000"/>
          <w:sz w:val="36"/>
        </w:rPr>
        <w:lastRenderedPageBreak/>
        <w:t xml:space="preserve">1.1 </w:t>
      </w:r>
      <w:bookmarkEnd w:id="2"/>
      <w:r w:rsidRPr="00A864B8">
        <w:rPr>
          <w:color w:val="000000"/>
          <w:sz w:val="36"/>
        </w:rPr>
        <w:t>Anzahl, Art und Wärmebedarf der Gebäude im Untersuchungsgebiet</w:t>
      </w:r>
      <w:bookmarkEnd w:id="3"/>
    </w:p>
    <w:p w14:paraId="5A5E38F5" w14:textId="77777777" w:rsidR="00A806B2" w:rsidRPr="00A864B8" w:rsidRDefault="00000000">
      <w:pPr>
        <w:spacing w:before="300" w:after="40"/>
        <w:jc w:val="center"/>
      </w:pPr>
      <w:r w:rsidRPr="00A864B8">
        <w:drawing>
          <wp:inline distT="0" distB="0" distL="0" distR="0" wp14:anchorId="140EC2A5" wp14:editId="154DEEFD">
            <wp:extent cx="54864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486400" cy="4572000"/>
                    </a:xfrm>
                    <a:prstGeom prst="rect">
                      <a:avLst/>
                    </a:prstGeom>
                  </pic:spPr>
                </pic:pic>
              </a:graphicData>
            </a:graphic>
          </wp:inline>
        </w:drawing>
      </w:r>
    </w:p>
    <w:p w14:paraId="6BBC053D" w14:textId="505133AE" w:rsidR="00A806B2" w:rsidRPr="00A864B8" w:rsidRDefault="00000000">
      <w:pPr>
        <w:pStyle w:val="CaptionStyle"/>
        <w:spacing w:before="40" w:after="0"/>
        <w:jc w:val="center"/>
        <w:rPr>
          <w:lang w:val="de-DE"/>
        </w:rPr>
      </w:pPr>
      <w:bookmarkStart w:id="4" w:name="_Toc240363603"/>
      <w:r w:rsidRPr="00A864B8">
        <w:rPr>
          <w:lang w:val="de-DE"/>
        </w:rPr>
        <w:t xml:space="preserve">Abbildung </w:t>
      </w:r>
      <w:bookmarkStart w:id="5" w:name="network_plot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w:t>
      </w:r>
      <w:r w:rsidRPr="00A864B8">
        <w:rPr>
          <w:lang w:val="de-DE"/>
        </w:rPr>
        <w:fldChar w:fldCharType="end"/>
      </w:r>
      <w:bookmarkStart w:id="6" w:name="network_plot"/>
      <w:bookmarkEnd w:id="5"/>
      <w:bookmarkEnd w:id="6"/>
      <w:r w:rsidRPr="00A864B8">
        <w:rPr>
          <w:lang w:val="de-DE"/>
        </w:rPr>
        <w:t>: Karte des Untersuchungsgebiets</w:t>
      </w:r>
      <w:bookmarkEnd w:id="4"/>
    </w:p>
    <w:p w14:paraId="2721E721" w14:textId="42228512" w:rsidR="00A806B2" w:rsidRPr="00A864B8" w:rsidRDefault="00000000">
      <w:pPr>
        <w:pStyle w:val="CaptionStyle"/>
        <w:spacing w:before="40" w:after="0"/>
        <w:jc w:val="center"/>
        <w:rPr>
          <w:lang w:val="de-DE"/>
        </w:rPr>
      </w:pPr>
      <w:bookmarkStart w:id="7" w:name="_Toc240363529"/>
      <w:r w:rsidRPr="00A864B8">
        <w:rPr>
          <w:lang w:val="de-DE"/>
        </w:rPr>
        <w:t xml:space="preserve">Tabelle </w:t>
      </w:r>
      <w:bookmarkStart w:id="8" w:name="bew_building_table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w:t>
      </w:r>
      <w:r w:rsidRPr="00A864B8">
        <w:rPr>
          <w:lang w:val="de-DE"/>
        </w:rPr>
        <w:fldChar w:fldCharType="end"/>
      </w:r>
      <w:bookmarkStart w:id="9" w:name="bew_building_table"/>
      <w:bookmarkEnd w:id="8"/>
      <w:bookmarkEnd w:id="9"/>
      <w:r w:rsidRPr="00A864B8">
        <w:rPr>
          <w:lang w:val="de-DE"/>
        </w:rPr>
        <w:t>: Gebäude des Untersuchungsgebiets für alle Varianten</w:t>
      </w:r>
      <w:bookmarkEnd w:id="7"/>
    </w:p>
    <w:tbl>
      <w:tblPr>
        <w:tblW w:w="0" w:type="auto"/>
        <w:jc w:val="center"/>
        <w:tblLook w:val="04A0" w:firstRow="1" w:lastRow="0" w:firstColumn="1" w:lastColumn="0" w:noHBand="0" w:noVBand="1"/>
      </w:tblPr>
      <w:tblGrid>
        <w:gridCol w:w="2160"/>
        <w:gridCol w:w="2160"/>
        <w:gridCol w:w="2160"/>
        <w:gridCol w:w="2160"/>
      </w:tblGrid>
      <w:tr w:rsidR="00A806B2" w:rsidRPr="00A864B8" w14:paraId="34ED9740" w14:textId="77777777">
        <w:trPr>
          <w:jc w:val="center"/>
        </w:trPr>
        <w:tc>
          <w:tcPr>
            <w:tcW w:w="2160" w:type="dxa"/>
            <w:tcBorders>
              <w:bottom w:val="single" w:sz="22" w:space="0" w:color="C00000"/>
            </w:tcBorders>
            <w:shd w:val="clear" w:color="auto" w:fill="343A40"/>
          </w:tcPr>
          <w:p w14:paraId="5AAC9B1A" w14:textId="77777777" w:rsidR="00A806B2" w:rsidRPr="00A864B8" w:rsidRDefault="00000000">
            <w:pPr>
              <w:spacing w:before="20" w:after="10" w:line="240" w:lineRule="auto"/>
              <w:jc w:val="center"/>
            </w:pPr>
            <w:r w:rsidRPr="00A864B8">
              <w:rPr>
                <w:color w:val="FFFFFF"/>
                <w:sz w:val="20"/>
              </w:rPr>
              <w:t>Gebäudetyp</w:t>
            </w:r>
          </w:p>
        </w:tc>
        <w:tc>
          <w:tcPr>
            <w:tcW w:w="2160" w:type="dxa"/>
            <w:tcBorders>
              <w:bottom w:val="single" w:sz="22" w:space="0" w:color="C00000"/>
            </w:tcBorders>
            <w:shd w:val="clear" w:color="auto" w:fill="343A40"/>
          </w:tcPr>
          <w:p w14:paraId="2AC7248A" w14:textId="77777777" w:rsidR="00A806B2" w:rsidRPr="00A864B8" w:rsidRDefault="00000000">
            <w:pPr>
              <w:spacing w:before="20" w:after="10" w:line="240" w:lineRule="auto"/>
              <w:jc w:val="center"/>
            </w:pPr>
            <w:r w:rsidRPr="00A864B8">
              <w:rPr>
                <w:color w:val="FFFFFF"/>
                <w:sz w:val="20"/>
              </w:rPr>
              <w:t>Anzahl der Gebäude</w:t>
            </w:r>
          </w:p>
        </w:tc>
        <w:tc>
          <w:tcPr>
            <w:tcW w:w="2160" w:type="dxa"/>
            <w:tcBorders>
              <w:bottom w:val="single" w:sz="22" w:space="0" w:color="C00000"/>
            </w:tcBorders>
            <w:shd w:val="clear" w:color="auto" w:fill="343A40"/>
          </w:tcPr>
          <w:p w14:paraId="34D191C8" w14:textId="77777777" w:rsidR="00A806B2" w:rsidRPr="00A864B8" w:rsidRDefault="00000000">
            <w:pPr>
              <w:spacing w:before="20" w:after="10" w:line="240" w:lineRule="auto"/>
              <w:jc w:val="center"/>
            </w:pPr>
            <w:r w:rsidRPr="00A864B8">
              <w:rPr>
                <w:color w:val="FFFFFF"/>
                <w:sz w:val="20"/>
              </w:rPr>
              <w:t>Anzahl der Wohneinheiten</w:t>
            </w:r>
          </w:p>
        </w:tc>
        <w:tc>
          <w:tcPr>
            <w:tcW w:w="2160" w:type="dxa"/>
            <w:tcBorders>
              <w:bottom w:val="single" w:sz="22" w:space="0" w:color="C00000"/>
            </w:tcBorders>
            <w:shd w:val="clear" w:color="auto" w:fill="343A40"/>
          </w:tcPr>
          <w:p w14:paraId="66D282B7" w14:textId="77777777" w:rsidR="00A806B2" w:rsidRPr="00A864B8" w:rsidRDefault="00000000">
            <w:pPr>
              <w:spacing w:before="20" w:after="10" w:line="240" w:lineRule="auto"/>
              <w:jc w:val="center"/>
            </w:pPr>
            <w:r w:rsidRPr="00A864B8">
              <w:rPr>
                <w:color w:val="FFFFFF"/>
                <w:sz w:val="20"/>
              </w:rPr>
              <w:t>Jährlicher Wärmebedarf in MWh/a</w:t>
            </w:r>
          </w:p>
        </w:tc>
      </w:tr>
      <w:tr w:rsidR="00A806B2" w:rsidRPr="00A864B8" w14:paraId="5B6FF25D" w14:textId="77777777">
        <w:trPr>
          <w:jc w:val="center"/>
        </w:trPr>
        <w:tc>
          <w:tcPr>
            <w:tcW w:w="2160" w:type="dxa"/>
            <w:tcBorders>
              <w:bottom w:val="single" w:sz="8" w:space="0" w:color="9B9B9B"/>
            </w:tcBorders>
            <w:shd w:val="clear" w:color="auto" w:fill="F0F0F0"/>
            <w:vAlign w:val="center"/>
          </w:tcPr>
          <w:p w14:paraId="19D033E4" w14:textId="77777777" w:rsidR="00A806B2" w:rsidRPr="00A864B8" w:rsidRDefault="00000000">
            <w:pPr>
              <w:spacing w:before="20" w:after="10" w:line="240" w:lineRule="auto"/>
              <w:jc w:val="center"/>
            </w:pPr>
            <w:r w:rsidRPr="00A864B8">
              <w:rPr>
                <w:sz w:val="20"/>
              </w:rPr>
              <w:t>MFH</w:t>
            </w:r>
          </w:p>
        </w:tc>
        <w:tc>
          <w:tcPr>
            <w:tcW w:w="2160" w:type="dxa"/>
            <w:tcBorders>
              <w:bottom w:val="single" w:sz="8" w:space="0" w:color="9B9B9B"/>
            </w:tcBorders>
            <w:shd w:val="clear" w:color="auto" w:fill="F0F0F0"/>
            <w:vAlign w:val="center"/>
          </w:tcPr>
          <w:p w14:paraId="636369CC" w14:textId="77777777" w:rsidR="00A806B2" w:rsidRPr="00A864B8" w:rsidRDefault="00000000">
            <w:pPr>
              <w:spacing w:before="20" w:after="10" w:line="240" w:lineRule="auto"/>
              <w:jc w:val="center"/>
            </w:pPr>
            <w:r w:rsidRPr="00A864B8">
              <w:rPr>
                <w:sz w:val="20"/>
              </w:rPr>
              <w:t>6</w:t>
            </w:r>
          </w:p>
        </w:tc>
        <w:tc>
          <w:tcPr>
            <w:tcW w:w="2160" w:type="dxa"/>
            <w:tcBorders>
              <w:bottom w:val="single" w:sz="8" w:space="0" w:color="9B9B9B"/>
            </w:tcBorders>
            <w:shd w:val="clear" w:color="auto" w:fill="F0F0F0"/>
            <w:vAlign w:val="center"/>
          </w:tcPr>
          <w:p w14:paraId="77DEAB3F" w14:textId="77777777" w:rsidR="00A806B2" w:rsidRPr="00A864B8" w:rsidRDefault="00000000">
            <w:pPr>
              <w:spacing w:before="20" w:after="10" w:line="240" w:lineRule="auto"/>
              <w:jc w:val="center"/>
            </w:pPr>
            <w:r w:rsidRPr="00A864B8">
              <w:rPr>
                <w:sz w:val="20"/>
              </w:rPr>
              <w:t>12</w:t>
            </w:r>
          </w:p>
        </w:tc>
        <w:tc>
          <w:tcPr>
            <w:tcW w:w="2160" w:type="dxa"/>
            <w:tcBorders>
              <w:bottom w:val="single" w:sz="8" w:space="0" w:color="9B9B9B"/>
            </w:tcBorders>
            <w:shd w:val="clear" w:color="auto" w:fill="F0F0F0"/>
            <w:vAlign w:val="center"/>
          </w:tcPr>
          <w:p w14:paraId="345C7E8F" w14:textId="77777777" w:rsidR="00A806B2" w:rsidRPr="00A864B8" w:rsidRDefault="00000000">
            <w:pPr>
              <w:spacing w:before="20" w:after="10" w:line="240" w:lineRule="auto"/>
              <w:jc w:val="center"/>
            </w:pPr>
            <w:r w:rsidRPr="00A864B8">
              <w:rPr>
                <w:sz w:val="20"/>
              </w:rPr>
              <w:t>105,9</w:t>
            </w:r>
          </w:p>
        </w:tc>
      </w:tr>
      <w:tr w:rsidR="00A806B2" w:rsidRPr="00A864B8" w14:paraId="639AB304" w14:textId="77777777">
        <w:trPr>
          <w:jc w:val="center"/>
        </w:trPr>
        <w:tc>
          <w:tcPr>
            <w:tcW w:w="2160" w:type="dxa"/>
            <w:tcBorders>
              <w:bottom w:val="single" w:sz="8" w:space="0" w:color="9B9B9B"/>
            </w:tcBorders>
            <w:shd w:val="clear" w:color="auto" w:fill="CFCFCF"/>
            <w:vAlign w:val="center"/>
          </w:tcPr>
          <w:p w14:paraId="70B1BF63" w14:textId="77777777" w:rsidR="00A806B2" w:rsidRPr="00A864B8" w:rsidRDefault="00000000">
            <w:pPr>
              <w:spacing w:before="20" w:after="10" w:line="240" w:lineRule="auto"/>
              <w:jc w:val="center"/>
            </w:pPr>
            <w:r w:rsidRPr="00A864B8">
              <w:rPr>
                <w:sz w:val="20"/>
              </w:rPr>
              <w:t>EFH</w:t>
            </w:r>
          </w:p>
        </w:tc>
        <w:tc>
          <w:tcPr>
            <w:tcW w:w="2160" w:type="dxa"/>
            <w:tcBorders>
              <w:bottom w:val="single" w:sz="8" w:space="0" w:color="9B9B9B"/>
            </w:tcBorders>
            <w:shd w:val="clear" w:color="auto" w:fill="CFCFCF"/>
            <w:vAlign w:val="center"/>
          </w:tcPr>
          <w:p w14:paraId="6E081E7D" w14:textId="77777777" w:rsidR="00A806B2" w:rsidRPr="00A864B8" w:rsidRDefault="00000000">
            <w:pPr>
              <w:spacing w:before="20" w:after="10" w:line="240" w:lineRule="auto"/>
              <w:jc w:val="center"/>
            </w:pPr>
            <w:r w:rsidRPr="00A864B8">
              <w:rPr>
                <w:sz w:val="20"/>
              </w:rPr>
              <w:t>32</w:t>
            </w:r>
          </w:p>
        </w:tc>
        <w:tc>
          <w:tcPr>
            <w:tcW w:w="2160" w:type="dxa"/>
            <w:tcBorders>
              <w:bottom w:val="single" w:sz="8" w:space="0" w:color="9B9B9B"/>
            </w:tcBorders>
            <w:shd w:val="clear" w:color="auto" w:fill="CFCFCF"/>
            <w:vAlign w:val="center"/>
          </w:tcPr>
          <w:p w14:paraId="4886A668" w14:textId="77777777" w:rsidR="00A806B2" w:rsidRPr="00A864B8" w:rsidRDefault="00000000">
            <w:pPr>
              <w:spacing w:before="20" w:after="10" w:line="240" w:lineRule="auto"/>
              <w:jc w:val="center"/>
            </w:pPr>
            <w:r w:rsidRPr="00A864B8">
              <w:rPr>
                <w:sz w:val="20"/>
              </w:rPr>
              <w:t>64</w:t>
            </w:r>
          </w:p>
        </w:tc>
        <w:tc>
          <w:tcPr>
            <w:tcW w:w="2160" w:type="dxa"/>
            <w:tcBorders>
              <w:bottom w:val="single" w:sz="8" w:space="0" w:color="9B9B9B"/>
            </w:tcBorders>
            <w:shd w:val="clear" w:color="auto" w:fill="CFCFCF"/>
            <w:vAlign w:val="center"/>
          </w:tcPr>
          <w:p w14:paraId="70AACD81" w14:textId="77777777" w:rsidR="00A806B2" w:rsidRPr="00A864B8" w:rsidRDefault="00000000">
            <w:pPr>
              <w:spacing w:before="20" w:after="10" w:line="240" w:lineRule="auto"/>
              <w:jc w:val="center"/>
            </w:pPr>
            <w:r w:rsidRPr="00A864B8">
              <w:rPr>
                <w:sz w:val="20"/>
              </w:rPr>
              <w:t>431,3</w:t>
            </w:r>
          </w:p>
        </w:tc>
      </w:tr>
      <w:tr w:rsidR="00A806B2" w:rsidRPr="00A864B8" w14:paraId="189C8C42" w14:textId="77777777">
        <w:trPr>
          <w:jc w:val="center"/>
        </w:trPr>
        <w:tc>
          <w:tcPr>
            <w:tcW w:w="2160" w:type="dxa"/>
            <w:tcBorders>
              <w:bottom w:val="single" w:sz="8" w:space="0" w:color="9B9B9B"/>
            </w:tcBorders>
            <w:shd w:val="clear" w:color="auto" w:fill="F0F0F0"/>
            <w:vAlign w:val="center"/>
          </w:tcPr>
          <w:p w14:paraId="40D282AF" w14:textId="77777777" w:rsidR="00A806B2" w:rsidRPr="00A864B8" w:rsidRDefault="00000000">
            <w:pPr>
              <w:spacing w:before="20" w:after="10" w:line="240" w:lineRule="auto"/>
              <w:jc w:val="center"/>
            </w:pPr>
            <w:r w:rsidRPr="00A864B8">
              <w:rPr>
                <w:sz w:val="20"/>
              </w:rPr>
              <w:t>GHD</w:t>
            </w:r>
          </w:p>
        </w:tc>
        <w:tc>
          <w:tcPr>
            <w:tcW w:w="2160" w:type="dxa"/>
            <w:tcBorders>
              <w:bottom w:val="single" w:sz="8" w:space="0" w:color="9B9B9B"/>
            </w:tcBorders>
            <w:shd w:val="clear" w:color="auto" w:fill="F0F0F0"/>
            <w:vAlign w:val="center"/>
          </w:tcPr>
          <w:p w14:paraId="66EC526E" w14:textId="77777777" w:rsidR="00A806B2" w:rsidRPr="00A864B8" w:rsidRDefault="00000000">
            <w:pPr>
              <w:spacing w:before="20" w:after="10" w:line="240" w:lineRule="auto"/>
              <w:jc w:val="center"/>
            </w:pPr>
            <w:r w:rsidRPr="00A864B8">
              <w:rPr>
                <w:sz w:val="20"/>
              </w:rPr>
              <w:t>12</w:t>
            </w:r>
          </w:p>
        </w:tc>
        <w:tc>
          <w:tcPr>
            <w:tcW w:w="2160" w:type="dxa"/>
            <w:tcBorders>
              <w:bottom w:val="single" w:sz="8" w:space="0" w:color="9B9B9B"/>
            </w:tcBorders>
            <w:shd w:val="clear" w:color="auto" w:fill="F0F0F0"/>
            <w:vAlign w:val="center"/>
          </w:tcPr>
          <w:p w14:paraId="13234485" w14:textId="77777777" w:rsidR="00A806B2" w:rsidRPr="00A864B8" w:rsidRDefault="00000000">
            <w:pPr>
              <w:spacing w:before="20" w:after="10" w:line="240" w:lineRule="auto"/>
              <w:jc w:val="center"/>
            </w:pPr>
            <w:r w:rsidRPr="00A864B8">
              <w:rPr>
                <w:sz w:val="20"/>
              </w:rPr>
              <w:t>24</w:t>
            </w:r>
          </w:p>
        </w:tc>
        <w:tc>
          <w:tcPr>
            <w:tcW w:w="2160" w:type="dxa"/>
            <w:tcBorders>
              <w:bottom w:val="single" w:sz="8" w:space="0" w:color="9B9B9B"/>
            </w:tcBorders>
            <w:shd w:val="clear" w:color="auto" w:fill="F0F0F0"/>
            <w:vAlign w:val="center"/>
          </w:tcPr>
          <w:p w14:paraId="4B084DC6" w14:textId="77777777" w:rsidR="00A806B2" w:rsidRPr="00A864B8" w:rsidRDefault="00000000">
            <w:pPr>
              <w:spacing w:before="20" w:after="10" w:line="240" w:lineRule="auto"/>
              <w:jc w:val="center"/>
            </w:pPr>
            <w:r w:rsidRPr="00A864B8">
              <w:rPr>
                <w:sz w:val="20"/>
              </w:rPr>
              <w:t>229,0</w:t>
            </w:r>
          </w:p>
        </w:tc>
      </w:tr>
      <w:tr w:rsidR="00A806B2" w:rsidRPr="00A864B8" w14:paraId="2A23088B" w14:textId="77777777">
        <w:trPr>
          <w:jc w:val="center"/>
        </w:trPr>
        <w:tc>
          <w:tcPr>
            <w:tcW w:w="2160" w:type="dxa"/>
            <w:tcBorders>
              <w:bottom w:val="single" w:sz="8" w:space="0" w:color="9B9B9B"/>
            </w:tcBorders>
            <w:shd w:val="clear" w:color="auto" w:fill="CFCFCF"/>
            <w:vAlign w:val="center"/>
          </w:tcPr>
          <w:p w14:paraId="48BD85F6" w14:textId="77777777" w:rsidR="00A806B2" w:rsidRPr="00A864B8" w:rsidRDefault="00000000">
            <w:pPr>
              <w:spacing w:before="20" w:after="10" w:line="240" w:lineRule="auto"/>
              <w:jc w:val="center"/>
            </w:pPr>
            <w:r w:rsidRPr="00A864B8">
              <w:rPr>
                <w:b/>
                <w:sz w:val="20"/>
              </w:rPr>
              <w:t>Gesamt</w:t>
            </w:r>
          </w:p>
        </w:tc>
        <w:tc>
          <w:tcPr>
            <w:tcW w:w="2160" w:type="dxa"/>
            <w:tcBorders>
              <w:bottom w:val="single" w:sz="8" w:space="0" w:color="9B9B9B"/>
            </w:tcBorders>
            <w:shd w:val="clear" w:color="auto" w:fill="CFCFCF"/>
            <w:vAlign w:val="center"/>
          </w:tcPr>
          <w:p w14:paraId="29C8FADF" w14:textId="77777777" w:rsidR="00A806B2" w:rsidRPr="00A864B8" w:rsidRDefault="00000000">
            <w:pPr>
              <w:spacing w:before="20" w:after="10" w:line="240" w:lineRule="auto"/>
              <w:jc w:val="center"/>
            </w:pPr>
            <w:r w:rsidRPr="00A864B8">
              <w:rPr>
                <w:b/>
                <w:sz w:val="20"/>
              </w:rPr>
              <w:t>50</w:t>
            </w:r>
          </w:p>
        </w:tc>
        <w:tc>
          <w:tcPr>
            <w:tcW w:w="2160" w:type="dxa"/>
            <w:tcBorders>
              <w:bottom w:val="single" w:sz="8" w:space="0" w:color="9B9B9B"/>
            </w:tcBorders>
            <w:shd w:val="clear" w:color="auto" w:fill="CFCFCF"/>
            <w:vAlign w:val="center"/>
          </w:tcPr>
          <w:p w14:paraId="1E4D01F3" w14:textId="77777777" w:rsidR="00A806B2" w:rsidRPr="00A864B8" w:rsidRDefault="00000000">
            <w:pPr>
              <w:spacing w:before="20" w:after="10" w:line="240" w:lineRule="auto"/>
              <w:jc w:val="center"/>
            </w:pPr>
            <w:r w:rsidRPr="00A864B8">
              <w:rPr>
                <w:b/>
                <w:sz w:val="20"/>
              </w:rPr>
              <w:t>100</w:t>
            </w:r>
          </w:p>
        </w:tc>
        <w:tc>
          <w:tcPr>
            <w:tcW w:w="2160" w:type="dxa"/>
            <w:tcBorders>
              <w:bottom w:val="single" w:sz="8" w:space="0" w:color="9B9B9B"/>
            </w:tcBorders>
            <w:shd w:val="clear" w:color="auto" w:fill="CFCFCF"/>
            <w:vAlign w:val="center"/>
          </w:tcPr>
          <w:p w14:paraId="0B507EF4" w14:textId="77777777" w:rsidR="00A806B2" w:rsidRPr="00A864B8" w:rsidRDefault="00000000">
            <w:pPr>
              <w:spacing w:before="20" w:after="10" w:line="240" w:lineRule="auto"/>
              <w:jc w:val="center"/>
            </w:pPr>
            <w:r w:rsidRPr="00A864B8">
              <w:rPr>
                <w:b/>
                <w:sz w:val="20"/>
              </w:rPr>
              <w:t>766,2</w:t>
            </w:r>
          </w:p>
        </w:tc>
      </w:tr>
    </w:tbl>
    <w:p w14:paraId="1D0B954A" w14:textId="77777777" w:rsidR="00A806B2" w:rsidRPr="00A864B8" w:rsidRDefault="00A806B2"/>
    <w:p w14:paraId="606AF4B9" w14:textId="77777777" w:rsidR="00A806B2" w:rsidRPr="00A864B8" w:rsidRDefault="00000000">
      <w:pPr>
        <w:pStyle w:val="berschrift2"/>
      </w:pPr>
      <w:bookmarkStart w:id="10" w:name="h_placeholder_bew_status_demands_num"/>
      <w:bookmarkStart w:id="11" w:name="_Toc240363478"/>
      <w:r w:rsidRPr="00A864B8">
        <w:rPr>
          <w:color w:val="000000"/>
          <w:sz w:val="36"/>
        </w:rPr>
        <w:lastRenderedPageBreak/>
        <w:t xml:space="preserve">1.2 </w:t>
      </w:r>
      <w:bookmarkEnd w:id="10"/>
      <w:r w:rsidRPr="00A864B8">
        <w:rPr>
          <w:color w:val="000000"/>
          <w:sz w:val="36"/>
        </w:rPr>
        <w:t>PLATZHALTER: Wärmebedarf und Temperaturniveau der Gebäude/Endkunden</w:t>
      </w:r>
      <w:bookmarkEnd w:id="11"/>
    </w:p>
    <w:p w14:paraId="023B49EF" w14:textId="77777777" w:rsidR="00A806B2" w:rsidRPr="00A864B8" w:rsidRDefault="00000000">
      <w:pPr>
        <w:pStyle w:val="berschrift2"/>
      </w:pPr>
      <w:bookmarkStart w:id="12" w:name="h_placeholder_bew_status_supply_num"/>
      <w:bookmarkStart w:id="13" w:name="_Toc240363479"/>
      <w:r w:rsidRPr="00A864B8">
        <w:rPr>
          <w:color w:val="000000"/>
          <w:sz w:val="36"/>
        </w:rPr>
        <w:t xml:space="preserve">1.3 </w:t>
      </w:r>
      <w:bookmarkEnd w:id="12"/>
      <w:r w:rsidRPr="00A864B8">
        <w:rPr>
          <w:color w:val="000000"/>
          <w:sz w:val="36"/>
        </w:rPr>
        <w:t>PLATZHALTER: Aktuelle Wärmeversorgung der Endkunden</w:t>
      </w:r>
      <w:bookmarkEnd w:id="13"/>
    </w:p>
    <w:p w14:paraId="378FF871" w14:textId="77777777" w:rsidR="00A806B2" w:rsidRPr="00A864B8" w:rsidRDefault="00000000">
      <w:r w:rsidRPr="00A864B8">
        <w:br w:type="page"/>
      </w:r>
    </w:p>
    <w:p w14:paraId="293ADDBF" w14:textId="77777777" w:rsidR="00A806B2" w:rsidRPr="00A864B8" w:rsidRDefault="00000000">
      <w:pPr>
        <w:pStyle w:val="berschrift1"/>
      </w:pPr>
      <w:bookmarkStart w:id="14" w:name="cha_2_summary_bew_num"/>
      <w:bookmarkStart w:id="15" w:name="_Toc240363480"/>
      <w:r w:rsidRPr="00A864B8">
        <w:rPr>
          <w:color w:val="000000"/>
          <w:sz w:val="44"/>
        </w:rPr>
        <w:lastRenderedPageBreak/>
        <w:t xml:space="preserve">2 </w:t>
      </w:r>
      <w:bookmarkEnd w:id="14"/>
      <w:r w:rsidRPr="00A864B8">
        <w:rPr>
          <w:color w:val="000000"/>
          <w:sz w:val="44"/>
        </w:rPr>
        <w:t>Untersuchungsrahmen</w:t>
      </w:r>
      <w:bookmarkEnd w:id="15"/>
    </w:p>
    <w:p w14:paraId="5259B8EF" w14:textId="77777777" w:rsidR="00A806B2" w:rsidRPr="00A864B8" w:rsidRDefault="00000000">
      <w:pPr>
        <w:pStyle w:val="berschrift2"/>
      </w:pPr>
      <w:bookmarkStart w:id="16" w:name="cha_2_general_num"/>
      <w:bookmarkStart w:id="17" w:name="_Toc240363481"/>
      <w:r w:rsidRPr="00A864B8">
        <w:rPr>
          <w:color w:val="000000"/>
          <w:sz w:val="36"/>
        </w:rPr>
        <w:t xml:space="preserve">2.1 </w:t>
      </w:r>
      <w:bookmarkEnd w:id="16"/>
      <w:r w:rsidRPr="00A864B8">
        <w:rPr>
          <w:color w:val="000000"/>
          <w:sz w:val="36"/>
        </w:rPr>
        <w:t>Allgemeines</w:t>
      </w:r>
      <w:bookmarkEnd w:id="17"/>
    </w:p>
    <w:p w14:paraId="57188CC7" w14:textId="77777777" w:rsidR="00A806B2" w:rsidRPr="00A864B8" w:rsidRDefault="00000000">
      <w:pPr>
        <w:jc w:val="both"/>
      </w:pPr>
      <w:r w:rsidRPr="00A864B8">
        <w:t>Der vorliegende Bericht fasst die Ergebnisse der Analyse für das Projekt „Projekt 1“ zusammen. Ziel des Projekts ist die Entwicklung eines nachhaltigen und effizienten Energieversorgungskonzepts unter Berücksichtigung der spezifischen Anforderungen des Quartiers. Das Projektgebiet umfasst insgesamt 50 Gebäude, darunter 38 Wohngebäude und 12 Nichtwohngebäude, die gemeinsam einen Gesamtwärmebedarf von 766 MWh und einen Gesamtkältebedarf von 22,4 MWh aufweisen. Die Wärmeversorgung im Quartier erfolgt durch ein Wärmenetz.</w:t>
      </w:r>
    </w:p>
    <w:p w14:paraId="63DD93F8" w14:textId="77777777" w:rsidR="00A806B2" w:rsidRPr="00A864B8" w:rsidRDefault="00000000">
      <w:pPr>
        <w:jc w:val="both"/>
      </w:pPr>
      <w:r w:rsidRPr="00A864B8">
        <w:t>Die Anlagen des Energiesystems werden so konzipiert, dass maximale technische und wirtschaftliche Effizienz sowie höchste Versorgungssicherheit erzielt werden. Im Rahmen der Auswertung werden insgesamt 2 verschiedene Szenarien untersucht. Die Ergebnisse der Szenarien werden hinsichtlich ihrer technischen, wirtschaftlichen und ökologischen Auswirkungen analysiert und miteinander verglichen. Besonderer Fokus des Projekts liegt auf der Optimierung ökologischer und ökonomischer Zielgrößen. Durch die Integration moderner Erzeugungs- und Speichertechnik und den Einsatz erneuerbarer Energiequellen sollen möglichst geringe CO₂-Emissionen erzielt werden. Gleichzeitig werden Aspekte der Wirtschaftlichkeit analysiert, einschließlich Investitionskosten, Betriebskosten und der langfristigen Wirtschaftlichkeitskennzahlen wie Kapitalwert, Amortisationsdauer und Energiegestehungskosten. Dieser Bericht liefert eine Übersicht der untersuchten Szenarien, deren technische und wirtschaftliche Umsetzung sowie deren potenzielle Beiträge zu einer nachhaltigen Energieversorgung. Der Bericht ist wie folgt gegliedert: Die Auslegungs- und Simulationsergebnisse sowie die Ergebnisse zur Wirtschaftlichkeit sind in Kapitel ? für jede Variante einzeln dargestellt. In Kapitel 5 werden die unterschiedlichen Versorgungsvarianten technisch und wirtschaftlich miteinander verglichen. Eine detaillierte Auflistung aller Eingangsparameter für die Berechnung sowie ergänzende Informationen zur angewendeten Berechnungsmethodik finden sich im Anhang.</w:t>
      </w:r>
    </w:p>
    <w:p w14:paraId="46827D97" w14:textId="77777777" w:rsidR="00A806B2" w:rsidRPr="00A864B8" w:rsidRDefault="00000000">
      <w:pPr>
        <w:pStyle w:val="berschrift2"/>
      </w:pPr>
      <w:bookmarkStart w:id="18" w:name="cha_2_scenario_comparison_num"/>
      <w:bookmarkStart w:id="19" w:name="_Toc240363482"/>
      <w:r w:rsidRPr="00A864B8">
        <w:rPr>
          <w:color w:val="000000"/>
          <w:sz w:val="36"/>
        </w:rPr>
        <w:t xml:space="preserve">2.2 </w:t>
      </w:r>
      <w:bookmarkEnd w:id="18"/>
      <w:r w:rsidRPr="00A864B8">
        <w:rPr>
          <w:color w:val="000000"/>
          <w:sz w:val="36"/>
        </w:rPr>
        <w:t>Variantenvergleich</w:t>
      </w:r>
      <w:bookmarkEnd w:id="19"/>
    </w:p>
    <w:p w14:paraId="1718E44C" w14:textId="18FB2DB5" w:rsidR="00A806B2" w:rsidRPr="00A864B8" w:rsidRDefault="00000000">
      <w:pPr>
        <w:jc w:val="both"/>
      </w:pPr>
      <w:r w:rsidRPr="00A864B8">
        <w:t xml:space="preserve">Eine der zentralen Bewertungsgrößen ist die Wirtschaftlichkeit, die sich anhand der Wärmegestehungskosten bemisst. Diese werden aus den annualisierten Gesamtkosten sowie dem gedeckten Wärmebedarf ermittelt. Zur Bewertung der ökologischen Auswirkungen werden die spezifischen CO₂-Emissionen herangezogen. Diese beschreiben, wie viele Emissionen zur Deckung einer Kilowattstunde Wärme anfallen. In </w:t>
      </w:r>
      <w:r w:rsidRPr="00A864B8">
        <w:lastRenderedPageBreak/>
        <w:t xml:space="preserve">Abbildung </w:t>
      </w:r>
      <w:r w:rsidRPr="00A864B8">
        <w:fldChar w:fldCharType="begin"/>
      </w:r>
      <w:r w:rsidRPr="00A864B8">
        <w:instrText>REF scenario_comparison_specific_num \h</w:instrText>
      </w:r>
      <w:r w:rsidRPr="00A864B8">
        <w:fldChar w:fldCharType="separate"/>
      </w:r>
      <w:r w:rsidR="00F26332" w:rsidRPr="00A864B8">
        <w:t>2</w:t>
      </w:r>
      <w:r w:rsidRPr="00A864B8">
        <w:fldChar w:fldCharType="end"/>
      </w:r>
      <w:r w:rsidRPr="00A864B8">
        <w:t xml:space="preserve">  visualisiert die Ergebnisse der Szenarioanalyse, wobei die spezifischen CO₂-Emissionen (g/kWh) den Wärmegestehungskosten (€/kWh) gegenübergestellt werden. Jedes Szenario wird durch einen Punkt auf dem Diagramm repräsentiert, der die jeweilige Kombination aus ökologischen und wirtschaftlichen Ergebnissen darstellt. Die Position der Punkte verdeutlicht den Zielkonflikt zwischen niedrigen Wärmegestehungskosten und geringen CO₂-Emissionen. Szenarien mit höheren Kosten können durch geringere Emissionen überzeugen, während kostengünstigere Varianten oft mit einem höheren ökologischen Fußabdruck einhergehen. Die Streuung der Punkte zeigt zudem die Bandbreite der möglichen Lösungsansätze. Ein besonderes Augenmerk gilt Szenarien, die sich im Bereich niedriger Kosten und niedriger Emissionen befinden, da diese potenziell eine optimale Balance zwischen Wirtschaftlichkeit und Nachhaltigkeit bieten. Solche Szenarien könnten beispielsweise auf eine Kombination aus erneuerbaren Energiequellen, effizienter Speichertechnologie und modernem Versorgungsdesign setzen. Kapitel 6 bietet eine detaillierte Gegenüberstellung der einzelnen Szenarien und beleuchtet sowohl technische als auch wirtschaftliche Aspekte, um die Entscheidung für ein spezifisches Versorgungskonzept zu fundieren.</w:t>
      </w:r>
    </w:p>
    <w:p w14:paraId="30FAF44D" w14:textId="77777777" w:rsidR="00A806B2" w:rsidRPr="00A864B8" w:rsidRDefault="00000000">
      <w:pPr>
        <w:spacing w:before="300" w:after="40"/>
        <w:jc w:val="center"/>
      </w:pPr>
      <w:r w:rsidRPr="00A864B8">
        <w:drawing>
          <wp:inline distT="0" distB="0" distL="0" distR="0" wp14:anchorId="69D6187B" wp14:editId="557605D7">
            <wp:extent cx="54864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486400" cy="2743200"/>
                    </a:xfrm>
                    <a:prstGeom prst="rect">
                      <a:avLst/>
                    </a:prstGeom>
                  </pic:spPr>
                </pic:pic>
              </a:graphicData>
            </a:graphic>
          </wp:inline>
        </w:drawing>
      </w:r>
    </w:p>
    <w:p w14:paraId="267B0CC2" w14:textId="56895753" w:rsidR="00A806B2" w:rsidRPr="00A864B8" w:rsidRDefault="00000000">
      <w:pPr>
        <w:pStyle w:val="CaptionStyle"/>
        <w:spacing w:before="40" w:after="0"/>
        <w:jc w:val="center"/>
        <w:rPr>
          <w:lang w:val="de-DE"/>
        </w:rPr>
      </w:pPr>
      <w:bookmarkStart w:id="20" w:name="_Toc240363604"/>
      <w:r w:rsidRPr="00A864B8">
        <w:rPr>
          <w:lang w:val="de-DE"/>
        </w:rPr>
        <w:t xml:space="preserve">Abbildung </w:t>
      </w:r>
      <w:bookmarkStart w:id="21" w:name="scenario_comparison_specific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2</w:t>
      </w:r>
      <w:r w:rsidRPr="00A864B8">
        <w:rPr>
          <w:lang w:val="de-DE"/>
        </w:rPr>
        <w:fldChar w:fldCharType="end"/>
      </w:r>
      <w:bookmarkStart w:id="22" w:name="scenario_comparison_specific"/>
      <w:bookmarkEnd w:id="21"/>
      <w:bookmarkEnd w:id="22"/>
      <w:r w:rsidRPr="00A864B8">
        <w:rPr>
          <w:lang w:val="de-DE"/>
        </w:rPr>
        <w:t>: Wärmegestehungskosten und spezifischen CO₂-Emissionen</w:t>
      </w:r>
      <w:bookmarkEnd w:id="20"/>
    </w:p>
    <w:p w14:paraId="59A53FB3" w14:textId="77777777" w:rsidR="00A806B2" w:rsidRPr="00A864B8" w:rsidRDefault="00000000">
      <w:r w:rsidRPr="00A864B8">
        <w:br w:type="page"/>
      </w:r>
    </w:p>
    <w:p w14:paraId="33898BF9" w14:textId="77777777" w:rsidR="00A806B2" w:rsidRPr="00A864B8" w:rsidRDefault="00000000">
      <w:pPr>
        <w:pStyle w:val="berschrift1"/>
      </w:pPr>
      <w:bookmarkStart w:id="23" w:name="h_placeholder_bew_potential_analysis_num"/>
      <w:bookmarkStart w:id="24" w:name="_Toc240363483"/>
      <w:r w:rsidRPr="00A864B8">
        <w:rPr>
          <w:color w:val="000000"/>
          <w:sz w:val="44"/>
        </w:rPr>
        <w:t xml:space="preserve">3 </w:t>
      </w:r>
      <w:bookmarkEnd w:id="23"/>
      <w:r w:rsidRPr="00A864B8">
        <w:rPr>
          <w:color w:val="000000"/>
          <w:sz w:val="44"/>
        </w:rPr>
        <w:t>PLATZHALTER: Potenzialermittlung erneuerbarer Energien und Abwärme</w:t>
      </w:r>
      <w:bookmarkEnd w:id="24"/>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605B583A" w14:textId="77777777">
        <w:tc>
          <w:tcPr>
            <w:tcW w:w="8640" w:type="dxa"/>
            <w:shd w:val="clear" w:color="auto" w:fill="D9F3F7"/>
          </w:tcPr>
          <w:p w14:paraId="3ECB900C" w14:textId="77777777" w:rsidR="00A806B2" w:rsidRPr="00A864B8" w:rsidRDefault="00000000">
            <w:pPr>
              <w:spacing w:line="240" w:lineRule="auto"/>
            </w:pPr>
            <w:r w:rsidRPr="00A864B8">
              <w:rPr>
                <w:b/>
              </w:rPr>
              <w:t>💡 Auszug aus "Merkblatt Antragstellung, technische Anforderungen und Verwendungsnachweis" (Version 3.1, 01.04.2026)</w:t>
            </w:r>
          </w:p>
          <w:p w14:paraId="2261E5DE" w14:textId="77777777" w:rsidR="00A806B2" w:rsidRPr="00A864B8" w:rsidRDefault="00000000">
            <w:pPr>
              <w:spacing w:line="240" w:lineRule="auto"/>
            </w:pPr>
            <w:r w:rsidRPr="00A864B8">
              <w:rPr>
                <w:b/>
                <w:sz w:val="20"/>
              </w:rPr>
              <w:t>Potenzialermittlung erneuerbarer Energien und Abwärme</w:t>
            </w:r>
          </w:p>
          <w:p w14:paraId="20BC3065" w14:textId="77777777" w:rsidR="00A806B2" w:rsidRPr="00A864B8" w:rsidRDefault="00000000">
            <w:pPr>
              <w:spacing w:line="240" w:lineRule="auto"/>
            </w:pPr>
            <w:r w:rsidRPr="00A864B8">
              <w:rPr>
                <w:sz w:val="20"/>
              </w:rPr>
              <w:t>Dies umfasst die Untersuchung, Beschreibung und tabellarische Auflistung aller möglichen Wärmeerzeuger und deren Wärmequellen. Potentielle Standorte, Verfügbarkeit, Ergiebigkeit, Flächenverfügbarkeit, Genehmigungsfähigkeit, usw. sind anzugeben.</w:t>
            </w:r>
          </w:p>
          <w:p w14:paraId="6E9955C0" w14:textId="77777777" w:rsidR="00A806B2" w:rsidRPr="00A864B8" w:rsidRDefault="00000000">
            <w:pPr>
              <w:spacing w:line="240" w:lineRule="auto"/>
            </w:pPr>
            <w:r w:rsidRPr="00A864B8">
              <w:rPr>
                <w:sz w:val="20"/>
              </w:rPr>
              <w:t>Beispiel für eine tabellarische Auflistung: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90"/>
              <w:gridCol w:w="1680"/>
              <w:gridCol w:w="1675"/>
              <w:gridCol w:w="1679"/>
              <w:gridCol w:w="1680"/>
            </w:tblGrid>
            <w:tr w:rsidR="00A806B2" w:rsidRPr="00A864B8" w14:paraId="4842A14F" w14:textId="77777777">
              <w:tc>
                <w:tcPr>
                  <w:tcW w:w="1728" w:type="dxa"/>
                </w:tcPr>
                <w:p w14:paraId="0B7B9666" w14:textId="77777777" w:rsidR="00A806B2" w:rsidRPr="00A864B8" w:rsidRDefault="00000000">
                  <w:pPr>
                    <w:spacing w:after="0" w:line="240" w:lineRule="auto"/>
                  </w:pPr>
                  <w:r w:rsidRPr="00A864B8">
                    <w:rPr>
                      <w:b/>
                      <w:sz w:val="20"/>
                    </w:rPr>
                    <w:t>Wärmeerzeuger</w:t>
                  </w:r>
                </w:p>
              </w:tc>
              <w:tc>
                <w:tcPr>
                  <w:tcW w:w="1728" w:type="dxa"/>
                </w:tcPr>
                <w:p w14:paraId="1F456D0C" w14:textId="77777777" w:rsidR="00A806B2" w:rsidRPr="00A864B8" w:rsidRDefault="00000000">
                  <w:pPr>
                    <w:spacing w:after="0" w:line="240" w:lineRule="auto"/>
                  </w:pPr>
                  <w:r w:rsidRPr="00A864B8">
                    <w:rPr>
                      <w:b/>
                      <w:sz w:val="20"/>
                    </w:rPr>
                    <w:t>Wärmequelle</w:t>
                  </w:r>
                </w:p>
              </w:tc>
              <w:tc>
                <w:tcPr>
                  <w:tcW w:w="1728" w:type="dxa"/>
                </w:tcPr>
                <w:p w14:paraId="45751C5B" w14:textId="77777777" w:rsidR="00A806B2" w:rsidRPr="00A864B8" w:rsidRDefault="00000000">
                  <w:pPr>
                    <w:spacing w:after="0" w:line="240" w:lineRule="auto"/>
                  </w:pPr>
                  <w:r w:rsidRPr="00A864B8">
                    <w:rPr>
                      <w:b/>
                      <w:sz w:val="20"/>
                    </w:rPr>
                    <w:t>Theoretisch nutzbare Wärmemenge (Anteil an der Gesamtmenge)</w:t>
                  </w:r>
                </w:p>
              </w:tc>
              <w:tc>
                <w:tcPr>
                  <w:tcW w:w="1728" w:type="dxa"/>
                </w:tcPr>
                <w:p w14:paraId="38CDB556" w14:textId="77777777" w:rsidR="00A806B2" w:rsidRPr="00A864B8" w:rsidRDefault="00000000">
                  <w:pPr>
                    <w:spacing w:after="0" w:line="240" w:lineRule="auto"/>
                  </w:pPr>
                  <w:r w:rsidRPr="00A864B8">
                    <w:rPr>
                      <w:b/>
                      <w:sz w:val="20"/>
                    </w:rPr>
                    <w:t>Anzahl, Art und Leistung der Anlagen</w:t>
                  </w:r>
                </w:p>
              </w:tc>
              <w:tc>
                <w:tcPr>
                  <w:tcW w:w="1728" w:type="dxa"/>
                </w:tcPr>
                <w:p w14:paraId="46B27BC2" w14:textId="77777777" w:rsidR="00A806B2" w:rsidRPr="00A864B8" w:rsidRDefault="00000000">
                  <w:pPr>
                    <w:spacing w:after="0" w:line="240" w:lineRule="auto"/>
                  </w:pPr>
                  <w:r w:rsidRPr="00A864B8">
                    <w:rPr>
                      <w:b/>
                      <w:sz w:val="20"/>
                    </w:rPr>
                    <w:t>Potentielle Standorte der Anlagen</w:t>
                  </w:r>
                </w:p>
              </w:tc>
            </w:tr>
            <w:tr w:rsidR="00A806B2" w:rsidRPr="00A864B8" w14:paraId="0C170F84" w14:textId="77777777">
              <w:tc>
                <w:tcPr>
                  <w:tcW w:w="1728" w:type="dxa"/>
                </w:tcPr>
                <w:p w14:paraId="3F3339C0" w14:textId="77777777" w:rsidR="00A806B2" w:rsidRPr="00A864B8" w:rsidRDefault="00000000">
                  <w:pPr>
                    <w:spacing w:after="0" w:line="240" w:lineRule="auto"/>
                  </w:pPr>
                  <w:r w:rsidRPr="00A864B8">
                    <w:rPr>
                      <w:sz w:val="20"/>
                    </w:rPr>
                    <w:t>Solarthermie</w:t>
                  </w:r>
                </w:p>
              </w:tc>
              <w:tc>
                <w:tcPr>
                  <w:tcW w:w="1728" w:type="dxa"/>
                </w:tcPr>
                <w:p w14:paraId="2B3B63BA" w14:textId="77777777" w:rsidR="00A806B2" w:rsidRPr="00A864B8" w:rsidRDefault="00000000">
                  <w:pPr>
                    <w:spacing w:after="0" w:line="240" w:lineRule="auto"/>
                  </w:pPr>
                  <w:r w:rsidRPr="00A864B8">
                    <w:rPr>
                      <w:sz w:val="20"/>
                    </w:rPr>
                    <w:t>Sonnenenergie</w:t>
                  </w:r>
                </w:p>
              </w:tc>
              <w:tc>
                <w:tcPr>
                  <w:tcW w:w="1728" w:type="dxa"/>
                </w:tcPr>
                <w:p w14:paraId="206D9C68" w14:textId="77777777" w:rsidR="00A806B2" w:rsidRPr="00A864B8" w:rsidRDefault="00000000">
                  <w:pPr>
                    <w:spacing w:after="0" w:line="240" w:lineRule="auto"/>
                  </w:pPr>
                  <w:r w:rsidRPr="00A864B8">
                    <w:rPr>
                      <w:sz w:val="20"/>
                    </w:rPr>
                    <w:t>0,2 GWh/a (20%)</w:t>
                  </w:r>
                </w:p>
              </w:tc>
              <w:tc>
                <w:tcPr>
                  <w:tcW w:w="1728" w:type="dxa"/>
                </w:tcPr>
                <w:p w14:paraId="28160059" w14:textId="77777777" w:rsidR="00A806B2" w:rsidRPr="00A864B8" w:rsidRDefault="00000000">
                  <w:pPr>
                    <w:spacing w:after="0" w:line="240" w:lineRule="auto"/>
                  </w:pPr>
                  <w:r w:rsidRPr="00A864B8">
                    <w:rPr>
                      <w:sz w:val="20"/>
                    </w:rPr>
                    <w:t>3 Anlagen mit je 20.000 m² Fläche</w:t>
                  </w:r>
                </w:p>
              </w:tc>
              <w:tc>
                <w:tcPr>
                  <w:tcW w:w="1728" w:type="dxa"/>
                </w:tcPr>
                <w:p w14:paraId="6F182381" w14:textId="77777777" w:rsidR="00A806B2" w:rsidRPr="00A864B8" w:rsidRDefault="00000000">
                  <w:pPr>
                    <w:spacing w:after="0" w:line="240" w:lineRule="auto"/>
                  </w:pPr>
                  <w:r w:rsidRPr="00A864B8">
                    <w:rPr>
                      <w:sz w:val="20"/>
                    </w:rPr>
                    <w:t>Deponie NAME, Freifläche XYZ, Freifläche ABC</w:t>
                  </w:r>
                </w:p>
              </w:tc>
            </w:tr>
            <w:tr w:rsidR="00A806B2" w:rsidRPr="00A864B8" w14:paraId="391D39CF" w14:textId="77777777">
              <w:tc>
                <w:tcPr>
                  <w:tcW w:w="1728" w:type="dxa"/>
                </w:tcPr>
                <w:p w14:paraId="6BBAF3F9" w14:textId="77777777" w:rsidR="00A806B2" w:rsidRPr="00A864B8" w:rsidRDefault="00000000">
                  <w:pPr>
                    <w:spacing w:after="0" w:line="240" w:lineRule="auto"/>
                  </w:pPr>
                  <w:r w:rsidRPr="00A864B8">
                    <w:rPr>
                      <w:sz w:val="20"/>
                    </w:rPr>
                    <w:t>Abwärme</w:t>
                  </w:r>
                </w:p>
              </w:tc>
              <w:tc>
                <w:tcPr>
                  <w:tcW w:w="1728" w:type="dxa"/>
                </w:tcPr>
                <w:p w14:paraId="7E2E7A0F" w14:textId="77777777" w:rsidR="00A806B2" w:rsidRPr="00A864B8" w:rsidRDefault="00000000">
                  <w:pPr>
                    <w:spacing w:after="0" w:line="240" w:lineRule="auto"/>
                  </w:pPr>
                  <w:r w:rsidRPr="00A864B8">
                    <w:rPr>
                      <w:sz w:val="20"/>
                    </w:rPr>
                    <w:t>Rechenzentrum</w:t>
                  </w:r>
                </w:p>
              </w:tc>
              <w:tc>
                <w:tcPr>
                  <w:tcW w:w="1728" w:type="dxa"/>
                </w:tcPr>
                <w:p w14:paraId="580D9326" w14:textId="77777777" w:rsidR="00A806B2" w:rsidRPr="00A864B8" w:rsidRDefault="00000000">
                  <w:pPr>
                    <w:spacing w:after="0" w:line="240" w:lineRule="auto"/>
                  </w:pPr>
                  <w:r w:rsidRPr="00A864B8">
                    <w:rPr>
                      <w:sz w:val="20"/>
                    </w:rPr>
                    <w:t>0,8 GWh/a (80%)</w:t>
                  </w:r>
                </w:p>
              </w:tc>
              <w:tc>
                <w:tcPr>
                  <w:tcW w:w="1728" w:type="dxa"/>
                </w:tcPr>
                <w:p w14:paraId="1BD302D5" w14:textId="77777777" w:rsidR="00A806B2" w:rsidRPr="00A864B8" w:rsidRDefault="00000000">
                  <w:pPr>
                    <w:spacing w:after="0" w:line="240" w:lineRule="auto"/>
                  </w:pPr>
                  <w:r w:rsidRPr="00A864B8">
                    <w:rPr>
                      <w:sz w:val="20"/>
                    </w:rPr>
                    <w:t>2 Wärmepumpen mit je 2 MW</w:t>
                  </w:r>
                </w:p>
              </w:tc>
              <w:tc>
                <w:tcPr>
                  <w:tcW w:w="1728" w:type="dxa"/>
                </w:tcPr>
                <w:p w14:paraId="092059AF" w14:textId="77777777" w:rsidR="00A806B2" w:rsidRPr="00A864B8" w:rsidRDefault="00000000">
                  <w:pPr>
                    <w:spacing w:after="0" w:line="240" w:lineRule="auto"/>
                  </w:pPr>
                  <w:r w:rsidRPr="00A864B8">
                    <w:rPr>
                      <w:sz w:val="20"/>
                    </w:rPr>
                    <w:t>Rechenzentrum ABC</w:t>
                  </w:r>
                </w:p>
              </w:tc>
            </w:tr>
          </w:tbl>
          <w:p w14:paraId="313F8C9F" w14:textId="77777777" w:rsidR="00A806B2" w:rsidRPr="00A864B8" w:rsidRDefault="00A806B2">
            <w:pPr>
              <w:spacing w:after="0" w:line="120" w:lineRule="exact"/>
            </w:pPr>
          </w:p>
          <w:p w14:paraId="6E02821B" w14:textId="77777777" w:rsidR="00A806B2" w:rsidRPr="00A864B8" w:rsidRDefault="00000000">
            <w:pPr>
              <w:pStyle w:val="Aufzhlungszeichen"/>
              <w:spacing w:line="240" w:lineRule="auto"/>
            </w:pPr>
            <w:r w:rsidRPr="00A864B8">
              <w:rPr>
                <w:sz w:val="20"/>
              </w:rPr>
              <w:t>Für Solarthermie ist zu prüfen, auf welchen Flächen (z. B. Freiflächen, Dächern, Deponien) diese installiert werden kann. Gespräche mit Eigentümern sind zu führen, um die prinzipielle Bereitschaft zur Nutzung der Fläche zu klären.</w:t>
            </w:r>
          </w:p>
          <w:p w14:paraId="7146378C" w14:textId="77777777" w:rsidR="00A806B2" w:rsidRPr="00A864B8" w:rsidRDefault="00000000">
            <w:pPr>
              <w:pStyle w:val="Aufzhlungszeichen"/>
              <w:spacing w:line="240" w:lineRule="auto"/>
            </w:pPr>
            <w:r w:rsidRPr="00A864B8">
              <w:rPr>
                <w:sz w:val="20"/>
              </w:rPr>
              <w:t>Für Geothermie ist das Fündigkeitsrisiko durch geologische und seismische Untersuchungen zu minimieren und ein geeigneter Bohrplatz für die Anlage zu erarbeiten.</w:t>
            </w:r>
          </w:p>
          <w:p w14:paraId="2DCDEBDF" w14:textId="77777777" w:rsidR="00A806B2" w:rsidRPr="00A864B8" w:rsidRDefault="00000000">
            <w:pPr>
              <w:pStyle w:val="Aufzhlungszeichen"/>
              <w:spacing w:line="240" w:lineRule="auto"/>
            </w:pPr>
            <w:r w:rsidRPr="00A864B8">
              <w:rPr>
                <w:sz w:val="20"/>
              </w:rPr>
              <w:t>Für Umweltwärmequellen ist die wirtschaftliche Nutzbarkeit der Wärmequelle zu prüfen. Hierbei sind vor allem die geologischen und hydrologischen Bedingungen z. B. durch eine Probebohrung zu klären.</w:t>
            </w:r>
          </w:p>
          <w:p w14:paraId="4FDEA726" w14:textId="77777777" w:rsidR="00A806B2" w:rsidRPr="00A864B8" w:rsidRDefault="00000000">
            <w:pPr>
              <w:pStyle w:val="Aufzhlungszeichen"/>
              <w:spacing w:line="240" w:lineRule="auto"/>
            </w:pPr>
            <w:r w:rsidRPr="00A864B8">
              <w:rPr>
                <w:sz w:val="20"/>
              </w:rPr>
              <w:t>Soll Abwärme genutzt werden, sind die Produktionsprozesse detailliert zu beschreiben, in denen die Abwärme entsteht. Die relevanten technischen Parameter (Wärmemenge, Temperatur, Verfügbarkeit, Abhängigkeit von der Produktion) sind darzulegen. Es ist detailliert zu beschreiben und zu begründen, warum durch die Nutzung der Abwärme keine Steigerung der Effizienz unterbleibt. Gespräche mit dem liefernden Unternehmen sind zu führen und zu dokumentieren.</w:t>
            </w:r>
          </w:p>
          <w:p w14:paraId="2BBF2E2E" w14:textId="77777777" w:rsidR="00A806B2" w:rsidRPr="00A864B8" w:rsidRDefault="00000000">
            <w:pPr>
              <w:pStyle w:val="Aufzhlungszeichen"/>
              <w:spacing w:line="240" w:lineRule="auto"/>
            </w:pPr>
            <w:r w:rsidRPr="00A864B8">
              <w:rPr>
                <w:sz w:val="20"/>
              </w:rPr>
              <w:t>Für feste Biomasse ist deren Verfügbarkeit zu prüfen und insbesondere auf Art, Herkunft und logistischen Aufwand (Transport und Lagerung) einzugehen. Die zulässigen Leitungslängen sind zu beachten.</w:t>
            </w:r>
          </w:p>
        </w:tc>
      </w:tr>
    </w:tbl>
    <w:p w14:paraId="2B5487C8" w14:textId="77777777" w:rsidR="00A806B2" w:rsidRPr="00A864B8" w:rsidRDefault="00A806B2">
      <w:pPr>
        <w:spacing w:after="280"/>
      </w:pPr>
    </w:p>
    <w:p w14:paraId="64E9CDE9" w14:textId="77777777" w:rsidR="00A806B2" w:rsidRPr="00A864B8" w:rsidRDefault="00000000">
      <w:pPr>
        <w:pStyle w:val="berschrift2"/>
      </w:pPr>
      <w:bookmarkStart w:id="25" w:name="h_potential_analysis_land_use_num"/>
      <w:bookmarkStart w:id="26" w:name="_Toc240363484"/>
      <w:r w:rsidRPr="00A864B8">
        <w:rPr>
          <w:color w:val="000000"/>
          <w:sz w:val="36"/>
        </w:rPr>
        <w:t xml:space="preserve">3.1 </w:t>
      </w:r>
      <w:bookmarkEnd w:id="25"/>
      <w:r w:rsidRPr="00A864B8">
        <w:rPr>
          <w:color w:val="000000"/>
          <w:sz w:val="36"/>
        </w:rPr>
        <w:t>Flächennutzung</w:t>
      </w:r>
      <w:bookmarkEnd w:id="26"/>
    </w:p>
    <w:p w14:paraId="788D3DB5" w14:textId="77777777" w:rsidR="00A806B2" w:rsidRPr="00A864B8" w:rsidRDefault="00000000">
      <w:pPr>
        <w:jc w:val="both"/>
      </w:pPr>
      <w:r w:rsidRPr="00A864B8">
        <w:t>Die Nutzung erneuerbarer Energiequellen ist häufig flächengebunden, sodass die verfügbaren Flächen im Umfeld des Quartiers eine wesentliche Randbedingung der Potenzialanalyse darstellen. Eine Auswertung der Flächennutzungsklassen gibt daher einen ersten Überblick über die räumliche Struktur des Untersuchungsgebiets. Aus der Verteilung von Siedlungs-, Vegetations-, Landwirtschafts- und Gewässerflächen lassen sich Hinweise auf grundsätzlich geeignete Standorte für die einzelnen Technologien ableiten, beispielsweise unversiegelte Flächen für Erdwärmesonden und Flächenkollektoren, Freiflächen für Solarthermie und Photovoltaik oder Wald- und Landwirtschaftsflächen für die Bereitstellung von Biomasse.</w:t>
      </w:r>
    </w:p>
    <w:p w14:paraId="5D852F54" w14:textId="77777777" w:rsidR="00A806B2" w:rsidRPr="00A864B8" w:rsidRDefault="00000000">
      <w:pPr>
        <w:jc w:val="both"/>
      </w:pPr>
      <w:r w:rsidRPr="00A864B8">
        <w:t>Im Untersuchungsradius von 5.000 m um das Quartier sind 100,0 % der Fläche durch Bodenbedeckungsdaten beschrieben. Insgesamt treten 12 Flächennutzungsklassen auf. Dominierende Klasse ist 211 - Nicht bewässertes Ackerland mit einem Anteil von 35,9 %. Die größten Klassen sind in der nachfolgenden Tabelle aufgeführt.</w:t>
      </w:r>
    </w:p>
    <w:p w14:paraId="59759CFB" w14:textId="145FB2EF" w:rsidR="00A806B2" w:rsidRPr="00A864B8" w:rsidRDefault="00000000">
      <w:pPr>
        <w:pStyle w:val="CaptionStyle"/>
        <w:spacing w:before="40" w:after="0"/>
        <w:jc w:val="center"/>
        <w:rPr>
          <w:lang w:val="de-DE"/>
        </w:rPr>
      </w:pPr>
      <w:bookmarkStart w:id="27" w:name="_Toc240363530"/>
      <w:r w:rsidRPr="00A864B8">
        <w:rPr>
          <w:lang w:val="de-DE"/>
        </w:rPr>
        <w:t xml:space="preserve">Tabelle </w:t>
      </w:r>
      <w:bookmarkStart w:id="28" w:name="potential_analysis_land_use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w:t>
      </w:r>
      <w:r w:rsidRPr="00A864B8">
        <w:rPr>
          <w:lang w:val="de-DE"/>
        </w:rPr>
        <w:fldChar w:fldCharType="end"/>
      </w:r>
      <w:bookmarkStart w:id="29" w:name="potential_analysis_land_use"/>
      <w:bookmarkEnd w:id="28"/>
      <w:bookmarkEnd w:id="29"/>
      <w:r w:rsidRPr="00A864B8">
        <w:rPr>
          <w:lang w:val="de-DE"/>
        </w:rPr>
        <w:t>: Potenzialanalyse: Flächennutzung</w:t>
      </w:r>
      <w:bookmarkEnd w:id="27"/>
    </w:p>
    <w:tbl>
      <w:tblPr>
        <w:tblW w:w="0" w:type="auto"/>
        <w:jc w:val="center"/>
        <w:tblLook w:val="04A0" w:firstRow="1" w:lastRow="0" w:firstColumn="1" w:lastColumn="0" w:noHBand="0" w:noVBand="1"/>
      </w:tblPr>
      <w:tblGrid>
        <w:gridCol w:w="2880"/>
        <w:gridCol w:w="2880"/>
        <w:gridCol w:w="2880"/>
      </w:tblGrid>
      <w:tr w:rsidR="00A806B2" w:rsidRPr="00A864B8" w14:paraId="6CDDE156" w14:textId="77777777">
        <w:trPr>
          <w:jc w:val="center"/>
        </w:trPr>
        <w:tc>
          <w:tcPr>
            <w:tcW w:w="2880" w:type="dxa"/>
            <w:tcBorders>
              <w:bottom w:val="single" w:sz="22" w:space="0" w:color="C00000"/>
            </w:tcBorders>
            <w:shd w:val="clear" w:color="auto" w:fill="343A40"/>
          </w:tcPr>
          <w:p w14:paraId="10141F81" w14:textId="77777777" w:rsidR="00A806B2" w:rsidRPr="00A864B8" w:rsidRDefault="00000000">
            <w:pPr>
              <w:spacing w:before="20" w:after="10" w:line="240" w:lineRule="auto"/>
              <w:jc w:val="center"/>
            </w:pPr>
            <w:r w:rsidRPr="00A864B8">
              <w:rPr>
                <w:color w:val="FFFFFF"/>
                <w:sz w:val="20"/>
              </w:rPr>
              <w:t>Flächennutzungsklasse</w:t>
            </w:r>
          </w:p>
        </w:tc>
        <w:tc>
          <w:tcPr>
            <w:tcW w:w="2880" w:type="dxa"/>
            <w:tcBorders>
              <w:bottom w:val="single" w:sz="22" w:space="0" w:color="C00000"/>
            </w:tcBorders>
            <w:shd w:val="clear" w:color="auto" w:fill="343A40"/>
          </w:tcPr>
          <w:p w14:paraId="6F0954ED" w14:textId="77777777" w:rsidR="00A806B2" w:rsidRPr="00A864B8" w:rsidRDefault="00000000">
            <w:pPr>
              <w:spacing w:before="20" w:after="10" w:line="240" w:lineRule="auto"/>
              <w:jc w:val="center"/>
            </w:pPr>
            <w:r w:rsidRPr="00A864B8">
              <w:rPr>
                <w:color w:val="FFFFFF"/>
                <w:sz w:val="20"/>
              </w:rPr>
              <w:t>Fläche</w:t>
            </w:r>
          </w:p>
        </w:tc>
        <w:tc>
          <w:tcPr>
            <w:tcW w:w="2880" w:type="dxa"/>
            <w:tcBorders>
              <w:bottom w:val="single" w:sz="22" w:space="0" w:color="C00000"/>
            </w:tcBorders>
            <w:shd w:val="clear" w:color="auto" w:fill="343A40"/>
          </w:tcPr>
          <w:p w14:paraId="540C09B9" w14:textId="77777777" w:rsidR="00A806B2" w:rsidRPr="00A864B8" w:rsidRDefault="00000000">
            <w:pPr>
              <w:spacing w:before="20" w:after="10" w:line="240" w:lineRule="auto"/>
              <w:jc w:val="center"/>
            </w:pPr>
            <w:r w:rsidRPr="00A864B8">
              <w:rPr>
                <w:color w:val="FFFFFF"/>
                <w:sz w:val="20"/>
              </w:rPr>
              <w:t>Anteil am Untersuchungsgebiet</w:t>
            </w:r>
          </w:p>
        </w:tc>
      </w:tr>
      <w:tr w:rsidR="00A806B2" w:rsidRPr="00A864B8" w14:paraId="7D53AA2E" w14:textId="77777777">
        <w:trPr>
          <w:jc w:val="center"/>
        </w:trPr>
        <w:tc>
          <w:tcPr>
            <w:tcW w:w="2880" w:type="dxa"/>
            <w:tcBorders>
              <w:bottom w:val="single" w:sz="8" w:space="0" w:color="9B9B9B"/>
            </w:tcBorders>
            <w:shd w:val="clear" w:color="auto" w:fill="F0F0F0"/>
            <w:vAlign w:val="center"/>
          </w:tcPr>
          <w:p w14:paraId="171A85FF" w14:textId="77777777" w:rsidR="00A806B2" w:rsidRPr="00A864B8" w:rsidRDefault="00000000">
            <w:pPr>
              <w:spacing w:before="20" w:after="10" w:line="240" w:lineRule="auto"/>
              <w:jc w:val="center"/>
            </w:pPr>
            <w:r w:rsidRPr="00A864B8">
              <w:rPr>
                <w:sz w:val="20"/>
              </w:rPr>
              <w:t>211 - Nicht bewässertes Ackerland</w:t>
            </w:r>
          </w:p>
        </w:tc>
        <w:tc>
          <w:tcPr>
            <w:tcW w:w="2880" w:type="dxa"/>
            <w:tcBorders>
              <w:bottom w:val="single" w:sz="8" w:space="0" w:color="9B9B9B"/>
            </w:tcBorders>
            <w:shd w:val="clear" w:color="auto" w:fill="F0F0F0"/>
            <w:vAlign w:val="center"/>
          </w:tcPr>
          <w:p w14:paraId="6F9354E3" w14:textId="77777777" w:rsidR="00A806B2" w:rsidRPr="00A864B8" w:rsidRDefault="00000000">
            <w:pPr>
              <w:spacing w:before="20" w:after="10" w:line="240" w:lineRule="auto"/>
              <w:jc w:val="center"/>
            </w:pPr>
            <w:r w:rsidRPr="00A864B8">
              <w:rPr>
                <w:sz w:val="20"/>
              </w:rPr>
              <w:t>2.817 ha</w:t>
            </w:r>
          </w:p>
        </w:tc>
        <w:tc>
          <w:tcPr>
            <w:tcW w:w="2880" w:type="dxa"/>
            <w:tcBorders>
              <w:bottom w:val="single" w:sz="8" w:space="0" w:color="9B9B9B"/>
            </w:tcBorders>
            <w:shd w:val="clear" w:color="auto" w:fill="F0F0F0"/>
            <w:vAlign w:val="center"/>
          </w:tcPr>
          <w:p w14:paraId="022C6CB9" w14:textId="77777777" w:rsidR="00A806B2" w:rsidRPr="00A864B8" w:rsidRDefault="00000000">
            <w:pPr>
              <w:spacing w:before="20" w:after="10" w:line="240" w:lineRule="auto"/>
              <w:jc w:val="center"/>
            </w:pPr>
            <w:r w:rsidRPr="00A864B8">
              <w:rPr>
                <w:sz w:val="20"/>
              </w:rPr>
              <w:t>35,9 %</w:t>
            </w:r>
          </w:p>
        </w:tc>
      </w:tr>
      <w:tr w:rsidR="00A806B2" w:rsidRPr="00A864B8" w14:paraId="2127A846" w14:textId="77777777">
        <w:trPr>
          <w:jc w:val="center"/>
        </w:trPr>
        <w:tc>
          <w:tcPr>
            <w:tcW w:w="2880" w:type="dxa"/>
            <w:tcBorders>
              <w:bottom w:val="single" w:sz="8" w:space="0" w:color="9B9B9B"/>
            </w:tcBorders>
            <w:shd w:val="clear" w:color="auto" w:fill="CFCFCF"/>
            <w:vAlign w:val="center"/>
          </w:tcPr>
          <w:p w14:paraId="0DB490AA" w14:textId="77777777" w:rsidR="00A806B2" w:rsidRPr="00A864B8" w:rsidRDefault="00000000">
            <w:pPr>
              <w:spacing w:before="20" w:after="10" w:line="240" w:lineRule="auto"/>
              <w:jc w:val="center"/>
            </w:pPr>
            <w:r w:rsidRPr="00A864B8">
              <w:rPr>
                <w:sz w:val="20"/>
              </w:rPr>
              <w:t>112 - Nicht durchgängig städtische Prägung</w:t>
            </w:r>
          </w:p>
        </w:tc>
        <w:tc>
          <w:tcPr>
            <w:tcW w:w="2880" w:type="dxa"/>
            <w:tcBorders>
              <w:bottom w:val="single" w:sz="8" w:space="0" w:color="9B9B9B"/>
            </w:tcBorders>
            <w:shd w:val="clear" w:color="auto" w:fill="CFCFCF"/>
            <w:vAlign w:val="center"/>
          </w:tcPr>
          <w:p w14:paraId="631E8E2A" w14:textId="77777777" w:rsidR="00A806B2" w:rsidRPr="00A864B8" w:rsidRDefault="00000000">
            <w:pPr>
              <w:spacing w:before="20" w:after="10" w:line="240" w:lineRule="auto"/>
              <w:jc w:val="center"/>
            </w:pPr>
            <w:r w:rsidRPr="00A864B8">
              <w:rPr>
                <w:sz w:val="20"/>
              </w:rPr>
              <w:t>2.375 ha</w:t>
            </w:r>
          </w:p>
        </w:tc>
        <w:tc>
          <w:tcPr>
            <w:tcW w:w="2880" w:type="dxa"/>
            <w:tcBorders>
              <w:bottom w:val="single" w:sz="8" w:space="0" w:color="9B9B9B"/>
            </w:tcBorders>
            <w:shd w:val="clear" w:color="auto" w:fill="CFCFCF"/>
            <w:vAlign w:val="center"/>
          </w:tcPr>
          <w:p w14:paraId="2640DB3E" w14:textId="77777777" w:rsidR="00A806B2" w:rsidRPr="00A864B8" w:rsidRDefault="00000000">
            <w:pPr>
              <w:spacing w:before="20" w:after="10" w:line="240" w:lineRule="auto"/>
              <w:jc w:val="center"/>
            </w:pPr>
            <w:r w:rsidRPr="00A864B8">
              <w:rPr>
                <w:sz w:val="20"/>
              </w:rPr>
              <w:t>30,3 %</w:t>
            </w:r>
          </w:p>
        </w:tc>
      </w:tr>
      <w:tr w:rsidR="00A806B2" w:rsidRPr="00A864B8" w14:paraId="280BA604" w14:textId="77777777">
        <w:trPr>
          <w:jc w:val="center"/>
        </w:trPr>
        <w:tc>
          <w:tcPr>
            <w:tcW w:w="2880" w:type="dxa"/>
            <w:tcBorders>
              <w:bottom w:val="single" w:sz="8" w:space="0" w:color="9B9B9B"/>
            </w:tcBorders>
            <w:shd w:val="clear" w:color="auto" w:fill="F0F0F0"/>
            <w:vAlign w:val="center"/>
          </w:tcPr>
          <w:p w14:paraId="096F5B9A" w14:textId="77777777" w:rsidR="00A806B2" w:rsidRPr="00A864B8" w:rsidRDefault="00000000">
            <w:pPr>
              <w:spacing w:before="20" w:after="10" w:line="240" w:lineRule="auto"/>
              <w:jc w:val="center"/>
            </w:pPr>
            <w:r w:rsidRPr="00A864B8">
              <w:rPr>
                <w:sz w:val="20"/>
              </w:rPr>
              <w:t>121 - Industrie- und Gewerbeflächen</w:t>
            </w:r>
          </w:p>
        </w:tc>
        <w:tc>
          <w:tcPr>
            <w:tcW w:w="2880" w:type="dxa"/>
            <w:tcBorders>
              <w:bottom w:val="single" w:sz="8" w:space="0" w:color="9B9B9B"/>
            </w:tcBorders>
            <w:shd w:val="clear" w:color="auto" w:fill="F0F0F0"/>
            <w:vAlign w:val="center"/>
          </w:tcPr>
          <w:p w14:paraId="1019D214" w14:textId="77777777" w:rsidR="00A806B2" w:rsidRPr="00A864B8" w:rsidRDefault="00000000">
            <w:pPr>
              <w:spacing w:before="20" w:after="10" w:line="240" w:lineRule="auto"/>
              <w:jc w:val="center"/>
            </w:pPr>
            <w:r w:rsidRPr="00A864B8">
              <w:rPr>
                <w:sz w:val="20"/>
              </w:rPr>
              <w:t>1.175 ha</w:t>
            </w:r>
          </w:p>
        </w:tc>
        <w:tc>
          <w:tcPr>
            <w:tcW w:w="2880" w:type="dxa"/>
            <w:tcBorders>
              <w:bottom w:val="single" w:sz="8" w:space="0" w:color="9B9B9B"/>
            </w:tcBorders>
            <w:shd w:val="clear" w:color="auto" w:fill="F0F0F0"/>
            <w:vAlign w:val="center"/>
          </w:tcPr>
          <w:p w14:paraId="499D0668" w14:textId="77777777" w:rsidR="00A806B2" w:rsidRPr="00A864B8" w:rsidRDefault="00000000">
            <w:pPr>
              <w:spacing w:before="20" w:after="10" w:line="240" w:lineRule="auto"/>
              <w:jc w:val="center"/>
            </w:pPr>
            <w:r w:rsidRPr="00A864B8">
              <w:rPr>
                <w:sz w:val="20"/>
              </w:rPr>
              <w:t>15,0 %</w:t>
            </w:r>
          </w:p>
        </w:tc>
      </w:tr>
      <w:tr w:rsidR="00A806B2" w:rsidRPr="00A864B8" w14:paraId="4FF92FD5" w14:textId="77777777">
        <w:trPr>
          <w:jc w:val="center"/>
        </w:trPr>
        <w:tc>
          <w:tcPr>
            <w:tcW w:w="2880" w:type="dxa"/>
            <w:tcBorders>
              <w:bottom w:val="single" w:sz="8" w:space="0" w:color="9B9B9B"/>
            </w:tcBorders>
            <w:shd w:val="clear" w:color="auto" w:fill="CFCFCF"/>
            <w:vAlign w:val="center"/>
          </w:tcPr>
          <w:p w14:paraId="61EC9FF3" w14:textId="77777777" w:rsidR="00A806B2" w:rsidRPr="00A864B8" w:rsidRDefault="00000000">
            <w:pPr>
              <w:spacing w:before="20" w:after="10" w:line="240" w:lineRule="auto"/>
              <w:jc w:val="center"/>
            </w:pPr>
            <w:r w:rsidRPr="00A864B8">
              <w:rPr>
                <w:sz w:val="20"/>
              </w:rPr>
              <w:t>311 - Laubwälder</w:t>
            </w:r>
          </w:p>
        </w:tc>
        <w:tc>
          <w:tcPr>
            <w:tcW w:w="2880" w:type="dxa"/>
            <w:tcBorders>
              <w:bottom w:val="single" w:sz="8" w:space="0" w:color="9B9B9B"/>
            </w:tcBorders>
            <w:shd w:val="clear" w:color="auto" w:fill="CFCFCF"/>
            <w:vAlign w:val="center"/>
          </w:tcPr>
          <w:p w14:paraId="4DC10578" w14:textId="77777777" w:rsidR="00A806B2" w:rsidRPr="00A864B8" w:rsidRDefault="00000000">
            <w:pPr>
              <w:spacing w:before="20" w:after="10" w:line="240" w:lineRule="auto"/>
              <w:jc w:val="center"/>
            </w:pPr>
            <w:r w:rsidRPr="00A864B8">
              <w:rPr>
                <w:sz w:val="20"/>
              </w:rPr>
              <w:t>411 ha</w:t>
            </w:r>
          </w:p>
        </w:tc>
        <w:tc>
          <w:tcPr>
            <w:tcW w:w="2880" w:type="dxa"/>
            <w:tcBorders>
              <w:bottom w:val="single" w:sz="8" w:space="0" w:color="9B9B9B"/>
            </w:tcBorders>
            <w:shd w:val="clear" w:color="auto" w:fill="CFCFCF"/>
            <w:vAlign w:val="center"/>
          </w:tcPr>
          <w:p w14:paraId="00FB9E6B" w14:textId="77777777" w:rsidR="00A806B2" w:rsidRPr="00A864B8" w:rsidRDefault="00000000">
            <w:pPr>
              <w:spacing w:before="20" w:after="10" w:line="240" w:lineRule="auto"/>
              <w:jc w:val="center"/>
            </w:pPr>
            <w:r w:rsidRPr="00A864B8">
              <w:rPr>
                <w:sz w:val="20"/>
              </w:rPr>
              <w:t>5,2 %</w:t>
            </w:r>
          </w:p>
        </w:tc>
      </w:tr>
      <w:tr w:rsidR="00A806B2" w:rsidRPr="00A864B8" w14:paraId="0857E021" w14:textId="77777777">
        <w:trPr>
          <w:jc w:val="center"/>
        </w:trPr>
        <w:tc>
          <w:tcPr>
            <w:tcW w:w="2880" w:type="dxa"/>
            <w:tcBorders>
              <w:bottom w:val="single" w:sz="8" w:space="0" w:color="9B9B9B"/>
            </w:tcBorders>
            <w:shd w:val="clear" w:color="auto" w:fill="F0F0F0"/>
            <w:vAlign w:val="center"/>
          </w:tcPr>
          <w:p w14:paraId="25ACEABA" w14:textId="77777777" w:rsidR="00A806B2" w:rsidRPr="00A864B8" w:rsidRDefault="00000000">
            <w:pPr>
              <w:spacing w:before="20" w:after="10" w:line="240" w:lineRule="auto"/>
              <w:jc w:val="center"/>
            </w:pPr>
            <w:r w:rsidRPr="00A864B8">
              <w:rPr>
                <w:sz w:val="20"/>
              </w:rPr>
              <w:t>142 - Sport- und Freizeitanlagen</w:t>
            </w:r>
          </w:p>
        </w:tc>
        <w:tc>
          <w:tcPr>
            <w:tcW w:w="2880" w:type="dxa"/>
            <w:tcBorders>
              <w:bottom w:val="single" w:sz="8" w:space="0" w:color="9B9B9B"/>
            </w:tcBorders>
            <w:shd w:val="clear" w:color="auto" w:fill="F0F0F0"/>
            <w:vAlign w:val="center"/>
          </w:tcPr>
          <w:p w14:paraId="75B5B988" w14:textId="77777777" w:rsidR="00A806B2" w:rsidRPr="00A864B8" w:rsidRDefault="00000000">
            <w:pPr>
              <w:spacing w:before="20" w:after="10" w:line="240" w:lineRule="auto"/>
              <w:jc w:val="center"/>
            </w:pPr>
            <w:r w:rsidRPr="00A864B8">
              <w:rPr>
                <w:sz w:val="20"/>
              </w:rPr>
              <w:t>369 ha</w:t>
            </w:r>
          </w:p>
        </w:tc>
        <w:tc>
          <w:tcPr>
            <w:tcW w:w="2880" w:type="dxa"/>
            <w:tcBorders>
              <w:bottom w:val="single" w:sz="8" w:space="0" w:color="9B9B9B"/>
            </w:tcBorders>
            <w:shd w:val="clear" w:color="auto" w:fill="F0F0F0"/>
            <w:vAlign w:val="center"/>
          </w:tcPr>
          <w:p w14:paraId="579BA00C" w14:textId="77777777" w:rsidR="00A806B2" w:rsidRPr="00A864B8" w:rsidRDefault="00000000">
            <w:pPr>
              <w:spacing w:before="20" w:after="10" w:line="240" w:lineRule="auto"/>
              <w:jc w:val="center"/>
            </w:pPr>
            <w:r w:rsidRPr="00A864B8">
              <w:rPr>
                <w:sz w:val="20"/>
              </w:rPr>
              <w:t>4,7 %</w:t>
            </w:r>
          </w:p>
        </w:tc>
      </w:tr>
      <w:tr w:rsidR="00A806B2" w:rsidRPr="00A864B8" w14:paraId="5DFEB901" w14:textId="77777777">
        <w:trPr>
          <w:jc w:val="center"/>
        </w:trPr>
        <w:tc>
          <w:tcPr>
            <w:tcW w:w="2880" w:type="dxa"/>
            <w:tcBorders>
              <w:bottom w:val="single" w:sz="8" w:space="0" w:color="9B9B9B"/>
            </w:tcBorders>
            <w:shd w:val="clear" w:color="auto" w:fill="CFCFCF"/>
            <w:vAlign w:val="center"/>
          </w:tcPr>
          <w:p w14:paraId="2E3DF774" w14:textId="77777777" w:rsidR="00A806B2" w:rsidRPr="00A864B8" w:rsidRDefault="00000000">
            <w:pPr>
              <w:spacing w:before="20" w:after="10" w:line="240" w:lineRule="auto"/>
              <w:jc w:val="center"/>
            </w:pPr>
            <w:r w:rsidRPr="00A864B8">
              <w:rPr>
                <w:sz w:val="20"/>
              </w:rPr>
              <w:t>141 - Städtische Grünflächen</w:t>
            </w:r>
          </w:p>
        </w:tc>
        <w:tc>
          <w:tcPr>
            <w:tcW w:w="2880" w:type="dxa"/>
            <w:tcBorders>
              <w:bottom w:val="single" w:sz="8" w:space="0" w:color="9B9B9B"/>
            </w:tcBorders>
            <w:shd w:val="clear" w:color="auto" w:fill="CFCFCF"/>
            <w:vAlign w:val="center"/>
          </w:tcPr>
          <w:p w14:paraId="1A4AF017" w14:textId="77777777" w:rsidR="00A806B2" w:rsidRPr="00A864B8" w:rsidRDefault="00000000">
            <w:pPr>
              <w:spacing w:before="20" w:after="10" w:line="240" w:lineRule="auto"/>
              <w:jc w:val="center"/>
            </w:pPr>
            <w:r w:rsidRPr="00A864B8">
              <w:rPr>
                <w:sz w:val="20"/>
              </w:rPr>
              <w:t>238 ha</w:t>
            </w:r>
          </w:p>
        </w:tc>
        <w:tc>
          <w:tcPr>
            <w:tcW w:w="2880" w:type="dxa"/>
            <w:tcBorders>
              <w:bottom w:val="single" w:sz="8" w:space="0" w:color="9B9B9B"/>
            </w:tcBorders>
            <w:shd w:val="clear" w:color="auto" w:fill="CFCFCF"/>
            <w:vAlign w:val="center"/>
          </w:tcPr>
          <w:p w14:paraId="47E958C1" w14:textId="77777777" w:rsidR="00A806B2" w:rsidRPr="00A864B8" w:rsidRDefault="00000000">
            <w:pPr>
              <w:spacing w:before="20" w:after="10" w:line="240" w:lineRule="auto"/>
              <w:jc w:val="center"/>
            </w:pPr>
            <w:r w:rsidRPr="00A864B8">
              <w:rPr>
                <w:sz w:val="20"/>
              </w:rPr>
              <w:t>3,0 %</w:t>
            </w:r>
          </w:p>
        </w:tc>
      </w:tr>
      <w:tr w:rsidR="00A806B2" w:rsidRPr="00A864B8" w14:paraId="3EC3088C" w14:textId="77777777">
        <w:trPr>
          <w:jc w:val="center"/>
        </w:trPr>
        <w:tc>
          <w:tcPr>
            <w:tcW w:w="2880" w:type="dxa"/>
            <w:tcBorders>
              <w:bottom w:val="single" w:sz="8" w:space="0" w:color="9B9B9B"/>
            </w:tcBorders>
            <w:shd w:val="clear" w:color="auto" w:fill="F0F0F0"/>
            <w:vAlign w:val="center"/>
          </w:tcPr>
          <w:p w14:paraId="100C53DA" w14:textId="77777777" w:rsidR="00A806B2" w:rsidRPr="00A864B8" w:rsidRDefault="00000000">
            <w:pPr>
              <w:spacing w:before="20" w:after="10" w:line="240" w:lineRule="auto"/>
              <w:jc w:val="center"/>
            </w:pPr>
            <w:r w:rsidRPr="00A864B8">
              <w:rPr>
                <w:sz w:val="20"/>
              </w:rPr>
              <w:t>231 - Wiesen und Weiden</w:t>
            </w:r>
          </w:p>
        </w:tc>
        <w:tc>
          <w:tcPr>
            <w:tcW w:w="2880" w:type="dxa"/>
            <w:tcBorders>
              <w:bottom w:val="single" w:sz="8" w:space="0" w:color="9B9B9B"/>
            </w:tcBorders>
            <w:shd w:val="clear" w:color="auto" w:fill="F0F0F0"/>
            <w:vAlign w:val="center"/>
          </w:tcPr>
          <w:p w14:paraId="43F988AB" w14:textId="77777777" w:rsidR="00A806B2" w:rsidRPr="00A864B8" w:rsidRDefault="00000000">
            <w:pPr>
              <w:spacing w:before="20" w:after="10" w:line="240" w:lineRule="auto"/>
              <w:jc w:val="center"/>
            </w:pPr>
            <w:r w:rsidRPr="00A864B8">
              <w:rPr>
                <w:sz w:val="20"/>
              </w:rPr>
              <w:t>157 ha</w:t>
            </w:r>
          </w:p>
        </w:tc>
        <w:tc>
          <w:tcPr>
            <w:tcW w:w="2880" w:type="dxa"/>
            <w:tcBorders>
              <w:bottom w:val="single" w:sz="8" w:space="0" w:color="9B9B9B"/>
            </w:tcBorders>
            <w:shd w:val="clear" w:color="auto" w:fill="F0F0F0"/>
            <w:vAlign w:val="center"/>
          </w:tcPr>
          <w:p w14:paraId="56FCE3FB" w14:textId="77777777" w:rsidR="00A806B2" w:rsidRPr="00A864B8" w:rsidRDefault="00000000">
            <w:pPr>
              <w:spacing w:before="20" w:after="10" w:line="240" w:lineRule="auto"/>
              <w:jc w:val="center"/>
            </w:pPr>
            <w:r w:rsidRPr="00A864B8">
              <w:rPr>
                <w:sz w:val="20"/>
              </w:rPr>
              <w:t>2,0 %</w:t>
            </w:r>
          </w:p>
        </w:tc>
      </w:tr>
      <w:tr w:rsidR="00A806B2" w:rsidRPr="00A864B8" w14:paraId="4966DC38" w14:textId="77777777">
        <w:trPr>
          <w:jc w:val="center"/>
        </w:trPr>
        <w:tc>
          <w:tcPr>
            <w:tcW w:w="2880" w:type="dxa"/>
            <w:tcBorders>
              <w:bottom w:val="single" w:sz="8" w:space="0" w:color="9B9B9B"/>
            </w:tcBorders>
            <w:shd w:val="clear" w:color="auto" w:fill="CFCFCF"/>
            <w:vAlign w:val="center"/>
          </w:tcPr>
          <w:p w14:paraId="5B2BC012" w14:textId="77777777" w:rsidR="00A806B2" w:rsidRPr="00A864B8" w:rsidRDefault="00000000">
            <w:pPr>
              <w:spacing w:before="20" w:after="10" w:line="240" w:lineRule="auto"/>
              <w:jc w:val="center"/>
            </w:pPr>
            <w:r w:rsidRPr="00A864B8">
              <w:rPr>
                <w:sz w:val="20"/>
              </w:rPr>
              <w:t>512 - Wasserflächen</w:t>
            </w:r>
          </w:p>
        </w:tc>
        <w:tc>
          <w:tcPr>
            <w:tcW w:w="2880" w:type="dxa"/>
            <w:tcBorders>
              <w:bottom w:val="single" w:sz="8" w:space="0" w:color="9B9B9B"/>
            </w:tcBorders>
            <w:shd w:val="clear" w:color="auto" w:fill="CFCFCF"/>
            <w:vAlign w:val="center"/>
          </w:tcPr>
          <w:p w14:paraId="38744AE1" w14:textId="77777777" w:rsidR="00A806B2" w:rsidRPr="00A864B8" w:rsidRDefault="00000000">
            <w:pPr>
              <w:spacing w:before="20" w:after="10" w:line="240" w:lineRule="auto"/>
              <w:jc w:val="center"/>
            </w:pPr>
            <w:r w:rsidRPr="00A864B8">
              <w:rPr>
                <w:sz w:val="20"/>
              </w:rPr>
              <w:t>80 ha</w:t>
            </w:r>
          </w:p>
        </w:tc>
        <w:tc>
          <w:tcPr>
            <w:tcW w:w="2880" w:type="dxa"/>
            <w:tcBorders>
              <w:bottom w:val="single" w:sz="8" w:space="0" w:color="9B9B9B"/>
            </w:tcBorders>
            <w:shd w:val="clear" w:color="auto" w:fill="CFCFCF"/>
            <w:vAlign w:val="center"/>
          </w:tcPr>
          <w:p w14:paraId="6069797F" w14:textId="77777777" w:rsidR="00A806B2" w:rsidRPr="00A864B8" w:rsidRDefault="00000000">
            <w:pPr>
              <w:spacing w:before="20" w:after="10" w:line="240" w:lineRule="auto"/>
              <w:jc w:val="center"/>
            </w:pPr>
            <w:r w:rsidRPr="00A864B8">
              <w:rPr>
                <w:sz w:val="20"/>
              </w:rPr>
              <w:t>1,0 %</w:t>
            </w:r>
          </w:p>
        </w:tc>
      </w:tr>
      <w:tr w:rsidR="00A806B2" w:rsidRPr="00A864B8" w14:paraId="0A034AA2" w14:textId="77777777">
        <w:trPr>
          <w:jc w:val="center"/>
        </w:trPr>
        <w:tc>
          <w:tcPr>
            <w:tcW w:w="2880" w:type="dxa"/>
            <w:tcBorders>
              <w:bottom w:val="single" w:sz="8" w:space="0" w:color="9B9B9B"/>
            </w:tcBorders>
            <w:shd w:val="clear" w:color="auto" w:fill="F0F0F0"/>
            <w:vAlign w:val="center"/>
          </w:tcPr>
          <w:p w14:paraId="0A1B3D71" w14:textId="77777777" w:rsidR="00A806B2" w:rsidRPr="00A864B8" w:rsidRDefault="00000000">
            <w:pPr>
              <w:spacing w:before="20" w:after="10" w:line="240" w:lineRule="auto"/>
              <w:jc w:val="center"/>
            </w:pPr>
            <w:r w:rsidRPr="00A864B8">
              <w:rPr>
                <w:sz w:val="20"/>
              </w:rPr>
              <w:t>111 - Durchgängig städtische Prägung</w:t>
            </w:r>
          </w:p>
        </w:tc>
        <w:tc>
          <w:tcPr>
            <w:tcW w:w="2880" w:type="dxa"/>
            <w:tcBorders>
              <w:bottom w:val="single" w:sz="8" w:space="0" w:color="9B9B9B"/>
            </w:tcBorders>
            <w:shd w:val="clear" w:color="auto" w:fill="F0F0F0"/>
            <w:vAlign w:val="center"/>
          </w:tcPr>
          <w:p w14:paraId="5210DD82" w14:textId="77777777" w:rsidR="00A806B2" w:rsidRPr="00A864B8" w:rsidRDefault="00000000">
            <w:pPr>
              <w:spacing w:before="20" w:after="10" w:line="240" w:lineRule="auto"/>
              <w:jc w:val="center"/>
            </w:pPr>
            <w:r w:rsidRPr="00A864B8">
              <w:rPr>
                <w:sz w:val="20"/>
              </w:rPr>
              <w:t>80 ha</w:t>
            </w:r>
          </w:p>
        </w:tc>
        <w:tc>
          <w:tcPr>
            <w:tcW w:w="2880" w:type="dxa"/>
            <w:tcBorders>
              <w:bottom w:val="single" w:sz="8" w:space="0" w:color="9B9B9B"/>
            </w:tcBorders>
            <w:shd w:val="clear" w:color="auto" w:fill="F0F0F0"/>
            <w:vAlign w:val="center"/>
          </w:tcPr>
          <w:p w14:paraId="6C0EACAD" w14:textId="77777777" w:rsidR="00A806B2" w:rsidRPr="00A864B8" w:rsidRDefault="00000000">
            <w:pPr>
              <w:spacing w:before="20" w:after="10" w:line="240" w:lineRule="auto"/>
              <w:jc w:val="center"/>
            </w:pPr>
            <w:r w:rsidRPr="00A864B8">
              <w:rPr>
                <w:sz w:val="20"/>
              </w:rPr>
              <w:t>1,0 %</w:t>
            </w:r>
          </w:p>
        </w:tc>
      </w:tr>
      <w:tr w:rsidR="00A806B2" w:rsidRPr="00A864B8" w14:paraId="0CB80DC8" w14:textId="77777777">
        <w:trPr>
          <w:jc w:val="center"/>
        </w:trPr>
        <w:tc>
          <w:tcPr>
            <w:tcW w:w="2880" w:type="dxa"/>
            <w:tcBorders>
              <w:bottom w:val="single" w:sz="8" w:space="0" w:color="9B9B9B"/>
            </w:tcBorders>
            <w:shd w:val="clear" w:color="auto" w:fill="CFCFCF"/>
            <w:vAlign w:val="center"/>
          </w:tcPr>
          <w:p w14:paraId="3B52DDFA" w14:textId="77777777" w:rsidR="00A806B2" w:rsidRPr="00A864B8" w:rsidRDefault="00000000">
            <w:pPr>
              <w:spacing w:before="20" w:after="10" w:line="240" w:lineRule="auto"/>
              <w:jc w:val="center"/>
            </w:pPr>
            <w:r w:rsidRPr="00A864B8">
              <w:rPr>
                <w:sz w:val="20"/>
              </w:rPr>
              <w:t>131 - Abbauflächen</w:t>
            </w:r>
          </w:p>
        </w:tc>
        <w:tc>
          <w:tcPr>
            <w:tcW w:w="2880" w:type="dxa"/>
            <w:tcBorders>
              <w:bottom w:val="single" w:sz="8" w:space="0" w:color="9B9B9B"/>
            </w:tcBorders>
            <w:shd w:val="clear" w:color="auto" w:fill="CFCFCF"/>
            <w:vAlign w:val="center"/>
          </w:tcPr>
          <w:p w14:paraId="751A9157" w14:textId="77777777" w:rsidR="00A806B2" w:rsidRPr="00A864B8" w:rsidRDefault="00000000">
            <w:pPr>
              <w:spacing w:before="20" w:after="10" w:line="240" w:lineRule="auto"/>
              <w:jc w:val="center"/>
            </w:pPr>
            <w:r w:rsidRPr="00A864B8">
              <w:rPr>
                <w:sz w:val="20"/>
              </w:rPr>
              <w:t>68 ha</w:t>
            </w:r>
          </w:p>
        </w:tc>
        <w:tc>
          <w:tcPr>
            <w:tcW w:w="2880" w:type="dxa"/>
            <w:tcBorders>
              <w:bottom w:val="single" w:sz="8" w:space="0" w:color="9B9B9B"/>
            </w:tcBorders>
            <w:shd w:val="clear" w:color="auto" w:fill="CFCFCF"/>
            <w:vAlign w:val="center"/>
          </w:tcPr>
          <w:p w14:paraId="1746A86D" w14:textId="77777777" w:rsidR="00A806B2" w:rsidRPr="00A864B8" w:rsidRDefault="00000000">
            <w:pPr>
              <w:spacing w:before="20" w:after="10" w:line="240" w:lineRule="auto"/>
              <w:jc w:val="center"/>
            </w:pPr>
            <w:r w:rsidRPr="00A864B8">
              <w:rPr>
                <w:sz w:val="20"/>
              </w:rPr>
              <w:t>0,9 %</w:t>
            </w:r>
          </w:p>
        </w:tc>
      </w:tr>
      <w:tr w:rsidR="00A806B2" w:rsidRPr="00A864B8" w14:paraId="61B3DFF9" w14:textId="77777777">
        <w:trPr>
          <w:jc w:val="center"/>
        </w:trPr>
        <w:tc>
          <w:tcPr>
            <w:tcW w:w="2880" w:type="dxa"/>
            <w:tcBorders>
              <w:bottom w:val="single" w:sz="8" w:space="0" w:color="9B9B9B"/>
            </w:tcBorders>
            <w:shd w:val="clear" w:color="auto" w:fill="F0F0F0"/>
            <w:vAlign w:val="center"/>
          </w:tcPr>
          <w:p w14:paraId="0BF55D45" w14:textId="77777777" w:rsidR="00A806B2" w:rsidRPr="00A864B8" w:rsidRDefault="00000000">
            <w:pPr>
              <w:spacing w:before="20" w:after="10" w:line="240" w:lineRule="auto"/>
              <w:jc w:val="center"/>
            </w:pPr>
            <w:r w:rsidRPr="00A864B8">
              <w:rPr>
                <w:sz w:val="20"/>
              </w:rPr>
              <w:t>Sonstige Klassen (2)</w:t>
            </w:r>
          </w:p>
        </w:tc>
        <w:tc>
          <w:tcPr>
            <w:tcW w:w="2880" w:type="dxa"/>
            <w:tcBorders>
              <w:bottom w:val="single" w:sz="8" w:space="0" w:color="9B9B9B"/>
            </w:tcBorders>
            <w:shd w:val="clear" w:color="auto" w:fill="F0F0F0"/>
            <w:vAlign w:val="center"/>
          </w:tcPr>
          <w:p w14:paraId="5F07C89A" w14:textId="77777777" w:rsidR="00A806B2" w:rsidRPr="00A864B8" w:rsidRDefault="00000000">
            <w:pPr>
              <w:spacing w:before="20" w:after="10" w:line="240" w:lineRule="auto"/>
              <w:jc w:val="center"/>
            </w:pPr>
            <w:r w:rsidRPr="00A864B8">
              <w:rPr>
                <w:sz w:val="20"/>
              </w:rPr>
              <w:t>72 ha</w:t>
            </w:r>
          </w:p>
        </w:tc>
        <w:tc>
          <w:tcPr>
            <w:tcW w:w="2880" w:type="dxa"/>
            <w:tcBorders>
              <w:bottom w:val="single" w:sz="8" w:space="0" w:color="9B9B9B"/>
            </w:tcBorders>
            <w:shd w:val="clear" w:color="auto" w:fill="F0F0F0"/>
            <w:vAlign w:val="center"/>
          </w:tcPr>
          <w:p w14:paraId="48A7A00D" w14:textId="77777777" w:rsidR="00A806B2" w:rsidRPr="00A864B8" w:rsidRDefault="00000000">
            <w:pPr>
              <w:spacing w:before="20" w:after="10" w:line="240" w:lineRule="auto"/>
              <w:jc w:val="center"/>
            </w:pPr>
            <w:r w:rsidRPr="00A864B8">
              <w:rPr>
                <w:sz w:val="20"/>
              </w:rPr>
              <w:t>0,9 %</w:t>
            </w:r>
          </w:p>
        </w:tc>
      </w:tr>
    </w:tbl>
    <w:p w14:paraId="4CA437B6" w14:textId="77777777" w:rsidR="00A806B2" w:rsidRPr="00A864B8" w:rsidRDefault="00A806B2"/>
    <w:p w14:paraId="52FA1C4E" w14:textId="77777777" w:rsidR="00A806B2" w:rsidRPr="00A864B8" w:rsidRDefault="00000000">
      <w:pPr>
        <w:pStyle w:val="berschrift2"/>
      </w:pPr>
      <w:bookmarkStart w:id="30" w:name="h_potential_analysis_natural_sources_num"/>
      <w:bookmarkStart w:id="31" w:name="_Toc240363485"/>
      <w:r w:rsidRPr="00A864B8">
        <w:rPr>
          <w:color w:val="000000"/>
          <w:sz w:val="36"/>
        </w:rPr>
        <w:t xml:space="preserve">3.2 </w:t>
      </w:r>
      <w:bookmarkEnd w:id="30"/>
      <w:r w:rsidRPr="00A864B8">
        <w:rPr>
          <w:color w:val="000000"/>
          <w:sz w:val="36"/>
        </w:rPr>
        <w:t>Natürliche Wärmequellen</w:t>
      </w:r>
      <w:bookmarkEnd w:id="31"/>
    </w:p>
    <w:p w14:paraId="601CB859" w14:textId="77777777" w:rsidR="00A806B2" w:rsidRPr="00A864B8" w:rsidRDefault="00000000">
      <w:pPr>
        <w:pStyle w:val="berschrift3"/>
      </w:pPr>
      <w:bookmarkStart w:id="32" w:name="h_potential_analysis_surface_water_num"/>
      <w:bookmarkStart w:id="33" w:name="_Toc240363486"/>
      <w:r w:rsidRPr="00A864B8">
        <w:rPr>
          <w:color w:val="000000"/>
          <w:sz w:val="32"/>
        </w:rPr>
        <w:t xml:space="preserve">3.2.1 </w:t>
      </w:r>
      <w:bookmarkEnd w:id="32"/>
      <w:r w:rsidRPr="00A864B8">
        <w:rPr>
          <w:color w:val="000000"/>
          <w:sz w:val="32"/>
        </w:rPr>
        <w:t>Oberflächengewässer</w:t>
      </w:r>
      <w:bookmarkEnd w:id="33"/>
    </w:p>
    <w:p w14:paraId="48D90A45" w14:textId="77777777" w:rsidR="00A806B2" w:rsidRPr="00A864B8" w:rsidRDefault="00000000">
      <w:pPr>
        <w:jc w:val="both"/>
      </w:pPr>
      <w:r w:rsidRPr="00A864B8">
        <w:t>Oberflächengewässer können als Wärmequelle für Großwärmepumpen oder zur direkten Kühlung genutzt werden. Gegenüber der Umgebungsluft bieten sie eine höhere Wärmekapazität und ein stabileres Temperaturniveau, was die Jahresarbeitszahl erhöht und die Spitzenlast reduziert. Quartiersnahe Flüsse und Seen sind daher von besonderem Interesse für die thermische Nutzung. Maßgebliche Randbedingungen sind die wasserrechtliche Genehmigung, die zulässige Temperaturdifferenz des Rückflusses sowie die ökologischen Anforderungen des jeweiligen Gewässers.</w:t>
      </w:r>
    </w:p>
    <w:p w14:paraId="496BCE09" w14:textId="77777777" w:rsidR="00A806B2" w:rsidRPr="00A864B8" w:rsidRDefault="00000000">
      <w:pPr>
        <w:jc w:val="both"/>
      </w:pPr>
      <w:r w:rsidRPr="00A864B8">
        <w:t>Im Untersuchungsradius von 2.000 m um das Quartier wurden 20 Oberflächengewässer mit einer Gesamtfläche von 37.838 m² ermittelt. Das dem Quartier am nächsten gelegene Gewässer liegt in einer Entfernung von 166 m. 17 der Gewässer liegen innerhalb von Wasserschutzgebieten. Die ermittelten Potenziale sind in der nachfolgenden Tabelle aufgeführt.</w:t>
      </w:r>
    </w:p>
    <w:p w14:paraId="47CC085C" w14:textId="41DFD263" w:rsidR="00A806B2" w:rsidRPr="00A864B8" w:rsidRDefault="00000000">
      <w:pPr>
        <w:pStyle w:val="CaptionStyle"/>
        <w:spacing w:before="40" w:after="0"/>
        <w:jc w:val="center"/>
        <w:rPr>
          <w:lang w:val="de-DE"/>
        </w:rPr>
      </w:pPr>
      <w:bookmarkStart w:id="34" w:name="_Toc240363531"/>
      <w:r w:rsidRPr="00A864B8">
        <w:rPr>
          <w:lang w:val="de-DE"/>
        </w:rPr>
        <w:t xml:space="preserve">Tabelle </w:t>
      </w:r>
      <w:bookmarkStart w:id="35" w:name="potential_analysis_surface_water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w:t>
      </w:r>
      <w:r w:rsidRPr="00A864B8">
        <w:rPr>
          <w:lang w:val="de-DE"/>
        </w:rPr>
        <w:fldChar w:fldCharType="end"/>
      </w:r>
      <w:bookmarkStart w:id="36" w:name="potential_analysis_surface_water"/>
      <w:bookmarkEnd w:id="35"/>
      <w:bookmarkEnd w:id="36"/>
      <w:r w:rsidRPr="00A864B8">
        <w:rPr>
          <w:lang w:val="de-DE"/>
        </w:rPr>
        <w:t>: Potenzialanalyse: Oberflächengewässer</w:t>
      </w:r>
      <w:bookmarkEnd w:id="34"/>
    </w:p>
    <w:tbl>
      <w:tblPr>
        <w:tblW w:w="0" w:type="auto"/>
        <w:jc w:val="center"/>
        <w:tblLook w:val="04A0" w:firstRow="1" w:lastRow="0" w:firstColumn="1" w:lastColumn="0" w:noHBand="0" w:noVBand="1"/>
      </w:tblPr>
      <w:tblGrid>
        <w:gridCol w:w="2160"/>
        <w:gridCol w:w="2160"/>
        <w:gridCol w:w="2160"/>
        <w:gridCol w:w="2160"/>
      </w:tblGrid>
      <w:tr w:rsidR="00A806B2" w:rsidRPr="00A864B8" w14:paraId="1340C0C1" w14:textId="77777777">
        <w:trPr>
          <w:jc w:val="center"/>
        </w:trPr>
        <w:tc>
          <w:tcPr>
            <w:tcW w:w="2160" w:type="dxa"/>
            <w:tcBorders>
              <w:bottom w:val="single" w:sz="22" w:space="0" w:color="C00000"/>
            </w:tcBorders>
            <w:shd w:val="clear" w:color="auto" w:fill="343A40"/>
          </w:tcPr>
          <w:p w14:paraId="79698A22" w14:textId="77777777" w:rsidR="00A806B2" w:rsidRPr="00A864B8" w:rsidRDefault="00000000">
            <w:pPr>
              <w:spacing w:before="20" w:after="10" w:line="240" w:lineRule="auto"/>
              <w:jc w:val="center"/>
            </w:pPr>
            <w:r w:rsidRPr="00A864B8">
              <w:rPr>
                <w:color w:val="FFFFFF"/>
                <w:sz w:val="20"/>
              </w:rPr>
              <w:t>Gewässer(name)</w:t>
            </w:r>
          </w:p>
        </w:tc>
        <w:tc>
          <w:tcPr>
            <w:tcW w:w="2160" w:type="dxa"/>
            <w:tcBorders>
              <w:bottom w:val="single" w:sz="22" w:space="0" w:color="C00000"/>
            </w:tcBorders>
            <w:shd w:val="clear" w:color="auto" w:fill="343A40"/>
          </w:tcPr>
          <w:p w14:paraId="60E53CF3" w14:textId="77777777" w:rsidR="00A806B2" w:rsidRPr="00A864B8" w:rsidRDefault="00000000">
            <w:pPr>
              <w:spacing w:before="20" w:after="10" w:line="240" w:lineRule="auto"/>
              <w:jc w:val="center"/>
            </w:pPr>
            <w:r w:rsidRPr="00A864B8">
              <w:rPr>
                <w:color w:val="FFFFFF"/>
                <w:sz w:val="20"/>
              </w:rPr>
              <w:t>Fläche (ggf. Flussbreite)</w:t>
            </w:r>
          </w:p>
        </w:tc>
        <w:tc>
          <w:tcPr>
            <w:tcW w:w="2160" w:type="dxa"/>
            <w:tcBorders>
              <w:bottom w:val="single" w:sz="22" w:space="0" w:color="C00000"/>
            </w:tcBorders>
            <w:shd w:val="clear" w:color="auto" w:fill="343A40"/>
          </w:tcPr>
          <w:p w14:paraId="55602731" w14:textId="77777777" w:rsidR="00A806B2" w:rsidRPr="00A864B8" w:rsidRDefault="00000000">
            <w:pPr>
              <w:spacing w:before="20" w:after="10" w:line="240" w:lineRule="auto"/>
              <w:jc w:val="center"/>
            </w:pPr>
            <w:r w:rsidRPr="00A864B8">
              <w:rPr>
                <w:color w:val="FFFFFF"/>
                <w:sz w:val="20"/>
              </w:rPr>
              <w:t>Entfernung zum Quartier</w:t>
            </w:r>
          </w:p>
        </w:tc>
        <w:tc>
          <w:tcPr>
            <w:tcW w:w="2160" w:type="dxa"/>
            <w:tcBorders>
              <w:bottom w:val="single" w:sz="22" w:space="0" w:color="C00000"/>
            </w:tcBorders>
            <w:shd w:val="clear" w:color="auto" w:fill="343A40"/>
          </w:tcPr>
          <w:p w14:paraId="64CC78BC" w14:textId="77777777" w:rsidR="00A806B2" w:rsidRPr="00A864B8" w:rsidRDefault="00000000">
            <w:pPr>
              <w:spacing w:before="20" w:after="10" w:line="240" w:lineRule="auto"/>
              <w:jc w:val="center"/>
            </w:pPr>
            <w:r w:rsidRPr="00A864B8">
              <w:rPr>
                <w:color w:val="FFFFFF"/>
                <w:sz w:val="20"/>
              </w:rPr>
              <w:t>in Trinkwasser-schutzgebiet</w:t>
            </w:r>
          </w:p>
        </w:tc>
      </w:tr>
      <w:tr w:rsidR="00A806B2" w:rsidRPr="00A864B8" w14:paraId="2BA6CE2F" w14:textId="77777777">
        <w:trPr>
          <w:jc w:val="center"/>
        </w:trPr>
        <w:tc>
          <w:tcPr>
            <w:tcW w:w="2160" w:type="dxa"/>
            <w:tcBorders>
              <w:bottom w:val="single" w:sz="8" w:space="0" w:color="9B9B9B"/>
            </w:tcBorders>
            <w:shd w:val="clear" w:color="auto" w:fill="F0F0F0"/>
            <w:vAlign w:val="center"/>
          </w:tcPr>
          <w:p w14:paraId="362F7AA4"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5680A6D7" w14:textId="77777777" w:rsidR="00A806B2" w:rsidRPr="00A864B8" w:rsidRDefault="00000000">
            <w:pPr>
              <w:spacing w:before="20" w:after="10" w:line="240" w:lineRule="auto"/>
              <w:jc w:val="center"/>
            </w:pPr>
            <w:r w:rsidRPr="00A864B8">
              <w:rPr>
                <w:sz w:val="20"/>
              </w:rPr>
              <w:t>205 m²</w:t>
            </w:r>
          </w:p>
        </w:tc>
        <w:tc>
          <w:tcPr>
            <w:tcW w:w="2160" w:type="dxa"/>
            <w:tcBorders>
              <w:bottom w:val="single" w:sz="8" w:space="0" w:color="9B9B9B"/>
            </w:tcBorders>
            <w:shd w:val="clear" w:color="auto" w:fill="F0F0F0"/>
            <w:vAlign w:val="center"/>
          </w:tcPr>
          <w:p w14:paraId="208D67F7" w14:textId="77777777" w:rsidR="00A806B2" w:rsidRPr="00A864B8" w:rsidRDefault="00000000">
            <w:pPr>
              <w:spacing w:before="20" w:after="10" w:line="240" w:lineRule="auto"/>
              <w:jc w:val="center"/>
            </w:pPr>
            <w:r w:rsidRPr="00A864B8">
              <w:rPr>
                <w:sz w:val="20"/>
              </w:rPr>
              <w:t>166 m</w:t>
            </w:r>
          </w:p>
        </w:tc>
        <w:tc>
          <w:tcPr>
            <w:tcW w:w="2160" w:type="dxa"/>
            <w:tcBorders>
              <w:bottom w:val="single" w:sz="8" w:space="0" w:color="9B9B9B"/>
            </w:tcBorders>
            <w:shd w:val="clear" w:color="auto" w:fill="F0F0F0"/>
            <w:vAlign w:val="center"/>
          </w:tcPr>
          <w:p w14:paraId="6BDA2ABF"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40B21808" w14:textId="77777777">
        <w:trPr>
          <w:jc w:val="center"/>
        </w:trPr>
        <w:tc>
          <w:tcPr>
            <w:tcW w:w="2160" w:type="dxa"/>
            <w:tcBorders>
              <w:bottom w:val="single" w:sz="8" w:space="0" w:color="9B9B9B"/>
            </w:tcBorders>
            <w:shd w:val="clear" w:color="auto" w:fill="CFCFCF"/>
            <w:vAlign w:val="center"/>
          </w:tcPr>
          <w:p w14:paraId="3940B106"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CFCFCF"/>
            <w:vAlign w:val="center"/>
          </w:tcPr>
          <w:p w14:paraId="01D405C1" w14:textId="77777777" w:rsidR="00A806B2" w:rsidRPr="00A864B8" w:rsidRDefault="00000000">
            <w:pPr>
              <w:spacing w:before="20" w:after="10" w:line="240" w:lineRule="auto"/>
              <w:jc w:val="center"/>
            </w:pPr>
            <w:r w:rsidRPr="00A864B8">
              <w:rPr>
                <w:sz w:val="20"/>
              </w:rPr>
              <w:t>127 m²</w:t>
            </w:r>
          </w:p>
        </w:tc>
        <w:tc>
          <w:tcPr>
            <w:tcW w:w="2160" w:type="dxa"/>
            <w:tcBorders>
              <w:bottom w:val="single" w:sz="8" w:space="0" w:color="9B9B9B"/>
            </w:tcBorders>
            <w:shd w:val="clear" w:color="auto" w:fill="CFCFCF"/>
            <w:vAlign w:val="center"/>
          </w:tcPr>
          <w:p w14:paraId="3DED7709" w14:textId="77777777" w:rsidR="00A806B2" w:rsidRPr="00A864B8" w:rsidRDefault="00000000">
            <w:pPr>
              <w:spacing w:before="20" w:after="10" w:line="240" w:lineRule="auto"/>
              <w:jc w:val="center"/>
            </w:pPr>
            <w:r w:rsidRPr="00A864B8">
              <w:rPr>
                <w:sz w:val="20"/>
              </w:rPr>
              <w:t>812 m</w:t>
            </w:r>
          </w:p>
        </w:tc>
        <w:tc>
          <w:tcPr>
            <w:tcW w:w="2160" w:type="dxa"/>
            <w:tcBorders>
              <w:bottom w:val="single" w:sz="8" w:space="0" w:color="9B9B9B"/>
            </w:tcBorders>
            <w:shd w:val="clear" w:color="auto" w:fill="CFCFCF"/>
            <w:vAlign w:val="center"/>
          </w:tcPr>
          <w:p w14:paraId="59FC5768"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388F5675" w14:textId="77777777">
        <w:trPr>
          <w:jc w:val="center"/>
        </w:trPr>
        <w:tc>
          <w:tcPr>
            <w:tcW w:w="2160" w:type="dxa"/>
            <w:tcBorders>
              <w:bottom w:val="single" w:sz="8" w:space="0" w:color="9B9B9B"/>
            </w:tcBorders>
            <w:shd w:val="clear" w:color="auto" w:fill="F0F0F0"/>
            <w:vAlign w:val="center"/>
          </w:tcPr>
          <w:p w14:paraId="0B50D04A"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F0F0F0"/>
            <w:vAlign w:val="center"/>
          </w:tcPr>
          <w:p w14:paraId="36535125" w14:textId="77777777" w:rsidR="00A806B2" w:rsidRPr="00A864B8" w:rsidRDefault="00000000">
            <w:pPr>
              <w:spacing w:before="20" w:after="10" w:line="240" w:lineRule="auto"/>
              <w:jc w:val="center"/>
            </w:pPr>
            <w:r w:rsidRPr="00A864B8">
              <w:rPr>
                <w:sz w:val="20"/>
              </w:rPr>
              <w:t>91 m²</w:t>
            </w:r>
          </w:p>
        </w:tc>
        <w:tc>
          <w:tcPr>
            <w:tcW w:w="2160" w:type="dxa"/>
            <w:tcBorders>
              <w:bottom w:val="single" w:sz="8" w:space="0" w:color="9B9B9B"/>
            </w:tcBorders>
            <w:shd w:val="clear" w:color="auto" w:fill="F0F0F0"/>
            <w:vAlign w:val="center"/>
          </w:tcPr>
          <w:p w14:paraId="355CBD00" w14:textId="77777777" w:rsidR="00A806B2" w:rsidRPr="00A864B8" w:rsidRDefault="00000000">
            <w:pPr>
              <w:spacing w:before="20" w:after="10" w:line="240" w:lineRule="auto"/>
              <w:jc w:val="center"/>
            </w:pPr>
            <w:r w:rsidRPr="00A864B8">
              <w:rPr>
                <w:sz w:val="20"/>
              </w:rPr>
              <w:t>830 m</w:t>
            </w:r>
          </w:p>
        </w:tc>
        <w:tc>
          <w:tcPr>
            <w:tcW w:w="2160" w:type="dxa"/>
            <w:tcBorders>
              <w:bottom w:val="single" w:sz="8" w:space="0" w:color="9B9B9B"/>
            </w:tcBorders>
            <w:shd w:val="clear" w:color="auto" w:fill="F0F0F0"/>
            <w:vAlign w:val="center"/>
          </w:tcPr>
          <w:p w14:paraId="41CB8A8F"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3454390B" w14:textId="77777777">
        <w:trPr>
          <w:jc w:val="center"/>
        </w:trPr>
        <w:tc>
          <w:tcPr>
            <w:tcW w:w="2160" w:type="dxa"/>
            <w:tcBorders>
              <w:bottom w:val="single" w:sz="8" w:space="0" w:color="9B9B9B"/>
            </w:tcBorders>
            <w:shd w:val="clear" w:color="auto" w:fill="CFCFCF"/>
            <w:vAlign w:val="center"/>
          </w:tcPr>
          <w:p w14:paraId="6DF49D6B"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CFCFCF"/>
            <w:vAlign w:val="center"/>
          </w:tcPr>
          <w:p w14:paraId="5C4806AF" w14:textId="77777777" w:rsidR="00A806B2" w:rsidRPr="00A864B8" w:rsidRDefault="00000000">
            <w:pPr>
              <w:spacing w:before="20" w:after="10" w:line="240" w:lineRule="auto"/>
              <w:jc w:val="center"/>
            </w:pPr>
            <w:r w:rsidRPr="00A864B8">
              <w:rPr>
                <w:sz w:val="20"/>
              </w:rPr>
              <w:t>3.941 m²</w:t>
            </w:r>
          </w:p>
        </w:tc>
        <w:tc>
          <w:tcPr>
            <w:tcW w:w="2160" w:type="dxa"/>
            <w:tcBorders>
              <w:bottom w:val="single" w:sz="8" w:space="0" w:color="9B9B9B"/>
            </w:tcBorders>
            <w:shd w:val="clear" w:color="auto" w:fill="CFCFCF"/>
            <w:vAlign w:val="center"/>
          </w:tcPr>
          <w:p w14:paraId="5235484E" w14:textId="77777777" w:rsidR="00A806B2" w:rsidRPr="00A864B8" w:rsidRDefault="00000000">
            <w:pPr>
              <w:spacing w:before="20" w:after="10" w:line="240" w:lineRule="auto"/>
              <w:jc w:val="center"/>
            </w:pPr>
            <w:r w:rsidRPr="00A864B8">
              <w:rPr>
                <w:sz w:val="20"/>
              </w:rPr>
              <w:t>1.053 m</w:t>
            </w:r>
          </w:p>
        </w:tc>
        <w:tc>
          <w:tcPr>
            <w:tcW w:w="2160" w:type="dxa"/>
            <w:tcBorders>
              <w:bottom w:val="single" w:sz="8" w:space="0" w:color="9B9B9B"/>
            </w:tcBorders>
            <w:shd w:val="clear" w:color="auto" w:fill="CFCFCF"/>
            <w:vAlign w:val="center"/>
          </w:tcPr>
          <w:p w14:paraId="6123C548"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3020661A" w14:textId="77777777">
        <w:trPr>
          <w:jc w:val="center"/>
        </w:trPr>
        <w:tc>
          <w:tcPr>
            <w:tcW w:w="2160" w:type="dxa"/>
            <w:tcBorders>
              <w:bottom w:val="single" w:sz="8" w:space="0" w:color="9B9B9B"/>
            </w:tcBorders>
            <w:shd w:val="clear" w:color="auto" w:fill="F0F0F0"/>
            <w:vAlign w:val="center"/>
          </w:tcPr>
          <w:p w14:paraId="1E1D2554"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5F2DC22F" w14:textId="77777777" w:rsidR="00A806B2" w:rsidRPr="00A864B8" w:rsidRDefault="00000000">
            <w:pPr>
              <w:spacing w:before="20" w:after="10" w:line="240" w:lineRule="auto"/>
              <w:jc w:val="center"/>
            </w:pPr>
            <w:r w:rsidRPr="00A864B8">
              <w:rPr>
                <w:sz w:val="20"/>
              </w:rPr>
              <w:t>1.942 m²</w:t>
            </w:r>
          </w:p>
        </w:tc>
        <w:tc>
          <w:tcPr>
            <w:tcW w:w="2160" w:type="dxa"/>
            <w:tcBorders>
              <w:bottom w:val="single" w:sz="8" w:space="0" w:color="9B9B9B"/>
            </w:tcBorders>
            <w:shd w:val="clear" w:color="auto" w:fill="F0F0F0"/>
            <w:vAlign w:val="center"/>
          </w:tcPr>
          <w:p w14:paraId="797F6787" w14:textId="77777777" w:rsidR="00A806B2" w:rsidRPr="00A864B8" w:rsidRDefault="00000000">
            <w:pPr>
              <w:spacing w:before="20" w:after="10" w:line="240" w:lineRule="auto"/>
              <w:jc w:val="center"/>
            </w:pPr>
            <w:r w:rsidRPr="00A864B8">
              <w:rPr>
                <w:sz w:val="20"/>
              </w:rPr>
              <w:t>1.075 m</w:t>
            </w:r>
          </w:p>
        </w:tc>
        <w:tc>
          <w:tcPr>
            <w:tcW w:w="2160" w:type="dxa"/>
            <w:tcBorders>
              <w:bottom w:val="single" w:sz="8" w:space="0" w:color="9B9B9B"/>
            </w:tcBorders>
            <w:shd w:val="clear" w:color="auto" w:fill="F0F0F0"/>
            <w:vAlign w:val="center"/>
          </w:tcPr>
          <w:p w14:paraId="27B399CF"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0F1E1DAB" w14:textId="77777777">
        <w:trPr>
          <w:jc w:val="center"/>
        </w:trPr>
        <w:tc>
          <w:tcPr>
            <w:tcW w:w="2160" w:type="dxa"/>
            <w:tcBorders>
              <w:bottom w:val="single" w:sz="8" w:space="0" w:color="9B9B9B"/>
            </w:tcBorders>
            <w:shd w:val="clear" w:color="auto" w:fill="CFCFCF"/>
            <w:vAlign w:val="center"/>
          </w:tcPr>
          <w:p w14:paraId="65F9CD5B"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CFCFCF"/>
            <w:vAlign w:val="center"/>
          </w:tcPr>
          <w:p w14:paraId="3B481B10" w14:textId="77777777" w:rsidR="00A806B2" w:rsidRPr="00A864B8" w:rsidRDefault="00000000">
            <w:pPr>
              <w:spacing w:before="20" w:after="10" w:line="240" w:lineRule="auto"/>
              <w:jc w:val="center"/>
            </w:pPr>
            <w:r w:rsidRPr="00A864B8">
              <w:rPr>
                <w:sz w:val="20"/>
              </w:rPr>
              <w:t>1.840 m²</w:t>
            </w:r>
          </w:p>
        </w:tc>
        <w:tc>
          <w:tcPr>
            <w:tcW w:w="2160" w:type="dxa"/>
            <w:tcBorders>
              <w:bottom w:val="single" w:sz="8" w:space="0" w:color="9B9B9B"/>
            </w:tcBorders>
            <w:shd w:val="clear" w:color="auto" w:fill="CFCFCF"/>
            <w:vAlign w:val="center"/>
          </w:tcPr>
          <w:p w14:paraId="58430A14" w14:textId="77777777" w:rsidR="00A806B2" w:rsidRPr="00A864B8" w:rsidRDefault="00000000">
            <w:pPr>
              <w:spacing w:before="20" w:after="10" w:line="240" w:lineRule="auto"/>
              <w:jc w:val="center"/>
            </w:pPr>
            <w:r w:rsidRPr="00A864B8">
              <w:rPr>
                <w:sz w:val="20"/>
              </w:rPr>
              <w:t>1.094 m</w:t>
            </w:r>
          </w:p>
        </w:tc>
        <w:tc>
          <w:tcPr>
            <w:tcW w:w="2160" w:type="dxa"/>
            <w:tcBorders>
              <w:bottom w:val="single" w:sz="8" w:space="0" w:color="9B9B9B"/>
            </w:tcBorders>
            <w:shd w:val="clear" w:color="auto" w:fill="CFCFCF"/>
            <w:vAlign w:val="center"/>
          </w:tcPr>
          <w:p w14:paraId="1EE6963B"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78B9B5CB" w14:textId="77777777">
        <w:trPr>
          <w:jc w:val="center"/>
        </w:trPr>
        <w:tc>
          <w:tcPr>
            <w:tcW w:w="2160" w:type="dxa"/>
            <w:tcBorders>
              <w:bottom w:val="single" w:sz="8" w:space="0" w:color="9B9B9B"/>
            </w:tcBorders>
            <w:shd w:val="clear" w:color="auto" w:fill="F0F0F0"/>
            <w:vAlign w:val="center"/>
          </w:tcPr>
          <w:p w14:paraId="1164E07F" w14:textId="77777777" w:rsidR="00A806B2" w:rsidRPr="00A864B8" w:rsidRDefault="00000000">
            <w:pPr>
              <w:spacing w:before="20" w:after="10" w:line="240" w:lineRule="auto"/>
              <w:jc w:val="center"/>
            </w:pPr>
            <w:r w:rsidRPr="00A864B8">
              <w:rPr>
                <w:sz w:val="20"/>
              </w:rPr>
              <w:t>Stausee</w:t>
            </w:r>
          </w:p>
        </w:tc>
        <w:tc>
          <w:tcPr>
            <w:tcW w:w="2160" w:type="dxa"/>
            <w:tcBorders>
              <w:bottom w:val="single" w:sz="8" w:space="0" w:color="9B9B9B"/>
            </w:tcBorders>
            <w:shd w:val="clear" w:color="auto" w:fill="F0F0F0"/>
            <w:vAlign w:val="center"/>
          </w:tcPr>
          <w:p w14:paraId="66052487" w14:textId="77777777" w:rsidR="00A806B2" w:rsidRPr="00A864B8" w:rsidRDefault="00000000">
            <w:pPr>
              <w:spacing w:before="20" w:after="10" w:line="240" w:lineRule="auto"/>
              <w:jc w:val="center"/>
            </w:pPr>
            <w:r w:rsidRPr="00A864B8">
              <w:rPr>
                <w:sz w:val="20"/>
              </w:rPr>
              <w:t>1.273 m²</w:t>
            </w:r>
          </w:p>
        </w:tc>
        <w:tc>
          <w:tcPr>
            <w:tcW w:w="2160" w:type="dxa"/>
            <w:tcBorders>
              <w:bottom w:val="single" w:sz="8" w:space="0" w:color="9B9B9B"/>
            </w:tcBorders>
            <w:shd w:val="clear" w:color="auto" w:fill="F0F0F0"/>
            <w:vAlign w:val="center"/>
          </w:tcPr>
          <w:p w14:paraId="6E573851" w14:textId="77777777" w:rsidR="00A806B2" w:rsidRPr="00A864B8" w:rsidRDefault="00000000">
            <w:pPr>
              <w:spacing w:before="20" w:after="10" w:line="240" w:lineRule="auto"/>
              <w:jc w:val="center"/>
            </w:pPr>
            <w:r w:rsidRPr="00A864B8">
              <w:rPr>
                <w:sz w:val="20"/>
              </w:rPr>
              <w:t>1.183 m</w:t>
            </w:r>
          </w:p>
        </w:tc>
        <w:tc>
          <w:tcPr>
            <w:tcW w:w="2160" w:type="dxa"/>
            <w:tcBorders>
              <w:bottom w:val="single" w:sz="8" w:space="0" w:color="9B9B9B"/>
            </w:tcBorders>
            <w:shd w:val="clear" w:color="auto" w:fill="F0F0F0"/>
            <w:vAlign w:val="center"/>
          </w:tcPr>
          <w:p w14:paraId="23185D22"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5CEA0C95" w14:textId="77777777">
        <w:trPr>
          <w:jc w:val="center"/>
        </w:trPr>
        <w:tc>
          <w:tcPr>
            <w:tcW w:w="2160" w:type="dxa"/>
            <w:tcBorders>
              <w:bottom w:val="single" w:sz="8" w:space="0" w:color="9B9B9B"/>
            </w:tcBorders>
            <w:shd w:val="clear" w:color="auto" w:fill="CFCFCF"/>
            <w:vAlign w:val="center"/>
          </w:tcPr>
          <w:p w14:paraId="078021CA"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CFCFCF"/>
            <w:vAlign w:val="center"/>
          </w:tcPr>
          <w:p w14:paraId="599CEB5E" w14:textId="77777777" w:rsidR="00A806B2" w:rsidRPr="00A864B8" w:rsidRDefault="00000000">
            <w:pPr>
              <w:spacing w:before="20" w:after="10" w:line="240" w:lineRule="auto"/>
              <w:jc w:val="center"/>
            </w:pPr>
            <w:r w:rsidRPr="00A864B8">
              <w:rPr>
                <w:sz w:val="20"/>
              </w:rPr>
              <w:t>475 m²</w:t>
            </w:r>
          </w:p>
        </w:tc>
        <w:tc>
          <w:tcPr>
            <w:tcW w:w="2160" w:type="dxa"/>
            <w:tcBorders>
              <w:bottom w:val="single" w:sz="8" w:space="0" w:color="9B9B9B"/>
            </w:tcBorders>
            <w:shd w:val="clear" w:color="auto" w:fill="CFCFCF"/>
            <w:vAlign w:val="center"/>
          </w:tcPr>
          <w:p w14:paraId="73FE5CB2" w14:textId="77777777" w:rsidR="00A806B2" w:rsidRPr="00A864B8" w:rsidRDefault="00000000">
            <w:pPr>
              <w:spacing w:before="20" w:after="10" w:line="240" w:lineRule="auto"/>
              <w:jc w:val="center"/>
            </w:pPr>
            <w:r w:rsidRPr="00A864B8">
              <w:rPr>
                <w:sz w:val="20"/>
              </w:rPr>
              <w:t>1.198 m</w:t>
            </w:r>
          </w:p>
        </w:tc>
        <w:tc>
          <w:tcPr>
            <w:tcW w:w="2160" w:type="dxa"/>
            <w:tcBorders>
              <w:bottom w:val="single" w:sz="8" w:space="0" w:color="9B9B9B"/>
            </w:tcBorders>
            <w:shd w:val="clear" w:color="auto" w:fill="CFCFCF"/>
            <w:vAlign w:val="center"/>
          </w:tcPr>
          <w:p w14:paraId="003719EB" w14:textId="77777777" w:rsidR="00A806B2" w:rsidRPr="00A864B8" w:rsidRDefault="00000000">
            <w:pPr>
              <w:spacing w:before="20" w:after="10" w:line="240" w:lineRule="auto"/>
              <w:jc w:val="center"/>
            </w:pPr>
            <w:r w:rsidRPr="00A864B8">
              <w:rPr>
                <w:sz w:val="20"/>
              </w:rPr>
              <w:t>---</w:t>
            </w:r>
          </w:p>
        </w:tc>
      </w:tr>
      <w:tr w:rsidR="00A806B2" w:rsidRPr="00A864B8" w14:paraId="4583C1ED" w14:textId="77777777">
        <w:trPr>
          <w:jc w:val="center"/>
        </w:trPr>
        <w:tc>
          <w:tcPr>
            <w:tcW w:w="2160" w:type="dxa"/>
            <w:tcBorders>
              <w:bottom w:val="single" w:sz="8" w:space="0" w:color="9B9B9B"/>
            </w:tcBorders>
            <w:shd w:val="clear" w:color="auto" w:fill="F0F0F0"/>
            <w:vAlign w:val="center"/>
          </w:tcPr>
          <w:p w14:paraId="19F1A386"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661B030D" w14:textId="77777777" w:rsidR="00A806B2" w:rsidRPr="00A864B8" w:rsidRDefault="00000000">
            <w:pPr>
              <w:spacing w:before="20" w:after="10" w:line="240" w:lineRule="auto"/>
              <w:jc w:val="center"/>
            </w:pPr>
            <w:r w:rsidRPr="00A864B8">
              <w:rPr>
                <w:sz w:val="20"/>
              </w:rPr>
              <w:t>5.478 m²</w:t>
            </w:r>
          </w:p>
        </w:tc>
        <w:tc>
          <w:tcPr>
            <w:tcW w:w="2160" w:type="dxa"/>
            <w:tcBorders>
              <w:bottom w:val="single" w:sz="8" w:space="0" w:color="9B9B9B"/>
            </w:tcBorders>
            <w:shd w:val="clear" w:color="auto" w:fill="F0F0F0"/>
            <w:vAlign w:val="center"/>
          </w:tcPr>
          <w:p w14:paraId="3550EC7B" w14:textId="77777777" w:rsidR="00A806B2" w:rsidRPr="00A864B8" w:rsidRDefault="00000000">
            <w:pPr>
              <w:spacing w:before="20" w:after="10" w:line="240" w:lineRule="auto"/>
              <w:jc w:val="center"/>
            </w:pPr>
            <w:r w:rsidRPr="00A864B8">
              <w:rPr>
                <w:sz w:val="20"/>
              </w:rPr>
              <w:t>1.213 m</w:t>
            </w:r>
          </w:p>
        </w:tc>
        <w:tc>
          <w:tcPr>
            <w:tcW w:w="2160" w:type="dxa"/>
            <w:tcBorders>
              <w:bottom w:val="single" w:sz="8" w:space="0" w:color="9B9B9B"/>
            </w:tcBorders>
            <w:shd w:val="clear" w:color="auto" w:fill="F0F0F0"/>
            <w:vAlign w:val="center"/>
          </w:tcPr>
          <w:p w14:paraId="7C8CED97"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6C15C10F" w14:textId="77777777">
        <w:trPr>
          <w:jc w:val="center"/>
        </w:trPr>
        <w:tc>
          <w:tcPr>
            <w:tcW w:w="2160" w:type="dxa"/>
            <w:tcBorders>
              <w:bottom w:val="single" w:sz="8" w:space="0" w:color="9B9B9B"/>
            </w:tcBorders>
            <w:shd w:val="clear" w:color="auto" w:fill="CFCFCF"/>
            <w:vAlign w:val="center"/>
          </w:tcPr>
          <w:p w14:paraId="6AB3758A"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CFCFCF"/>
            <w:vAlign w:val="center"/>
          </w:tcPr>
          <w:p w14:paraId="01B1242D" w14:textId="77777777" w:rsidR="00A806B2" w:rsidRPr="00A864B8" w:rsidRDefault="00000000">
            <w:pPr>
              <w:spacing w:before="20" w:after="10" w:line="240" w:lineRule="auto"/>
              <w:jc w:val="center"/>
            </w:pPr>
            <w:r w:rsidRPr="00A864B8">
              <w:rPr>
                <w:sz w:val="20"/>
              </w:rPr>
              <w:t>3.525 m²</w:t>
            </w:r>
          </w:p>
        </w:tc>
        <w:tc>
          <w:tcPr>
            <w:tcW w:w="2160" w:type="dxa"/>
            <w:tcBorders>
              <w:bottom w:val="single" w:sz="8" w:space="0" w:color="9B9B9B"/>
            </w:tcBorders>
            <w:shd w:val="clear" w:color="auto" w:fill="CFCFCF"/>
            <w:vAlign w:val="center"/>
          </w:tcPr>
          <w:p w14:paraId="03C57B30" w14:textId="77777777" w:rsidR="00A806B2" w:rsidRPr="00A864B8" w:rsidRDefault="00000000">
            <w:pPr>
              <w:spacing w:before="20" w:after="10" w:line="240" w:lineRule="auto"/>
              <w:jc w:val="center"/>
            </w:pPr>
            <w:r w:rsidRPr="00A864B8">
              <w:rPr>
                <w:sz w:val="20"/>
              </w:rPr>
              <w:t>1.225 m</w:t>
            </w:r>
          </w:p>
        </w:tc>
        <w:tc>
          <w:tcPr>
            <w:tcW w:w="2160" w:type="dxa"/>
            <w:tcBorders>
              <w:bottom w:val="single" w:sz="8" w:space="0" w:color="9B9B9B"/>
            </w:tcBorders>
            <w:shd w:val="clear" w:color="auto" w:fill="CFCFCF"/>
            <w:vAlign w:val="center"/>
          </w:tcPr>
          <w:p w14:paraId="4A1393B1"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39A3CCFD" w14:textId="77777777">
        <w:trPr>
          <w:jc w:val="center"/>
        </w:trPr>
        <w:tc>
          <w:tcPr>
            <w:tcW w:w="2160" w:type="dxa"/>
            <w:tcBorders>
              <w:bottom w:val="single" w:sz="8" w:space="0" w:color="9B9B9B"/>
            </w:tcBorders>
            <w:shd w:val="clear" w:color="auto" w:fill="F0F0F0"/>
            <w:vAlign w:val="center"/>
          </w:tcPr>
          <w:p w14:paraId="199C5037"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1CBE19E3" w14:textId="77777777" w:rsidR="00A806B2" w:rsidRPr="00A864B8" w:rsidRDefault="00000000">
            <w:pPr>
              <w:spacing w:before="20" w:after="10" w:line="240" w:lineRule="auto"/>
              <w:jc w:val="center"/>
            </w:pPr>
            <w:r w:rsidRPr="00A864B8">
              <w:rPr>
                <w:sz w:val="20"/>
              </w:rPr>
              <w:t>2.189 m²</w:t>
            </w:r>
          </w:p>
        </w:tc>
        <w:tc>
          <w:tcPr>
            <w:tcW w:w="2160" w:type="dxa"/>
            <w:tcBorders>
              <w:bottom w:val="single" w:sz="8" w:space="0" w:color="9B9B9B"/>
            </w:tcBorders>
            <w:shd w:val="clear" w:color="auto" w:fill="F0F0F0"/>
            <w:vAlign w:val="center"/>
          </w:tcPr>
          <w:p w14:paraId="43F3CD04" w14:textId="77777777" w:rsidR="00A806B2" w:rsidRPr="00A864B8" w:rsidRDefault="00000000">
            <w:pPr>
              <w:spacing w:before="20" w:after="10" w:line="240" w:lineRule="auto"/>
              <w:jc w:val="center"/>
            </w:pPr>
            <w:r w:rsidRPr="00A864B8">
              <w:rPr>
                <w:sz w:val="20"/>
              </w:rPr>
              <w:t>1.325 m</w:t>
            </w:r>
          </w:p>
        </w:tc>
        <w:tc>
          <w:tcPr>
            <w:tcW w:w="2160" w:type="dxa"/>
            <w:tcBorders>
              <w:bottom w:val="single" w:sz="8" w:space="0" w:color="9B9B9B"/>
            </w:tcBorders>
            <w:shd w:val="clear" w:color="auto" w:fill="F0F0F0"/>
            <w:vAlign w:val="center"/>
          </w:tcPr>
          <w:p w14:paraId="7B0CEB17"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12FFB7D7" w14:textId="77777777">
        <w:trPr>
          <w:jc w:val="center"/>
        </w:trPr>
        <w:tc>
          <w:tcPr>
            <w:tcW w:w="2160" w:type="dxa"/>
            <w:tcBorders>
              <w:bottom w:val="single" w:sz="8" w:space="0" w:color="9B9B9B"/>
            </w:tcBorders>
            <w:shd w:val="clear" w:color="auto" w:fill="CFCFCF"/>
            <w:vAlign w:val="center"/>
          </w:tcPr>
          <w:p w14:paraId="5BFBD4A9"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CFCFCF"/>
            <w:vAlign w:val="center"/>
          </w:tcPr>
          <w:p w14:paraId="671A2D8F" w14:textId="77777777" w:rsidR="00A806B2" w:rsidRPr="00A864B8" w:rsidRDefault="00000000">
            <w:pPr>
              <w:spacing w:before="20" w:after="10" w:line="240" w:lineRule="auto"/>
              <w:jc w:val="center"/>
            </w:pPr>
            <w:r w:rsidRPr="00A864B8">
              <w:rPr>
                <w:sz w:val="20"/>
              </w:rPr>
              <w:t>234 m²</w:t>
            </w:r>
          </w:p>
        </w:tc>
        <w:tc>
          <w:tcPr>
            <w:tcW w:w="2160" w:type="dxa"/>
            <w:tcBorders>
              <w:bottom w:val="single" w:sz="8" w:space="0" w:color="9B9B9B"/>
            </w:tcBorders>
            <w:shd w:val="clear" w:color="auto" w:fill="CFCFCF"/>
            <w:vAlign w:val="center"/>
          </w:tcPr>
          <w:p w14:paraId="7252C2CE" w14:textId="77777777" w:rsidR="00A806B2" w:rsidRPr="00A864B8" w:rsidRDefault="00000000">
            <w:pPr>
              <w:spacing w:before="20" w:after="10" w:line="240" w:lineRule="auto"/>
              <w:jc w:val="center"/>
            </w:pPr>
            <w:r w:rsidRPr="00A864B8">
              <w:rPr>
                <w:sz w:val="20"/>
              </w:rPr>
              <w:t>1.367 m</w:t>
            </w:r>
          </w:p>
        </w:tc>
        <w:tc>
          <w:tcPr>
            <w:tcW w:w="2160" w:type="dxa"/>
            <w:tcBorders>
              <w:bottom w:val="single" w:sz="8" w:space="0" w:color="9B9B9B"/>
            </w:tcBorders>
            <w:shd w:val="clear" w:color="auto" w:fill="CFCFCF"/>
            <w:vAlign w:val="center"/>
          </w:tcPr>
          <w:p w14:paraId="6C083C57"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7A500A36" w14:textId="77777777">
        <w:trPr>
          <w:jc w:val="center"/>
        </w:trPr>
        <w:tc>
          <w:tcPr>
            <w:tcW w:w="2160" w:type="dxa"/>
            <w:tcBorders>
              <w:bottom w:val="single" w:sz="8" w:space="0" w:color="9B9B9B"/>
            </w:tcBorders>
            <w:shd w:val="clear" w:color="auto" w:fill="F0F0F0"/>
            <w:vAlign w:val="center"/>
          </w:tcPr>
          <w:p w14:paraId="773C6BAC" w14:textId="77777777" w:rsidR="00A806B2" w:rsidRPr="00A864B8" w:rsidRDefault="00000000">
            <w:pPr>
              <w:spacing w:before="20" w:after="10" w:line="240" w:lineRule="auto"/>
              <w:jc w:val="center"/>
            </w:pPr>
            <w:r w:rsidRPr="00A864B8">
              <w:rPr>
                <w:sz w:val="20"/>
              </w:rPr>
              <w:t>Rückhaltebecken, Becken</w:t>
            </w:r>
          </w:p>
        </w:tc>
        <w:tc>
          <w:tcPr>
            <w:tcW w:w="2160" w:type="dxa"/>
            <w:tcBorders>
              <w:bottom w:val="single" w:sz="8" w:space="0" w:color="9B9B9B"/>
            </w:tcBorders>
            <w:shd w:val="clear" w:color="auto" w:fill="F0F0F0"/>
            <w:vAlign w:val="center"/>
          </w:tcPr>
          <w:p w14:paraId="63FBAB01" w14:textId="77777777" w:rsidR="00A806B2" w:rsidRPr="00A864B8" w:rsidRDefault="00000000">
            <w:pPr>
              <w:spacing w:before="20" w:after="10" w:line="240" w:lineRule="auto"/>
              <w:jc w:val="center"/>
            </w:pPr>
            <w:r w:rsidRPr="00A864B8">
              <w:rPr>
                <w:sz w:val="20"/>
              </w:rPr>
              <w:t>4.162 m²</w:t>
            </w:r>
          </w:p>
        </w:tc>
        <w:tc>
          <w:tcPr>
            <w:tcW w:w="2160" w:type="dxa"/>
            <w:tcBorders>
              <w:bottom w:val="single" w:sz="8" w:space="0" w:color="9B9B9B"/>
            </w:tcBorders>
            <w:shd w:val="clear" w:color="auto" w:fill="F0F0F0"/>
            <w:vAlign w:val="center"/>
          </w:tcPr>
          <w:p w14:paraId="48DC3994" w14:textId="77777777" w:rsidR="00A806B2" w:rsidRPr="00A864B8" w:rsidRDefault="00000000">
            <w:pPr>
              <w:spacing w:before="20" w:after="10" w:line="240" w:lineRule="auto"/>
              <w:jc w:val="center"/>
            </w:pPr>
            <w:r w:rsidRPr="00A864B8">
              <w:rPr>
                <w:sz w:val="20"/>
              </w:rPr>
              <w:t>1.424 m</w:t>
            </w:r>
          </w:p>
        </w:tc>
        <w:tc>
          <w:tcPr>
            <w:tcW w:w="2160" w:type="dxa"/>
            <w:tcBorders>
              <w:bottom w:val="single" w:sz="8" w:space="0" w:color="9B9B9B"/>
            </w:tcBorders>
            <w:shd w:val="clear" w:color="auto" w:fill="F0F0F0"/>
            <w:vAlign w:val="center"/>
          </w:tcPr>
          <w:p w14:paraId="4399B20A" w14:textId="77777777" w:rsidR="00A806B2" w:rsidRPr="00A864B8" w:rsidRDefault="00000000">
            <w:pPr>
              <w:spacing w:before="20" w:after="10" w:line="240" w:lineRule="auto"/>
              <w:jc w:val="center"/>
            </w:pPr>
            <w:r w:rsidRPr="00A864B8">
              <w:rPr>
                <w:sz w:val="20"/>
              </w:rPr>
              <w:t>---</w:t>
            </w:r>
          </w:p>
        </w:tc>
      </w:tr>
      <w:tr w:rsidR="00A806B2" w:rsidRPr="00A864B8" w14:paraId="5373F7A5" w14:textId="77777777">
        <w:trPr>
          <w:jc w:val="center"/>
        </w:trPr>
        <w:tc>
          <w:tcPr>
            <w:tcW w:w="2160" w:type="dxa"/>
            <w:tcBorders>
              <w:bottom w:val="single" w:sz="8" w:space="0" w:color="9B9B9B"/>
            </w:tcBorders>
            <w:shd w:val="clear" w:color="auto" w:fill="CFCFCF"/>
            <w:vAlign w:val="center"/>
          </w:tcPr>
          <w:p w14:paraId="6BA4BEFD" w14:textId="77777777" w:rsidR="00A806B2" w:rsidRPr="00A864B8" w:rsidRDefault="00000000">
            <w:pPr>
              <w:spacing w:before="20" w:after="10" w:line="240" w:lineRule="auto"/>
              <w:jc w:val="center"/>
            </w:pPr>
            <w:r w:rsidRPr="00A864B8">
              <w:rPr>
                <w:sz w:val="20"/>
              </w:rPr>
              <w:t>Absetzbecken, Becken</w:t>
            </w:r>
          </w:p>
        </w:tc>
        <w:tc>
          <w:tcPr>
            <w:tcW w:w="2160" w:type="dxa"/>
            <w:tcBorders>
              <w:bottom w:val="single" w:sz="8" w:space="0" w:color="9B9B9B"/>
            </w:tcBorders>
            <w:shd w:val="clear" w:color="auto" w:fill="CFCFCF"/>
            <w:vAlign w:val="center"/>
          </w:tcPr>
          <w:p w14:paraId="2A3FD60A" w14:textId="77777777" w:rsidR="00A806B2" w:rsidRPr="00A864B8" w:rsidRDefault="00000000">
            <w:pPr>
              <w:spacing w:before="20" w:after="10" w:line="240" w:lineRule="auto"/>
              <w:jc w:val="center"/>
            </w:pPr>
            <w:r w:rsidRPr="00A864B8">
              <w:rPr>
                <w:sz w:val="20"/>
              </w:rPr>
              <w:t>404 m²</w:t>
            </w:r>
          </w:p>
        </w:tc>
        <w:tc>
          <w:tcPr>
            <w:tcW w:w="2160" w:type="dxa"/>
            <w:tcBorders>
              <w:bottom w:val="single" w:sz="8" w:space="0" w:color="9B9B9B"/>
            </w:tcBorders>
            <w:shd w:val="clear" w:color="auto" w:fill="CFCFCF"/>
            <w:vAlign w:val="center"/>
          </w:tcPr>
          <w:p w14:paraId="6E030749" w14:textId="77777777" w:rsidR="00A806B2" w:rsidRPr="00A864B8" w:rsidRDefault="00000000">
            <w:pPr>
              <w:spacing w:before="20" w:after="10" w:line="240" w:lineRule="auto"/>
              <w:jc w:val="center"/>
            </w:pPr>
            <w:r w:rsidRPr="00A864B8">
              <w:rPr>
                <w:sz w:val="20"/>
              </w:rPr>
              <w:t>1.526 m</w:t>
            </w:r>
          </w:p>
        </w:tc>
        <w:tc>
          <w:tcPr>
            <w:tcW w:w="2160" w:type="dxa"/>
            <w:tcBorders>
              <w:bottom w:val="single" w:sz="8" w:space="0" w:color="9B9B9B"/>
            </w:tcBorders>
            <w:shd w:val="clear" w:color="auto" w:fill="CFCFCF"/>
            <w:vAlign w:val="center"/>
          </w:tcPr>
          <w:p w14:paraId="053B6A91" w14:textId="77777777" w:rsidR="00A806B2" w:rsidRPr="00A864B8" w:rsidRDefault="00000000">
            <w:pPr>
              <w:spacing w:before="20" w:after="10" w:line="240" w:lineRule="auto"/>
              <w:jc w:val="center"/>
            </w:pPr>
            <w:r w:rsidRPr="00A864B8">
              <w:rPr>
                <w:sz w:val="20"/>
              </w:rPr>
              <w:t>---</w:t>
            </w:r>
          </w:p>
        </w:tc>
      </w:tr>
      <w:tr w:rsidR="00A806B2" w:rsidRPr="00A864B8" w14:paraId="2D820FC1" w14:textId="77777777">
        <w:trPr>
          <w:jc w:val="center"/>
        </w:trPr>
        <w:tc>
          <w:tcPr>
            <w:tcW w:w="2160" w:type="dxa"/>
            <w:tcBorders>
              <w:bottom w:val="single" w:sz="8" w:space="0" w:color="9B9B9B"/>
            </w:tcBorders>
            <w:shd w:val="clear" w:color="auto" w:fill="F0F0F0"/>
            <w:vAlign w:val="center"/>
          </w:tcPr>
          <w:p w14:paraId="22F04CE9"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77C3438F" w14:textId="77777777" w:rsidR="00A806B2" w:rsidRPr="00A864B8" w:rsidRDefault="00000000">
            <w:pPr>
              <w:spacing w:before="20" w:after="10" w:line="240" w:lineRule="auto"/>
              <w:jc w:val="center"/>
            </w:pPr>
            <w:r w:rsidRPr="00A864B8">
              <w:rPr>
                <w:sz w:val="20"/>
              </w:rPr>
              <w:t>1.532 m²</w:t>
            </w:r>
          </w:p>
        </w:tc>
        <w:tc>
          <w:tcPr>
            <w:tcW w:w="2160" w:type="dxa"/>
            <w:tcBorders>
              <w:bottom w:val="single" w:sz="8" w:space="0" w:color="9B9B9B"/>
            </w:tcBorders>
            <w:shd w:val="clear" w:color="auto" w:fill="F0F0F0"/>
            <w:vAlign w:val="center"/>
          </w:tcPr>
          <w:p w14:paraId="1903B8A4" w14:textId="77777777" w:rsidR="00A806B2" w:rsidRPr="00A864B8" w:rsidRDefault="00000000">
            <w:pPr>
              <w:spacing w:before="20" w:after="10" w:line="240" w:lineRule="auto"/>
              <w:jc w:val="center"/>
            </w:pPr>
            <w:r w:rsidRPr="00A864B8">
              <w:rPr>
                <w:sz w:val="20"/>
              </w:rPr>
              <w:t>1.579 m</w:t>
            </w:r>
          </w:p>
        </w:tc>
        <w:tc>
          <w:tcPr>
            <w:tcW w:w="2160" w:type="dxa"/>
            <w:tcBorders>
              <w:bottom w:val="single" w:sz="8" w:space="0" w:color="9B9B9B"/>
            </w:tcBorders>
            <w:shd w:val="clear" w:color="auto" w:fill="F0F0F0"/>
            <w:vAlign w:val="center"/>
          </w:tcPr>
          <w:p w14:paraId="3ECF3070"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6C5C9498" w14:textId="77777777">
        <w:trPr>
          <w:jc w:val="center"/>
        </w:trPr>
        <w:tc>
          <w:tcPr>
            <w:tcW w:w="2160" w:type="dxa"/>
            <w:tcBorders>
              <w:bottom w:val="single" w:sz="8" w:space="0" w:color="9B9B9B"/>
            </w:tcBorders>
            <w:shd w:val="clear" w:color="auto" w:fill="CFCFCF"/>
            <w:vAlign w:val="center"/>
          </w:tcPr>
          <w:p w14:paraId="71A33B7F"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CFCFCF"/>
            <w:vAlign w:val="center"/>
          </w:tcPr>
          <w:p w14:paraId="1E2E75EB" w14:textId="77777777" w:rsidR="00A806B2" w:rsidRPr="00A864B8" w:rsidRDefault="00000000">
            <w:pPr>
              <w:spacing w:before="20" w:after="10" w:line="240" w:lineRule="auto"/>
              <w:jc w:val="center"/>
            </w:pPr>
            <w:r w:rsidRPr="00A864B8">
              <w:rPr>
                <w:sz w:val="20"/>
              </w:rPr>
              <w:t>2.611 m²</w:t>
            </w:r>
          </w:p>
        </w:tc>
        <w:tc>
          <w:tcPr>
            <w:tcW w:w="2160" w:type="dxa"/>
            <w:tcBorders>
              <w:bottom w:val="single" w:sz="8" w:space="0" w:color="9B9B9B"/>
            </w:tcBorders>
            <w:shd w:val="clear" w:color="auto" w:fill="CFCFCF"/>
            <w:vAlign w:val="center"/>
          </w:tcPr>
          <w:p w14:paraId="776E78BB" w14:textId="77777777" w:rsidR="00A806B2" w:rsidRPr="00A864B8" w:rsidRDefault="00000000">
            <w:pPr>
              <w:spacing w:before="20" w:after="10" w:line="240" w:lineRule="auto"/>
              <w:jc w:val="center"/>
            </w:pPr>
            <w:r w:rsidRPr="00A864B8">
              <w:rPr>
                <w:sz w:val="20"/>
              </w:rPr>
              <w:t>1.599 m</w:t>
            </w:r>
          </w:p>
        </w:tc>
        <w:tc>
          <w:tcPr>
            <w:tcW w:w="2160" w:type="dxa"/>
            <w:tcBorders>
              <w:bottom w:val="single" w:sz="8" w:space="0" w:color="9B9B9B"/>
            </w:tcBorders>
            <w:shd w:val="clear" w:color="auto" w:fill="CFCFCF"/>
            <w:vAlign w:val="center"/>
          </w:tcPr>
          <w:p w14:paraId="641A9F42"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6CB45232" w14:textId="77777777">
        <w:trPr>
          <w:jc w:val="center"/>
        </w:trPr>
        <w:tc>
          <w:tcPr>
            <w:tcW w:w="2160" w:type="dxa"/>
            <w:tcBorders>
              <w:bottom w:val="single" w:sz="8" w:space="0" w:color="9B9B9B"/>
            </w:tcBorders>
            <w:shd w:val="clear" w:color="auto" w:fill="F0F0F0"/>
            <w:vAlign w:val="center"/>
          </w:tcPr>
          <w:p w14:paraId="36BD8175" w14:textId="77777777" w:rsidR="00A806B2" w:rsidRPr="00A864B8" w:rsidRDefault="00000000">
            <w:pPr>
              <w:spacing w:before="20" w:after="10" w:line="240" w:lineRule="auto"/>
              <w:jc w:val="center"/>
            </w:pPr>
            <w:r w:rsidRPr="00A864B8">
              <w:rPr>
                <w:sz w:val="20"/>
              </w:rPr>
              <w:t>Teich</w:t>
            </w:r>
          </w:p>
        </w:tc>
        <w:tc>
          <w:tcPr>
            <w:tcW w:w="2160" w:type="dxa"/>
            <w:tcBorders>
              <w:bottom w:val="single" w:sz="8" w:space="0" w:color="9B9B9B"/>
            </w:tcBorders>
            <w:shd w:val="clear" w:color="auto" w:fill="F0F0F0"/>
            <w:vAlign w:val="center"/>
          </w:tcPr>
          <w:p w14:paraId="1F1C3142" w14:textId="77777777" w:rsidR="00A806B2" w:rsidRPr="00A864B8" w:rsidRDefault="00000000">
            <w:pPr>
              <w:spacing w:before="20" w:after="10" w:line="240" w:lineRule="auto"/>
              <w:jc w:val="center"/>
            </w:pPr>
            <w:r w:rsidRPr="00A864B8">
              <w:rPr>
                <w:sz w:val="20"/>
              </w:rPr>
              <w:t>3.111 m²</w:t>
            </w:r>
          </w:p>
        </w:tc>
        <w:tc>
          <w:tcPr>
            <w:tcW w:w="2160" w:type="dxa"/>
            <w:tcBorders>
              <w:bottom w:val="single" w:sz="8" w:space="0" w:color="9B9B9B"/>
            </w:tcBorders>
            <w:shd w:val="clear" w:color="auto" w:fill="F0F0F0"/>
            <w:vAlign w:val="center"/>
          </w:tcPr>
          <w:p w14:paraId="179A7CF5" w14:textId="77777777" w:rsidR="00A806B2" w:rsidRPr="00A864B8" w:rsidRDefault="00000000">
            <w:pPr>
              <w:spacing w:before="20" w:after="10" w:line="240" w:lineRule="auto"/>
              <w:jc w:val="center"/>
            </w:pPr>
            <w:r w:rsidRPr="00A864B8">
              <w:rPr>
                <w:sz w:val="20"/>
              </w:rPr>
              <w:t>1.653 m</w:t>
            </w:r>
          </w:p>
        </w:tc>
        <w:tc>
          <w:tcPr>
            <w:tcW w:w="2160" w:type="dxa"/>
            <w:tcBorders>
              <w:bottom w:val="single" w:sz="8" w:space="0" w:color="9B9B9B"/>
            </w:tcBorders>
            <w:shd w:val="clear" w:color="auto" w:fill="F0F0F0"/>
            <w:vAlign w:val="center"/>
          </w:tcPr>
          <w:p w14:paraId="1CB87D86"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20EC68FB" w14:textId="77777777">
        <w:trPr>
          <w:jc w:val="center"/>
        </w:trPr>
        <w:tc>
          <w:tcPr>
            <w:tcW w:w="2160" w:type="dxa"/>
            <w:tcBorders>
              <w:bottom w:val="single" w:sz="8" w:space="0" w:color="9B9B9B"/>
            </w:tcBorders>
            <w:shd w:val="clear" w:color="auto" w:fill="CFCFCF"/>
            <w:vAlign w:val="center"/>
          </w:tcPr>
          <w:p w14:paraId="5CC2442B"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CFCFCF"/>
            <w:vAlign w:val="center"/>
          </w:tcPr>
          <w:p w14:paraId="23BE1724" w14:textId="77777777" w:rsidR="00A806B2" w:rsidRPr="00A864B8" w:rsidRDefault="00000000">
            <w:pPr>
              <w:spacing w:before="20" w:after="10" w:line="240" w:lineRule="auto"/>
              <w:jc w:val="center"/>
            </w:pPr>
            <w:r w:rsidRPr="00A864B8">
              <w:rPr>
                <w:sz w:val="20"/>
              </w:rPr>
              <w:t>2.020 m²</w:t>
            </w:r>
          </w:p>
        </w:tc>
        <w:tc>
          <w:tcPr>
            <w:tcW w:w="2160" w:type="dxa"/>
            <w:tcBorders>
              <w:bottom w:val="single" w:sz="8" w:space="0" w:color="9B9B9B"/>
            </w:tcBorders>
            <w:shd w:val="clear" w:color="auto" w:fill="CFCFCF"/>
            <w:vAlign w:val="center"/>
          </w:tcPr>
          <w:p w14:paraId="4E8A7AAC" w14:textId="77777777" w:rsidR="00A806B2" w:rsidRPr="00A864B8" w:rsidRDefault="00000000">
            <w:pPr>
              <w:spacing w:before="20" w:after="10" w:line="240" w:lineRule="auto"/>
              <w:jc w:val="center"/>
            </w:pPr>
            <w:r w:rsidRPr="00A864B8">
              <w:rPr>
                <w:sz w:val="20"/>
              </w:rPr>
              <w:t>1.656 m</w:t>
            </w:r>
          </w:p>
        </w:tc>
        <w:tc>
          <w:tcPr>
            <w:tcW w:w="2160" w:type="dxa"/>
            <w:tcBorders>
              <w:bottom w:val="single" w:sz="8" w:space="0" w:color="9B9B9B"/>
            </w:tcBorders>
            <w:shd w:val="clear" w:color="auto" w:fill="CFCFCF"/>
            <w:vAlign w:val="center"/>
          </w:tcPr>
          <w:p w14:paraId="3190F3F9"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64C8859E" w14:textId="77777777">
        <w:trPr>
          <w:jc w:val="center"/>
        </w:trPr>
        <w:tc>
          <w:tcPr>
            <w:tcW w:w="2160" w:type="dxa"/>
            <w:tcBorders>
              <w:bottom w:val="single" w:sz="8" w:space="0" w:color="9B9B9B"/>
            </w:tcBorders>
            <w:shd w:val="clear" w:color="auto" w:fill="F0F0F0"/>
            <w:vAlign w:val="center"/>
          </w:tcPr>
          <w:p w14:paraId="288430A3" w14:textId="77777777" w:rsidR="00A806B2" w:rsidRPr="00A864B8" w:rsidRDefault="00000000">
            <w:pPr>
              <w:spacing w:before="20" w:after="10" w:line="240" w:lineRule="auto"/>
              <w:jc w:val="center"/>
            </w:pPr>
            <w:r w:rsidRPr="00A864B8">
              <w:rPr>
                <w:sz w:val="20"/>
              </w:rPr>
              <w:t>Becken</w:t>
            </w:r>
          </w:p>
        </w:tc>
        <w:tc>
          <w:tcPr>
            <w:tcW w:w="2160" w:type="dxa"/>
            <w:tcBorders>
              <w:bottom w:val="single" w:sz="8" w:space="0" w:color="9B9B9B"/>
            </w:tcBorders>
            <w:shd w:val="clear" w:color="auto" w:fill="F0F0F0"/>
            <w:vAlign w:val="center"/>
          </w:tcPr>
          <w:p w14:paraId="724AB3AE" w14:textId="77777777" w:rsidR="00A806B2" w:rsidRPr="00A864B8" w:rsidRDefault="00000000">
            <w:pPr>
              <w:spacing w:before="20" w:after="10" w:line="240" w:lineRule="auto"/>
              <w:jc w:val="center"/>
            </w:pPr>
            <w:r w:rsidRPr="00A864B8">
              <w:rPr>
                <w:sz w:val="20"/>
              </w:rPr>
              <w:t>2.090 m²</w:t>
            </w:r>
          </w:p>
        </w:tc>
        <w:tc>
          <w:tcPr>
            <w:tcW w:w="2160" w:type="dxa"/>
            <w:tcBorders>
              <w:bottom w:val="single" w:sz="8" w:space="0" w:color="9B9B9B"/>
            </w:tcBorders>
            <w:shd w:val="clear" w:color="auto" w:fill="F0F0F0"/>
            <w:vAlign w:val="center"/>
          </w:tcPr>
          <w:p w14:paraId="36DC0B94" w14:textId="77777777" w:rsidR="00A806B2" w:rsidRPr="00A864B8" w:rsidRDefault="00000000">
            <w:pPr>
              <w:spacing w:before="20" w:after="10" w:line="240" w:lineRule="auto"/>
              <w:jc w:val="center"/>
            </w:pPr>
            <w:r w:rsidRPr="00A864B8">
              <w:rPr>
                <w:sz w:val="20"/>
              </w:rPr>
              <w:t>1.742 m</w:t>
            </w:r>
          </w:p>
        </w:tc>
        <w:tc>
          <w:tcPr>
            <w:tcW w:w="2160" w:type="dxa"/>
            <w:tcBorders>
              <w:bottom w:val="single" w:sz="8" w:space="0" w:color="9B9B9B"/>
            </w:tcBorders>
            <w:shd w:val="clear" w:color="auto" w:fill="F0F0F0"/>
            <w:vAlign w:val="center"/>
          </w:tcPr>
          <w:p w14:paraId="32B4FFDD" w14:textId="77777777" w:rsidR="00A806B2" w:rsidRPr="00A864B8" w:rsidRDefault="00000000">
            <w:pPr>
              <w:spacing w:before="20" w:after="10" w:line="240" w:lineRule="auto"/>
              <w:jc w:val="center"/>
            </w:pPr>
            <w:r w:rsidRPr="00A864B8">
              <w:rPr>
                <w:sz w:val="20"/>
              </w:rPr>
              <w:t xml:space="preserve"> Weiler (vollständig)</w:t>
            </w:r>
          </w:p>
        </w:tc>
      </w:tr>
      <w:tr w:rsidR="00A806B2" w:rsidRPr="00A864B8" w14:paraId="3EA6E343" w14:textId="77777777">
        <w:trPr>
          <w:jc w:val="center"/>
        </w:trPr>
        <w:tc>
          <w:tcPr>
            <w:tcW w:w="2160" w:type="dxa"/>
            <w:tcBorders>
              <w:bottom w:val="single" w:sz="8" w:space="0" w:color="9B9B9B"/>
            </w:tcBorders>
            <w:shd w:val="clear" w:color="auto" w:fill="CFCFCF"/>
            <w:vAlign w:val="center"/>
          </w:tcPr>
          <w:p w14:paraId="7BBAF169" w14:textId="77777777" w:rsidR="00A806B2" w:rsidRPr="00A864B8" w:rsidRDefault="00000000">
            <w:pPr>
              <w:spacing w:before="20" w:after="10" w:line="240" w:lineRule="auto"/>
              <w:jc w:val="center"/>
            </w:pPr>
            <w:r w:rsidRPr="00A864B8">
              <w:rPr>
                <w:sz w:val="20"/>
              </w:rPr>
              <w:t>Stausee</w:t>
            </w:r>
          </w:p>
        </w:tc>
        <w:tc>
          <w:tcPr>
            <w:tcW w:w="2160" w:type="dxa"/>
            <w:tcBorders>
              <w:bottom w:val="single" w:sz="8" w:space="0" w:color="9B9B9B"/>
            </w:tcBorders>
            <w:shd w:val="clear" w:color="auto" w:fill="CFCFCF"/>
            <w:vAlign w:val="center"/>
          </w:tcPr>
          <w:p w14:paraId="4DCC4261" w14:textId="77777777" w:rsidR="00A806B2" w:rsidRPr="00A864B8" w:rsidRDefault="00000000">
            <w:pPr>
              <w:spacing w:before="20" w:after="10" w:line="240" w:lineRule="auto"/>
              <w:jc w:val="center"/>
            </w:pPr>
            <w:r w:rsidRPr="00A864B8">
              <w:rPr>
                <w:sz w:val="20"/>
              </w:rPr>
              <w:t>590 m²</w:t>
            </w:r>
          </w:p>
        </w:tc>
        <w:tc>
          <w:tcPr>
            <w:tcW w:w="2160" w:type="dxa"/>
            <w:tcBorders>
              <w:bottom w:val="single" w:sz="8" w:space="0" w:color="9B9B9B"/>
            </w:tcBorders>
            <w:shd w:val="clear" w:color="auto" w:fill="CFCFCF"/>
            <w:vAlign w:val="center"/>
          </w:tcPr>
          <w:p w14:paraId="301B592F" w14:textId="77777777" w:rsidR="00A806B2" w:rsidRPr="00A864B8" w:rsidRDefault="00000000">
            <w:pPr>
              <w:spacing w:before="20" w:after="10" w:line="240" w:lineRule="auto"/>
              <w:jc w:val="center"/>
            </w:pPr>
            <w:r w:rsidRPr="00A864B8">
              <w:rPr>
                <w:sz w:val="20"/>
              </w:rPr>
              <w:t>1.887 m</w:t>
            </w:r>
          </w:p>
        </w:tc>
        <w:tc>
          <w:tcPr>
            <w:tcW w:w="2160" w:type="dxa"/>
            <w:tcBorders>
              <w:bottom w:val="single" w:sz="8" w:space="0" w:color="9B9B9B"/>
            </w:tcBorders>
            <w:shd w:val="clear" w:color="auto" w:fill="CFCFCF"/>
            <w:vAlign w:val="center"/>
          </w:tcPr>
          <w:p w14:paraId="243920AA" w14:textId="77777777" w:rsidR="00A806B2" w:rsidRPr="00A864B8" w:rsidRDefault="00000000">
            <w:pPr>
              <w:spacing w:before="20" w:after="10" w:line="240" w:lineRule="auto"/>
              <w:jc w:val="center"/>
            </w:pPr>
            <w:r w:rsidRPr="00A864B8">
              <w:rPr>
                <w:sz w:val="20"/>
              </w:rPr>
              <w:t xml:space="preserve"> Weiler (teilweise)</w:t>
            </w:r>
          </w:p>
        </w:tc>
      </w:tr>
    </w:tbl>
    <w:p w14:paraId="23696273" w14:textId="77777777" w:rsidR="00A806B2" w:rsidRPr="00A864B8" w:rsidRDefault="00A806B2"/>
    <w:p w14:paraId="1CF298D7" w14:textId="77777777" w:rsidR="00A806B2" w:rsidRPr="00A864B8" w:rsidRDefault="00000000">
      <w:pPr>
        <w:pStyle w:val="berschrift3"/>
      </w:pPr>
      <w:bookmarkStart w:id="37" w:name="h_potential_analysis_solarthermal_num"/>
      <w:bookmarkStart w:id="38" w:name="_Toc240363487"/>
      <w:r w:rsidRPr="00A864B8">
        <w:rPr>
          <w:color w:val="000000"/>
          <w:sz w:val="32"/>
        </w:rPr>
        <w:t xml:space="preserve">3.2.2 </w:t>
      </w:r>
      <w:bookmarkEnd w:id="37"/>
      <w:r w:rsidRPr="00A864B8">
        <w:rPr>
          <w:color w:val="000000"/>
          <w:sz w:val="32"/>
        </w:rPr>
        <w:t>Solarthermie</w:t>
      </w:r>
      <w:bookmarkEnd w:id="38"/>
    </w:p>
    <w:p w14:paraId="21DE3963" w14:textId="77777777" w:rsidR="00A806B2" w:rsidRPr="00A864B8" w:rsidRDefault="00000000">
      <w:pPr>
        <w:jc w:val="both"/>
      </w:pPr>
      <w:r w:rsidRPr="00A864B8">
        <w:t>Mithilfe von Solarthermieanlagen kann solar erzeugte Wärme in Wärmenetze eingespeist werden. Eine relevante Auslegungsgröße ist die Globalstrahlung am Standort, die gemeinsam mit der Netzvorlauftemperatur und dem Kollektortyp den flächenbezogenen Wärmeertrag beeinflusst.</w:t>
      </w:r>
    </w:p>
    <w:p w14:paraId="654C572A" w14:textId="77777777" w:rsidR="00A806B2" w:rsidRPr="00A864B8" w:rsidRDefault="00000000">
      <w:pPr>
        <w:jc w:val="both"/>
      </w:pPr>
      <w:r w:rsidRPr="00A864B8">
        <w:t>Die jährliche Globalstrahlung am Standort beträgt 1.088 kWh/(m²·a). Auf dieser Basis wurden die jährlichen flächenbezogenen Wärmeerträge für Standard-Flachkollektoren bei Südausrichtung und einem Neigungswinkel von 30° für drei beispielhafte Kollektortemperaturen berechnet. Die Erträge der einzelnen Temperaturniveaus sind in der nachfolgenden Tabelle aufgeführt.</w:t>
      </w:r>
    </w:p>
    <w:p w14:paraId="3CB8DC0C" w14:textId="5DFBB107" w:rsidR="00A806B2" w:rsidRPr="00A864B8" w:rsidRDefault="00000000">
      <w:pPr>
        <w:pStyle w:val="CaptionStyle"/>
        <w:spacing w:before="40" w:after="0"/>
        <w:jc w:val="center"/>
        <w:rPr>
          <w:lang w:val="de-DE"/>
        </w:rPr>
      </w:pPr>
      <w:bookmarkStart w:id="39" w:name="_Toc240363532"/>
      <w:r w:rsidRPr="00A864B8">
        <w:rPr>
          <w:lang w:val="de-DE"/>
        </w:rPr>
        <w:t xml:space="preserve">Tabelle </w:t>
      </w:r>
      <w:bookmarkStart w:id="40" w:name="potential_analysis_solarthermal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w:t>
      </w:r>
      <w:r w:rsidRPr="00A864B8">
        <w:rPr>
          <w:lang w:val="de-DE"/>
        </w:rPr>
        <w:fldChar w:fldCharType="end"/>
      </w:r>
      <w:bookmarkStart w:id="41" w:name="potential_analysis_solarthermal"/>
      <w:bookmarkEnd w:id="40"/>
      <w:bookmarkEnd w:id="41"/>
      <w:r w:rsidRPr="00A864B8">
        <w:rPr>
          <w:lang w:val="de-DE"/>
        </w:rPr>
        <w:t>: Potenzialanalyse: Solarthermie</w:t>
      </w:r>
      <w:bookmarkEnd w:id="39"/>
    </w:p>
    <w:tbl>
      <w:tblPr>
        <w:tblW w:w="0" w:type="auto"/>
        <w:jc w:val="center"/>
        <w:tblLook w:val="04A0" w:firstRow="1" w:lastRow="0" w:firstColumn="1" w:lastColumn="0" w:noHBand="0" w:noVBand="1"/>
      </w:tblPr>
      <w:tblGrid>
        <w:gridCol w:w="4320"/>
        <w:gridCol w:w="4320"/>
      </w:tblGrid>
      <w:tr w:rsidR="00A806B2" w:rsidRPr="00A864B8" w14:paraId="2AA85FB9" w14:textId="77777777">
        <w:trPr>
          <w:jc w:val="center"/>
        </w:trPr>
        <w:tc>
          <w:tcPr>
            <w:tcW w:w="4320" w:type="dxa"/>
            <w:tcBorders>
              <w:bottom w:val="single" w:sz="22" w:space="0" w:color="C00000"/>
            </w:tcBorders>
            <w:shd w:val="clear" w:color="auto" w:fill="343A40"/>
          </w:tcPr>
          <w:p w14:paraId="1ADE8085" w14:textId="77777777" w:rsidR="00A806B2" w:rsidRPr="00A864B8" w:rsidRDefault="00000000">
            <w:pPr>
              <w:spacing w:before="20" w:after="10" w:line="240" w:lineRule="auto"/>
              <w:jc w:val="center"/>
            </w:pPr>
            <w:r w:rsidRPr="00A864B8">
              <w:rPr>
                <w:color w:val="FFFFFF"/>
                <w:sz w:val="20"/>
              </w:rPr>
              <w:t>Kollektortemperatur</w:t>
            </w:r>
          </w:p>
        </w:tc>
        <w:tc>
          <w:tcPr>
            <w:tcW w:w="4320" w:type="dxa"/>
            <w:tcBorders>
              <w:bottom w:val="single" w:sz="22" w:space="0" w:color="C00000"/>
            </w:tcBorders>
            <w:shd w:val="clear" w:color="auto" w:fill="343A40"/>
          </w:tcPr>
          <w:p w14:paraId="64F51EB8" w14:textId="77777777" w:rsidR="00A806B2" w:rsidRPr="00A864B8" w:rsidRDefault="00000000">
            <w:pPr>
              <w:spacing w:before="20" w:after="10" w:line="240" w:lineRule="auto"/>
              <w:jc w:val="center"/>
            </w:pPr>
            <w:r w:rsidRPr="00A864B8">
              <w:rPr>
                <w:color w:val="FFFFFF"/>
                <w:sz w:val="20"/>
              </w:rPr>
              <w:t>Wärmeertrag</w:t>
            </w:r>
          </w:p>
        </w:tc>
      </w:tr>
      <w:tr w:rsidR="00A806B2" w:rsidRPr="00A864B8" w14:paraId="442B144D" w14:textId="77777777">
        <w:trPr>
          <w:jc w:val="center"/>
        </w:trPr>
        <w:tc>
          <w:tcPr>
            <w:tcW w:w="4320" w:type="dxa"/>
            <w:tcBorders>
              <w:bottom w:val="single" w:sz="8" w:space="0" w:color="9B9B9B"/>
            </w:tcBorders>
            <w:shd w:val="clear" w:color="auto" w:fill="F0F0F0"/>
            <w:vAlign w:val="center"/>
          </w:tcPr>
          <w:p w14:paraId="186CFEBF" w14:textId="77777777" w:rsidR="00A806B2" w:rsidRPr="00A864B8" w:rsidRDefault="00000000">
            <w:pPr>
              <w:spacing w:before="20" w:after="10" w:line="240" w:lineRule="auto"/>
              <w:jc w:val="center"/>
            </w:pPr>
            <w:r w:rsidRPr="00A864B8">
              <w:rPr>
                <w:sz w:val="20"/>
              </w:rPr>
              <w:t>50 °C</w:t>
            </w:r>
          </w:p>
        </w:tc>
        <w:tc>
          <w:tcPr>
            <w:tcW w:w="4320" w:type="dxa"/>
            <w:tcBorders>
              <w:bottom w:val="single" w:sz="8" w:space="0" w:color="9B9B9B"/>
            </w:tcBorders>
            <w:shd w:val="clear" w:color="auto" w:fill="F0F0F0"/>
            <w:vAlign w:val="center"/>
          </w:tcPr>
          <w:p w14:paraId="2875A441" w14:textId="77777777" w:rsidR="00A806B2" w:rsidRPr="00A864B8" w:rsidRDefault="00000000">
            <w:pPr>
              <w:spacing w:before="20" w:after="10" w:line="240" w:lineRule="auto"/>
              <w:jc w:val="center"/>
            </w:pPr>
            <w:r w:rsidRPr="00A864B8">
              <w:rPr>
                <w:sz w:val="20"/>
              </w:rPr>
              <w:t>2.044 MWh/(ha·a)</w:t>
            </w:r>
          </w:p>
        </w:tc>
      </w:tr>
      <w:tr w:rsidR="00A806B2" w:rsidRPr="00A864B8" w14:paraId="2A76E636" w14:textId="77777777">
        <w:trPr>
          <w:jc w:val="center"/>
        </w:trPr>
        <w:tc>
          <w:tcPr>
            <w:tcW w:w="4320" w:type="dxa"/>
            <w:tcBorders>
              <w:bottom w:val="single" w:sz="8" w:space="0" w:color="9B9B9B"/>
            </w:tcBorders>
            <w:shd w:val="clear" w:color="auto" w:fill="CFCFCF"/>
            <w:vAlign w:val="center"/>
          </w:tcPr>
          <w:p w14:paraId="43B69AC6" w14:textId="77777777" w:rsidR="00A806B2" w:rsidRPr="00A864B8" w:rsidRDefault="00000000">
            <w:pPr>
              <w:spacing w:before="20" w:after="10" w:line="240" w:lineRule="auto"/>
              <w:jc w:val="center"/>
            </w:pPr>
            <w:r w:rsidRPr="00A864B8">
              <w:rPr>
                <w:sz w:val="20"/>
              </w:rPr>
              <w:t>70 °C</w:t>
            </w:r>
          </w:p>
        </w:tc>
        <w:tc>
          <w:tcPr>
            <w:tcW w:w="4320" w:type="dxa"/>
            <w:tcBorders>
              <w:bottom w:val="single" w:sz="8" w:space="0" w:color="9B9B9B"/>
            </w:tcBorders>
            <w:shd w:val="clear" w:color="auto" w:fill="CFCFCF"/>
            <w:vAlign w:val="center"/>
          </w:tcPr>
          <w:p w14:paraId="4F5C7EBD" w14:textId="77777777" w:rsidR="00A806B2" w:rsidRPr="00A864B8" w:rsidRDefault="00000000">
            <w:pPr>
              <w:spacing w:before="20" w:after="10" w:line="240" w:lineRule="auto"/>
              <w:jc w:val="center"/>
            </w:pPr>
            <w:r w:rsidRPr="00A864B8">
              <w:rPr>
                <w:sz w:val="20"/>
              </w:rPr>
              <w:t>1.322 MWh/(ha·a)</w:t>
            </w:r>
          </w:p>
        </w:tc>
      </w:tr>
      <w:tr w:rsidR="00A806B2" w:rsidRPr="00A864B8" w14:paraId="5A9096D8" w14:textId="77777777">
        <w:trPr>
          <w:jc w:val="center"/>
        </w:trPr>
        <w:tc>
          <w:tcPr>
            <w:tcW w:w="4320" w:type="dxa"/>
            <w:tcBorders>
              <w:bottom w:val="single" w:sz="8" w:space="0" w:color="9B9B9B"/>
            </w:tcBorders>
            <w:shd w:val="clear" w:color="auto" w:fill="F0F0F0"/>
            <w:vAlign w:val="center"/>
          </w:tcPr>
          <w:p w14:paraId="2E6A7F62" w14:textId="77777777" w:rsidR="00A806B2" w:rsidRPr="00A864B8" w:rsidRDefault="00000000">
            <w:pPr>
              <w:spacing w:before="20" w:after="10" w:line="240" w:lineRule="auto"/>
              <w:jc w:val="center"/>
            </w:pPr>
            <w:r w:rsidRPr="00A864B8">
              <w:rPr>
                <w:sz w:val="20"/>
              </w:rPr>
              <w:t>90 °C</w:t>
            </w:r>
          </w:p>
        </w:tc>
        <w:tc>
          <w:tcPr>
            <w:tcW w:w="4320" w:type="dxa"/>
            <w:tcBorders>
              <w:bottom w:val="single" w:sz="8" w:space="0" w:color="9B9B9B"/>
            </w:tcBorders>
            <w:shd w:val="clear" w:color="auto" w:fill="F0F0F0"/>
            <w:vAlign w:val="center"/>
          </w:tcPr>
          <w:p w14:paraId="46A59D4E" w14:textId="77777777" w:rsidR="00A806B2" w:rsidRPr="00A864B8" w:rsidRDefault="00000000">
            <w:pPr>
              <w:spacing w:before="20" w:after="10" w:line="240" w:lineRule="auto"/>
              <w:jc w:val="center"/>
            </w:pPr>
            <w:r w:rsidRPr="00A864B8">
              <w:rPr>
                <w:sz w:val="20"/>
              </w:rPr>
              <w:t>759 MWh/(ha·a)</w:t>
            </w:r>
          </w:p>
        </w:tc>
      </w:tr>
    </w:tbl>
    <w:p w14:paraId="77F7D0AE" w14:textId="77777777" w:rsidR="00A806B2" w:rsidRPr="00A864B8" w:rsidRDefault="00A806B2"/>
    <w:p w14:paraId="790D98D8" w14:textId="77777777" w:rsidR="00A806B2" w:rsidRPr="00A864B8" w:rsidRDefault="00000000">
      <w:pPr>
        <w:pStyle w:val="berschrift3"/>
      </w:pPr>
      <w:bookmarkStart w:id="42" w:name="h_potential_analysis_shallow_geothermal_"/>
      <w:bookmarkStart w:id="43" w:name="_Toc240363488"/>
      <w:r w:rsidRPr="00A864B8">
        <w:rPr>
          <w:color w:val="000000"/>
          <w:sz w:val="32"/>
        </w:rPr>
        <w:t xml:space="preserve">3.2.3 </w:t>
      </w:r>
      <w:bookmarkEnd w:id="42"/>
      <w:r w:rsidRPr="00A864B8">
        <w:rPr>
          <w:color w:val="000000"/>
          <w:sz w:val="32"/>
        </w:rPr>
        <w:t>Oberflächennahe Geothermie</w:t>
      </w:r>
      <w:bookmarkEnd w:id="43"/>
    </w:p>
    <w:p w14:paraId="19AD9D91" w14:textId="77777777" w:rsidR="00A806B2" w:rsidRPr="00A864B8" w:rsidRDefault="00000000">
      <w:pPr>
        <w:jc w:val="both"/>
      </w:pPr>
      <w:r w:rsidRPr="00A864B8">
        <w:t>Mithilfe von Flächenkollektoren oder Erdwärmesonden kann der Untergrund bis etwa 400 m Tiefe durch oberflächennahe Geothermie zur Wärme- und Kälteversorgung genutzt werden. Eine relevante Auslegungsgröße ist die Wärmeleitfähigkeit des Untergrunds, welche die spezifische Entzugsleistung je Meter und damit die erforderliche Kollektorfläche bzw. Bohrtiefe bestimmt. Bei Bohrungen sind die geologischen und hydrogeologischen Bedingungen (beispielsweise die Lage von Wasserschutzgebieten) zu berücksichtigen.</w:t>
      </w:r>
    </w:p>
    <w:p w14:paraId="34828A56" w14:textId="77777777" w:rsidR="00A806B2" w:rsidRPr="00A864B8" w:rsidRDefault="00000000">
      <w:pPr>
        <w:jc w:val="both"/>
      </w:pPr>
      <w:r w:rsidRPr="00A864B8">
        <w:t>Im Quartier konnten relevante Flächen für die oberflächennahe Geothermie identifiziert werden. Den größten Anteil an der Quartiersfläche nimmt diesbezüglich der Bodentyp Luvisol mit einer Fläche von 100,0 % ein. Im Quartier sind Wasserschutzgebiete vorhanden. Die Kennwerte der ermittelten Potenziale für oberflächennahe Geothermie sind in der nachfolgenden Tabelle aufgeführt.</w:t>
      </w:r>
    </w:p>
    <w:p w14:paraId="0F01C3BC" w14:textId="423F02D6" w:rsidR="00A806B2" w:rsidRPr="00A864B8" w:rsidRDefault="00000000">
      <w:pPr>
        <w:pStyle w:val="CaptionStyle"/>
        <w:spacing w:before="40" w:after="0"/>
        <w:jc w:val="center"/>
        <w:rPr>
          <w:lang w:val="de-DE"/>
        </w:rPr>
      </w:pPr>
      <w:bookmarkStart w:id="44" w:name="_Toc240363533"/>
      <w:r w:rsidRPr="00A864B8">
        <w:rPr>
          <w:lang w:val="de-DE"/>
        </w:rPr>
        <w:t xml:space="preserve">Tabelle </w:t>
      </w:r>
      <w:bookmarkStart w:id="45" w:name="potential_analysis_shallow_geothermal_nu"/>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w:t>
      </w:r>
      <w:r w:rsidRPr="00A864B8">
        <w:rPr>
          <w:lang w:val="de-DE"/>
        </w:rPr>
        <w:fldChar w:fldCharType="end"/>
      </w:r>
      <w:bookmarkStart w:id="46" w:name="potential_analysis_shallow_geothermal"/>
      <w:bookmarkEnd w:id="45"/>
      <w:bookmarkEnd w:id="46"/>
      <w:r w:rsidRPr="00A864B8">
        <w:rPr>
          <w:lang w:val="de-DE"/>
        </w:rPr>
        <w:t>: Potenzialanalyse: Oberflächennahe Geothermie</w:t>
      </w:r>
      <w:bookmarkEnd w:id="44"/>
    </w:p>
    <w:tbl>
      <w:tblPr>
        <w:tblW w:w="0" w:type="auto"/>
        <w:jc w:val="center"/>
        <w:tblLook w:val="04A0" w:firstRow="1" w:lastRow="0" w:firstColumn="1" w:lastColumn="0" w:noHBand="0" w:noVBand="1"/>
      </w:tblPr>
      <w:tblGrid>
        <w:gridCol w:w="1194"/>
        <w:gridCol w:w="1138"/>
        <w:gridCol w:w="1359"/>
        <w:gridCol w:w="1783"/>
        <w:gridCol w:w="1783"/>
        <w:gridCol w:w="1599"/>
      </w:tblGrid>
      <w:tr w:rsidR="00A806B2" w:rsidRPr="00A864B8" w14:paraId="0B156833" w14:textId="77777777">
        <w:trPr>
          <w:jc w:val="center"/>
        </w:trPr>
        <w:tc>
          <w:tcPr>
            <w:tcW w:w="1440" w:type="dxa"/>
            <w:tcBorders>
              <w:bottom w:val="single" w:sz="22" w:space="0" w:color="C00000"/>
            </w:tcBorders>
            <w:shd w:val="clear" w:color="auto" w:fill="343A40"/>
          </w:tcPr>
          <w:p w14:paraId="51BEC981" w14:textId="77777777" w:rsidR="00A806B2" w:rsidRPr="00A864B8" w:rsidRDefault="00000000">
            <w:pPr>
              <w:spacing w:before="20" w:after="10" w:line="240" w:lineRule="auto"/>
              <w:jc w:val="center"/>
            </w:pPr>
            <w:r w:rsidRPr="00A864B8">
              <w:rPr>
                <w:color w:val="FFFFFF"/>
                <w:sz w:val="20"/>
              </w:rPr>
              <w:t>Bodentyp</w:t>
            </w:r>
          </w:p>
        </w:tc>
        <w:tc>
          <w:tcPr>
            <w:tcW w:w="1440" w:type="dxa"/>
            <w:tcBorders>
              <w:bottom w:val="single" w:sz="22" w:space="0" w:color="C00000"/>
            </w:tcBorders>
            <w:shd w:val="clear" w:color="auto" w:fill="343A40"/>
          </w:tcPr>
          <w:p w14:paraId="1F453B46" w14:textId="77777777" w:rsidR="00A806B2" w:rsidRPr="00A864B8" w:rsidRDefault="00000000">
            <w:pPr>
              <w:spacing w:before="20" w:after="10" w:line="240" w:lineRule="auto"/>
              <w:jc w:val="center"/>
            </w:pPr>
            <w:r w:rsidRPr="00A864B8">
              <w:rPr>
                <w:color w:val="FFFFFF"/>
                <w:sz w:val="20"/>
              </w:rPr>
              <w:t>Anteil am Quartier</w:t>
            </w:r>
          </w:p>
        </w:tc>
        <w:tc>
          <w:tcPr>
            <w:tcW w:w="1440" w:type="dxa"/>
            <w:tcBorders>
              <w:bottom w:val="single" w:sz="22" w:space="0" w:color="C00000"/>
            </w:tcBorders>
            <w:shd w:val="clear" w:color="auto" w:fill="343A40"/>
          </w:tcPr>
          <w:p w14:paraId="3DFFA500" w14:textId="77777777" w:rsidR="00A806B2" w:rsidRPr="00A864B8" w:rsidRDefault="00000000">
            <w:pPr>
              <w:spacing w:before="20" w:after="10" w:line="240" w:lineRule="auto"/>
              <w:jc w:val="center"/>
            </w:pPr>
            <w:r w:rsidRPr="00A864B8">
              <w:rPr>
                <w:color w:val="FFFFFF"/>
                <w:sz w:val="20"/>
              </w:rPr>
              <w:t>Bodentextur-Klasse (ESDAC)</w:t>
            </w:r>
          </w:p>
        </w:tc>
        <w:tc>
          <w:tcPr>
            <w:tcW w:w="1440" w:type="dxa"/>
            <w:tcBorders>
              <w:bottom w:val="single" w:sz="22" w:space="0" w:color="C00000"/>
            </w:tcBorders>
            <w:shd w:val="clear" w:color="auto" w:fill="343A40"/>
          </w:tcPr>
          <w:p w14:paraId="1369D029" w14:textId="77777777" w:rsidR="00A806B2" w:rsidRPr="00A864B8" w:rsidRDefault="00000000">
            <w:pPr>
              <w:spacing w:before="20" w:after="10" w:line="240" w:lineRule="auto"/>
              <w:jc w:val="center"/>
            </w:pPr>
            <w:r w:rsidRPr="00A864B8">
              <w:rPr>
                <w:color w:val="FFFFFF"/>
                <w:sz w:val="20"/>
              </w:rPr>
              <w:t>Mittlere Wärmeleitfähigkeit</w:t>
            </w:r>
          </w:p>
        </w:tc>
        <w:tc>
          <w:tcPr>
            <w:tcW w:w="1440" w:type="dxa"/>
            <w:tcBorders>
              <w:bottom w:val="single" w:sz="22" w:space="0" w:color="C00000"/>
            </w:tcBorders>
            <w:shd w:val="clear" w:color="auto" w:fill="343A40"/>
          </w:tcPr>
          <w:p w14:paraId="5D638298" w14:textId="77777777" w:rsidR="00A806B2" w:rsidRPr="00A864B8" w:rsidRDefault="00000000">
            <w:pPr>
              <w:spacing w:before="20" w:after="10" w:line="240" w:lineRule="auto"/>
              <w:jc w:val="center"/>
            </w:pPr>
            <w:r w:rsidRPr="00A864B8">
              <w:rPr>
                <w:color w:val="FFFFFF"/>
                <w:sz w:val="20"/>
              </w:rPr>
              <w:t>Bandbreite der Wärmeleitfähigkeit</w:t>
            </w:r>
          </w:p>
        </w:tc>
        <w:tc>
          <w:tcPr>
            <w:tcW w:w="1440" w:type="dxa"/>
            <w:tcBorders>
              <w:bottom w:val="single" w:sz="22" w:space="0" w:color="C00000"/>
            </w:tcBorders>
            <w:shd w:val="clear" w:color="auto" w:fill="343A40"/>
          </w:tcPr>
          <w:p w14:paraId="4D95E8EB" w14:textId="77777777" w:rsidR="00A806B2" w:rsidRPr="00A864B8" w:rsidRDefault="00000000">
            <w:pPr>
              <w:spacing w:before="20" w:after="10" w:line="240" w:lineRule="auto"/>
              <w:jc w:val="center"/>
            </w:pPr>
            <w:r w:rsidRPr="00A864B8">
              <w:rPr>
                <w:color w:val="FFFFFF"/>
                <w:sz w:val="20"/>
              </w:rPr>
              <w:t>Humiditätsklasse</w:t>
            </w:r>
          </w:p>
        </w:tc>
      </w:tr>
      <w:tr w:rsidR="00A806B2" w:rsidRPr="00A864B8" w14:paraId="3E774175" w14:textId="77777777">
        <w:trPr>
          <w:jc w:val="center"/>
        </w:trPr>
        <w:tc>
          <w:tcPr>
            <w:tcW w:w="1440" w:type="dxa"/>
            <w:tcBorders>
              <w:bottom w:val="single" w:sz="8" w:space="0" w:color="9B9B9B"/>
            </w:tcBorders>
            <w:shd w:val="clear" w:color="auto" w:fill="F0F0F0"/>
            <w:vAlign w:val="center"/>
          </w:tcPr>
          <w:p w14:paraId="4F4B246C" w14:textId="77777777" w:rsidR="00A806B2" w:rsidRPr="00A864B8" w:rsidRDefault="00000000">
            <w:pPr>
              <w:spacing w:before="20" w:after="10" w:line="240" w:lineRule="auto"/>
              <w:jc w:val="center"/>
            </w:pPr>
            <w:r w:rsidRPr="00A864B8">
              <w:rPr>
                <w:sz w:val="20"/>
              </w:rPr>
              <w:t>Luvisol</w:t>
            </w:r>
          </w:p>
        </w:tc>
        <w:tc>
          <w:tcPr>
            <w:tcW w:w="1440" w:type="dxa"/>
            <w:tcBorders>
              <w:bottom w:val="single" w:sz="8" w:space="0" w:color="9B9B9B"/>
            </w:tcBorders>
            <w:shd w:val="clear" w:color="auto" w:fill="F0F0F0"/>
            <w:vAlign w:val="center"/>
          </w:tcPr>
          <w:p w14:paraId="10C13068" w14:textId="77777777" w:rsidR="00A806B2" w:rsidRPr="00A864B8" w:rsidRDefault="00000000">
            <w:pPr>
              <w:spacing w:before="20" w:after="10" w:line="240" w:lineRule="auto"/>
              <w:jc w:val="center"/>
            </w:pPr>
            <w:r w:rsidRPr="00A864B8">
              <w:rPr>
                <w:sz w:val="20"/>
              </w:rPr>
              <w:t>100,0 %</w:t>
            </w:r>
          </w:p>
        </w:tc>
        <w:tc>
          <w:tcPr>
            <w:tcW w:w="1440" w:type="dxa"/>
            <w:tcBorders>
              <w:bottom w:val="single" w:sz="8" w:space="0" w:color="9B9B9B"/>
            </w:tcBorders>
            <w:shd w:val="clear" w:color="auto" w:fill="F0F0F0"/>
            <w:vAlign w:val="center"/>
          </w:tcPr>
          <w:p w14:paraId="5E6AD235" w14:textId="77777777" w:rsidR="00A806B2" w:rsidRPr="00A864B8" w:rsidRDefault="00000000">
            <w:pPr>
              <w:spacing w:before="20" w:after="10" w:line="240" w:lineRule="auto"/>
              <w:jc w:val="center"/>
            </w:pPr>
            <w:r w:rsidRPr="00A864B8">
              <w:rPr>
                <w:sz w:val="20"/>
              </w:rPr>
              <w:t>mittelfein</w:t>
            </w:r>
          </w:p>
        </w:tc>
        <w:tc>
          <w:tcPr>
            <w:tcW w:w="1440" w:type="dxa"/>
            <w:tcBorders>
              <w:bottom w:val="single" w:sz="8" w:space="0" w:color="9B9B9B"/>
            </w:tcBorders>
            <w:shd w:val="clear" w:color="auto" w:fill="F0F0F0"/>
            <w:vAlign w:val="center"/>
          </w:tcPr>
          <w:p w14:paraId="430F1F95" w14:textId="77777777" w:rsidR="00A806B2" w:rsidRPr="00A864B8" w:rsidRDefault="00000000">
            <w:pPr>
              <w:spacing w:before="20" w:after="10" w:line="240" w:lineRule="auto"/>
              <w:jc w:val="center"/>
            </w:pPr>
            <w:r w:rsidRPr="00A864B8">
              <w:rPr>
                <w:sz w:val="20"/>
              </w:rPr>
              <w:t>1 W/mK</w:t>
            </w:r>
          </w:p>
        </w:tc>
        <w:tc>
          <w:tcPr>
            <w:tcW w:w="1440" w:type="dxa"/>
            <w:tcBorders>
              <w:bottom w:val="single" w:sz="8" w:space="0" w:color="9B9B9B"/>
            </w:tcBorders>
            <w:shd w:val="clear" w:color="auto" w:fill="F0F0F0"/>
            <w:vAlign w:val="center"/>
          </w:tcPr>
          <w:p w14:paraId="363B7949" w14:textId="77777777" w:rsidR="00A806B2" w:rsidRPr="00A864B8" w:rsidRDefault="00000000">
            <w:pPr>
              <w:spacing w:before="20" w:after="10" w:line="240" w:lineRule="auto"/>
              <w:jc w:val="center"/>
            </w:pPr>
            <w:r w:rsidRPr="00A864B8">
              <w:rPr>
                <w:sz w:val="20"/>
              </w:rPr>
              <w:t>0,3 W/mK</w:t>
            </w:r>
          </w:p>
        </w:tc>
        <w:tc>
          <w:tcPr>
            <w:tcW w:w="1440" w:type="dxa"/>
            <w:tcBorders>
              <w:bottom w:val="single" w:sz="8" w:space="0" w:color="9B9B9B"/>
            </w:tcBorders>
            <w:shd w:val="clear" w:color="auto" w:fill="F0F0F0"/>
            <w:vAlign w:val="center"/>
          </w:tcPr>
          <w:p w14:paraId="22A8BD6A" w14:textId="77777777" w:rsidR="00A806B2" w:rsidRPr="00A864B8" w:rsidRDefault="00000000">
            <w:pPr>
              <w:spacing w:before="20" w:after="10" w:line="240" w:lineRule="auto"/>
              <w:jc w:val="center"/>
            </w:pPr>
            <w:r w:rsidRPr="00A864B8">
              <w:rPr>
                <w:sz w:val="20"/>
              </w:rPr>
              <w:t>humid (feucht)</w:t>
            </w:r>
          </w:p>
        </w:tc>
      </w:tr>
    </w:tbl>
    <w:p w14:paraId="0016F6F5" w14:textId="77777777" w:rsidR="00A806B2" w:rsidRPr="00A864B8" w:rsidRDefault="00A806B2"/>
    <w:p w14:paraId="0C0CB321" w14:textId="77777777" w:rsidR="00A806B2" w:rsidRPr="00A864B8" w:rsidRDefault="00000000">
      <w:pPr>
        <w:pStyle w:val="berschrift3"/>
      </w:pPr>
      <w:bookmarkStart w:id="47" w:name="h_potential_analysis_deep_geothermal_num"/>
      <w:bookmarkStart w:id="48" w:name="_Toc240363489"/>
      <w:r w:rsidRPr="00A864B8">
        <w:rPr>
          <w:color w:val="000000"/>
          <w:sz w:val="32"/>
        </w:rPr>
        <w:t xml:space="preserve">3.2.4 </w:t>
      </w:r>
      <w:bookmarkEnd w:id="47"/>
      <w:r w:rsidRPr="00A864B8">
        <w:rPr>
          <w:color w:val="000000"/>
          <w:sz w:val="32"/>
        </w:rPr>
        <w:t>Tiefe Geothermie</w:t>
      </w:r>
      <w:bookmarkEnd w:id="48"/>
    </w:p>
    <w:p w14:paraId="5E40AD37" w14:textId="77777777" w:rsidR="00A806B2" w:rsidRPr="00A864B8" w:rsidRDefault="00000000">
      <w:pPr>
        <w:jc w:val="both"/>
      </w:pPr>
      <w:r w:rsidRPr="00A864B8">
        <w:t>Ab etwa 400 m Tiefe kann der Untergrund durch tiefe Geothermie zur Wärmeversorgung genutzt werden. Bei hydrothermalen Systemen wird Thermalwasser aus wasserführenden Schichten gefördert und nach der Wärmeentnahme wieder in den Untergrund zurückgeführt. Petrothermale Systeme erschließen dagegen die Wärme aus gering durchlässigem Gestein über künstlich geschaffene Fließwege. Bei Bohrungen sind die geologischen und hydrogeologischen Bedingungen (beispielsweise die Lage von Wasserschutzgebieten) zu berücksichtigen.</w:t>
      </w:r>
    </w:p>
    <w:p w14:paraId="7241EF43" w14:textId="77777777" w:rsidR="00A806B2" w:rsidRPr="00A864B8" w:rsidRDefault="00000000">
      <w:pPr>
        <w:jc w:val="both"/>
      </w:pPr>
      <w:r w:rsidRPr="00A864B8">
        <w:t>Im Quartier konnte kein Potenzial für die thermische Nutzung von tiefer Geothermie gefunden werden.</w:t>
      </w:r>
    </w:p>
    <w:p w14:paraId="6684D4A0" w14:textId="77777777" w:rsidR="00A806B2" w:rsidRPr="00A864B8" w:rsidRDefault="00000000">
      <w:pPr>
        <w:pStyle w:val="berschrift2"/>
      </w:pPr>
      <w:bookmarkStart w:id="49" w:name="h_potential_analysis_anthropogenic_sourc"/>
      <w:bookmarkStart w:id="50" w:name="_Toc240363490"/>
      <w:r w:rsidRPr="00A864B8">
        <w:rPr>
          <w:color w:val="000000"/>
          <w:sz w:val="36"/>
        </w:rPr>
        <w:t xml:space="preserve">3.3 </w:t>
      </w:r>
      <w:bookmarkEnd w:id="49"/>
      <w:r w:rsidRPr="00A864B8">
        <w:rPr>
          <w:color w:val="000000"/>
          <w:sz w:val="36"/>
        </w:rPr>
        <w:t>Anthropogene Wärmequellen</w:t>
      </w:r>
      <w:bookmarkEnd w:id="50"/>
    </w:p>
    <w:p w14:paraId="10DDDE90" w14:textId="77777777" w:rsidR="00A806B2" w:rsidRPr="00A864B8" w:rsidRDefault="00000000">
      <w:pPr>
        <w:pStyle w:val="berschrift3"/>
      </w:pPr>
      <w:bookmarkStart w:id="51" w:name="h_potential_analysis_waste_heat_num"/>
      <w:bookmarkStart w:id="52" w:name="_Toc240363491"/>
      <w:r w:rsidRPr="00A864B8">
        <w:rPr>
          <w:color w:val="000000"/>
          <w:sz w:val="32"/>
        </w:rPr>
        <w:t xml:space="preserve">3.3.1 </w:t>
      </w:r>
      <w:bookmarkEnd w:id="51"/>
      <w:r w:rsidRPr="00A864B8">
        <w:rPr>
          <w:color w:val="000000"/>
          <w:sz w:val="32"/>
        </w:rPr>
        <w:t>Abwärme</w:t>
      </w:r>
      <w:bookmarkEnd w:id="52"/>
    </w:p>
    <w:p w14:paraId="2AAFE506" w14:textId="77777777" w:rsidR="00A806B2" w:rsidRPr="00A864B8" w:rsidRDefault="00000000">
      <w:pPr>
        <w:jc w:val="both"/>
      </w:pPr>
      <w:r w:rsidRPr="00A864B8">
        <w:t>Abwärme fällt als ungenutztes Nebenprodukt bei technischen Prozessen an und kann bei geeigneter Temperatur und ausreichender Kontinuität direkt oder über Wärmepumpen in Wärmenetze eingebunden werden. Da keine zusätzliche Primärenergie aufgewendet werden muss, ist die Abwärmenutzung eine besonders effiziente und in der Erschließung häufig wirtschaftliche Option. Als potentielle Quellen kommen beispielsweise industrielle und gewerbliche Prozesse, Rechenzentren sowie Abfallverwertungsanlagen infrage. Maßgebliche Auslegungsgrößen sind das Temperaturniveau, die verfügbare Leistung und das zeitliche Anfallprofil der Abwärme, das im Idealfall mit dem Wärmebedarf des Quartiers übereinstimmt. Zu berücksichtigen sind die Entfernung zwischen Quelle und Versorgungsgebiet, die Abhängigkeit von der Betriebsweise und Fortführung des abwärmeliefernden Prozesses sowie die vertragliche Absicherung der langfristigen Bereitstellung.</w:t>
      </w:r>
    </w:p>
    <w:p w14:paraId="38F1DF30" w14:textId="77777777" w:rsidR="00A806B2" w:rsidRPr="00A864B8" w:rsidRDefault="00000000">
      <w:pPr>
        <w:jc w:val="both"/>
      </w:pPr>
      <w:r w:rsidRPr="00A864B8">
        <w:t>Im Untersuchungsgebiet mit einem Radius von 2.000 m um das Quartier konnten keine Abwärmepotenziale gefunden werden.</w:t>
      </w:r>
    </w:p>
    <w:p w14:paraId="320BFD45" w14:textId="77777777" w:rsidR="00A806B2" w:rsidRPr="00A864B8" w:rsidRDefault="00000000">
      <w:pPr>
        <w:pStyle w:val="berschrift3"/>
      </w:pPr>
      <w:bookmarkStart w:id="53" w:name="h_potential_analysis_waste_water_treatme"/>
      <w:bookmarkStart w:id="54" w:name="_Toc240363492"/>
      <w:r w:rsidRPr="00A864B8">
        <w:rPr>
          <w:color w:val="000000"/>
          <w:sz w:val="32"/>
        </w:rPr>
        <w:t xml:space="preserve">3.3.2 </w:t>
      </w:r>
      <w:bookmarkEnd w:id="53"/>
      <w:r w:rsidRPr="00A864B8">
        <w:rPr>
          <w:color w:val="000000"/>
          <w:sz w:val="32"/>
        </w:rPr>
        <w:t>Abwasseraufbereitungsanlagen</w:t>
      </w:r>
      <w:bookmarkEnd w:id="54"/>
    </w:p>
    <w:p w14:paraId="110008D3" w14:textId="77777777" w:rsidR="00A806B2" w:rsidRPr="00A864B8" w:rsidRDefault="00000000">
      <w:pPr>
        <w:jc w:val="both"/>
      </w:pPr>
      <w:r w:rsidRPr="00A864B8">
        <w:t>Abwasser weist ganzjährig ein vergleichsweise konstantes Temperaturniveau auf und kann beispielsweise als Wärmequelle für Großwärmepumpen genutzt werden. Diesbezüglich sind insbesondere Abwasseraufbereitungsanlagen interessant. Die tatsächlich entziehbare Wärmemenge ist mit dem Anlagenbetreiber abzustimmen, da die wasserrechtlich vorgegebene Mindesteinleittemperatur die nutzbare Temperaturdifferenz begrenzt.</w:t>
      </w:r>
    </w:p>
    <w:p w14:paraId="495F4870" w14:textId="77777777" w:rsidR="00A806B2" w:rsidRPr="00A864B8" w:rsidRDefault="00000000">
      <w:pPr>
        <w:jc w:val="both"/>
      </w:pPr>
      <w:r w:rsidRPr="00A864B8">
        <w:t>Im Untersuchungsgebiet mit einem Radius von 2.000 m um das Quartier wurden keine Abwasseraufbereitungsanlagen gefunden.</w:t>
      </w:r>
    </w:p>
    <w:p w14:paraId="676ADCF5" w14:textId="77777777" w:rsidR="00A806B2" w:rsidRPr="00A864B8" w:rsidRDefault="00000000">
      <w:pPr>
        <w:pStyle w:val="berschrift3"/>
      </w:pPr>
      <w:bookmarkStart w:id="55" w:name="h_potential_analysis_existing_heat_netwo"/>
      <w:bookmarkStart w:id="56" w:name="_Toc240363493"/>
      <w:r w:rsidRPr="00A864B8">
        <w:rPr>
          <w:color w:val="000000"/>
          <w:sz w:val="32"/>
        </w:rPr>
        <w:t xml:space="preserve">3.3.3 </w:t>
      </w:r>
      <w:bookmarkEnd w:id="55"/>
      <w:r w:rsidRPr="00A864B8">
        <w:rPr>
          <w:color w:val="000000"/>
          <w:sz w:val="32"/>
        </w:rPr>
        <w:t>Bestehende Wärmenetze</w:t>
      </w:r>
      <w:bookmarkEnd w:id="56"/>
    </w:p>
    <w:p w14:paraId="09AB8EE7" w14:textId="77777777" w:rsidR="00A806B2" w:rsidRPr="00A864B8" w:rsidRDefault="00000000">
      <w:pPr>
        <w:jc w:val="both"/>
      </w:pPr>
      <w:r w:rsidRPr="00A864B8">
        <w:t>Bestehende Wärmenetze sind sowohl als mögliche Anschlussoption für das Quartier als auch als Ausgangspunkt für eine gemeinsame Erweiterung des Versorgungsgebiets relevant. Dabei sind die verfügbaren Kapazitäten, das Temperaturniveau und der aktuelle Erzeugungsmix des Netzbetreibers zu berücksichtigen.</w:t>
      </w:r>
    </w:p>
    <w:p w14:paraId="1595FCFA" w14:textId="77777777" w:rsidR="00A806B2" w:rsidRPr="00A864B8" w:rsidRDefault="00000000">
      <w:pPr>
        <w:jc w:val="both"/>
      </w:pPr>
      <w:r w:rsidRPr="00A864B8">
        <w:t>Im Untersuchungsradius von 2.000 m wurden 2 bestehende Wärmenetze mit einer geschätzten Gesamtversorgungsfläche von ca. 690.000 ha ermittelt. Das dem Quartier am nächsten gelegene Netz liegt in einer Entfernung von 428 m. Die gefundenen Wärmenetze sind in der nachfolgenden Tabelle aufgeführt.</w:t>
      </w:r>
    </w:p>
    <w:p w14:paraId="3616BA1E" w14:textId="2B614CEA" w:rsidR="00A806B2" w:rsidRPr="00A864B8" w:rsidRDefault="00000000">
      <w:pPr>
        <w:pStyle w:val="CaptionStyle"/>
        <w:spacing w:before="40" w:after="0"/>
        <w:jc w:val="center"/>
        <w:rPr>
          <w:lang w:val="de-DE"/>
        </w:rPr>
      </w:pPr>
      <w:bookmarkStart w:id="57" w:name="_Toc240363534"/>
      <w:r w:rsidRPr="00A864B8">
        <w:rPr>
          <w:lang w:val="de-DE"/>
        </w:rPr>
        <w:t xml:space="preserve">Tabelle </w:t>
      </w:r>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w:t>
      </w:r>
      <w:r w:rsidRPr="00A864B8">
        <w:rPr>
          <w:lang w:val="de-DE"/>
        </w:rPr>
        <w:fldChar w:fldCharType="end"/>
      </w:r>
      <w:bookmarkStart w:id="58" w:name="potential_analysis_existing_heat_network"/>
      <w:bookmarkEnd w:id="58"/>
      <w:r w:rsidRPr="00A864B8">
        <w:rPr>
          <w:lang w:val="de-DE"/>
        </w:rPr>
        <w:t>: Potenzialanalyse: Bestehende Wärmenetze</w:t>
      </w:r>
      <w:bookmarkEnd w:id="57"/>
    </w:p>
    <w:tbl>
      <w:tblPr>
        <w:tblW w:w="0" w:type="auto"/>
        <w:jc w:val="center"/>
        <w:tblLook w:val="04A0" w:firstRow="1" w:lastRow="0" w:firstColumn="1" w:lastColumn="0" w:noHBand="0" w:noVBand="1"/>
      </w:tblPr>
      <w:tblGrid>
        <w:gridCol w:w="2880"/>
        <w:gridCol w:w="2880"/>
        <w:gridCol w:w="2880"/>
      </w:tblGrid>
      <w:tr w:rsidR="00A806B2" w:rsidRPr="00A864B8" w14:paraId="4DC29E90" w14:textId="77777777">
        <w:trPr>
          <w:jc w:val="center"/>
        </w:trPr>
        <w:tc>
          <w:tcPr>
            <w:tcW w:w="2880" w:type="dxa"/>
            <w:tcBorders>
              <w:bottom w:val="single" w:sz="22" w:space="0" w:color="C00000"/>
            </w:tcBorders>
            <w:shd w:val="clear" w:color="auto" w:fill="343A40"/>
          </w:tcPr>
          <w:p w14:paraId="20EEECB0" w14:textId="77777777" w:rsidR="00A806B2" w:rsidRPr="00A864B8" w:rsidRDefault="00000000">
            <w:pPr>
              <w:spacing w:before="20" w:after="10" w:line="240" w:lineRule="auto"/>
              <w:jc w:val="center"/>
            </w:pPr>
            <w:r w:rsidRPr="00A864B8">
              <w:rPr>
                <w:color w:val="FFFFFF"/>
                <w:sz w:val="20"/>
              </w:rPr>
              <w:t>Wärmenetz</w:t>
            </w:r>
          </w:p>
        </w:tc>
        <w:tc>
          <w:tcPr>
            <w:tcW w:w="2880" w:type="dxa"/>
            <w:tcBorders>
              <w:bottom w:val="single" w:sz="22" w:space="0" w:color="C00000"/>
            </w:tcBorders>
            <w:shd w:val="clear" w:color="auto" w:fill="343A40"/>
          </w:tcPr>
          <w:p w14:paraId="08FAE2F9" w14:textId="77777777" w:rsidR="00A806B2" w:rsidRPr="00A864B8" w:rsidRDefault="00000000">
            <w:pPr>
              <w:spacing w:before="20" w:after="10" w:line="240" w:lineRule="auto"/>
              <w:jc w:val="center"/>
            </w:pPr>
            <w:r w:rsidRPr="00A864B8">
              <w:rPr>
                <w:color w:val="FFFFFF"/>
                <w:sz w:val="20"/>
              </w:rPr>
              <w:t>Entfernung zum Quartier</w:t>
            </w:r>
          </w:p>
        </w:tc>
        <w:tc>
          <w:tcPr>
            <w:tcW w:w="2880" w:type="dxa"/>
            <w:tcBorders>
              <w:bottom w:val="single" w:sz="22" w:space="0" w:color="C00000"/>
            </w:tcBorders>
            <w:shd w:val="clear" w:color="auto" w:fill="343A40"/>
          </w:tcPr>
          <w:p w14:paraId="1BE2256E" w14:textId="77777777" w:rsidR="00A806B2" w:rsidRPr="00A864B8" w:rsidRDefault="00000000">
            <w:pPr>
              <w:spacing w:before="20" w:after="10" w:line="240" w:lineRule="auto"/>
              <w:jc w:val="center"/>
            </w:pPr>
            <w:r w:rsidRPr="00A864B8">
              <w:rPr>
                <w:color w:val="FFFFFF"/>
                <w:sz w:val="20"/>
              </w:rPr>
              <w:t>Geschätzte Versorgungsfläche</w:t>
            </w:r>
          </w:p>
        </w:tc>
      </w:tr>
      <w:tr w:rsidR="00A806B2" w:rsidRPr="00A864B8" w14:paraId="0B1151EA" w14:textId="77777777">
        <w:trPr>
          <w:jc w:val="center"/>
        </w:trPr>
        <w:tc>
          <w:tcPr>
            <w:tcW w:w="2880" w:type="dxa"/>
            <w:tcBorders>
              <w:bottom w:val="single" w:sz="8" w:space="0" w:color="9B9B9B"/>
            </w:tcBorders>
            <w:shd w:val="clear" w:color="auto" w:fill="F0F0F0"/>
            <w:vAlign w:val="center"/>
          </w:tcPr>
          <w:p w14:paraId="3E49DD98" w14:textId="77777777" w:rsidR="00A806B2" w:rsidRPr="00A864B8" w:rsidRDefault="00000000">
            <w:pPr>
              <w:spacing w:before="20" w:after="10" w:line="240" w:lineRule="auto"/>
              <w:jc w:val="center"/>
            </w:pPr>
            <w:r w:rsidRPr="00A864B8">
              <w:rPr>
                <w:sz w:val="20"/>
              </w:rPr>
              <w:t>Wärmenetz 1</w:t>
            </w:r>
          </w:p>
        </w:tc>
        <w:tc>
          <w:tcPr>
            <w:tcW w:w="2880" w:type="dxa"/>
            <w:tcBorders>
              <w:bottom w:val="single" w:sz="8" w:space="0" w:color="9B9B9B"/>
            </w:tcBorders>
            <w:shd w:val="clear" w:color="auto" w:fill="F0F0F0"/>
            <w:vAlign w:val="center"/>
          </w:tcPr>
          <w:p w14:paraId="32C6DD8C" w14:textId="77777777" w:rsidR="00A806B2" w:rsidRPr="00A864B8" w:rsidRDefault="00000000">
            <w:pPr>
              <w:spacing w:before="20" w:after="10" w:line="240" w:lineRule="auto"/>
              <w:jc w:val="center"/>
            </w:pPr>
            <w:r w:rsidRPr="00A864B8">
              <w:rPr>
                <w:sz w:val="20"/>
              </w:rPr>
              <w:t>428 m</w:t>
            </w:r>
          </w:p>
        </w:tc>
        <w:tc>
          <w:tcPr>
            <w:tcW w:w="2880" w:type="dxa"/>
            <w:tcBorders>
              <w:bottom w:val="single" w:sz="8" w:space="0" w:color="9B9B9B"/>
            </w:tcBorders>
            <w:shd w:val="clear" w:color="auto" w:fill="F0F0F0"/>
            <w:vAlign w:val="center"/>
          </w:tcPr>
          <w:p w14:paraId="122E08B9" w14:textId="77777777" w:rsidR="00A806B2" w:rsidRPr="00A864B8" w:rsidRDefault="00000000">
            <w:pPr>
              <w:spacing w:before="20" w:after="10" w:line="240" w:lineRule="auto"/>
              <w:jc w:val="center"/>
            </w:pPr>
            <w:r w:rsidRPr="00A864B8">
              <w:rPr>
                <w:sz w:val="20"/>
              </w:rPr>
              <w:t>330.000 ha</w:t>
            </w:r>
          </w:p>
        </w:tc>
      </w:tr>
      <w:tr w:rsidR="00A806B2" w:rsidRPr="00A864B8" w14:paraId="02ADB9FF" w14:textId="77777777">
        <w:trPr>
          <w:jc w:val="center"/>
        </w:trPr>
        <w:tc>
          <w:tcPr>
            <w:tcW w:w="2880" w:type="dxa"/>
            <w:tcBorders>
              <w:bottom w:val="single" w:sz="8" w:space="0" w:color="9B9B9B"/>
            </w:tcBorders>
            <w:shd w:val="clear" w:color="auto" w:fill="CFCFCF"/>
            <w:vAlign w:val="center"/>
          </w:tcPr>
          <w:p w14:paraId="32803408" w14:textId="77777777" w:rsidR="00A806B2" w:rsidRPr="00A864B8" w:rsidRDefault="00000000">
            <w:pPr>
              <w:spacing w:before="20" w:after="10" w:line="240" w:lineRule="auto"/>
              <w:jc w:val="center"/>
            </w:pPr>
            <w:r w:rsidRPr="00A864B8">
              <w:rPr>
                <w:sz w:val="20"/>
              </w:rPr>
              <w:t>Wärmenetz 2</w:t>
            </w:r>
          </w:p>
        </w:tc>
        <w:tc>
          <w:tcPr>
            <w:tcW w:w="2880" w:type="dxa"/>
            <w:tcBorders>
              <w:bottom w:val="single" w:sz="8" w:space="0" w:color="9B9B9B"/>
            </w:tcBorders>
            <w:shd w:val="clear" w:color="auto" w:fill="CFCFCF"/>
            <w:vAlign w:val="center"/>
          </w:tcPr>
          <w:p w14:paraId="7B58EF51" w14:textId="77777777" w:rsidR="00A806B2" w:rsidRPr="00A864B8" w:rsidRDefault="00000000">
            <w:pPr>
              <w:spacing w:before="20" w:after="10" w:line="240" w:lineRule="auto"/>
              <w:jc w:val="center"/>
            </w:pPr>
            <w:r w:rsidRPr="00A864B8">
              <w:rPr>
                <w:sz w:val="20"/>
              </w:rPr>
              <w:t>1.577 m</w:t>
            </w:r>
          </w:p>
        </w:tc>
        <w:tc>
          <w:tcPr>
            <w:tcW w:w="2880" w:type="dxa"/>
            <w:tcBorders>
              <w:bottom w:val="single" w:sz="8" w:space="0" w:color="9B9B9B"/>
            </w:tcBorders>
            <w:shd w:val="clear" w:color="auto" w:fill="CFCFCF"/>
            <w:vAlign w:val="center"/>
          </w:tcPr>
          <w:p w14:paraId="1DE20385" w14:textId="77777777" w:rsidR="00A806B2" w:rsidRPr="00A864B8" w:rsidRDefault="00000000">
            <w:pPr>
              <w:spacing w:before="20" w:after="10" w:line="240" w:lineRule="auto"/>
              <w:jc w:val="center"/>
            </w:pPr>
            <w:r w:rsidRPr="00A864B8">
              <w:rPr>
                <w:sz w:val="20"/>
              </w:rPr>
              <w:t>360.000 ha</w:t>
            </w:r>
          </w:p>
        </w:tc>
      </w:tr>
    </w:tbl>
    <w:p w14:paraId="5DC51359" w14:textId="77777777" w:rsidR="00A806B2" w:rsidRPr="00A864B8" w:rsidRDefault="00A806B2"/>
    <w:p w14:paraId="6C842183" w14:textId="77777777" w:rsidR="00A806B2" w:rsidRPr="00A864B8" w:rsidRDefault="00000000">
      <w:pPr>
        <w:pStyle w:val="berschrift2"/>
      </w:pPr>
      <w:bookmarkStart w:id="59" w:name="h_potential_analysis_biogenic_fuels_num"/>
      <w:bookmarkStart w:id="60" w:name="_Toc240363494"/>
      <w:r w:rsidRPr="00A864B8">
        <w:rPr>
          <w:color w:val="000000"/>
          <w:sz w:val="36"/>
        </w:rPr>
        <w:t xml:space="preserve">3.4 </w:t>
      </w:r>
      <w:bookmarkEnd w:id="59"/>
      <w:r w:rsidRPr="00A864B8">
        <w:rPr>
          <w:color w:val="000000"/>
          <w:sz w:val="36"/>
        </w:rPr>
        <w:t>Biogene Brennstoffe</w:t>
      </w:r>
      <w:bookmarkEnd w:id="60"/>
    </w:p>
    <w:p w14:paraId="240689D0" w14:textId="77777777" w:rsidR="00A806B2" w:rsidRPr="00A864B8" w:rsidRDefault="00000000">
      <w:pPr>
        <w:pStyle w:val="berschrift3"/>
      </w:pPr>
      <w:bookmarkStart w:id="61" w:name="h_potential_analysis_biogas_num"/>
      <w:bookmarkStart w:id="62" w:name="_Toc240363495"/>
      <w:r w:rsidRPr="00A864B8">
        <w:rPr>
          <w:color w:val="000000"/>
          <w:sz w:val="32"/>
        </w:rPr>
        <w:t xml:space="preserve">3.4.1 </w:t>
      </w:r>
      <w:bookmarkEnd w:id="61"/>
      <w:r w:rsidRPr="00A864B8">
        <w:rPr>
          <w:color w:val="000000"/>
          <w:sz w:val="32"/>
        </w:rPr>
        <w:t>Biogas</w:t>
      </w:r>
      <w:bookmarkEnd w:id="62"/>
    </w:p>
    <w:p w14:paraId="29E1C7B5" w14:textId="77777777" w:rsidR="00A806B2" w:rsidRPr="00A864B8" w:rsidRDefault="00000000">
      <w:pPr>
        <w:jc w:val="both"/>
      </w:pPr>
      <w:r w:rsidRPr="00A864B8">
        <w:t>In Biogasanlagen wird aus der anaeroben Vergärung von Substraten ein methanreiches Gas gewonnen, das in einem BHKW verstromt und dessen Abwärme in Wärmenetze eingespeist werden kann. Alternativ lässt sich das Biogas zu Biomethan aufbereiten und über das Erdgasnetz an einem beliebigen Standort im Versorgungsgebiet, beispielsweise in einem Spitzenlastkessel, verwerten. Relevante Auslegungsgrößen sind das im Umkreis verfügbare Substrataufkommen sowie die installierte Feuerungswärmeleistung, aus der sich das nutzbare Wärmepotenzial ableitet. Zu berücksichtigen sind die Entfernung bestehender Anlagen zum Versorgungsgebiet und die daraus resultierende Anbindungsleitung sowie die Konkurrenz zu bestehenden Wärmeabnehmern und die förderrechtlichen Randbedingungen.</w:t>
      </w:r>
    </w:p>
    <w:p w14:paraId="55B727BF" w14:textId="77777777" w:rsidR="00A806B2" w:rsidRPr="00A864B8" w:rsidRDefault="00000000">
      <w:pPr>
        <w:jc w:val="both"/>
      </w:pPr>
      <w:r w:rsidRPr="00A864B8">
        <w:t>Im Untersuchungsgebiet mit einem Radius von 2.000 m um das Quartier wurden keine Biogasanlagen gefunden.</w:t>
      </w:r>
    </w:p>
    <w:p w14:paraId="6E7C9EAE" w14:textId="77777777" w:rsidR="00A806B2" w:rsidRPr="00A864B8" w:rsidRDefault="00000000">
      <w:pPr>
        <w:pStyle w:val="berschrift3"/>
      </w:pPr>
      <w:bookmarkStart w:id="63" w:name="h_potential_analysis_biomass_num"/>
      <w:bookmarkStart w:id="64" w:name="_Toc240363496"/>
      <w:r w:rsidRPr="00A864B8">
        <w:rPr>
          <w:color w:val="000000"/>
          <w:sz w:val="32"/>
        </w:rPr>
        <w:t xml:space="preserve">3.4.2 </w:t>
      </w:r>
      <w:bookmarkEnd w:id="63"/>
      <w:r w:rsidRPr="00A864B8">
        <w:rPr>
          <w:color w:val="000000"/>
          <w:sz w:val="32"/>
        </w:rPr>
        <w:t>Biomasse</w:t>
      </w:r>
      <w:bookmarkEnd w:id="64"/>
    </w:p>
    <w:p w14:paraId="3DE06050" w14:textId="77777777" w:rsidR="00A806B2" w:rsidRPr="00A864B8" w:rsidRDefault="00000000">
      <w:pPr>
        <w:jc w:val="both"/>
      </w:pPr>
      <w:r w:rsidRPr="00A864B8">
        <w:t>Biomasse kann in Form von Holzhackschnitzeln, Scheitholz, Pellets oder Rest- und Altholz in Heizwerken und Heizkraftwerken verbrannt und die Wärme in Wärmenetze eingespeist werden. Aufgrund der guten Speicherbarkeit des Brennstoffs und der hohen erreichbaren Vorlauftemperaturen eignen sich Biomasseanlagen sowohl für die Grundlast als auch zur Abdeckung der Spitzenlast. Zu berücksichtigen sind die Nachhaltigkeit und Preisstabilität der Brennstoffbereitstellung, die Nutzungskonkurrenz zu bestehenden Abnehmern und stofflichen Verwertungspfaden, die immissionsschutzrechtlichen Anforderungen an Staub- und Stickoxidemissionen sowie die förderrechtliche Begrenzung des Biomasseanteils.</w:t>
      </w:r>
    </w:p>
    <w:p w14:paraId="63DBB481" w14:textId="77777777" w:rsidR="00A806B2" w:rsidRPr="00A864B8" w:rsidRDefault="00000000">
      <w:pPr>
        <w:jc w:val="both"/>
      </w:pPr>
      <w:r w:rsidRPr="00A864B8">
        <w:t>Im Untersuchungsradius von 30.000 m wurden 1 Biomasseanlagen mit einer installierten Gesamtleistung von 3.100 kW ermittelt. Die nächstgelegene Anlage liegt in einer Entfernung von 21.750 m. Die nachfolgende Tabelle führt die gefundenen Biomasseanlagen auf.</w:t>
      </w:r>
    </w:p>
    <w:p w14:paraId="7EA891BA" w14:textId="2203AF7B" w:rsidR="00A806B2" w:rsidRPr="00A864B8" w:rsidRDefault="00000000">
      <w:pPr>
        <w:pStyle w:val="CaptionStyle"/>
        <w:spacing w:before="40" w:after="0"/>
        <w:jc w:val="center"/>
        <w:rPr>
          <w:lang w:val="de-DE"/>
        </w:rPr>
      </w:pPr>
      <w:bookmarkStart w:id="65" w:name="_Toc240363535"/>
      <w:r w:rsidRPr="00A864B8">
        <w:rPr>
          <w:lang w:val="de-DE"/>
        </w:rPr>
        <w:t xml:space="preserve">Tabelle </w:t>
      </w:r>
      <w:bookmarkStart w:id="66" w:name="potential_analysis_biomass_plant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w:t>
      </w:r>
      <w:r w:rsidRPr="00A864B8">
        <w:rPr>
          <w:lang w:val="de-DE"/>
        </w:rPr>
        <w:fldChar w:fldCharType="end"/>
      </w:r>
      <w:bookmarkStart w:id="67" w:name="potential_analysis_biomass_plants"/>
      <w:bookmarkEnd w:id="66"/>
      <w:bookmarkEnd w:id="67"/>
      <w:r w:rsidRPr="00A864B8">
        <w:rPr>
          <w:lang w:val="de-DE"/>
        </w:rPr>
        <w:t>: Potenzialanalyse: Biomasse</w:t>
      </w:r>
      <w:bookmarkEnd w:id="65"/>
    </w:p>
    <w:tbl>
      <w:tblPr>
        <w:tblW w:w="0" w:type="auto"/>
        <w:jc w:val="center"/>
        <w:tblLook w:val="04A0" w:firstRow="1" w:lastRow="0" w:firstColumn="1" w:lastColumn="0" w:noHBand="0" w:noVBand="1"/>
      </w:tblPr>
      <w:tblGrid>
        <w:gridCol w:w="1728"/>
        <w:gridCol w:w="1728"/>
        <w:gridCol w:w="1728"/>
        <w:gridCol w:w="1728"/>
        <w:gridCol w:w="1728"/>
      </w:tblGrid>
      <w:tr w:rsidR="00A806B2" w:rsidRPr="00A864B8" w14:paraId="6F92B12F" w14:textId="77777777">
        <w:trPr>
          <w:jc w:val="center"/>
        </w:trPr>
        <w:tc>
          <w:tcPr>
            <w:tcW w:w="1728" w:type="dxa"/>
            <w:tcBorders>
              <w:bottom w:val="single" w:sz="22" w:space="0" w:color="C00000"/>
            </w:tcBorders>
            <w:shd w:val="clear" w:color="auto" w:fill="343A40"/>
          </w:tcPr>
          <w:p w14:paraId="23EB76BF" w14:textId="77777777" w:rsidR="00A806B2" w:rsidRPr="00A864B8" w:rsidRDefault="00000000">
            <w:pPr>
              <w:spacing w:before="20" w:after="10" w:line="240" w:lineRule="auto"/>
              <w:jc w:val="center"/>
            </w:pPr>
            <w:r w:rsidRPr="00A864B8">
              <w:rPr>
                <w:color w:val="FFFFFF"/>
                <w:sz w:val="20"/>
              </w:rPr>
              <w:t>Biomasseanlage</w:t>
            </w:r>
          </w:p>
        </w:tc>
        <w:tc>
          <w:tcPr>
            <w:tcW w:w="1728" w:type="dxa"/>
            <w:tcBorders>
              <w:bottom w:val="single" w:sz="22" w:space="0" w:color="C00000"/>
            </w:tcBorders>
            <w:shd w:val="clear" w:color="auto" w:fill="343A40"/>
          </w:tcPr>
          <w:p w14:paraId="1B373FB3" w14:textId="77777777" w:rsidR="00A806B2" w:rsidRPr="00A864B8" w:rsidRDefault="00000000">
            <w:pPr>
              <w:spacing w:before="20" w:after="10" w:line="240" w:lineRule="auto"/>
              <w:jc w:val="center"/>
            </w:pPr>
            <w:r w:rsidRPr="00A864B8">
              <w:rPr>
                <w:color w:val="FFFFFF"/>
                <w:sz w:val="20"/>
              </w:rPr>
              <w:t>Installierte Leistung</w:t>
            </w:r>
          </w:p>
        </w:tc>
        <w:tc>
          <w:tcPr>
            <w:tcW w:w="1728" w:type="dxa"/>
            <w:tcBorders>
              <w:bottom w:val="single" w:sz="22" w:space="0" w:color="C00000"/>
            </w:tcBorders>
            <w:shd w:val="clear" w:color="auto" w:fill="343A40"/>
          </w:tcPr>
          <w:p w14:paraId="3193865A" w14:textId="77777777" w:rsidR="00A806B2" w:rsidRPr="00A864B8" w:rsidRDefault="00000000">
            <w:pPr>
              <w:spacing w:before="20" w:after="10" w:line="240" w:lineRule="auto"/>
              <w:jc w:val="center"/>
            </w:pPr>
            <w:r w:rsidRPr="00A864B8">
              <w:rPr>
                <w:color w:val="FFFFFF"/>
                <w:sz w:val="20"/>
              </w:rPr>
              <w:t>Jahr der Inbetriebnahme</w:t>
            </w:r>
          </w:p>
        </w:tc>
        <w:tc>
          <w:tcPr>
            <w:tcW w:w="1728" w:type="dxa"/>
            <w:tcBorders>
              <w:bottom w:val="single" w:sz="22" w:space="0" w:color="C00000"/>
            </w:tcBorders>
            <w:shd w:val="clear" w:color="auto" w:fill="343A40"/>
          </w:tcPr>
          <w:p w14:paraId="0395F9C0" w14:textId="77777777" w:rsidR="00A806B2" w:rsidRPr="00A864B8" w:rsidRDefault="00000000">
            <w:pPr>
              <w:spacing w:before="20" w:after="10" w:line="240" w:lineRule="auto"/>
              <w:jc w:val="center"/>
            </w:pPr>
            <w:r w:rsidRPr="00A864B8">
              <w:rPr>
                <w:color w:val="FFFFFF"/>
                <w:sz w:val="20"/>
              </w:rPr>
              <w:t>Typ</w:t>
            </w:r>
          </w:p>
        </w:tc>
        <w:tc>
          <w:tcPr>
            <w:tcW w:w="1728" w:type="dxa"/>
            <w:tcBorders>
              <w:bottom w:val="single" w:sz="22" w:space="0" w:color="C00000"/>
            </w:tcBorders>
            <w:shd w:val="clear" w:color="auto" w:fill="343A40"/>
          </w:tcPr>
          <w:p w14:paraId="2B9AE011" w14:textId="77777777" w:rsidR="00A806B2" w:rsidRPr="00A864B8" w:rsidRDefault="00000000">
            <w:pPr>
              <w:spacing w:before="20" w:after="10" w:line="240" w:lineRule="auto"/>
              <w:jc w:val="center"/>
            </w:pPr>
            <w:r w:rsidRPr="00A864B8">
              <w:rPr>
                <w:color w:val="FFFFFF"/>
                <w:sz w:val="20"/>
              </w:rPr>
              <w:t>Entfernung zum Quartier</w:t>
            </w:r>
          </w:p>
        </w:tc>
      </w:tr>
      <w:tr w:rsidR="00A806B2" w:rsidRPr="00A864B8" w14:paraId="3999D392" w14:textId="77777777">
        <w:trPr>
          <w:jc w:val="center"/>
        </w:trPr>
        <w:tc>
          <w:tcPr>
            <w:tcW w:w="1728" w:type="dxa"/>
            <w:tcBorders>
              <w:bottom w:val="single" w:sz="8" w:space="0" w:color="9B9B9B"/>
            </w:tcBorders>
            <w:shd w:val="clear" w:color="auto" w:fill="F0F0F0"/>
            <w:vAlign w:val="center"/>
          </w:tcPr>
          <w:p w14:paraId="69A43D13" w14:textId="77777777" w:rsidR="00A806B2" w:rsidRPr="00A864B8" w:rsidRDefault="00000000">
            <w:pPr>
              <w:spacing w:before="20" w:after="10" w:line="240" w:lineRule="auto"/>
              <w:jc w:val="center"/>
            </w:pPr>
            <w:r w:rsidRPr="00A864B8">
              <w:rPr>
                <w:sz w:val="20"/>
              </w:rPr>
              <w:t>Biomasseanlage 1</w:t>
            </w:r>
          </w:p>
        </w:tc>
        <w:tc>
          <w:tcPr>
            <w:tcW w:w="1728" w:type="dxa"/>
            <w:tcBorders>
              <w:bottom w:val="single" w:sz="8" w:space="0" w:color="9B9B9B"/>
            </w:tcBorders>
            <w:shd w:val="clear" w:color="auto" w:fill="F0F0F0"/>
            <w:vAlign w:val="center"/>
          </w:tcPr>
          <w:p w14:paraId="5CC7FC69" w14:textId="77777777" w:rsidR="00A806B2" w:rsidRPr="00A864B8" w:rsidRDefault="00000000">
            <w:pPr>
              <w:spacing w:before="20" w:after="10" w:line="240" w:lineRule="auto"/>
              <w:jc w:val="center"/>
            </w:pPr>
            <w:r w:rsidRPr="00A864B8">
              <w:rPr>
                <w:sz w:val="20"/>
              </w:rPr>
              <w:t>3.100 kW</w:t>
            </w:r>
          </w:p>
        </w:tc>
        <w:tc>
          <w:tcPr>
            <w:tcW w:w="1728" w:type="dxa"/>
            <w:tcBorders>
              <w:bottom w:val="single" w:sz="8" w:space="0" w:color="9B9B9B"/>
            </w:tcBorders>
            <w:shd w:val="clear" w:color="auto" w:fill="F0F0F0"/>
            <w:vAlign w:val="center"/>
          </w:tcPr>
          <w:p w14:paraId="7F2B214E" w14:textId="77777777" w:rsidR="00A806B2" w:rsidRPr="00A864B8" w:rsidRDefault="00000000">
            <w:pPr>
              <w:spacing w:before="20" w:after="10" w:line="240" w:lineRule="auto"/>
              <w:jc w:val="center"/>
            </w:pPr>
            <w:r w:rsidRPr="00A864B8">
              <w:rPr>
                <w:sz w:val="20"/>
              </w:rPr>
              <w:t>2007</w:t>
            </w:r>
          </w:p>
        </w:tc>
        <w:tc>
          <w:tcPr>
            <w:tcW w:w="1728" w:type="dxa"/>
            <w:tcBorders>
              <w:bottom w:val="single" w:sz="8" w:space="0" w:color="9B9B9B"/>
            </w:tcBorders>
            <w:shd w:val="clear" w:color="auto" w:fill="F0F0F0"/>
            <w:vAlign w:val="center"/>
          </w:tcPr>
          <w:p w14:paraId="34A9B362" w14:textId="77777777" w:rsidR="00A806B2" w:rsidRPr="00A864B8" w:rsidRDefault="00000000">
            <w:pPr>
              <w:spacing w:before="20" w:after="10" w:line="240" w:lineRule="auto"/>
              <w:jc w:val="center"/>
            </w:pPr>
            <w:r w:rsidRPr="00A864B8">
              <w:rPr>
                <w:sz w:val="20"/>
              </w:rPr>
              <w:t>Firewood</w:t>
            </w:r>
          </w:p>
        </w:tc>
        <w:tc>
          <w:tcPr>
            <w:tcW w:w="1728" w:type="dxa"/>
            <w:tcBorders>
              <w:bottom w:val="single" w:sz="8" w:space="0" w:color="9B9B9B"/>
            </w:tcBorders>
            <w:shd w:val="clear" w:color="auto" w:fill="F0F0F0"/>
            <w:vAlign w:val="center"/>
          </w:tcPr>
          <w:p w14:paraId="6D538ECA" w14:textId="77777777" w:rsidR="00A806B2" w:rsidRPr="00A864B8" w:rsidRDefault="00000000">
            <w:pPr>
              <w:spacing w:before="20" w:after="10" w:line="240" w:lineRule="auto"/>
              <w:jc w:val="center"/>
            </w:pPr>
            <w:r w:rsidRPr="00A864B8">
              <w:rPr>
                <w:sz w:val="20"/>
              </w:rPr>
              <w:t>21.750 m</w:t>
            </w:r>
          </w:p>
        </w:tc>
      </w:tr>
    </w:tbl>
    <w:p w14:paraId="5D564900" w14:textId="77777777" w:rsidR="00A806B2" w:rsidRPr="00A864B8" w:rsidRDefault="00A806B2"/>
    <w:p w14:paraId="523B7158" w14:textId="77777777" w:rsidR="00A806B2" w:rsidRPr="00A864B8" w:rsidRDefault="00000000">
      <w:pPr>
        <w:jc w:val="both"/>
      </w:pPr>
      <w:r w:rsidRPr="00A864B8">
        <w:t>63,4 % des Untersuchungsgebiets entfallen auf Flächennutzungsklassen der Kategorien Wald- und Gehölzflächen sowie landwirtschaftliche Flächen. Die Flächenangaben beschreiben Nutzungsklassen, welche theoretisch Rohstoffpotenziale zur Biomassenutzung bieten könnten. Der tatsächlich verfügbare Anteil hängt von Eigentumsverhältnissen, bestehender Nutzung, naturschutzfachlichen Vorgaben und der Konkurrenz zur stofflichen Verwertung ab. Die nachfolgende Tabelle stellt die Aufteilung der geeigneten Flächen dar.</w:t>
      </w:r>
    </w:p>
    <w:p w14:paraId="4D782FD5" w14:textId="19E8E6E5" w:rsidR="00A806B2" w:rsidRPr="00A864B8" w:rsidRDefault="00000000">
      <w:pPr>
        <w:pStyle w:val="CaptionStyle"/>
        <w:spacing w:before="40" w:after="0"/>
        <w:jc w:val="center"/>
        <w:rPr>
          <w:lang w:val="de-DE"/>
        </w:rPr>
      </w:pPr>
      <w:bookmarkStart w:id="68" w:name="_Toc240363536"/>
      <w:r w:rsidRPr="00A864B8">
        <w:rPr>
          <w:lang w:val="de-DE"/>
        </w:rPr>
        <w:t xml:space="preserve">Tabelle </w:t>
      </w:r>
      <w:bookmarkStart w:id="69" w:name="potential_analysis_biomass_area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8</w:t>
      </w:r>
      <w:r w:rsidRPr="00A864B8">
        <w:rPr>
          <w:lang w:val="de-DE"/>
        </w:rPr>
        <w:fldChar w:fldCharType="end"/>
      </w:r>
      <w:bookmarkStart w:id="70" w:name="potential_analysis_biomass_areas"/>
      <w:bookmarkEnd w:id="69"/>
      <w:bookmarkEnd w:id="70"/>
      <w:r w:rsidRPr="00A864B8">
        <w:rPr>
          <w:lang w:val="de-DE"/>
        </w:rPr>
        <w:t>: Potenzialanalyse: Für Biomasse geeignete Flächen</w:t>
      </w:r>
      <w:bookmarkEnd w:id="68"/>
    </w:p>
    <w:tbl>
      <w:tblPr>
        <w:tblW w:w="0" w:type="auto"/>
        <w:jc w:val="center"/>
        <w:tblLook w:val="04A0" w:firstRow="1" w:lastRow="0" w:firstColumn="1" w:lastColumn="0" w:noHBand="0" w:noVBand="1"/>
      </w:tblPr>
      <w:tblGrid>
        <w:gridCol w:w="2880"/>
        <w:gridCol w:w="2880"/>
        <w:gridCol w:w="2880"/>
      </w:tblGrid>
      <w:tr w:rsidR="00A806B2" w:rsidRPr="00A864B8" w14:paraId="7FC533EF" w14:textId="77777777">
        <w:trPr>
          <w:jc w:val="center"/>
        </w:trPr>
        <w:tc>
          <w:tcPr>
            <w:tcW w:w="2880" w:type="dxa"/>
            <w:tcBorders>
              <w:bottom w:val="single" w:sz="22" w:space="0" w:color="C00000"/>
            </w:tcBorders>
            <w:shd w:val="clear" w:color="auto" w:fill="343A40"/>
          </w:tcPr>
          <w:p w14:paraId="16CFE9AE" w14:textId="77777777" w:rsidR="00A806B2" w:rsidRPr="00A864B8" w:rsidRDefault="00000000">
            <w:pPr>
              <w:spacing w:before="20" w:after="10" w:line="240" w:lineRule="auto"/>
              <w:jc w:val="center"/>
            </w:pPr>
            <w:r w:rsidRPr="00A864B8">
              <w:rPr>
                <w:color w:val="FFFFFF"/>
                <w:sz w:val="20"/>
              </w:rPr>
              <w:t>Flächenkategorie</w:t>
            </w:r>
          </w:p>
        </w:tc>
        <w:tc>
          <w:tcPr>
            <w:tcW w:w="2880" w:type="dxa"/>
            <w:tcBorders>
              <w:bottom w:val="single" w:sz="22" w:space="0" w:color="C00000"/>
            </w:tcBorders>
            <w:shd w:val="clear" w:color="auto" w:fill="343A40"/>
          </w:tcPr>
          <w:p w14:paraId="41446FE2" w14:textId="77777777" w:rsidR="00A806B2" w:rsidRPr="00A864B8" w:rsidRDefault="00000000">
            <w:pPr>
              <w:spacing w:before="20" w:after="10" w:line="240" w:lineRule="auto"/>
              <w:jc w:val="center"/>
            </w:pPr>
            <w:r w:rsidRPr="00A864B8">
              <w:rPr>
                <w:color w:val="FFFFFF"/>
                <w:sz w:val="20"/>
              </w:rPr>
              <w:t>Fläche</w:t>
            </w:r>
          </w:p>
        </w:tc>
        <w:tc>
          <w:tcPr>
            <w:tcW w:w="2880" w:type="dxa"/>
            <w:tcBorders>
              <w:bottom w:val="single" w:sz="22" w:space="0" w:color="C00000"/>
            </w:tcBorders>
            <w:shd w:val="clear" w:color="auto" w:fill="343A40"/>
          </w:tcPr>
          <w:p w14:paraId="7985095D" w14:textId="77777777" w:rsidR="00A806B2" w:rsidRPr="00A864B8" w:rsidRDefault="00000000">
            <w:pPr>
              <w:spacing w:before="20" w:after="10" w:line="240" w:lineRule="auto"/>
              <w:jc w:val="center"/>
            </w:pPr>
            <w:r w:rsidRPr="00A864B8">
              <w:rPr>
                <w:color w:val="FFFFFF"/>
                <w:sz w:val="20"/>
              </w:rPr>
              <w:t>Anteil am Untersuchungsgebiet</w:t>
            </w:r>
          </w:p>
        </w:tc>
      </w:tr>
      <w:tr w:rsidR="00A806B2" w:rsidRPr="00A864B8" w14:paraId="338D4F2D" w14:textId="77777777">
        <w:trPr>
          <w:jc w:val="center"/>
        </w:trPr>
        <w:tc>
          <w:tcPr>
            <w:tcW w:w="2880" w:type="dxa"/>
            <w:tcBorders>
              <w:bottom w:val="single" w:sz="8" w:space="0" w:color="9B9B9B"/>
            </w:tcBorders>
            <w:shd w:val="clear" w:color="auto" w:fill="F0F0F0"/>
            <w:vAlign w:val="center"/>
          </w:tcPr>
          <w:p w14:paraId="4B666178" w14:textId="77777777" w:rsidR="00A806B2" w:rsidRPr="00A864B8" w:rsidRDefault="00000000">
            <w:pPr>
              <w:spacing w:before="20" w:after="10" w:line="240" w:lineRule="auto"/>
              <w:jc w:val="center"/>
            </w:pPr>
            <w:r w:rsidRPr="00A864B8">
              <w:rPr>
                <w:sz w:val="20"/>
              </w:rPr>
              <w:t>Landwirtschaftliche Flächen</w:t>
            </w:r>
          </w:p>
        </w:tc>
        <w:tc>
          <w:tcPr>
            <w:tcW w:w="2880" w:type="dxa"/>
            <w:tcBorders>
              <w:bottom w:val="single" w:sz="8" w:space="0" w:color="9B9B9B"/>
            </w:tcBorders>
            <w:shd w:val="clear" w:color="auto" w:fill="F0F0F0"/>
            <w:vAlign w:val="center"/>
          </w:tcPr>
          <w:p w14:paraId="31B605FF" w14:textId="77777777" w:rsidR="00A806B2" w:rsidRPr="00A864B8" w:rsidRDefault="00000000">
            <w:pPr>
              <w:spacing w:before="20" w:after="10" w:line="240" w:lineRule="auto"/>
              <w:jc w:val="center"/>
            </w:pPr>
            <w:r w:rsidRPr="00A864B8">
              <w:rPr>
                <w:sz w:val="20"/>
              </w:rPr>
              <w:t>134.574 ha</w:t>
            </w:r>
          </w:p>
        </w:tc>
        <w:tc>
          <w:tcPr>
            <w:tcW w:w="2880" w:type="dxa"/>
            <w:tcBorders>
              <w:bottom w:val="single" w:sz="8" w:space="0" w:color="9B9B9B"/>
            </w:tcBorders>
            <w:shd w:val="clear" w:color="auto" w:fill="F0F0F0"/>
            <w:vAlign w:val="center"/>
          </w:tcPr>
          <w:p w14:paraId="2F10D377" w14:textId="77777777" w:rsidR="00A806B2" w:rsidRPr="00A864B8" w:rsidRDefault="00000000">
            <w:pPr>
              <w:spacing w:before="20" w:after="10" w:line="240" w:lineRule="auto"/>
              <w:jc w:val="center"/>
            </w:pPr>
            <w:r w:rsidRPr="00A864B8">
              <w:rPr>
                <w:sz w:val="20"/>
              </w:rPr>
              <w:t>47,7 %</w:t>
            </w:r>
          </w:p>
        </w:tc>
      </w:tr>
      <w:tr w:rsidR="00A806B2" w:rsidRPr="00A864B8" w14:paraId="2DCB6B72" w14:textId="77777777">
        <w:trPr>
          <w:jc w:val="center"/>
        </w:trPr>
        <w:tc>
          <w:tcPr>
            <w:tcW w:w="2880" w:type="dxa"/>
            <w:tcBorders>
              <w:bottom w:val="single" w:sz="8" w:space="0" w:color="9B9B9B"/>
            </w:tcBorders>
            <w:shd w:val="clear" w:color="auto" w:fill="CFCFCF"/>
            <w:vAlign w:val="center"/>
          </w:tcPr>
          <w:p w14:paraId="4F234E1C" w14:textId="77777777" w:rsidR="00A806B2" w:rsidRPr="00A864B8" w:rsidRDefault="00000000">
            <w:pPr>
              <w:spacing w:before="20" w:after="10" w:line="240" w:lineRule="auto"/>
              <w:jc w:val="center"/>
            </w:pPr>
            <w:r w:rsidRPr="00A864B8">
              <w:rPr>
                <w:sz w:val="20"/>
              </w:rPr>
              <w:t>Wald- und Gehölzflächen</w:t>
            </w:r>
          </w:p>
        </w:tc>
        <w:tc>
          <w:tcPr>
            <w:tcW w:w="2880" w:type="dxa"/>
            <w:tcBorders>
              <w:bottom w:val="single" w:sz="8" w:space="0" w:color="9B9B9B"/>
            </w:tcBorders>
            <w:shd w:val="clear" w:color="auto" w:fill="CFCFCF"/>
            <w:vAlign w:val="center"/>
          </w:tcPr>
          <w:p w14:paraId="18785D12" w14:textId="77777777" w:rsidR="00A806B2" w:rsidRPr="00A864B8" w:rsidRDefault="00000000">
            <w:pPr>
              <w:spacing w:before="20" w:after="10" w:line="240" w:lineRule="auto"/>
              <w:jc w:val="center"/>
            </w:pPr>
            <w:r w:rsidRPr="00A864B8">
              <w:rPr>
                <w:sz w:val="20"/>
              </w:rPr>
              <w:t>44.516 ha</w:t>
            </w:r>
          </w:p>
        </w:tc>
        <w:tc>
          <w:tcPr>
            <w:tcW w:w="2880" w:type="dxa"/>
            <w:tcBorders>
              <w:bottom w:val="single" w:sz="8" w:space="0" w:color="9B9B9B"/>
            </w:tcBorders>
            <w:shd w:val="clear" w:color="auto" w:fill="CFCFCF"/>
            <w:vAlign w:val="center"/>
          </w:tcPr>
          <w:p w14:paraId="5C97274C" w14:textId="77777777" w:rsidR="00A806B2" w:rsidRPr="00A864B8" w:rsidRDefault="00000000">
            <w:pPr>
              <w:spacing w:before="20" w:after="10" w:line="240" w:lineRule="auto"/>
              <w:jc w:val="center"/>
            </w:pPr>
            <w:r w:rsidRPr="00A864B8">
              <w:rPr>
                <w:sz w:val="20"/>
              </w:rPr>
              <w:t>15,8 %</w:t>
            </w:r>
          </w:p>
        </w:tc>
      </w:tr>
    </w:tbl>
    <w:p w14:paraId="6FE5D046" w14:textId="77777777" w:rsidR="00A806B2" w:rsidRPr="00A864B8" w:rsidRDefault="00A806B2"/>
    <w:p w14:paraId="5E7401CB" w14:textId="77777777" w:rsidR="00A806B2" w:rsidRPr="00A864B8" w:rsidRDefault="00000000">
      <w:pPr>
        <w:pStyle w:val="berschrift2"/>
      </w:pPr>
      <w:bookmarkStart w:id="71" w:name="h_potential_analysis_renewable_power_sou"/>
      <w:bookmarkStart w:id="72" w:name="_Toc240363497"/>
      <w:r w:rsidRPr="00A864B8">
        <w:rPr>
          <w:color w:val="000000"/>
          <w:sz w:val="36"/>
        </w:rPr>
        <w:t xml:space="preserve">3.5 </w:t>
      </w:r>
      <w:bookmarkEnd w:id="71"/>
      <w:r w:rsidRPr="00A864B8">
        <w:rPr>
          <w:color w:val="000000"/>
          <w:sz w:val="36"/>
        </w:rPr>
        <w:t>Regenerative Stromerzeugung</w:t>
      </w:r>
      <w:bookmarkEnd w:id="72"/>
    </w:p>
    <w:p w14:paraId="2375A609" w14:textId="77777777" w:rsidR="00A806B2" w:rsidRPr="00A864B8" w:rsidRDefault="00000000">
      <w:pPr>
        <w:jc w:val="both"/>
      </w:pPr>
      <w:r w:rsidRPr="00A864B8">
        <w:t>Erneuerbar erzeugter Strom aus Windenergie-, Photovoltaik- und Wasserkraftanlagen trägt durch die Sektorenkopplung zur Wärmeversorgung bei, indem er den Antriebsstrom für Großwärmepumpen, Elektrodenkessel oder Power-to-Heat-Anwendungen bereitstellt. Da beispielsweise die Treibhausgasbilanz von Wärmepumpen maßgeblich vom Emissionsfaktor des bezogenen Stroms abhängt, kann die Verfügbarkeit grünen Stroms einen wichtigen Beitrag für die Dekarbonisierung von Wärmenetzen beitragen.</w:t>
      </w:r>
    </w:p>
    <w:p w14:paraId="736F6036" w14:textId="77777777" w:rsidR="00A806B2" w:rsidRPr="00A864B8" w:rsidRDefault="00000000">
      <w:pPr>
        <w:jc w:val="both"/>
      </w:pPr>
      <w:r w:rsidRPr="00A864B8">
        <w:t>Im Untersuchungsradius von 20.000 m wurden 62 Anlagen zur regenerativen Stromerzeugung mit einer installierten Gesamtleistung von 120.408 kW ermittelt. Untersucht wurden die Technologien Windenergie, Photovoltaik, Wasserkraft. Die Ergebnisse je Technologie sind in der nachfolgenden Tabelle aufgeführt.</w:t>
      </w:r>
    </w:p>
    <w:p w14:paraId="12CAF99F" w14:textId="20A328E8" w:rsidR="00A806B2" w:rsidRPr="00A864B8" w:rsidRDefault="00000000">
      <w:pPr>
        <w:pStyle w:val="CaptionStyle"/>
        <w:spacing w:before="40" w:after="0"/>
        <w:jc w:val="center"/>
        <w:rPr>
          <w:lang w:val="de-DE"/>
        </w:rPr>
      </w:pPr>
      <w:bookmarkStart w:id="73" w:name="_Toc240363537"/>
      <w:r w:rsidRPr="00A864B8">
        <w:rPr>
          <w:lang w:val="de-DE"/>
        </w:rPr>
        <w:t xml:space="preserve">Tabelle </w:t>
      </w:r>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9</w:t>
      </w:r>
      <w:r w:rsidRPr="00A864B8">
        <w:rPr>
          <w:lang w:val="de-DE"/>
        </w:rPr>
        <w:fldChar w:fldCharType="end"/>
      </w:r>
      <w:bookmarkStart w:id="74" w:name="potential_analysis_renewable_power_sourc"/>
      <w:bookmarkEnd w:id="74"/>
      <w:r w:rsidRPr="00A864B8">
        <w:rPr>
          <w:lang w:val="de-DE"/>
        </w:rPr>
        <w:t>: Potenzialanalyse: Erneuerbare Stromerzeugung</w:t>
      </w:r>
      <w:bookmarkEnd w:id="73"/>
    </w:p>
    <w:tbl>
      <w:tblPr>
        <w:tblW w:w="0" w:type="auto"/>
        <w:jc w:val="center"/>
        <w:tblLook w:val="04A0" w:firstRow="1" w:lastRow="0" w:firstColumn="1" w:lastColumn="0" w:noHBand="0" w:noVBand="1"/>
      </w:tblPr>
      <w:tblGrid>
        <w:gridCol w:w="2160"/>
        <w:gridCol w:w="2160"/>
        <w:gridCol w:w="2160"/>
        <w:gridCol w:w="2160"/>
      </w:tblGrid>
      <w:tr w:rsidR="00A806B2" w:rsidRPr="00A864B8" w14:paraId="6434B78A" w14:textId="77777777">
        <w:trPr>
          <w:jc w:val="center"/>
        </w:trPr>
        <w:tc>
          <w:tcPr>
            <w:tcW w:w="2160" w:type="dxa"/>
            <w:tcBorders>
              <w:bottom w:val="single" w:sz="22" w:space="0" w:color="C00000"/>
            </w:tcBorders>
            <w:shd w:val="clear" w:color="auto" w:fill="343A40"/>
          </w:tcPr>
          <w:p w14:paraId="0FD701EF" w14:textId="77777777" w:rsidR="00A806B2" w:rsidRPr="00A864B8" w:rsidRDefault="00000000">
            <w:pPr>
              <w:spacing w:before="20" w:after="10" w:line="240" w:lineRule="auto"/>
              <w:jc w:val="center"/>
            </w:pPr>
            <w:r w:rsidRPr="00A864B8">
              <w:rPr>
                <w:color w:val="FFFFFF"/>
                <w:sz w:val="20"/>
              </w:rPr>
              <w:t>Technologie</w:t>
            </w:r>
          </w:p>
        </w:tc>
        <w:tc>
          <w:tcPr>
            <w:tcW w:w="2160" w:type="dxa"/>
            <w:tcBorders>
              <w:bottom w:val="single" w:sz="22" w:space="0" w:color="C00000"/>
            </w:tcBorders>
            <w:shd w:val="clear" w:color="auto" w:fill="343A40"/>
          </w:tcPr>
          <w:p w14:paraId="4671F801" w14:textId="77777777" w:rsidR="00A806B2" w:rsidRPr="00A864B8" w:rsidRDefault="00000000">
            <w:pPr>
              <w:spacing w:before="20" w:after="10" w:line="240" w:lineRule="auto"/>
              <w:jc w:val="center"/>
            </w:pPr>
            <w:r w:rsidRPr="00A864B8">
              <w:rPr>
                <w:color w:val="FFFFFF"/>
                <w:sz w:val="20"/>
              </w:rPr>
              <w:t>Anzahl Anlagen</w:t>
            </w:r>
          </w:p>
        </w:tc>
        <w:tc>
          <w:tcPr>
            <w:tcW w:w="2160" w:type="dxa"/>
            <w:tcBorders>
              <w:bottom w:val="single" w:sz="22" w:space="0" w:color="C00000"/>
            </w:tcBorders>
            <w:shd w:val="clear" w:color="auto" w:fill="343A40"/>
          </w:tcPr>
          <w:p w14:paraId="1D441176" w14:textId="77777777" w:rsidR="00A806B2" w:rsidRPr="00A864B8" w:rsidRDefault="00000000">
            <w:pPr>
              <w:spacing w:before="20" w:after="10" w:line="240" w:lineRule="auto"/>
              <w:jc w:val="center"/>
            </w:pPr>
            <w:r w:rsidRPr="00A864B8">
              <w:rPr>
                <w:color w:val="FFFFFF"/>
                <w:sz w:val="20"/>
              </w:rPr>
              <w:t>Installierte Leistung</w:t>
            </w:r>
          </w:p>
        </w:tc>
        <w:tc>
          <w:tcPr>
            <w:tcW w:w="2160" w:type="dxa"/>
            <w:tcBorders>
              <w:bottom w:val="single" w:sz="22" w:space="0" w:color="C00000"/>
            </w:tcBorders>
            <w:shd w:val="clear" w:color="auto" w:fill="343A40"/>
          </w:tcPr>
          <w:p w14:paraId="575EA033" w14:textId="77777777" w:rsidR="00A806B2" w:rsidRPr="00A864B8" w:rsidRDefault="00000000">
            <w:pPr>
              <w:spacing w:before="20" w:after="10" w:line="240" w:lineRule="auto"/>
              <w:jc w:val="center"/>
            </w:pPr>
            <w:r w:rsidRPr="00A864B8">
              <w:rPr>
                <w:color w:val="FFFFFF"/>
                <w:sz w:val="20"/>
              </w:rPr>
              <w:t>Entfernung nächste Anlage</w:t>
            </w:r>
          </w:p>
        </w:tc>
      </w:tr>
      <w:tr w:rsidR="00A806B2" w:rsidRPr="00A864B8" w14:paraId="4E7B6A97" w14:textId="77777777">
        <w:trPr>
          <w:jc w:val="center"/>
        </w:trPr>
        <w:tc>
          <w:tcPr>
            <w:tcW w:w="2160" w:type="dxa"/>
            <w:tcBorders>
              <w:bottom w:val="single" w:sz="8" w:space="0" w:color="9B9B9B"/>
            </w:tcBorders>
            <w:shd w:val="clear" w:color="auto" w:fill="F0F0F0"/>
            <w:vAlign w:val="center"/>
          </w:tcPr>
          <w:p w14:paraId="5572225E" w14:textId="77777777" w:rsidR="00A806B2" w:rsidRPr="00A864B8" w:rsidRDefault="00000000">
            <w:pPr>
              <w:spacing w:before="20" w:after="10" w:line="240" w:lineRule="auto"/>
              <w:jc w:val="center"/>
            </w:pPr>
            <w:r w:rsidRPr="00A864B8">
              <w:rPr>
                <w:sz w:val="20"/>
              </w:rPr>
              <w:t>Windenergie</w:t>
            </w:r>
          </w:p>
        </w:tc>
        <w:tc>
          <w:tcPr>
            <w:tcW w:w="2160" w:type="dxa"/>
            <w:tcBorders>
              <w:bottom w:val="single" w:sz="8" w:space="0" w:color="9B9B9B"/>
            </w:tcBorders>
            <w:shd w:val="clear" w:color="auto" w:fill="F0F0F0"/>
            <w:vAlign w:val="center"/>
          </w:tcPr>
          <w:p w14:paraId="169D45F2" w14:textId="77777777" w:rsidR="00A806B2" w:rsidRPr="00A864B8" w:rsidRDefault="00000000">
            <w:pPr>
              <w:spacing w:before="20" w:after="10" w:line="240" w:lineRule="auto"/>
              <w:jc w:val="center"/>
            </w:pPr>
            <w:r w:rsidRPr="00A864B8">
              <w:rPr>
                <w:sz w:val="20"/>
              </w:rPr>
              <w:t>50</w:t>
            </w:r>
          </w:p>
        </w:tc>
        <w:tc>
          <w:tcPr>
            <w:tcW w:w="2160" w:type="dxa"/>
            <w:tcBorders>
              <w:bottom w:val="single" w:sz="8" w:space="0" w:color="9B9B9B"/>
            </w:tcBorders>
            <w:shd w:val="clear" w:color="auto" w:fill="F0F0F0"/>
            <w:vAlign w:val="center"/>
          </w:tcPr>
          <w:p w14:paraId="2A910791" w14:textId="77777777" w:rsidR="00A806B2" w:rsidRPr="00A864B8" w:rsidRDefault="00000000">
            <w:pPr>
              <w:spacing w:before="20" w:after="10" w:line="240" w:lineRule="auto"/>
              <w:jc w:val="center"/>
            </w:pPr>
            <w:r w:rsidRPr="00A864B8">
              <w:rPr>
                <w:sz w:val="20"/>
              </w:rPr>
              <w:t>109.662 kW</w:t>
            </w:r>
          </w:p>
        </w:tc>
        <w:tc>
          <w:tcPr>
            <w:tcW w:w="2160" w:type="dxa"/>
            <w:tcBorders>
              <w:bottom w:val="single" w:sz="8" w:space="0" w:color="9B9B9B"/>
            </w:tcBorders>
            <w:shd w:val="clear" w:color="auto" w:fill="F0F0F0"/>
            <w:vAlign w:val="center"/>
          </w:tcPr>
          <w:p w14:paraId="18DC176D" w14:textId="77777777" w:rsidR="00A806B2" w:rsidRPr="00A864B8" w:rsidRDefault="00000000">
            <w:pPr>
              <w:spacing w:before="20" w:after="10" w:line="240" w:lineRule="auto"/>
              <w:jc w:val="center"/>
            </w:pPr>
            <w:r w:rsidRPr="00A864B8">
              <w:rPr>
                <w:sz w:val="20"/>
              </w:rPr>
              <w:t>5.603 m</w:t>
            </w:r>
          </w:p>
        </w:tc>
      </w:tr>
      <w:tr w:rsidR="00A806B2" w:rsidRPr="00A864B8" w14:paraId="15C04B75" w14:textId="77777777">
        <w:trPr>
          <w:jc w:val="center"/>
        </w:trPr>
        <w:tc>
          <w:tcPr>
            <w:tcW w:w="2160" w:type="dxa"/>
            <w:tcBorders>
              <w:bottom w:val="single" w:sz="8" w:space="0" w:color="9B9B9B"/>
            </w:tcBorders>
            <w:shd w:val="clear" w:color="auto" w:fill="CFCFCF"/>
            <w:vAlign w:val="center"/>
          </w:tcPr>
          <w:p w14:paraId="6FB51352" w14:textId="77777777" w:rsidR="00A806B2" w:rsidRPr="00A864B8" w:rsidRDefault="00000000">
            <w:pPr>
              <w:spacing w:before="20" w:after="10" w:line="240" w:lineRule="auto"/>
              <w:jc w:val="center"/>
            </w:pPr>
            <w:r w:rsidRPr="00A864B8">
              <w:rPr>
                <w:sz w:val="20"/>
              </w:rPr>
              <w:t>Photovoltaik</w:t>
            </w:r>
          </w:p>
        </w:tc>
        <w:tc>
          <w:tcPr>
            <w:tcW w:w="2160" w:type="dxa"/>
            <w:tcBorders>
              <w:bottom w:val="single" w:sz="8" w:space="0" w:color="9B9B9B"/>
            </w:tcBorders>
            <w:shd w:val="clear" w:color="auto" w:fill="CFCFCF"/>
            <w:vAlign w:val="center"/>
          </w:tcPr>
          <w:p w14:paraId="10B32348" w14:textId="77777777" w:rsidR="00A806B2" w:rsidRPr="00A864B8" w:rsidRDefault="00000000">
            <w:pPr>
              <w:spacing w:before="20" w:after="10" w:line="240" w:lineRule="auto"/>
              <w:jc w:val="center"/>
            </w:pPr>
            <w:r w:rsidRPr="00A864B8">
              <w:rPr>
                <w:sz w:val="20"/>
              </w:rPr>
              <w:t>6</w:t>
            </w:r>
          </w:p>
        </w:tc>
        <w:tc>
          <w:tcPr>
            <w:tcW w:w="2160" w:type="dxa"/>
            <w:tcBorders>
              <w:bottom w:val="single" w:sz="8" w:space="0" w:color="9B9B9B"/>
            </w:tcBorders>
            <w:shd w:val="clear" w:color="auto" w:fill="CFCFCF"/>
            <w:vAlign w:val="center"/>
          </w:tcPr>
          <w:p w14:paraId="435D499D" w14:textId="77777777" w:rsidR="00A806B2" w:rsidRPr="00A864B8" w:rsidRDefault="00000000">
            <w:pPr>
              <w:spacing w:before="20" w:after="10" w:line="240" w:lineRule="auto"/>
              <w:jc w:val="center"/>
            </w:pPr>
            <w:r w:rsidRPr="00A864B8">
              <w:rPr>
                <w:sz w:val="20"/>
              </w:rPr>
              <w:t>10.094 kW</w:t>
            </w:r>
          </w:p>
        </w:tc>
        <w:tc>
          <w:tcPr>
            <w:tcW w:w="2160" w:type="dxa"/>
            <w:tcBorders>
              <w:bottom w:val="single" w:sz="8" w:space="0" w:color="9B9B9B"/>
            </w:tcBorders>
            <w:shd w:val="clear" w:color="auto" w:fill="CFCFCF"/>
            <w:vAlign w:val="center"/>
          </w:tcPr>
          <w:p w14:paraId="6CDDD84F" w14:textId="77777777" w:rsidR="00A806B2" w:rsidRPr="00A864B8" w:rsidRDefault="00000000">
            <w:pPr>
              <w:spacing w:before="20" w:after="10" w:line="240" w:lineRule="auto"/>
              <w:jc w:val="center"/>
            </w:pPr>
            <w:r w:rsidRPr="00A864B8">
              <w:rPr>
                <w:sz w:val="20"/>
              </w:rPr>
              <w:t>2.226 m</w:t>
            </w:r>
          </w:p>
        </w:tc>
      </w:tr>
      <w:tr w:rsidR="00A806B2" w:rsidRPr="00A864B8" w14:paraId="069C5668" w14:textId="77777777">
        <w:trPr>
          <w:jc w:val="center"/>
        </w:trPr>
        <w:tc>
          <w:tcPr>
            <w:tcW w:w="2160" w:type="dxa"/>
            <w:tcBorders>
              <w:bottom w:val="single" w:sz="8" w:space="0" w:color="9B9B9B"/>
            </w:tcBorders>
            <w:shd w:val="clear" w:color="auto" w:fill="F0F0F0"/>
            <w:vAlign w:val="center"/>
          </w:tcPr>
          <w:p w14:paraId="0D1B8B9E" w14:textId="77777777" w:rsidR="00A806B2" w:rsidRPr="00A864B8" w:rsidRDefault="00000000">
            <w:pPr>
              <w:spacing w:before="20" w:after="10" w:line="240" w:lineRule="auto"/>
              <w:jc w:val="center"/>
            </w:pPr>
            <w:r w:rsidRPr="00A864B8">
              <w:rPr>
                <w:sz w:val="20"/>
              </w:rPr>
              <w:t>Wasserkraft</w:t>
            </w:r>
          </w:p>
        </w:tc>
        <w:tc>
          <w:tcPr>
            <w:tcW w:w="2160" w:type="dxa"/>
            <w:tcBorders>
              <w:bottom w:val="single" w:sz="8" w:space="0" w:color="9B9B9B"/>
            </w:tcBorders>
            <w:shd w:val="clear" w:color="auto" w:fill="F0F0F0"/>
            <w:vAlign w:val="center"/>
          </w:tcPr>
          <w:p w14:paraId="74C7E424" w14:textId="77777777" w:rsidR="00A806B2" w:rsidRPr="00A864B8" w:rsidRDefault="00000000">
            <w:pPr>
              <w:spacing w:before="20" w:after="10" w:line="240" w:lineRule="auto"/>
              <w:jc w:val="center"/>
            </w:pPr>
            <w:r w:rsidRPr="00A864B8">
              <w:rPr>
                <w:sz w:val="20"/>
              </w:rPr>
              <w:t>6</w:t>
            </w:r>
          </w:p>
        </w:tc>
        <w:tc>
          <w:tcPr>
            <w:tcW w:w="2160" w:type="dxa"/>
            <w:tcBorders>
              <w:bottom w:val="single" w:sz="8" w:space="0" w:color="9B9B9B"/>
            </w:tcBorders>
            <w:shd w:val="clear" w:color="auto" w:fill="F0F0F0"/>
            <w:vAlign w:val="center"/>
          </w:tcPr>
          <w:p w14:paraId="33883EAD" w14:textId="77777777" w:rsidR="00A806B2" w:rsidRPr="00A864B8" w:rsidRDefault="00000000">
            <w:pPr>
              <w:spacing w:before="20" w:after="10" w:line="240" w:lineRule="auto"/>
              <w:jc w:val="center"/>
            </w:pPr>
            <w:r w:rsidRPr="00A864B8">
              <w:rPr>
                <w:sz w:val="20"/>
              </w:rPr>
              <w:t>651 kW</w:t>
            </w:r>
          </w:p>
        </w:tc>
        <w:tc>
          <w:tcPr>
            <w:tcW w:w="2160" w:type="dxa"/>
            <w:tcBorders>
              <w:bottom w:val="single" w:sz="8" w:space="0" w:color="9B9B9B"/>
            </w:tcBorders>
            <w:shd w:val="clear" w:color="auto" w:fill="F0F0F0"/>
            <w:vAlign w:val="center"/>
          </w:tcPr>
          <w:p w14:paraId="0CD94798" w14:textId="77777777" w:rsidR="00A806B2" w:rsidRPr="00A864B8" w:rsidRDefault="00000000">
            <w:pPr>
              <w:spacing w:before="20" w:after="10" w:line="240" w:lineRule="auto"/>
              <w:jc w:val="center"/>
            </w:pPr>
            <w:r w:rsidRPr="00A864B8">
              <w:rPr>
                <w:sz w:val="20"/>
              </w:rPr>
              <w:t>3.931 m</w:t>
            </w:r>
          </w:p>
        </w:tc>
      </w:tr>
    </w:tbl>
    <w:p w14:paraId="36AB927F" w14:textId="77777777" w:rsidR="00A806B2" w:rsidRPr="00A864B8" w:rsidRDefault="00A806B2"/>
    <w:p w14:paraId="6F1FED3F" w14:textId="77777777" w:rsidR="00A806B2" w:rsidRPr="00A864B8" w:rsidRDefault="00000000">
      <w:r w:rsidRPr="00A864B8">
        <w:br w:type="page"/>
      </w:r>
    </w:p>
    <w:p w14:paraId="36DD854B" w14:textId="77777777" w:rsidR="00A806B2" w:rsidRPr="00A864B8" w:rsidRDefault="00000000">
      <w:pPr>
        <w:pStyle w:val="berschrift1"/>
      </w:pPr>
      <w:bookmarkStart w:id="75" w:name="h_placeholder_bew_goal_num"/>
      <w:bookmarkStart w:id="76" w:name="_Toc240363498"/>
      <w:r w:rsidRPr="00A864B8">
        <w:rPr>
          <w:color w:val="000000"/>
          <w:sz w:val="44"/>
        </w:rPr>
        <w:t xml:space="preserve">4 </w:t>
      </w:r>
      <w:bookmarkEnd w:id="75"/>
      <w:r w:rsidRPr="00A864B8">
        <w:rPr>
          <w:color w:val="000000"/>
          <w:sz w:val="44"/>
        </w:rPr>
        <w:t>PLATZHALTER: SOLL-Analyse des Wärmenetzes (inklusive Primärenergie- und CO2-Einsparung)</w:t>
      </w:r>
      <w:bookmarkEnd w:id="76"/>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465A6053" w14:textId="77777777">
        <w:tc>
          <w:tcPr>
            <w:tcW w:w="8640" w:type="dxa"/>
            <w:shd w:val="clear" w:color="auto" w:fill="D9F3F7"/>
          </w:tcPr>
          <w:p w14:paraId="6B4F6E60" w14:textId="77777777" w:rsidR="00A806B2" w:rsidRPr="00A864B8" w:rsidRDefault="00000000">
            <w:pPr>
              <w:spacing w:line="240" w:lineRule="auto"/>
            </w:pPr>
            <w:r w:rsidRPr="00A864B8">
              <w:rPr>
                <w:b/>
              </w:rPr>
              <w:t>💡 Auszug aus "Merkblatt Antragstellung, technische Anforderungen und Verwendungsnachweis" (Version 3.1, 01.04.2026)</w:t>
            </w:r>
          </w:p>
          <w:p w14:paraId="614A5ACD" w14:textId="77777777" w:rsidR="00A806B2" w:rsidRPr="00A864B8" w:rsidRDefault="00000000">
            <w:pPr>
              <w:spacing w:line="240" w:lineRule="auto"/>
            </w:pPr>
            <w:r w:rsidRPr="00A864B8">
              <w:rPr>
                <w:b/>
                <w:sz w:val="20"/>
              </w:rPr>
              <w:t>SOLL-Analyse des Wärmenetzes (inklusive Primärenergie- und CO2-Einsparung)</w:t>
            </w:r>
          </w:p>
          <w:p w14:paraId="7C8A431C" w14:textId="77777777" w:rsidR="00A806B2" w:rsidRPr="00A864B8" w:rsidRDefault="00000000">
            <w:pPr>
              <w:spacing w:line="240" w:lineRule="auto"/>
            </w:pPr>
            <w:r w:rsidRPr="00A864B8">
              <w:rPr>
                <w:sz w:val="20"/>
              </w:rPr>
              <w:t>In der SOLL-Analyse ist ein Konzept für ein vollständig treibhausgasneutrales Wärmenetz inklusive zukünftiger Wärmebedarfe zu beschreiben. Eine MBS muss aufzeigen, wie das Wärmenetz durch mindestens 75% an EE und Abwärme gespeist wird.</w:t>
            </w:r>
          </w:p>
          <w:p w14:paraId="5F3D84CD" w14:textId="77777777" w:rsidR="00A806B2" w:rsidRPr="00A864B8" w:rsidRDefault="00000000">
            <w:pPr>
              <w:spacing w:line="240" w:lineRule="auto"/>
            </w:pPr>
            <w:r w:rsidRPr="00A864B8">
              <w:rPr>
                <w:sz w:val="20"/>
              </w:rPr>
              <w:t>Die Primärenergie- und CO2-Einsparungen sind durch den Vergleich des IST- und SOLL-Zustands des Wärmenetzes anzugeben. Dabei sind die Anforderungen nach 4.1.5 zu beachten.</w:t>
            </w:r>
          </w:p>
          <w:p w14:paraId="561CA196" w14:textId="77777777" w:rsidR="00A806B2" w:rsidRPr="00A864B8" w:rsidRDefault="00000000">
            <w:pPr>
              <w:spacing w:line="240" w:lineRule="auto"/>
            </w:pPr>
            <w:r w:rsidRPr="00A864B8">
              <w:rPr>
                <w:b/>
                <w:sz w:val="20"/>
              </w:rPr>
              <w:t>4.1.5 Berechnung Primärenergie- und CO2-Einsparung</w:t>
            </w:r>
          </w:p>
          <w:p w14:paraId="236FCDA9" w14:textId="77777777" w:rsidR="00A806B2" w:rsidRPr="00A864B8" w:rsidRDefault="00000000">
            <w:pPr>
              <w:spacing w:line="240" w:lineRule="auto"/>
            </w:pPr>
            <w:r w:rsidRPr="00A864B8">
              <w:rPr>
                <w:sz w:val="20"/>
              </w:rPr>
              <w:t>Zu den Angaben im Antrag ist eine detaillierte und nachvollziehbare Berechnung der Primärenergie- und CO2-Einsparungen in der Projektbeschreibung für den Zustand des Wärmenetzes in den Jahren 2030, 2035, 2040 und 2045 bzw. im Endzustand einzuarbeiten. Zu den Berechnungen sind u. a. die verwendeten Primärenergie- und CO2-Faktoren sowie die verwendete Berechnungsmethode und woher diese stammen anzugeben. Das BAFA macht hierzu keine spezifischen Vorgaben. Es sind aber offizielle Quellen und einschlägige Methoden zu verwenden, die dem Stand der Wissenschaft bzw. Technik entsprechen. Für neu zu bauende Gebäude bzw. Wohneinheiten kann für den IST-Zustand der Wärmeversorgung eine Versorgung durch einen Gasbrennwertkessel (85%) in Kombination mit einer Solarthermieanlage (15%) angenommen werden.</w:t>
            </w:r>
          </w:p>
          <w:p w14:paraId="1331A1E4" w14:textId="77777777" w:rsidR="00A806B2" w:rsidRPr="00A864B8" w:rsidRDefault="00000000">
            <w:pPr>
              <w:spacing w:line="240" w:lineRule="auto"/>
            </w:pPr>
            <w:r w:rsidRPr="00A864B8">
              <w:rPr>
                <w:sz w:val="20"/>
              </w:rPr>
              <w:t>Dabei wird angenommen, dass der Strom 2045 treibhausgasneutral ist. Für 2030, 2035 und 2040 sind die jeweiligen Faktoren anzunehmen. Die abgegebene Wärmemenge zählt aber immer als EE auch wenn der Strom aus dem öffentlichen Netz stammt. [...]</w:t>
            </w:r>
          </w:p>
          <w:p w14:paraId="721C64F8" w14:textId="77777777" w:rsidR="00A806B2" w:rsidRPr="00A864B8" w:rsidRDefault="00000000">
            <w:pPr>
              <w:spacing w:line="240" w:lineRule="auto"/>
            </w:pPr>
            <w:r w:rsidRPr="00A864B8">
              <w:rPr>
                <w:sz w:val="20"/>
              </w:rPr>
              <w:t>Zertifikate zu CO2-Einsparungen dürfen nicht eingerechnet werden.</w:t>
            </w:r>
          </w:p>
        </w:tc>
      </w:tr>
    </w:tbl>
    <w:p w14:paraId="142E2F17" w14:textId="77777777" w:rsidR="00A806B2" w:rsidRPr="00A864B8" w:rsidRDefault="00A806B2">
      <w:pPr>
        <w:spacing w:after="280"/>
      </w:pPr>
    </w:p>
    <w:p w14:paraId="4AD13E27" w14:textId="77777777" w:rsidR="00A806B2" w:rsidRPr="00A864B8" w:rsidRDefault="00000000">
      <w:r w:rsidRPr="00A864B8">
        <w:br w:type="page"/>
      </w:r>
    </w:p>
    <w:p w14:paraId="584A2BDE" w14:textId="77777777" w:rsidR="00A806B2" w:rsidRPr="00A864B8" w:rsidRDefault="00000000">
      <w:pPr>
        <w:pStyle w:val="berschrift1"/>
      </w:pPr>
      <w:bookmarkStart w:id="77" w:name="cha_3_scenarios_num"/>
      <w:bookmarkStart w:id="78" w:name="_Toc240363499"/>
      <w:r w:rsidRPr="00A864B8">
        <w:rPr>
          <w:color w:val="000000"/>
          <w:sz w:val="44"/>
        </w:rPr>
        <w:t xml:space="preserve">5 </w:t>
      </w:r>
      <w:bookmarkEnd w:id="77"/>
      <w:r w:rsidRPr="00A864B8">
        <w:rPr>
          <w:color w:val="000000"/>
          <w:sz w:val="44"/>
        </w:rPr>
        <w:t>Versorgungsvarianten</w:t>
      </w:r>
      <w:bookmarkEnd w:id="78"/>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10EC8CB5" w14:textId="77777777">
        <w:tc>
          <w:tcPr>
            <w:tcW w:w="8640" w:type="dxa"/>
            <w:shd w:val="clear" w:color="auto" w:fill="D9F3F7"/>
          </w:tcPr>
          <w:p w14:paraId="3081CB5A" w14:textId="77777777" w:rsidR="00A806B2" w:rsidRPr="00A864B8" w:rsidRDefault="00000000">
            <w:pPr>
              <w:spacing w:line="240" w:lineRule="auto"/>
            </w:pPr>
            <w:r w:rsidRPr="00A864B8">
              <w:rPr>
                <w:b/>
              </w:rPr>
              <w:t>💡 Auszug aus "Merkblatt Antragstellung, technische Anforderungen und Verwendungsnachweis" (Version 3.1, 01.04.2026)</w:t>
            </w:r>
          </w:p>
          <w:p w14:paraId="7E62FE27" w14:textId="77777777" w:rsidR="00A806B2" w:rsidRPr="00A864B8" w:rsidRDefault="00000000">
            <w:pPr>
              <w:spacing w:line="240" w:lineRule="auto"/>
            </w:pPr>
            <w:r w:rsidRPr="00A864B8">
              <w:rPr>
                <w:b/>
                <w:sz w:val="20"/>
              </w:rPr>
              <w:t>Mindestinhalte Planungsleistungen angelehnt an Leistungsphasen 2 bis 4</w:t>
            </w:r>
          </w:p>
          <w:p w14:paraId="36BD22CB" w14:textId="77777777" w:rsidR="00A806B2" w:rsidRPr="00A864B8" w:rsidRDefault="00000000">
            <w:pPr>
              <w:spacing w:line="240" w:lineRule="auto"/>
            </w:pPr>
            <w:r w:rsidRPr="00A864B8">
              <w:rPr>
                <w:sz w:val="20"/>
              </w:rPr>
              <w:t>In Modul 1 sind Planungsleistungen angelehnt an die LPh 2 bis 4 HOAI nur für förderfähige Komponenten förderfähig. Bei der Beantragung muss ein Detailgrad erreicht werden, mit dem feststeht, wie das Wärmenetz (um)gebaut werden soll. Die Ergebnisse der Planungsleistungen sind in einem Abschlussbericht zu dokumentieren. Dieser ist eine Zusammenfassung und Erläuterung des Konzepts zum (Um)bau in einem Zeitraum von vier Jahren sowie der einzureichenden Planungsunterlagen. Wurde die LPh 4 beantragt, muss bei mehreren Varianten angegeben werden, welche Variante bevorzugt wird. Zu allen nachfolgend geforderten Mindestinhalten sind detaillierte und nachvollziehbare Berechnungen vorzulegen.</w:t>
            </w:r>
          </w:p>
        </w:tc>
      </w:tr>
    </w:tbl>
    <w:p w14:paraId="5DDEAFC1" w14:textId="77777777" w:rsidR="00A806B2" w:rsidRPr="00A864B8" w:rsidRDefault="00A806B2">
      <w:pPr>
        <w:spacing w:after="280"/>
      </w:pPr>
    </w:p>
    <w:p w14:paraId="43095B33" w14:textId="77777777" w:rsidR="00A806B2" w:rsidRPr="00A864B8" w:rsidRDefault="00000000">
      <w:pPr>
        <w:jc w:val="both"/>
      </w:pPr>
      <w:r w:rsidRPr="00A864B8">
        <w:t>In diesem Kapitel werden die Ergebnisse der untersuchten Versorgungsvarianten für das Quartier im Detail dargestellt. Ergebnisse, die für alle Varianten identisch sind, werden zunächst für alle Varianten zusammenfassend dargestellt. Die Ergebnisse, die sich zwischen den Varianten unterscheiden, werden in separaten Abschnitten für jede Versorgungsvariante beschrieben. Für jede Versorgungsvariante werden so die Ergebnisse der Energiebedarfsermittlung, der Netzauslegung, der Auslegung der Energiezentrale und der Wirtschaftlichkeit dargelegt.</w:t>
      </w:r>
    </w:p>
    <w:p w14:paraId="58FC966E" w14:textId="77777777" w:rsidR="00A806B2" w:rsidRPr="00A864B8" w:rsidRDefault="00000000">
      <w:pPr>
        <w:jc w:val="both"/>
      </w:pPr>
      <w:r w:rsidRPr="00A864B8">
        <w:t>Als mögliche Formen von Energiebedarfen sind grundsätzlich Wärme-, Kälte- und Strombedarfe relevant. Der ermittelte Nutzenergiebedarf beschreibt die tatsächlich benötigte Energie, die direkt den Nutzern der Gebäude des Quartiers zur Verfügung gestellt wird, wie z. B. Raumwärmebedarf an den Heizkörpern oder Trinkwarmwasserbedarf an den Zapfstellen. Im Gegensatz zum Endenergiebedarf beinhaltet der Nutzenergiebedarf auch Verluste in der Energieumwandlung und -verteilung (z. B. in den Gebäuden).</w:t>
      </w:r>
    </w:p>
    <w:p w14:paraId="6D23F12B" w14:textId="77777777" w:rsidR="00A806B2" w:rsidRPr="00A864B8" w:rsidRDefault="00000000">
      <w:pPr>
        <w:jc w:val="both"/>
      </w:pPr>
      <w:r w:rsidRPr="00A864B8">
        <w:t>Die Energiebedarfe des Quartiers werden für die Auslegung der Anlagen und die Simulation des Energiesystems zeitlich aufgelöst betrachtet. Diese hochauflösende Form der Betrachtung hat gegenüber der Betrachtung von Jahreswerten den Vorteil, dass die zeitliche Abhängigkeit des Dargebots von erneuerbaren Energien einerseits und des ebenfalls zeitlich schwankenden Energiebedarfs auf der anderen Seite berücksichtigt wird. Eine zeitliche Auflösung von einer Stunde (8760 Werte pro Jahr) ist in der Regel ausreichend, um die wesentlichen zeitlichen Abhängigkeiten zu erfassen.  Wärmebedarfe auf Quartiersebene können Raumwärme- und Trinkwarmwasserbedarfe umfassen. Zu den Kältebedarfen gehören vorwiegend Bedarfe für die Raumklimatisierung und möglicherweise auftretende Prozesskältebedarfe (z. B. für Kühlräume oder IT-Infrastruktur). Neben den thermischen Bedarfen können auch Strombedarfe betrachtet werden: Dies kann zum einen ein anfallender Strombedarf für den Betrieb der Anlagentechnik in den einzelnen Gebäuden (z. B. für Wasser-Wasser- oder Luft-Wasser-Wärmepumpen) sein (nachfolgend als Betriebsstrom bezeichnet). Zum anderen können Endenergiebedarfe für Nutzerstrom (Beleuchtung, Haushaltsgeräte, etc.) oder Elektromobilität (Strom für den Betrieb von Ladesäulen für E-Autos) anfallen. Die saisonalen Verläufe für Raumwärme und Klimatisierung werden basierend auf dem Gradtagsverfahren erzeugt. Zur Berechnung des stündlich aufgelösten Lastprofils werden diese anschließend mit Standardlastprofilen für die unterschiedlichen Tagestypen (Wochentag, Samstag und Sonntag) überlagert, um die typischen verhaltensabhängigen Verbrauchsmuster in Gebäuden zu approximieren.</w:t>
      </w:r>
    </w:p>
    <w:p w14:paraId="16E7FE74" w14:textId="77777777" w:rsidR="00A806B2" w:rsidRPr="00A864B8" w:rsidRDefault="00000000">
      <w:pPr>
        <w:jc w:val="both"/>
      </w:pPr>
      <w:r w:rsidRPr="00A864B8">
        <w:t>Im weiteren Verlauf des Kapitels werden die relevanten Energieströme im Wärmenetz dargestellt (z. B. Wärmeverluste) und ein Überblick über die wichtigsten Ergebnisse der Netzauslegung und -simulation gegeben (z. B. Wärmeliniendichte oder Pumpstrombedarf). Für jede Versorgungsvariante werden außerdem die Ergebnisse der Energiezentralen-Auslegung dargestellt. Abschließend werden die ökonomischen und ökologischen Kennzahlen der Versorgungsvarianten ausgewertet. Dazu gehören die Kapitalwerte für den Betrachtungshorizont, die Wärmegestehungskosten und resultierenden CO₂-Emissionen für die Deckung des Wärme- bzw. Kälte-, sowie Strombedarfs des Quartiers.</w:t>
      </w:r>
    </w:p>
    <w:p w14:paraId="5D19571F" w14:textId="77777777" w:rsidR="00A806B2" w:rsidRPr="00A864B8" w:rsidRDefault="00000000">
      <w:pPr>
        <w:pStyle w:val="berschrift2"/>
      </w:pPr>
      <w:bookmarkStart w:id="79" w:name="_Toc240363500"/>
      <w:r w:rsidRPr="00A864B8">
        <w:rPr>
          <w:color w:val="000000"/>
          <w:sz w:val="36"/>
        </w:rPr>
        <w:t>5.1 Variante 1: Variante 1</w:t>
      </w:r>
      <w:bookmarkEnd w:id="79"/>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70114E68" w14:textId="77777777">
        <w:tc>
          <w:tcPr>
            <w:tcW w:w="8640" w:type="dxa"/>
            <w:shd w:val="clear" w:color="auto" w:fill="D9F3F7"/>
          </w:tcPr>
          <w:p w14:paraId="303015D5" w14:textId="77777777" w:rsidR="00A806B2" w:rsidRPr="00A864B8" w:rsidRDefault="00000000">
            <w:pPr>
              <w:spacing w:line="240" w:lineRule="auto"/>
            </w:pPr>
            <w:r w:rsidRPr="00A864B8">
              <w:rPr>
                <w:b/>
              </w:rPr>
              <w:t>💡 Auszug aus "Merkblatt Antragstellung, technische Anforderungen und Verwendungsnachweis" (Version 3.1, 01.04.2026)</w:t>
            </w:r>
          </w:p>
          <w:p w14:paraId="3FC2507D" w14:textId="77777777" w:rsidR="00A806B2" w:rsidRPr="00A864B8" w:rsidRDefault="00000000">
            <w:pPr>
              <w:spacing w:line="240" w:lineRule="auto"/>
            </w:pPr>
            <w:r w:rsidRPr="00A864B8">
              <w:rPr>
                <w:b/>
                <w:sz w:val="20"/>
              </w:rPr>
              <w:t>Mindestinhalte Planungsleistungen angelehnt an Leistungsphasen 2 bis 4</w:t>
            </w:r>
          </w:p>
          <w:p w14:paraId="1C96A986" w14:textId="77777777" w:rsidR="00A806B2" w:rsidRPr="00A864B8" w:rsidRDefault="00000000">
            <w:pPr>
              <w:spacing w:line="240" w:lineRule="auto"/>
            </w:pPr>
            <w:r w:rsidRPr="00A864B8">
              <w:rPr>
                <w:b/>
                <w:sz w:val="20"/>
              </w:rPr>
              <w:t>Wärmeerzeugung</w:t>
            </w:r>
          </w:p>
          <w:p w14:paraId="5AF2328D" w14:textId="77777777" w:rsidR="00A806B2" w:rsidRPr="00A864B8" w:rsidRDefault="00000000">
            <w:pPr>
              <w:spacing w:line="240" w:lineRule="auto"/>
            </w:pPr>
            <w:r w:rsidRPr="00A864B8">
              <w:rPr>
                <w:sz w:val="20"/>
              </w:rPr>
              <w:t>Alle Wärmeerzeuger sind in einer Tabelle aufzulisten und zu jedem sind anzugeben:</w:t>
            </w:r>
          </w:p>
          <w:p w14:paraId="188A1FE5" w14:textId="77777777" w:rsidR="00A806B2" w:rsidRPr="00A864B8" w:rsidRDefault="00000000">
            <w:pPr>
              <w:pStyle w:val="Aufzhlungszeichen"/>
              <w:spacing w:line="240" w:lineRule="auto"/>
            </w:pPr>
            <w:r w:rsidRPr="00A864B8">
              <w:rPr>
                <w:sz w:val="20"/>
              </w:rPr>
              <w:t>Typ (Wärmepumpe, KWK, Biomassekessel, etc.)</w:t>
            </w:r>
          </w:p>
          <w:p w14:paraId="05F65169" w14:textId="77777777" w:rsidR="00A806B2" w:rsidRPr="00A864B8" w:rsidRDefault="00000000">
            <w:pPr>
              <w:pStyle w:val="Aufzhlungszeichen"/>
              <w:spacing w:line="240" w:lineRule="auto"/>
            </w:pPr>
            <w:r w:rsidRPr="00A864B8">
              <w:rPr>
                <w:sz w:val="20"/>
              </w:rPr>
              <w:t>Anzahl</w:t>
            </w:r>
          </w:p>
          <w:p w14:paraId="559DEBFB" w14:textId="77777777" w:rsidR="00A806B2" w:rsidRPr="00A864B8" w:rsidRDefault="00000000">
            <w:pPr>
              <w:pStyle w:val="Aufzhlungszeichen"/>
              <w:spacing w:line="240" w:lineRule="auto"/>
            </w:pPr>
            <w:r w:rsidRPr="00A864B8">
              <w:rPr>
                <w:sz w:val="20"/>
              </w:rPr>
              <w:t>Energieträger/Wärmequelle</w:t>
            </w:r>
          </w:p>
          <w:p w14:paraId="2672D6EC" w14:textId="77777777" w:rsidR="00A806B2" w:rsidRPr="00A864B8" w:rsidRDefault="00000000">
            <w:pPr>
              <w:pStyle w:val="Aufzhlungszeichen"/>
              <w:spacing w:line="240" w:lineRule="auto"/>
            </w:pPr>
            <w:r w:rsidRPr="00A864B8">
              <w:rPr>
                <w:sz w:val="20"/>
              </w:rPr>
              <w:t>Leistung</w:t>
            </w:r>
          </w:p>
          <w:p w14:paraId="1EABF44D" w14:textId="77777777" w:rsidR="00A806B2" w:rsidRPr="00A864B8" w:rsidRDefault="00000000">
            <w:pPr>
              <w:pStyle w:val="Aufzhlungszeichen"/>
              <w:spacing w:line="240" w:lineRule="auto"/>
            </w:pPr>
            <w:r w:rsidRPr="00A864B8">
              <w:rPr>
                <w:sz w:val="20"/>
              </w:rPr>
              <w:t>Wärmeeinspeisemenge</w:t>
            </w:r>
          </w:p>
          <w:p w14:paraId="45C7FC46" w14:textId="77777777" w:rsidR="00A806B2" w:rsidRPr="00A864B8" w:rsidRDefault="00000000">
            <w:pPr>
              <w:pStyle w:val="Aufzhlungszeichen"/>
              <w:spacing w:line="240" w:lineRule="auto"/>
            </w:pPr>
            <w:r w:rsidRPr="00A864B8">
              <w:rPr>
                <w:sz w:val="20"/>
              </w:rPr>
              <w:t>Anteil an der gesamten Wärmeeinspeisemenge</w:t>
            </w:r>
          </w:p>
          <w:p w14:paraId="2425DC27" w14:textId="77777777" w:rsidR="00A806B2" w:rsidRPr="00A864B8" w:rsidRDefault="00000000">
            <w:pPr>
              <w:pStyle w:val="Aufzhlungszeichen"/>
              <w:spacing w:line="240" w:lineRule="auto"/>
            </w:pPr>
            <w:r w:rsidRPr="00A864B8">
              <w:rPr>
                <w:sz w:val="20"/>
              </w:rPr>
              <w:t>Maximale Temperatur</w:t>
            </w:r>
          </w:p>
          <w:p w14:paraId="5B7B8C06" w14:textId="77777777" w:rsidR="00A806B2" w:rsidRPr="00A864B8" w:rsidRDefault="00000000">
            <w:pPr>
              <w:pStyle w:val="Aufzhlungszeichen"/>
              <w:spacing w:line="240" w:lineRule="auto"/>
            </w:pPr>
            <w:r w:rsidRPr="00A864B8">
              <w:rPr>
                <w:sz w:val="20"/>
              </w:rPr>
              <w:t>Typische relevante Kennzahlen (z. B. COP)</w:t>
            </w:r>
          </w:p>
          <w:p w14:paraId="2DB7A370" w14:textId="77777777" w:rsidR="00A806B2" w:rsidRPr="00A864B8" w:rsidRDefault="00000000">
            <w:pPr>
              <w:spacing w:line="240" w:lineRule="auto"/>
            </w:pPr>
            <w:r w:rsidRPr="00A864B8">
              <w:rPr>
                <w:b/>
                <w:sz w:val="20"/>
              </w:rPr>
              <w:t>Bei Wärmepumpen sind die Untersuchungen zu den Wärmequellen zu dokumentieren (z. B. bei Probebohrungen) und die Einbindung der Wärmequelle an die Wärmepumpen darzustellen.</w:t>
            </w:r>
          </w:p>
          <w:p w14:paraId="7905D0AF" w14:textId="77777777" w:rsidR="00A806B2" w:rsidRPr="00A864B8" w:rsidRDefault="00000000">
            <w:pPr>
              <w:spacing w:line="240" w:lineRule="auto"/>
            </w:pPr>
            <w:r w:rsidRPr="00A864B8">
              <w:rPr>
                <w:b/>
                <w:sz w:val="20"/>
              </w:rPr>
              <w:t>Bei der Nutzung von Abwärme sind beizufügen:</w:t>
            </w:r>
          </w:p>
          <w:p w14:paraId="6F23B0F9" w14:textId="77777777" w:rsidR="00A806B2" w:rsidRPr="00A864B8" w:rsidRDefault="00000000">
            <w:pPr>
              <w:pStyle w:val="Aufzhlungszeichen"/>
              <w:spacing w:line="240" w:lineRule="auto"/>
            </w:pPr>
            <w:r w:rsidRPr="00A864B8">
              <w:rPr>
                <w:sz w:val="20"/>
              </w:rPr>
              <w:t>Beschreibung der Prozesse, in denen die Abwärme entsteht.</w:t>
            </w:r>
          </w:p>
          <w:p w14:paraId="474933C6" w14:textId="77777777" w:rsidR="00A806B2" w:rsidRPr="00A864B8" w:rsidRDefault="00000000">
            <w:pPr>
              <w:pStyle w:val="Aufzhlungszeichen"/>
              <w:spacing w:line="240" w:lineRule="auto"/>
            </w:pPr>
            <w:r w:rsidRPr="00A864B8">
              <w:rPr>
                <w:sz w:val="20"/>
              </w:rPr>
              <w:t>Beschreibung mit schematischer Darstellung wie die Abwärme aus dem Prozess ausgekoppelt und in das Wärmenetz eingebunden wird.</w:t>
            </w:r>
          </w:p>
          <w:p w14:paraId="5E53FB62" w14:textId="77777777" w:rsidR="00A806B2" w:rsidRPr="00A864B8" w:rsidRDefault="00000000">
            <w:pPr>
              <w:pStyle w:val="Aufzhlungszeichen"/>
              <w:spacing w:line="240" w:lineRule="auto"/>
            </w:pPr>
            <w:r w:rsidRPr="00A864B8">
              <w:rPr>
                <w:sz w:val="20"/>
              </w:rPr>
              <w:t>Beschreibung wie die Abwärmemenge ersetzt werden kann, falls die Abwärmequelle aus- oder wegfällt.</w:t>
            </w:r>
          </w:p>
          <w:p w14:paraId="56DFD13E" w14:textId="77777777" w:rsidR="00A806B2" w:rsidRPr="00A864B8" w:rsidRDefault="00000000">
            <w:pPr>
              <w:spacing w:line="240" w:lineRule="auto"/>
            </w:pPr>
            <w:r w:rsidRPr="00A864B8">
              <w:rPr>
                <w:b/>
                <w:sz w:val="20"/>
              </w:rPr>
              <w:t>Wärmespeicher</w:t>
            </w:r>
          </w:p>
          <w:p w14:paraId="636B0DEA" w14:textId="77777777" w:rsidR="00A806B2" w:rsidRPr="00A864B8" w:rsidRDefault="00000000">
            <w:pPr>
              <w:spacing w:line="240" w:lineRule="auto"/>
            </w:pPr>
            <w:r w:rsidRPr="00A864B8">
              <w:rPr>
                <w:sz w:val="20"/>
              </w:rPr>
              <w:t>Zentrale und dezentrale Wärmespeicher sind aufzulisten:</w:t>
            </w:r>
          </w:p>
          <w:p w14:paraId="1D01B469" w14:textId="77777777" w:rsidR="00A806B2" w:rsidRPr="00A864B8" w:rsidRDefault="00000000">
            <w:pPr>
              <w:pStyle w:val="Aufzhlungszeichen"/>
              <w:spacing w:line="240" w:lineRule="auto"/>
            </w:pPr>
            <w:r w:rsidRPr="00A864B8">
              <w:rPr>
                <w:sz w:val="20"/>
              </w:rPr>
              <w:t>Anzahl</w:t>
            </w:r>
          </w:p>
          <w:p w14:paraId="6572D0EC" w14:textId="77777777" w:rsidR="00A806B2" w:rsidRPr="00A864B8" w:rsidRDefault="00000000">
            <w:pPr>
              <w:pStyle w:val="Aufzhlungszeichen"/>
              <w:spacing w:line="240" w:lineRule="auto"/>
            </w:pPr>
            <w:r w:rsidRPr="00A864B8">
              <w:rPr>
                <w:sz w:val="20"/>
              </w:rPr>
              <w:t>Kapazität in m³ Wasseräquivalent</w:t>
            </w:r>
          </w:p>
          <w:p w14:paraId="00C5D118" w14:textId="77777777" w:rsidR="00A806B2" w:rsidRPr="00A864B8" w:rsidRDefault="00000000">
            <w:pPr>
              <w:pStyle w:val="Aufzhlungszeichen"/>
              <w:spacing w:line="240" w:lineRule="auto"/>
            </w:pPr>
            <w:r w:rsidRPr="00A864B8">
              <w:rPr>
                <w:sz w:val="20"/>
              </w:rPr>
              <w:t>Wärmeverlust in W/m²</w:t>
            </w:r>
          </w:p>
          <w:p w14:paraId="3FF333A6" w14:textId="77777777" w:rsidR="00A806B2" w:rsidRPr="00A864B8" w:rsidRDefault="00000000">
            <w:pPr>
              <w:pStyle w:val="Aufzhlungszeichen"/>
              <w:spacing w:line="240" w:lineRule="auto"/>
            </w:pPr>
            <w:r w:rsidRPr="00A864B8">
              <w:rPr>
                <w:sz w:val="20"/>
              </w:rPr>
              <w:t>Art der Nutzung (kurzfristig, mittelfristig, saisonal)</w:t>
            </w:r>
          </w:p>
        </w:tc>
      </w:tr>
    </w:tbl>
    <w:p w14:paraId="62F9CEAF" w14:textId="77777777" w:rsidR="00A806B2" w:rsidRPr="00A864B8" w:rsidRDefault="00A806B2">
      <w:pPr>
        <w:spacing w:after="280"/>
      </w:pPr>
    </w:p>
    <w:p w14:paraId="247B06CA" w14:textId="77777777" w:rsidR="00A806B2" w:rsidRPr="00A864B8" w:rsidRDefault="00000000">
      <w:r w:rsidRPr="00A864B8">
        <w:rPr>
          <w:b/>
          <w:sz w:val="28"/>
        </w:rPr>
        <w:t>Beschreibung des Versorgungskonzepts</w:t>
      </w:r>
    </w:p>
    <w:p w14:paraId="1EC0267C" w14:textId="77777777" w:rsidR="00A806B2" w:rsidRPr="00A864B8" w:rsidRDefault="00000000">
      <w:pPr>
        <w:jc w:val="both"/>
      </w:pPr>
      <w:r w:rsidRPr="00A864B8">
        <w:t>Nachfolgend werden die wesentlichen Eigenschaften und Berechnungsergebnisse für die Versorgungsvariante 'Variante 1' dargestellt. Die Versorgungsvariante umfasst 50 Gebäude, wovon 38 Wohngebäude und 12 Nichtwohngebäude sind. 47 Gebäude sind an ein Wärmenetz angeschlossen, welches mit Vorlauftemperaturen von 75 °C (konstant) und Rücklauftemperaturen von 55 °C (konstant) betrieben wird. Basierend auf den Netztemperaturen kann das Wärmenetz als 'Klassisches Wärmenetz' klassifiziert werden. Die in der Energiezentrale vorgesehenen Anlagen sind in der nachfolgenden Tabelle dargestellt.</w:t>
      </w:r>
    </w:p>
    <w:p w14:paraId="4C91383D" w14:textId="77777777" w:rsidR="00A806B2" w:rsidRPr="00A864B8" w:rsidRDefault="00000000">
      <w:r w:rsidRPr="00A864B8">
        <w:rPr>
          <w:b/>
          <w:sz w:val="28"/>
        </w:rPr>
        <w:t>Steckbrief zur Versorgungsvariante</w:t>
      </w:r>
    </w:p>
    <w:p w14:paraId="7A276A27" w14:textId="002B694A" w:rsidR="00A806B2" w:rsidRPr="00A864B8" w:rsidRDefault="00000000">
      <w:pPr>
        <w:pStyle w:val="CaptionStyle"/>
        <w:spacing w:before="40" w:after="0"/>
        <w:jc w:val="center"/>
        <w:rPr>
          <w:lang w:val="de-DE"/>
        </w:rPr>
      </w:pPr>
      <w:bookmarkStart w:id="80" w:name="_Toc240363538"/>
      <w:r w:rsidRPr="00A864B8">
        <w:rPr>
          <w:lang w:val="de-DE"/>
        </w:rPr>
        <w:t xml:space="preserve">Tabelle </w:t>
      </w:r>
      <w:bookmarkStart w:id="81" w:name="variant_fact_sheet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10</w:t>
      </w:r>
      <w:r w:rsidRPr="00A864B8">
        <w:rPr>
          <w:lang w:val="de-DE"/>
        </w:rPr>
        <w:fldChar w:fldCharType="end"/>
      </w:r>
      <w:bookmarkStart w:id="82" w:name="variant_fact_sheet"/>
      <w:bookmarkEnd w:id="81"/>
      <w:bookmarkEnd w:id="82"/>
      <w:r w:rsidRPr="00A864B8">
        <w:rPr>
          <w:lang w:val="de-DE"/>
        </w:rPr>
        <w:t>: Variante 1: Steckbrief zur Versorgungsvariante: Variante 1</w:t>
      </w:r>
      <w:bookmarkEnd w:id="80"/>
    </w:p>
    <w:tbl>
      <w:tblPr>
        <w:tblW w:w="0" w:type="auto"/>
        <w:jc w:val="center"/>
        <w:tblLook w:val="04A0" w:firstRow="1" w:lastRow="0" w:firstColumn="1" w:lastColumn="0" w:noHBand="0" w:noVBand="1"/>
      </w:tblPr>
      <w:tblGrid>
        <w:gridCol w:w="4320"/>
        <w:gridCol w:w="4320"/>
      </w:tblGrid>
      <w:tr w:rsidR="00A806B2" w:rsidRPr="00A864B8" w14:paraId="4D551004" w14:textId="77777777">
        <w:trPr>
          <w:jc w:val="center"/>
        </w:trPr>
        <w:tc>
          <w:tcPr>
            <w:tcW w:w="4320" w:type="dxa"/>
            <w:tcBorders>
              <w:bottom w:val="single" w:sz="22" w:space="0" w:color="C00000"/>
            </w:tcBorders>
            <w:shd w:val="clear" w:color="auto" w:fill="343A40"/>
          </w:tcPr>
          <w:p w14:paraId="55204CE2"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53325789" w14:textId="77777777" w:rsidR="00A806B2" w:rsidRPr="00A864B8" w:rsidRDefault="00000000">
            <w:pPr>
              <w:spacing w:before="20" w:after="10" w:line="240" w:lineRule="auto"/>
              <w:jc w:val="center"/>
            </w:pPr>
            <w:r w:rsidRPr="00A864B8">
              <w:rPr>
                <w:color w:val="FFFFFF"/>
                <w:sz w:val="20"/>
              </w:rPr>
              <w:t> </w:t>
            </w:r>
          </w:p>
        </w:tc>
      </w:tr>
      <w:tr w:rsidR="00A806B2" w:rsidRPr="00A864B8" w14:paraId="18F92F2B" w14:textId="77777777">
        <w:trPr>
          <w:jc w:val="center"/>
        </w:trPr>
        <w:tc>
          <w:tcPr>
            <w:tcW w:w="4320" w:type="dxa"/>
            <w:tcBorders>
              <w:bottom w:val="single" w:sz="8" w:space="0" w:color="9B9B9B"/>
            </w:tcBorders>
            <w:shd w:val="clear" w:color="auto" w:fill="F0F0F0"/>
            <w:vAlign w:val="center"/>
          </w:tcPr>
          <w:p w14:paraId="53543CD9" w14:textId="77777777" w:rsidR="00A806B2" w:rsidRPr="00A864B8" w:rsidRDefault="00000000">
            <w:pPr>
              <w:spacing w:before="20" w:after="10" w:line="240" w:lineRule="auto"/>
              <w:jc w:val="center"/>
            </w:pPr>
            <w:r w:rsidRPr="00A864B8">
              <w:rPr>
                <w:sz w:val="20"/>
              </w:rPr>
              <w:t>Wärmenetz</w:t>
            </w:r>
          </w:p>
        </w:tc>
        <w:tc>
          <w:tcPr>
            <w:tcW w:w="4320" w:type="dxa"/>
            <w:tcBorders>
              <w:bottom w:val="single" w:sz="8" w:space="0" w:color="9B9B9B"/>
            </w:tcBorders>
            <w:shd w:val="clear" w:color="auto" w:fill="F0F0F0"/>
            <w:vAlign w:val="center"/>
          </w:tcPr>
          <w:p w14:paraId="61AF310A" w14:textId="77777777" w:rsidR="00A806B2" w:rsidRPr="00A864B8" w:rsidRDefault="00000000">
            <w:pPr>
              <w:spacing w:before="20" w:after="10" w:line="240" w:lineRule="auto"/>
              <w:jc w:val="center"/>
            </w:pPr>
            <w:r w:rsidRPr="00A864B8">
              <w:rPr>
                <w:sz w:val="20"/>
              </w:rPr>
              <w:t>ja</w:t>
            </w:r>
          </w:p>
        </w:tc>
      </w:tr>
      <w:tr w:rsidR="00A806B2" w:rsidRPr="00A864B8" w14:paraId="5968DB7C" w14:textId="77777777">
        <w:trPr>
          <w:jc w:val="center"/>
        </w:trPr>
        <w:tc>
          <w:tcPr>
            <w:tcW w:w="4320" w:type="dxa"/>
            <w:tcBorders>
              <w:bottom w:val="single" w:sz="8" w:space="0" w:color="9B9B9B"/>
            </w:tcBorders>
            <w:shd w:val="clear" w:color="auto" w:fill="CFCFCF"/>
            <w:vAlign w:val="center"/>
          </w:tcPr>
          <w:p w14:paraId="2A9332A1" w14:textId="77777777" w:rsidR="00A806B2" w:rsidRPr="00A864B8" w:rsidRDefault="00000000">
            <w:pPr>
              <w:spacing w:before="20" w:after="10" w:line="240" w:lineRule="auto"/>
              <w:jc w:val="center"/>
            </w:pPr>
            <w:r w:rsidRPr="00A864B8">
              <w:rPr>
                <w:sz w:val="20"/>
              </w:rPr>
              <w:t>Gebäude</w:t>
            </w:r>
          </w:p>
        </w:tc>
        <w:tc>
          <w:tcPr>
            <w:tcW w:w="4320" w:type="dxa"/>
            <w:tcBorders>
              <w:bottom w:val="single" w:sz="8" w:space="0" w:color="9B9B9B"/>
            </w:tcBorders>
            <w:shd w:val="clear" w:color="auto" w:fill="CFCFCF"/>
            <w:vAlign w:val="center"/>
          </w:tcPr>
          <w:p w14:paraId="6C0A1231" w14:textId="77777777" w:rsidR="00A806B2" w:rsidRPr="00A864B8" w:rsidRDefault="00000000">
            <w:pPr>
              <w:spacing w:before="20" w:after="10" w:line="240" w:lineRule="auto"/>
              <w:jc w:val="center"/>
            </w:pPr>
            <w:r w:rsidRPr="00A864B8">
              <w:rPr>
                <w:sz w:val="20"/>
              </w:rPr>
              <w:t>38 Wohngebäude, 12 Nichtwohngebäude</w:t>
            </w:r>
          </w:p>
        </w:tc>
      </w:tr>
      <w:tr w:rsidR="00A806B2" w:rsidRPr="00A864B8" w14:paraId="39AE2BFB" w14:textId="77777777">
        <w:trPr>
          <w:jc w:val="center"/>
        </w:trPr>
        <w:tc>
          <w:tcPr>
            <w:tcW w:w="4320" w:type="dxa"/>
            <w:tcBorders>
              <w:bottom w:val="single" w:sz="8" w:space="0" w:color="9B9B9B"/>
            </w:tcBorders>
            <w:shd w:val="clear" w:color="auto" w:fill="F0F0F0"/>
            <w:vAlign w:val="center"/>
          </w:tcPr>
          <w:p w14:paraId="26B8FD4A" w14:textId="77777777" w:rsidR="00A806B2" w:rsidRPr="00A864B8" w:rsidRDefault="00000000">
            <w:pPr>
              <w:spacing w:before="20" w:after="10" w:line="240" w:lineRule="auto"/>
              <w:jc w:val="center"/>
            </w:pPr>
            <w:r w:rsidRPr="00A864B8">
              <w:rPr>
                <w:sz w:val="20"/>
              </w:rPr>
              <w:t>Angeschlossene Gebäude</w:t>
            </w:r>
          </w:p>
        </w:tc>
        <w:tc>
          <w:tcPr>
            <w:tcW w:w="4320" w:type="dxa"/>
            <w:tcBorders>
              <w:bottom w:val="single" w:sz="8" w:space="0" w:color="9B9B9B"/>
            </w:tcBorders>
            <w:shd w:val="clear" w:color="auto" w:fill="F0F0F0"/>
            <w:vAlign w:val="center"/>
          </w:tcPr>
          <w:p w14:paraId="21D9C02C" w14:textId="77777777" w:rsidR="00A806B2" w:rsidRPr="00A864B8" w:rsidRDefault="00000000">
            <w:pPr>
              <w:spacing w:before="20" w:after="10" w:line="240" w:lineRule="auto"/>
              <w:jc w:val="center"/>
            </w:pPr>
            <w:r w:rsidRPr="00A864B8">
              <w:rPr>
                <w:sz w:val="20"/>
              </w:rPr>
              <w:t>47</w:t>
            </w:r>
          </w:p>
        </w:tc>
      </w:tr>
      <w:tr w:rsidR="00A806B2" w:rsidRPr="00A864B8" w14:paraId="01299CE9" w14:textId="77777777">
        <w:trPr>
          <w:jc w:val="center"/>
        </w:trPr>
        <w:tc>
          <w:tcPr>
            <w:tcW w:w="4320" w:type="dxa"/>
            <w:tcBorders>
              <w:bottom w:val="single" w:sz="8" w:space="0" w:color="9B9B9B"/>
            </w:tcBorders>
            <w:shd w:val="clear" w:color="auto" w:fill="CFCFCF"/>
            <w:vAlign w:val="center"/>
          </w:tcPr>
          <w:p w14:paraId="69DA0769" w14:textId="77777777" w:rsidR="00A806B2" w:rsidRPr="00A864B8" w:rsidRDefault="00000000">
            <w:pPr>
              <w:spacing w:before="20" w:after="10" w:line="240" w:lineRule="auto"/>
              <w:jc w:val="center"/>
            </w:pPr>
            <w:r w:rsidRPr="00A864B8">
              <w:rPr>
                <w:sz w:val="20"/>
              </w:rPr>
              <w:t>Installierte Wärmepumpen in Gebäuden</w:t>
            </w:r>
          </w:p>
        </w:tc>
        <w:tc>
          <w:tcPr>
            <w:tcW w:w="4320" w:type="dxa"/>
            <w:tcBorders>
              <w:bottom w:val="single" w:sz="8" w:space="0" w:color="9B9B9B"/>
            </w:tcBorders>
            <w:shd w:val="clear" w:color="auto" w:fill="CFCFCF"/>
            <w:vAlign w:val="center"/>
          </w:tcPr>
          <w:p w14:paraId="6C5B2F11" w14:textId="77777777" w:rsidR="00A806B2" w:rsidRPr="00A864B8" w:rsidRDefault="00000000">
            <w:pPr>
              <w:spacing w:before="20" w:after="10" w:line="240" w:lineRule="auto"/>
              <w:jc w:val="center"/>
            </w:pPr>
            <w:r w:rsidRPr="00A864B8">
              <w:rPr>
                <w:sz w:val="20"/>
              </w:rPr>
              <w:t>3</w:t>
            </w:r>
          </w:p>
        </w:tc>
      </w:tr>
      <w:tr w:rsidR="00A806B2" w:rsidRPr="00A864B8" w14:paraId="392AA916" w14:textId="77777777">
        <w:trPr>
          <w:jc w:val="center"/>
        </w:trPr>
        <w:tc>
          <w:tcPr>
            <w:tcW w:w="4320" w:type="dxa"/>
            <w:tcBorders>
              <w:bottom w:val="single" w:sz="8" w:space="0" w:color="9B9B9B"/>
            </w:tcBorders>
            <w:shd w:val="clear" w:color="auto" w:fill="F0F0F0"/>
            <w:vAlign w:val="center"/>
          </w:tcPr>
          <w:p w14:paraId="34754254" w14:textId="77777777" w:rsidR="00A806B2" w:rsidRPr="00A864B8" w:rsidRDefault="00000000">
            <w:pPr>
              <w:spacing w:before="20" w:after="10" w:line="240" w:lineRule="auto"/>
              <w:jc w:val="center"/>
            </w:pPr>
            <w:r w:rsidRPr="00A864B8">
              <w:rPr>
                <w:sz w:val="20"/>
              </w:rPr>
              <w:t>Wärmenetztyp</w:t>
            </w:r>
          </w:p>
        </w:tc>
        <w:tc>
          <w:tcPr>
            <w:tcW w:w="4320" w:type="dxa"/>
            <w:tcBorders>
              <w:bottom w:val="single" w:sz="8" w:space="0" w:color="9B9B9B"/>
            </w:tcBorders>
            <w:shd w:val="clear" w:color="auto" w:fill="F0F0F0"/>
            <w:vAlign w:val="center"/>
          </w:tcPr>
          <w:p w14:paraId="117E6663" w14:textId="77777777" w:rsidR="00A806B2" w:rsidRPr="00A864B8" w:rsidRDefault="00000000">
            <w:pPr>
              <w:spacing w:before="20" w:after="10" w:line="240" w:lineRule="auto"/>
              <w:jc w:val="center"/>
            </w:pPr>
            <w:r w:rsidRPr="00A864B8">
              <w:rPr>
                <w:sz w:val="20"/>
              </w:rPr>
              <w:t>Klassisches Wärmenetz</w:t>
            </w:r>
            <w:r w:rsidRPr="00A864B8">
              <w:rPr>
                <w:sz w:val="20"/>
              </w:rPr>
              <w:br/>
              <w:t>75 °C (konstant) / 55 °C (konstant)</w:t>
            </w:r>
          </w:p>
        </w:tc>
      </w:tr>
      <w:tr w:rsidR="00A806B2" w:rsidRPr="00A864B8" w14:paraId="2127D0A0" w14:textId="77777777">
        <w:trPr>
          <w:jc w:val="center"/>
        </w:trPr>
        <w:tc>
          <w:tcPr>
            <w:tcW w:w="4320" w:type="dxa"/>
            <w:tcBorders>
              <w:bottom w:val="single" w:sz="8" w:space="0" w:color="9B9B9B"/>
            </w:tcBorders>
            <w:shd w:val="clear" w:color="auto" w:fill="CFCFCF"/>
            <w:vAlign w:val="center"/>
          </w:tcPr>
          <w:p w14:paraId="34A58D44" w14:textId="77777777" w:rsidR="00A806B2" w:rsidRPr="00A864B8" w:rsidRDefault="00000000">
            <w:pPr>
              <w:spacing w:before="20" w:after="10" w:line="240" w:lineRule="auto"/>
              <w:jc w:val="center"/>
            </w:pPr>
            <w:r w:rsidRPr="00A864B8">
              <w:rPr>
                <w:sz w:val="20"/>
              </w:rPr>
              <w:t>Technologien in Energiezentrale</w:t>
            </w:r>
          </w:p>
        </w:tc>
        <w:tc>
          <w:tcPr>
            <w:tcW w:w="4320" w:type="dxa"/>
            <w:tcBorders>
              <w:bottom w:val="single" w:sz="8" w:space="0" w:color="9B9B9B"/>
            </w:tcBorders>
            <w:shd w:val="clear" w:color="auto" w:fill="CFCFCF"/>
            <w:vAlign w:val="center"/>
          </w:tcPr>
          <w:p w14:paraId="4E294ACF" w14:textId="77777777" w:rsidR="00A806B2" w:rsidRPr="00A864B8" w:rsidRDefault="00000000">
            <w:pPr>
              <w:spacing w:before="20" w:after="10" w:line="240" w:lineRule="auto"/>
              <w:jc w:val="center"/>
            </w:pPr>
            <w:r w:rsidRPr="00A864B8">
              <w:rPr>
                <w:sz w:val="20"/>
              </w:rPr>
              <w:t>Biomasse-BHKW 1, Photovoltaik, Solarthermie, Geothermie-Sonden 1</w:t>
            </w:r>
          </w:p>
        </w:tc>
      </w:tr>
    </w:tbl>
    <w:p w14:paraId="0F7B5368" w14:textId="77777777" w:rsidR="00A806B2" w:rsidRPr="00A864B8" w:rsidRDefault="00A806B2"/>
    <w:p w14:paraId="093B88FD" w14:textId="77777777" w:rsidR="00A806B2" w:rsidRPr="00A864B8" w:rsidRDefault="00000000">
      <w:pPr>
        <w:pStyle w:val="berschrift3"/>
      </w:pPr>
      <w:bookmarkStart w:id="83" w:name="_Toc240363501"/>
      <w:r w:rsidRPr="00A864B8">
        <w:rPr>
          <w:color w:val="000000"/>
          <w:sz w:val="32"/>
        </w:rPr>
        <w:t>5.1.1 Gebäude</w:t>
      </w:r>
      <w:bookmarkEnd w:id="83"/>
    </w:p>
    <w:p w14:paraId="4C02FAF8" w14:textId="77777777" w:rsidR="00A806B2" w:rsidRPr="00A864B8" w:rsidRDefault="00000000">
      <w:pPr>
        <w:jc w:val="both"/>
      </w:pPr>
      <w:r w:rsidRPr="00A864B8">
        <w:t>Das untersuchte Versorgungsgebiet umfasst 50 Gebäude. Davon sind 38 Wohngebäude mit insgesamt 76  Wohneinheiten. Der Gesamtwärmebedarf aller Gebäude beträgt 766 MWh, wovon 623 MWh auf Raumwärmebedarf (81 %) und 143 MWh auf Trinkwarmwasserbedarf entfallen (18,6 %). Die gesamte Nutzfläche aller versorgten Gebäude beträgt 6.799 m². Die Vorlauftemperaturen für die Raumwärmebereitstellung (Heizung) liegen bei 35 °C. Für Trinkwarmwasser werden Vorlauftemperaturen von 60 °C angenommen.</w:t>
      </w:r>
    </w:p>
    <w:p w14:paraId="2962EA9D" w14:textId="77777777" w:rsidR="00A806B2" w:rsidRPr="00A864B8" w:rsidRDefault="00000000">
      <w:pPr>
        <w:spacing w:before="300" w:after="40"/>
        <w:jc w:val="center"/>
      </w:pPr>
      <w:r w:rsidRPr="00A864B8">
        <w:drawing>
          <wp:inline distT="0" distB="0" distL="0" distR="0" wp14:anchorId="2BCAFD2C" wp14:editId="255F4253">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486400" cy="2743200"/>
                    </a:xfrm>
                    <a:prstGeom prst="rect">
                      <a:avLst/>
                    </a:prstGeom>
                  </pic:spPr>
                </pic:pic>
              </a:graphicData>
            </a:graphic>
          </wp:inline>
        </w:drawing>
      </w:r>
    </w:p>
    <w:p w14:paraId="52CF5FCD" w14:textId="603D7151" w:rsidR="00A806B2" w:rsidRPr="00A864B8" w:rsidRDefault="00000000">
      <w:pPr>
        <w:pStyle w:val="CaptionStyle"/>
        <w:spacing w:before="40" w:after="0"/>
        <w:jc w:val="center"/>
        <w:rPr>
          <w:lang w:val="de-DE"/>
        </w:rPr>
      </w:pPr>
      <w:bookmarkStart w:id="84" w:name="_Toc240363605"/>
      <w:r w:rsidRPr="00A864B8">
        <w:rPr>
          <w:lang w:val="de-DE"/>
        </w:rPr>
        <w:t xml:space="preserve">Abbildung </w:t>
      </w:r>
      <w:bookmarkStart w:id="85" w:name="heating_demand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3</w:t>
      </w:r>
      <w:r w:rsidRPr="00A864B8">
        <w:rPr>
          <w:lang w:val="de-DE"/>
        </w:rPr>
        <w:fldChar w:fldCharType="end"/>
      </w:r>
      <w:bookmarkStart w:id="86" w:name="heating_demand"/>
      <w:bookmarkEnd w:id="85"/>
      <w:bookmarkEnd w:id="86"/>
      <w:r w:rsidRPr="00A864B8">
        <w:rPr>
          <w:lang w:val="de-DE"/>
        </w:rPr>
        <w:t>: Variante 1: Stündlich aufgelöster Gesamtwärmebedarf</w:t>
      </w:r>
      <w:bookmarkEnd w:id="84"/>
    </w:p>
    <w:p w14:paraId="789B2259" w14:textId="77777777" w:rsidR="00A806B2" w:rsidRPr="00A864B8" w:rsidRDefault="00000000">
      <w:pPr>
        <w:spacing w:before="300" w:after="40"/>
        <w:jc w:val="center"/>
      </w:pPr>
      <w:r w:rsidRPr="00A864B8">
        <w:drawing>
          <wp:inline distT="0" distB="0" distL="0" distR="0" wp14:anchorId="52802C9D" wp14:editId="1A3C614C">
            <wp:extent cx="54864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5486400" cy="2743200"/>
                    </a:xfrm>
                    <a:prstGeom prst="rect">
                      <a:avLst/>
                    </a:prstGeom>
                  </pic:spPr>
                </pic:pic>
              </a:graphicData>
            </a:graphic>
          </wp:inline>
        </w:drawing>
      </w:r>
    </w:p>
    <w:p w14:paraId="7281993B" w14:textId="19D61B31" w:rsidR="00A806B2" w:rsidRPr="00A864B8" w:rsidRDefault="00000000">
      <w:pPr>
        <w:pStyle w:val="CaptionStyle"/>
        <w:spacing w:before="40" w:after="0"/>
        <w:jc w:val="center"/>
        <w:rPr>
          <w:lang w:val="de-DE"/>
        </w:rPr>
      </w:pPr>
      <w:bookmarkStart w:id="87" w:name="_Toc240363606"/>
      <w:r w:rsidRPr="00A864B8">
        <w:rPr>
          <w:lang w:val="de-DE"/>
        </w:rPr>
        <w:t xml:space="preserve">Abbildung </w:t>
      </w:r>
      <w:bookmarkStart w:id="88" w:name="cooling_demand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4</w:t>
      </w:r>
      <w:r w:rsidRPr="00A864B8">
        <w:rPr>
          <w:lang w:val="de-DE"/>
        </w:rPr>
        <w:fldChar w:fldCharType="end"/>
      </w:r>
      <w:bookmarkStart w:id="89" w:name="cooling_demand"/>
      <w:bookmarkEnd w:id="88"/>
      <w:bookmarkEnd w:id="89"/>
      <w:r w:rsidRPr="00A864B8">
        <w:rPr>
          <w:lang w:val="de-DE"/>
        </w:rPr>
        <w:t>: Variante 1: Stündlich aufgelöster Gesamtkältebedarf</w:t>
      </w:r>
      <w:bookmarkEnd w:id="87"/>
    </w:p>
    <w:p w14:paraId="70E051A9" w14:textId="38BC7B63" w:rsidR="00A806B2" w:rsidRPr="00A864B8" w:rsidRDefault="00000000">
      <w:pPr>
        <w:jc w:val="both"/>
      </w:pPr>
      <w:r w:rsidRPr="00A864B8">
        <w:t xml:space="preserve">In Tabelle </w:t>
      </w:r>
      <w:r w:rsidRPr="00A864B8">
        <w:fldChar w:fldCharType="begin"/>
      </w:r>
      <w:r w:rsidRPr="00A864B8">
        <w:instrText>REF bldg_heat_demand_num \h</w:instrText>
      </w:r>
      <w:r w:rsidRPr="00A864B8">
        <w:fldChar w:fldCharType="separate"/>
      </w:r>
      <w:r w:rsidR="00F26332" w:rsidRPr="00A864B8">
        <w:t>11</w:t>
      </w:r>
      <w:r w:rsidRPr="00A864B8">
        <w:fldChar w:fldCharType="end"/>
      </w:r>
      <w:r w:rsidRPr="00A864B8">
        <w:t xml:space="preserve"> sind die jährlichen Wärmebedarfe der Gebäude mit den zugehörigen Maximalleistungen dargestellt. Der Wärmebedarf für Raumwärme beträgt 623 MWh bei einer maximalen Leistung von 563 kW. Der Trinkwarmwasserbedarf beläuft sich auf 143 MWh. Insgesamt ergibt sich aus der Summe der Raumwärme- und Trinkwarmwasserbedarfe aller Gebäude des Quartiers ein Gesamtwärmebedarf von 766 MWh mit einer Maximalleistung von 569 kW. In den Gebäuden werden 3 Luftwärmepumpen installiert, welche insgesamt 39,4 MWh Wärme erzeugen und dabei eine Jahresarbeitszahl von 4,4 erreichen. Durch dezentrale elektrische Trinkwarmwasser-Erwärmung werden insgesamt 9 MWh Wärme erzeugt. Die Gebäude beziehen aus dem Wärmenetz insgesamt 718 MWh Wärme, wobei eine jährliche Spitzenleistung von 516 kW auftritt. Eine Übersicht über die Anlagen, die in den Gebäuden installiert werden, findet sich in einer nachfolgenden Tabelle zu den installierten Gebäudeenergiesystemen.</w:t>
      </w:r>
    </w:p>
    <w:p w14:paraId="68A9A984" w14:textId="5EFD58FF" w:rsidR="00A806B2" w:rsidRPr="00A864B8" w:rsidRDefault="00000000">
      <w:pPr>
        <w:pStyle w:val="CaptionStyle"/>
        <w:spacing w:before="40" w:after="0"/>
        <w:jc w:val="center"/>
        <w:rPr>
          <w:lang w:val="de-DE"/>
        </w:rPr>
      </w:pPr>
      <w:bookmarkStart w:id="90" w:name="_Toc240363539"/>
      <w:r w:rsidRPr="00A864B8">
        <w:rPr>
          <w:lang w:val="de-DE"/>
        </w:rPr>
        <w:t xml:space="preserve">Tabelle </w:t>
      </w:r>
      <w:bookmarkStart w:id="91" w:name="bldg_heat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11</w:t>
      </w:r>
      <w:r w:rsidRPr="00A864B8">
        <w:rPr>
          <w:lang w:val="de-DE"/>
        </w:rPr>
        <w:fldChar w:fldCharType="end"/>
      </w:r>
      <w:bookmarkStart w:id="92" w:name="bldg_heat_demand"/>
      <w:bookmarkEnd w:id="91"/>
      <w:bookmarkEnd w:id="92"/>
      <w:r w:rsidRPr="00A864B8">
        <w:rPr>
          <w:lang w:val="de-DE"/>
        </w:rPr>
        <w:t>: Variante 1: Wärmebedarfe der Gebäude</w:t>
      </w:r>
      <w:bookmarkEnd w:id="90"/>
    </w:p>
    <w:tbl>
      <w:tblPr>
        <w:tblW w:w="0" w:type="auto"/>
        <w:jc w:val="center"/>
        <w:tblLook w:val="04A0" w:firstRow="1" w:lastRow="0" w:firstColumn="1" w:lastColumn="0" w:noHBand="0" w:noVBand="1"/>
      </w:tblPr>
      <w:tblGrid>
        <w:gridCol w:w="2880"/>
        <w:gridCol w:w="2880"/>
        <w:gridCol w:w="2880"/>
      </w:tblGrid>
      <w:tr w:rsidR="00A806B2" w:rsidRPr="00A864B8" w14:paraId="20D14D2A" w14:textId="77777777">
        <w:trPr>
          <w:jc w:val="center"/>
        </w:trPr>
        <w:tc>
          <w:tcPr>
            <w:tcW w:w="2880" w:type="dxa"/>
            <w:tcBorders>
              <w:bottom w:val="single" w:sz="22" w:space="0" w:color="C00000"/>
            </w:tcBorders>
            <w:shd w:val="clear" w:color="auto" w:fill="343A40"/>
          </w:tcPr>
          <w:p w14:paraId="4FD92729"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58C0338C"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60867206"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72CA2FE9" w14:textId="77777777">
        <w:trPr>
          <w:jc w:val="center"/>
        </w:trPr>
        <w:tc>
          <w:tcPr>
            <w:tcW w:w="2880" w:type="dxa"/>
            <w:tcBorders>
              <w:bottom w:val="single" w:sz="8" w:space="0" w:color="9B9B9B"/>
            </w:tcBorders>
            <w:shd w:val="clear" w:color="auto" w:fill="F0F0F0"/>
            <w:vAlign w:val="center"/>
          </w:tcPr>
          <w:p w14:paraId="1889F6D6" w14:textId="77777777" w:rsidR="00A806B2" w:rsidRPr="00A864B8" w:rsidRDefault="00000000">
            <w:pPr>
              <w:spacing w:before="20" w:after="10" w:line="240" w:lineRule="auto"/>
              <w:jc w:val="center"/>
            </w:pPr>
            <w:r w:rsidRPr="00A864B8">
              <w:rPr>
                <w:sz w:val="20"/>
              </w:rPr>
              <w:t>Raumwärme</w:t>
            </w:r>
          </w:p>
        </w:tc>
        <w:tc>
          <w:tcPr>
            <w:tcW w:w="2880" w:type="dxa"/>
            <w:tcBorders>
              <w:bottom w:val="single" w:sz="8" w:space="0" w:color="9B9B9B"/>
            </w:tcBorders>
            <w:shd w:val="clear" w:color="auto" w:fill="F0F0F0"/>
            <w:vAlign w:val="center"/>
          </w:tcPr>
          <w:p w14:paraId="7FCF3A84" w14:textId="77777777" w:rsidR="00A806B2" w:rsidRPr="00A864B8" w:rsidRDefault="00000000">
            <w:pPr>
              <w:spacing w:before="20" w:after="10" w:line="240" w:lineRule="auto"/>
              <w:jc w:val="center"/>
            </w:pPr>
            <w:r w:rsidRPr="00A864B8">
              <w:rPr>
                <w:sz w:val="20"/>
              </w:rPr>
              <w:t>623 MWh</w:t>
            </w:r>
          </w:p>
        </w:tc>
        <w:tc>
          <w:tcPr>
            <w:tcW w:w="2880" w:type="dxa"/>
            <w:tcBorders>
              <w:bottom w:val="single" w:sz="8" w:space="0" w:color="9B9B9B"/>
            </w:tcBorders>
            <w:shd w:val="clear" w:color="auto" w:fill="F0F0F0"/>
            <w:vAlign w:val="center"/>
          </w:tcPr>
          <w:p w14:paraId="4C04E4CB" w14:textId="77777777" w:rsidR="00A806B2" w:rsidRPr="00A864B8" w:rsidRDefault="00000000">
            <w:pPr>
              <w:spacing w:before="20" w:after="10" w:line="240" w:lineRule="auto"/>
              <w:jc w:val="center"/>
            </w:pPr>
            <w:r w:rsidRPr="00A864B8">
              <w:rPr>
                <w:sz w:val="20"/>
              </w:rPr>
              <w:t>563 kW</w:t>
            </w:r>
          </w:p>
        </w:tc>
      </w:tr>
      <w:tr w:rsidR="00A806B2" w:rsidRPr="00A864B8" w14:paraId="6C99401E" w14:textId="77777777">
        <w:trPr>
          <w:jc w:val="center"/>
        </w:trPr>
        <w:tc>
          <w:tcPr>
            <w:tcW w:w="2880" w:type="dxa"/>
            <w:tcBorders>
              <w:bottom w:val="single" w:sz="8" w:space="0" w:color="9B9B9B"/>
            </w:tcBorders>
            <w:shd w:val="clear" w:color="auto" w:fill="CFCFCF"/>
            <w:vAlign w:val="center"/>
          </w:tcPr>
          <w:p w14:paraId="519CFAA0" w14:textId="77777777" w:rsidR="00A806B2" w:rsidRPr="00A864B8" w:rsidRDefault="00000000">
            <w:pPr>
              <w:spacing w:before="20" w:after="10" w:line="240" w:lineRule="auto"/>
              <w:jc w:val="center"/>
            </w:pPr>
            <w:r w:rsidRPr="00A864B8">
              <w:rPr>
                <w:sz w:val="20"/>
              </w:rPr>
              <w:t>Trinkwarmwasser</w:t>
            </w:r>
          </w:p>
        </w:tc>
        <w:tc>
          <w:tcPr>
            <w:tcW w:w="2880" w:type="dxa"/>
            <w:tcBorders>
              <w:bottom w:val="single" w:sz="8" w:space="0" w:color="9B9B9B"/>
            </w:tcBorders>
            <w:shd w:val="clear" w:color="auto" w:fill="CFCFCF"/>
            <w:vAlign w:val="center"/>
          </w:tcPr>
          <w:p w14:paraId="0E47A511" w14:textId="77777777" w:rsidR="00A806B2" w:rsidRPr="00A864B8" w:rsidRDefault="00000000">
            <w:pPr>
              <w:spacing w:before="20" w:after="10" w:line="240" w:lineRule="auto"/>
              <w:jc w:val="center"/>
            </w:pPr>
            <w:r w:rsidRPr="00A864B8">
              <w:rPr>
                <w:sz w:val="20"/>
              </w:rPr>
              <w:t>143 MWh</w:t>
            </w:r>
          </w:p>
        </w:tc>
        <w:tc>
          <w:tcPr>
            <w:tcW w:w="2880" w:type="dxa"/>
            <w:tcBorders>
              <w:bottom w:val="single" w:sz="8" w:space="0" w:color="9B9B9B"/>
            </w:tcBorders>
            <w:shd w:val="clear" w:color="auto" w:fill="CFCFCF"/>
            <w:vAlign w:val="center"/>
          </w:tcPr>
          <w:p w14:paraId="6D9447F4" w14:textId="77777777" w:rsidR="00A806B2" w:rsidRPr="00A864B8" w:rsidRDefault="00A806B2">
            <w:pPr>
              <w:spacing w:before="20" w:after="10" w:line="240" w:lineRule="auto"/>
              <w:jc w:val="center"/>
            </w:pPr>
          </w:p>
        </w:tc>
      </w:tr>
      <w:tr w:rsidR="00A806B2" w:rsidRPr="00A864B8" w14:paraId="0197A59C" w14:textId="77777777">
        <w:trPr>
          <w:jc w:val="center"/>
        </w:trPr>
        <w:tc>
          <w:tcPr>
            <w:tcW w:w="2880" w:type="dxa"/>
            <w:tcBorders>
              <w:bottom w:val="single" w:sz="8" w:space="0" w:color="9B9B9B"/>
            </w:tcBorders>
            <w:shd w:val="clear" w:color="auto" w:fill="F0F0F0"/>
            <w:vAlign w:val="center"/>
          </w:tcPr>
          <w:p w14:paraId="4E3DAF11"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2F71F5DF" w14:textId="77777777" w:rsidR="00A806B2" w:rsidRPr="00A864B8" w:rsidRDefault="00000000">
            <w:pPr>
              <w:spacing w:before="20" w:after="10" w:line="240" w:lineRule="auto"/>
              <w:jc w:val="center"/>
            </w:pPr>
            <w:r w:rsidRPr="00A864B8">
              <w:rPr>
                <w:b/>
                <w:sz w:val="20"/>
              </w:rPr>
              <w:t>766 MWh</w:t>
            </w:r>
          </w:p>
        </w:tc>
        <w:tc>
          <w:tcPr>
            <w:tcW w:w="2880" w:type="dxa"/>
            <w:tcBorders>
              <w:bottom w:val="single" w:sz="8" w:space="0" w:color="9B9B9B"/>
            </w:tcBorders>
            <w:shd w:val="clear" w:color="auto" w:fill="F0F0F0"/>
            <w:vAlign w:val="center"/>
          </w:tcPr>
          <w:p w14:paraId="41F2258F" w14:textId="77777777" w:rsidR="00A806B2" w:rsidRPr="00A864B8" w:rsidRDefault="00A806B2">
            <w:pPr>
              <w:spacing w:before="20" w:after="10" w:line="240" w:lineRule="auto"/>
              <w:jc w:val="center"/>
            </w:pPr>
          </w:p>
        </w:tc>
      </w:tr>
      <w:tr w:rsidR="00A806B2" w:rsidRPr="00A864B8" w14:paraId="47AD4F4C" w14:textId="77777777">
        <w:trPr>
          <w:jc w:val="center"/>
        </w:trPr>
        <w:tc>
          <w:tcPr>
            <w:tcW w:w="2880" w:type="dxa"/>
            <w:tcBorders>
              <w:bottom w:val="single" w:sz="8" w:space="0" w:color="9B9B9B"/>
            </w:tcBorders>
            <w:shd w:val="clear" w:color="auto" w:fill="CFCFCF"/>
            <w:vAlign w:val="center"/>
          </w:tcPr>
          <w:p w14:paraId="31B9102A" w14:textId="77777777" w:rsidR="00A806B2" w:rsidRPr="00A864B8" w:rsidRDefault="00000000">
            <w:pPr>
              <w:spacing w:before="20" w:after="10" w:line="240" w:lineRule="auto"/>
              <w:jc w:val="center"/>
            </w:pPr>
            <w:r w:rsidRPr="00A864B8">
              <w:rPr>
                <w:sz w:val="20"/>
              </w:rPr>
              <w:t>Wärmeerzeugung der Luftwärmepumpen</w:t>
            </w:r>
          </w:p>
        </w:tc>
        <w:tc>
          <w:tcPr>
            <w:tcW w:w="2880" w:type="dxa"/>
            <w:tcBorders>
              <w:bottom w:val="single" w:sz="8" w:space="0" w:color="9B9B9B"/>
            </w:tcBorders>
            <w:shd w:val="clear" w:color="auto" w:fill="CFCFCF"/>
            <w:vAlign w:val="center"/>
          </w:tcPr>
          <w:p w14:paraId="23ADE178" w14:textId="77777777" w:rsidR="00A806B2" w:rsidRPr="00A864B8" w:rsidRDefault="00000000">
            <w:pPr>
              <w:spacing w:before="20" w:after="10" w:line="240" w:lineRule="auto"/>
              <w:jc w:val="center"/>
            </w:pPr>
            <w:r w:rsidRPr="00A864B8">
              <w:rPr>
                <w:sz w:val="20"/>
              </w:rPr>
              <w:t>– 39,4 MWh</w:t>
            </w:r>
          </w:p>
        </w:tc>
        <w:tc>
          <w:tcPr>
            <w:tcW w:w="2880" w:type="dxa"/>
            <w:tcBorders>
              <w:bottom w:val="single" w:sz="8" w:space="0" w:color="9B9B9B"/>
            </w:tcBorders>
            <w:shd w:val="clear" w:color="auto" w:fill="CFCFCF"/>
            <w:vAlign w:val="center"/>
          </w:tcPr>
          <w:p w14:paraId="60AF7F23" w14:textId="77777777" w:rsidR="00A806B2" w:rsidRPr="00A864B8" w:rsidRDefault="00000000">
            <w:pPr>
              <w:spacing w:before="20" w:after="10" w:line="240" w:lineRule="auto"/>
              <w:jc w:val="center"/>
            </w:pPr>
            <w:r w:rsidRPr="00A864B8">
              <w:rPr>
                <w:sz w:val="20"/>
              </w:rPr>
              <w:t> </w:t>
            </w:r>
          </w:p>
        </w:tc>
      </w:tr>
      <w:tr w:rsidR="00A806B2" w:rsidRPr="00A864B8" w14:paraId="74ABE575" w14:textId="77777777">
        <w:trPr>
          <w:jc w:val="center"/>
        </w:trPr>
        <w:tc>
          <w:tcPr>
            <w:tcW w:w="2880" w:type="dxa"/>
            <w:tcBorders>
              <w:bottom w:val="single" w:sz="8" w:space="0" w:color="9B9B9B"/>
            </w:tcBorders>
            <w:shd w:val="clear" w:color="auto" w:fill="F0F0F0"/>
            <w:vAlign w:val="center"/>
          </w:tcPr>
          <w:p w14:paraId="5EC7F637" w14:textId="77777777" w:rsidR="00A806B2" w:rsidRPr="00A864B8" w:rsidRDefault="00000000">
            <w:pPr>
              <w:spacing w:before="20" w:after="10" w:line="240" w:lineRule="auto"/>
              <w:jc w:val="center"/>
            </w:pPr>
            <w:r w:rsidRPr="00A864B8">
              <w:rPr>
                <w:sz w:val="20"/>
              </w:rPr>
              <w:t>Dez. elektr. TWW-Erwärmung</w:t>
            </w:r>
          </w:p>
        </w:tc>
        <w:tc>
          <w:tcPr>
            <w:tcW w:w="2880" w:type="dxa"/>
            <w:tcBorders>
              <w:bottom w:val="single" w:sz="8" w:space="0" w:color="9B9B9B"/>
            </w:tcBorders>
            <w:shd w:val="clear" w:color="auto" w:fill="F0F0F0"/>
            <w:vAlign w:val="center"/>
          </w:tcPr>
          <w:p w14:paraId="383D937E" w14:textId="77777777" w:rsidR="00A806B2" w:rsidRPr="00A864B8" w:rsidRDefault="00000000">
            <w:pPr>
              <w:spacing w:before="20" w:after="10" w:line="240" w:lineRule="auto"/>
              <w:jc w:val="center"/>
            </w:pPr>
            <w:r w:rsidRPr="00A864B8">
              <w:rPr>
                <w:sz w:val="20"/>
              </w:rPr>
              <w:t>– 9 MWh</w:t>
            </w:r>
          </w:p>
        </w:tc>
        <w:tc>
          <w:tcPr>
            <w:tcW w:w="2880" w:type="dxa"/>
            <w:tcBorders>
              <w:bottom w:val="single" w:sz="8" w:space="0" w:color="9B9B9B"/>
            </w:tcBorders>
            <w:shd w:val="clear" w:color="auto" w:fill="F0F0F0"/>
            <w:vAlign w:val="center"/>
          </w:tcPr>
          <w:p w14:paraId="2D5017C0" w14:textId="77777777" w:rsidR="00A806B2" w:rsidRPr="00A864B8" w:rsidRDefault="00000000">
            <w:pPr>
              <w:spacing w:before="20" w:after="10" w:line="240" w:lineRule="auto"/>
              <w:jc w:val="center"/>
            </w:pPr>
            <w:r w:rsidRPr="00A864B8">
              <w:rPr>
                <w:sz w:val="20"/>
              </w:rPr>
              <w:t> </w:t>
            </w:r>
          </w:p>
        </w:tc>
      </w:tr>
      <w:tr w:rsidR="00A806B2" w:rsidRPr="00A864B8" w14:paraId="0BC17263" w14:textId="77777777">
        <w:trPr>
          <w:jc w:val="center"/>
        </w:trPr>
        <w:tc>
          <w:tcPr>
            <w:tcW w:w="2880" w:type="dxa"/>
            <w:tcBorders>
              <w:bottom w:val="single" w:sz="8" w:space="0" w:color="9B9B9B"/>
            </w:tcBorders>
            <w:shd w:val="clear" w:color="auto" w:fill="CFCFCF"/>
            <w:vAlign w:val="center"/>
          </w:tcPr>
          <w:p w14:paraId="018EA900" w14:textId="77777777" w:rsidR="00A806B2" w:rsidRPr="00A864B8" w:rsidRDefault="00000000">
            <w:pPr>
              <w:spacing w:before="20" w:after="10" w:line="240" w:lineRule="auto"/>
              <w:jc w:val="center"/>
            </w:pPr>
            <w:r w:rsidRPr="00A864B8">
              <w:rPr>
                <w:b/>
                <w:sz w:val="20"/>
              </w:rPr>
              <w:t>Wärmebezug aller Gebäude</w:t>
            </w:r>
          </w:p>
        </w:tc>
        <w:tc>
          <w:tcPr>
            <w:tcW w:w="2880" w:type="dxa"/>
            <w:tcBorders>
              <w:bottom w:val="single" w:sz="8" w:space="0" w:color="9B9B9B"/>
            </w:tcBorders>
            <w:shd w:val="clear" w:color="auto" w:fill="CFCFCF"/>
            <w:vAlign w:val="center"/>
          </w:tcPr>
          <w:p w14:paraId="58F62344" w14:textId="77777777" w:rsidR="00A806B2" w:rsidRPr="00A864B8" w:rsidRDefault="00000000">
            <w:pPr>
              <w:spacing w:before="20" w:after="10" w:line="240" w:lineRule="auto"/>
              <w:jc w:val="center"/>
            </w:pPr>
            <w:r w:rsidRPr="00A864B8">
              <w:rPr>
                <w:b/>
                <w:sz w:val="20"/>
              </w:rPr>
              <w:t>718 MWh</w:t>
            </w:r>
          </w:p>
        </w:tc>
        <w:tc>
          <w:tcPr>
            <w:tcW w:w="2880" w:type="dxa"/>
            <w:tcBorders>
              <w:bottom w:val="single" w:sz="8" w:space="0" w:color="9B9B9B"/>
            </w:tcBorders>
            <w:shd w:val="clear" w:color="auto" w:fill="CFCFCF"/>
            <w:vAlign w:val="center"/>
          </w:tcPr>
          <w:p w14:paraId="75B3BF5E" w14:textId="77777777" w:rsidR="00A806B2" w:rsidRPr="00A864B8" w:rsidRDefault="00000000">
            <w:pPr>
              <w:spacing w:before="20" w:after="10" w:line="240" w:lineRule="auto"/>
              <w:jc w:val="center"/>
            </w:pPr>
            <w:r w:rsidRPr="00A864B8">
              <w:rPr>
                <w:b/>
                <w:sz w:val="20"/>
              </w:rPr>
              <w:t>516 kW</w:t>
            </w:r>
          </w:p>
        </w:tc>
      </w:tr>
      <w:tr w:rsidR="00A806B2" w:rsidRPr="00A864B8" w14:paraId="7785FA43" w14:textId="77777777">
        <w:trPr>
          <w:jc w:val="center"/>
        </w:trPr>
        <w:tc>
          <w:tcPr>
            <w:tcW w:w="2880" w:type="dxa"/>
            <w:tcBorders>
              <w:bottom w:val="single" w:sz="8" w:space="0" w:color="9B9B9B"/>
            </w:tcBorders>
            <w:shd w:val="clear" w:color="auto" w:fill="F0F0F0"/>
            <w:vAlign w:val="center"/>
          </w:tcPr>
          <w:p w14:paraId="174DEF8C" w14:textId="77777777" w:rsidR="00A806B2" w:rsidRPr="00A864B8" w:rsidRDefault="00000000">
            <w:pPr>
              <w:spacing w:before="20" w:after="10" w:line="240" w:lineRule="auto"/>
              <w:jc w:val="center"/>
            </w:pPr>
            <w:r w:rsidRPr="00A864B8">
              <w:rPr>
                <w:sz w:val="20"/>
              </w:rPr>
              <w:t>Wärmeverluste</w:t>
            </w:r>
          </w:p>
        </w:tc>
        <w:tc>
          <w:tcPr>
            <w:tcW w:w="2880" w:type="dxa"/>
            <w:tcBorders>
              <w:bottom w:val="single" w:sz="8" w:space="0" w:color="9B9B9B"/>
            </w:tcBorders>
            <w:shd w:val="clear" w:color="auto" w:fill="F0F0F0"/>
            <w:vAlign w:val="center"/>
          </w:tcPr>
          <w:p w14:paraId="23EB8E73" w14:textId="77777777" w:rsidR="00A806B2" w:rsidRPr="00A864B8" w:rsidRDefault="00000000">
            <w:pPr>
              <w:spacing w:before="20" w:after="10" w:line="240" w:lineRule="auto"/>
              <w:jc w:val="center"/>
            </w:pPr>
            <w:r w:rsidRPr="00A864B8">
              <w:rPr>
                <w:sz w:val="20"/>
              </w:rPr>
              <w:t>164 MWh</w:t>
            </w:r>
          </w:p>
        </w:tc>
        <w:tc>
          <w:tcPr>
            <w:tcW w:w="2880" w:type="dxa"/>
            <w:tcBorders>
              <w:bottom w:val="single" w:sz="8" w:space="0" w:color="9B9B9B"/>
            </w:tcBorders>
            <w:shd w:val="clear" w:color="auto" w:fill="F0F0F0"/>
            <w:vAlign w:val="center"/>
          </w:tcPr>
          <w:p w14:paraId="1EC49B49" w14:textId="77777777" w:rsidR="00A806B2" w:rsidRPr="00A864B8" w:rsidRDefault="00000000">
            <w:pPr>
              <w:spacing w:before="20" w:after="10" w:line="240" w:lineRule="auto"/>
              <w:jc w:val="center"/>
            </w:pPr>
            <w:r w:rsidRPr="00A864B8">
              <w:rPr>
                <w:sz w:val="20"/>
              </w:rPr>
              <w:t>21,4 kW</w:t>
            </w:r>
          </w:p>
        </w:tc>
      </w:tr>
      <w:tr w:rsidR="00A806B2" w:rsidRPr="00A864B8" w14:paraId="520C4E90" w14:textId="77777777">
        <w:trPr>
          <w:jc w:val="center"/>
        </w:trPr>
        <w:tc>
          <w:tcPr>
            <w:tcW w:w="2880" w:type="dxa"/>
            <w:tcBorders>
              <w:bottom w:val="single" w:sz="8" w:space="0" w:color="9B9B9B"/>
            </w:tcBorders>
            <w:shd w:val="clear" w:color="auto" w:fill="CFCFCF"/>
            <w:vAlign w:val="center"/>
          </w:tcPr>
          <w:p w14:paraId="69DEC5C3" w14:textId="77777777" w:rsidR="00A806B2" w:rsidRPr="00A864B8" w:rsidRDefault="00000000">
            <w:pPr>
              <w:spacing w:before="20" w:after="10" w:line="240" w:lineRule="auto"/>
              <w:jc w:val="center"/>
            </w:pPr>
            <w:r w:rsidRPr="00A864B8">
              <w:rPr>
                <w:b/>
                <w:sz w:val="20"/>
              </w:rPr>
              <w:t>Wärmeeinspeisung an Energiezentrale</w:t>
            </w:r>
          </w:p>
        </w:tc>
        <w:tc>
          <w:tcPr>
            <w:tcW w:w="2880" w:type="dxa"/>
            <w:tcBorders>
              <w:bottom w:val="single" w:sz="8" w:space="0" w:color="9B9B9B"/>
            </w:tcBorders>
            <w:shd w:val="clear" w:color="auto" w:fill="CFCFCF"/>
            <w:vAlign w:val="center"/>
          </w:tcPr>
          <w:p w14:paraId="2255B98F" w14:textId="77777777" w:rsidR="00A806B2" w:rsidRPr="00A864B8" w:rsidRDefault="00000000">
            <w:pPr>
              <w:spacing w:before="20" w:after="10" w:line="240" w:lineRule="auto"/>
              <w:jc w:val="center"/>
            </w:pPr>
            <w:r w:rsidRPr="00A864B8">
              <w:rPr>
                <w:b/>
                <w:sz w:val="20"/>
              </w:rPr>
              <w:t>881 MWh</w:t>
            </w:r>
          </w:p>
        </w:tc>
        <w:tc>
          <w:tcPr>
            <w:tcW w:w="2880" w:type="dxa"/>
            <w:tcBorders>
              <w:bottom w:val="single" w:sz="8" w:space="0" w:color="9B9B9B"/>
            </w:tcBorders>
            <w:shd w:val="clear" w:color="auto" w:fill="CFCFCF"/>
            <w:vAlign w:val="center"/>
          </w:tcPr>
          <w:p w14:paraId="4DBC761E" w14:textId="77777777" w:rsidR="00A806B2" w:rsidRPr="00A864B8" w:rsidRDefault="00000000">
            <w:pPr>
              <w:spacing w:before="20" w:after="10" w:line="240" w:lineRule="auto"/>
              <w:jc w:val="center"/>
            </w:pPr>
            <w:r w:rsidRPr="00A864B8">
              <w:rPr>
                <w:b/>
                <w:sz w:val="20"/>
              </w:rPr>
              <w:t>537 kW</w:t>
            </w:r>
          </w:p>
        </w:tc>
      </w:tr>
    </w:tbl>
    <w:p w14:paraId="3D2ED935" w14:textId="77777777" w:rsidR="00A806B2" w:rsidRPr="00A864B8" w:rsidRDefault="00A806B2"/>
    <w:p w14:paraId="494F9980" w14:textId="5EBF2F5C" w:rsidR="00A806B2" w:rsidRPr="00A864B8" w:rsidRDefault="00000000">
      <w:pPr>
        <w:jc w:val="both"/>
      </w:pPr>
      <w:r w:rsidRPr="00A864B8">
        <w:t xml:space="preserve">In Tabelle </w:t>
      </w:r>
      <w:r w:rsidRPr="00A864B8">
        <w:fldChar w:fldCharType="begin"/>
      </w:r>
      <w:r w:rsidRPr="00A864B8">
        <w:instrText>REF bldg_cool_demand_num \h</w:instrText>
      </w:r>
      <w:r w:rsidRPr="00A864B8">
        <w:fldChar w:fldCharType="separate"/>
      </w:r>
      <w:r w:rsidR="00F26332" w:rsidRPr="00A864B8">
        <w:t>12</w:t>
      </w:r>
      <w:r w:rsidRPr="00A864B8">
        <w:fldChar w:fldCharType="end"/>
      </w:r>
      <w:r w:rsidRPr="00A864B8">
        <w:t xml:space="preserve"> sind die summierten Kältebedarfe aller Gebäude und die entsprechenden maximal auftretenden Kühllasten dargestellt. Auf die Raumklimatisierung entfällt ein jährlicher Kühlbedarf von 22,4 MWh, wobei die über das Jahr maximal auftretende Kühllast 66 kW beträgt. Für Prozesskälte beträgt der jährliche Kühlbedarf 0 MWh und die maximale Kühllast 0 kW. Der Gesamtkältebedarf beläuft sich somit für alle Gebäude in Summe auf 22,4 MWh, wobei in der Spitze eine Kühllast von 66 kW zur Deckung der Bedarfe bereitgestellt werden muss. Luftgekühlte Kältemaschinen decken Teile des Kältebedarfs dezentral in den Gebäuden ab und geben die Abwärme an die Umgebungsluft ab. Die von den luftgekühlten Kältemaschinen erzeugte Kälte beträgt 22,4 MWh. Durch die Bereitstellung von Kälte in den Gebäuden wird eine gewisse Menge Abwärme in das Wärmenetz eingespeist. Die insgesamt über das Jahr eingespeiste Abwärmemenge beläuft sich auf 0 MWh, wobei die maximale Einspeiseleistung 0 kW beträgt.</w:t>
      </w:r>
    </w:p>
    <w:p w14:paraId="0DC095C6" w14:textId="1A64FD8D" w:rsidR="00A806B2" w:rsidRPr="00A864B8" w:rsidRDefault="00000000">
      <w:pPr>
        <w:pStyle w:val="CaptionStyle"/>
        <w:spacing w:before="40" w:after="0"/>
        <w:jc w:val="center"/>
        <w:rPr>
          <w:lang w:val="de-DE"/>
        </w:rPr>
      </w:pPr>
      <w:bookmarkStart w:id="93" w:name="_Toc240363540"/>
      <w:r w:rsidRPr="00A864B8">
        <w:rPr>
          <w:lang w:val="de-DE"/>
        </w:rPr>
        <w:t xml:space="preserve">Tabelle </w:t>
      </w:r>
      <w:bookmarkStart w:id="94" w:name="bldg_cool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12</w:t>
      </w:r>
      <w:r w:rsidRPr="00A864B8">
        <w:rPr>
          <w:lang w:val="de-DE"/>
        </w:rPr>
        <w:fldChar w:fldCharType="end"/>
      </w:r>
      <w:bookmarkStart w:id="95" w:name="bldg_cool_demand"/>
      <w:bookmarkEnd w:id="94"/>
      <w:bookmarkEnd w:id="95"/>
      <w:r w:rsidRPr="00A864B8">
        <w:rPr>
          <w:lang w:val="de-DE"/>
        </w:rPr>
        <w:t>: Variante 1: Kältebedarfe der Gebäude</w:t>
      </w:r>
      <w:bookmarkEnd w:id="93"/>
    </w:p>
    <w:tbl>
      <w:tblPr>
        <w:tblW w:w="0" w:type="auto"/>
        <w:jc w:val="center"/>
        <w:tblLook w:val="04A0" w:firstRow="1" w:lastRow="0" w:firstColumn="1" w:lastColumn="0" w:noHBand="0" w:noVBand="1"/>
      </w:tblPr>
      <w:tblGrid>
        <w:gridCol w:w="2880"/>
        <w:gridCol w:w="2880"/>
        <w:gridCol w:w="2880"/>
      </w:tblGrid>
      <w:tr w:rsidR="00A806B2" w:rsidRPr="00A864B8" w14:paraId="3ACDCB88" w14:textId="77777777">
        <w:trPr>
          <w:jc w:val="center"/>
        </w:trPr>
        <w:tc>
          <w:tcPr>
            <w:tcW w:w="2880" w:type="dxa"/>
            <w:tcBorders>
              <w:bottom w:val="single" w:sz="22" w:space="0" w:color="C00000"/>
            </w:tcBorders>
            <w:shd w:val="clear" w:color="auto" w:fill="343A40"/>
          </w:tcPr>
          <w:p w14:paraId="303E9157"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6B5A8A39"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0B75A1D3"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3F284DEE" w14:textId="77777777">
        <w:trPr>
          <w:jc w:val="center"/>
        </w:trPr>
        <w:tc>
          <w:tcPr>
            <w:tcW w:w="2880" w:type="dxa"/>
            <w:tcBorders>
              <w:bottom w:val="single" w:sz="8" w:space="0" w:color="9B9B9B"/>
            </w:tcBorders>
            <w:shd w:val="clear" w:color="auto" w:fill="F0F0F0"/>
            <w:vAlign w:val="center"/>
          </w:tcPr>
          <w:p w14:paraId="0405FCDF" w14:textId="77777777" w:rsidR="00A806B2" w:rsidRPr="00A864B8" w:rsidRDefault="00000000">
            <w:pPr>
              <w:spacing w:before="20" w:after="10" w:line="240" w:lineRule="auto"/>
              <w:jc w:val="center"/>
            </w:pPr>
            <w:r w:rsidRPr="00A864B8">
              <w:rPr>
                <w:sz w:val="20"/>
              </w:rPr>
              <w:t>Klimatisierung</w:t>
            </w:r>
          </w:p>
        </w:tc>
        <w:tc>
          <w:tcPr>
            <w:tcW w:w="2880" w:type="dxa"/>
            <w:tcBorders>
              <w:bottom w:val="single" w:sz="8" w:space="0" w:color="9B9B9B"/>
            </w:tcBorders>
            <w:shd w:val="clear" w:color="auto" w:fill="F0F0F0"/>
            <w:vAlign w:val="center"/>
          </w:tcPr>
          <w:p w14:paraId="74C2B007" w14:textId="77777777" w:rsidR="00A806B2" w:rsidRPr="00A864B8" w:rsidRDefault="00000000">
            <w:pPr>
              <w:spacing w:before="20" w:after="10" w:line="240" w:lineRule="auto"/>
              <w:jc w:val="center"/>
            </w:pPr>
            <w:r w:rsidRPr="00A864B8">
              <w:rPr>
                <w:sz w:val="20"/>
              </w:rPr>
              <w:t>22,4 MWh</w:t>
            </w:r>
          </w:p>
        </w:tc>
        <w:tc>
          <w:tcPr>
            <w:tcW w:w="2880" w:type="dxa"/>
            <w:tcBorders>
              <w:bottom w:val="single" w:sz="8" w:space="0" w:color="9B9B9B"/>
            </w:tcBorders>
            <w:shd w:val="clear" w:color="auto" w:fill="F0F0F0"/>
            <w:vAlign w:val="center"/>
          </w:tcPr>
          <w:p w14:paraId="6BE80582" w14:textId="77777777" w:rsidR="00A806B2" w:rsidRPr="00A864B8" w:rsidRDefault="00000000">
            <w:pPr>
              <w:spacing w:before="20" w:after="10" w:line="240" w:lineRule="auto"/>
              <w:jc w:val="center"/>
            </w:pPr>
            <w:r w:rsidRPr="00A864B8">
              <w:rPr>
                <w:sz w:val="20"/>
              </w:rPr>
              <w:t>66 kW</w:t>
            </w:r>
          </w:p>
        </w:tc>
      </w:tr>
      <w:tr w:rsidR="00A806B2" w:rsidRPr="00A864B8" w14:paraId="03981A2A" w14:textId="77777777">
        <w:trPr>
          <w:jc w:val="center"/>
        </w:trPr>
        <w:tc>
          <w:tcPr>
            <w:tcW w:w="2880" w:type="dxa"/>
            <w:tcBorders>
              <w:bottom w:val="single" w:sz="8" w:space="0" w:color="9B9B9B"/>
            </w:tcBorders>
            <w:shd w:val="clear" w:color="auto" w:fill="CFCFCF"/>
            <w:vAlign w:val="center"/>
          </w:tcPr>
          <w:p w14:paraId="08426720" w14:textId="77777777" w:rsidR="00A806B2" w:rsidRPr="00A864B8" w:rsidRDefault="00000000">
            <w:pPr>
              <w:spacing w:before="20" w:after="10" w:line="240" w:lineRule="auto"/>
              <w:jc w:val="center"/>
            </w:pPr>
            <w:r w:rsidRPr="00A864B8">
              <w:rPr>
                <w:sz w:val="20"/>
              </w:rPr>
              <w:t>Prozesskälte</w:t>
            </w:r>
          </w:p>
        </w:tc>
        <w:tc>
          <w:tcPr>
            <w:tcW w:w="2880" w:type="dxa"/>
            <w:tcBorders>
              <w:bottom w:val="single" w:sz="8" w:space="0" w:color="9B9B9B"/>
            </w:tcBorders>
            <w:shd w:val="clear" w:color="auto" w:fill="CFCFCF"/>
            <w:vAlign w:val="center"/>
          </w:tcPr>
          <w:p w14:paraId="767AEAEC" w14:textId="77777777" w:rsidR="00A806B2" w:rsidRPr="00A864B8" w:rsidRDefault="00000000">
            <w:pPr>
              <w:spacing w:before="20" w:after="10" w:line="240" w:lineRule="auto"/>
              <w:jc w:val="center"/>
            </w:pPr>
            <w:r w:rsidRPr="00A864B8">
              <w:rPr>
                <w:sz w:val="20"/>
              </w:rPr>
              <w:t>0 MWh</w:t>
            </w:r>
          </w:p>
        </w:tc>
        <w:tc>
          <w:tcPr>
            <w:tcW w:w="2880" w:type="dxa"/>
            <w:tcBorders>
              <w:bottom w:val="single" w:sz="8" w:space="0" w:color="9B9B9B"/>
            </w:tcBorders>
            <w:shd w:val="clear" w:color="auto" w:fill="CFCFCF"/>
            <w:vAlign w:val="center"/>
          </w:tcPr>
          <w:p w14:paraId="649357B1" w14:textId="77777777" w:rsidR="00A806B2" w:rsidRPr="00A864B8" w:rsidRDefault="00000000">
            <w:pPr>
              <w:spacing w:before="20" w:after="10" w:line="240" w:lineRule="auto"/>
              <w:jc w:val="center"/>
            </w:pPr>
            <w:r w:rsidRPr="00A864B8">
              <w:rPr>
                <w:sz w:val="20"/>
              </w:rPr>
              <w:t>0 kW</w:t>
            </w:r>
          </w:p>
        </w:tc>
      </w:tr>
      <w:tr w:rsidR="00A806B2" w:rsidRPr="00A864B8" w14:paraId="4412FDB9" w14:textId="77777777">
        <w:trPr>
          <w:jc w:val="center"/>
        </w:trPr>
        <w:tc>
          <w:tcPr>
            <w:tcW w:w="2880" w:type="dxa"/>
            <w:tcBorders>
              <w:bottom w:val="single" w:sz="8" w:space="0" w:color="9B9B9B"/>
            </w:tcBorders>
            <w:shd w:val="clear" w:color="auto" w:fill="F0F0F0"/>
            <w:vAlign w:val="center"/>
          </w:tcPr>
          <w:p w14:paraId="7D307035"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464D8EE0" w14:textId="77777777" w:rsidR="00A806B2" w:rsidRPr="00A864B8" w:rsidRDefault="00000000">
            <w:pPr>
              <w:spacing w:before="20" w:after="10" w:line="240" w:lineRule="auto"/>
              <w:jc w:val="center"/>
            </w:pPr>
            <w:r w:rsidRPr="00A864B8">
              <w:rPr>
                <w:b/>
                <w:sz w:val="20"/>
              </w:rPr>
              <w:t>22,4 MWh</w:t>
            </w:r>
          </w:p>
        </w:tc>
        <w:tc>
          <w:tcPr>
            <w:tcW w:w="2880" w:type="dxa"/>
            <w:tcBorders>
              <w:bottom w:val="single" w:sz="8" w:space="0" w:color="9B9B9B"/>
            </w:tcBorders>
            <w:shd w:val="clear" w:color="auto" w:fill="F0F0F0"/>
            <w:vAlign w:val="center"/>
          </w:tcPr>
          <w:p w14:paraId="286EF753" w14:textId="77777777" w:rsidR="00A806B2" w:rsidRPr="00A864B8" w:rsidRDefault="00000000">
            <w:pPr>
              <w:spacing w:before="20" w:after="10" w:line="240" w:lineRule="auto"/>
              <w:jc w:val="center"/>
            </w:pPr>
            <w:r w:rsidRPr="00A864B8">
              <w:rPr>
                <w:b/>
                <w:sz w:val="20"/>
              </w:rPr>
              <w:t>66 kW</w:t>
            </w:r>
          </w:p>
        </w:tc>
      </w:tr>
      <w:tr w:rsidR="00A806B2" w:rsidRPr="00A864B8" w14:paraId="46ABF946" w14:textId="77777777">
        <w:trPr>
          <w:jc w:val="center"/>
        </w:trPr>
        <w:tc>
          <w:tcPr>
            <w:tcW w:w="2880" w:type="dxa"/>
            <w:tcBorders>
              <w:bottom w:val="single" w:sz="8" w:space="0" w:color="9B9B9B"/>
            </w:tcBorders>
            <w:shd w:val="clear" w:color="auto" w:fill="CFCFCF"/>
            <w:vAlign w:val="center"/>
          </w:tcPr>
          <w:p w14:paraId="279C827E" w14:textId="77777777" w:rsidR="00A806B2" w:rsidRPr="00A864B8" w:rsidRDefault="00000000">
            <w:pPr>
              <w:spacing w:before="20" w:after="10" w:line="240" w:lineRule="auto"/>
              <w:jc w:val="center"/>
            </w:pPr>
            <w:r w:rsidRPr="00A864B8">
              <w:rPr>
                <w:sz w:val="20"/>
              </w:rPr>
              <w:t>Kälteerzeugung der luftgekühlten Kältemaschinen</w:t>
            </w:r>
          </w:p>
        </w:tc>
        <w:tc>
          <w:tcPr>
            <w:tcW w:w="2880" w:type="dxa"/>
            <w:tcBorders>
              <w:bottom w:val="single" w:sz="8" w:space="0" w:color="9B9B9B"/>
            </w:tcBorders>
            <w:shd w:val="clear" w:color="auto" w:fill="CFCFCF"/>
            <w:vAlign w:val="center"/>
          </w:tcPr>
          <w:p w14:paraId="3A46DEE9" w14:textId="77777777" w:rsidR="00A806B2" w:rsidRPr="00A864B8" w:rsidRDefault="00000000">
            <w:pPr>
              <w:spacing w:before="20" w:after="10" w:line="240" w:lineRule="auto"/>
              <w:jc w:val="center"/>
            </w:pPr>
            <w:r w:rsidRPr="00A864B8">
              <w:rPr>
                <w:sz w:val="20"/>
              </w:rPr>
              <w:t>– 22,4 MWh</w:t>
            </w:r>
          </w:p>
        </w:tc>
        <w:tc>
          <w:tcPr>
            <w:tcW w:w="2880" w:type="dxa"/>
            <w:tcBorders>
              <w:bottom w:val="single" w:sz="8" w:space="0" w:color="9B9B9B"/>
            </w:tcBorders>
            <w:shd w:val="clear" w:color="auto" w:fill="CFCFCF"/>
            <w:vAlign w:val="center"/>
          </w:tcPr>
          <w:p w14:paraId="4BE260E4" w14:textId="77777777" w:rsidR="00A806B2" w:rsidRPr="00A864B8" w:rsidRDefault="00000000">
            <w:pPr>
              <w:spacing w:before="20" w:after="10" w:line="240" w:lineRule="auto"/>
              <w:jc w:val="center"/>
            </w:pPr>
            <w:r w:rsidRPr="00A864B8">
              <w:rPr>
                <w:sz w:val="20"/>
              </w:rPr>
              <w:t> </w:t>
            </w:r>
          </w:p>
        </w:tc>
      </w:tr>
      <w:tr w:rsidR="00A806B2" w:rsidRPr="00A864B8" w14:paraId="0D5225C8" w14:textId="77777777">
        <w:trPr>
          <w:jc w:val="center"/>
        </w:trPr>
        <w:tc>
          <w:tcPr>
            <w:tcW w:w="2880" w:type="dxa"/>
            <w:tcBorders>
              <w:bottom w:val="single" w:sz="8" w:space="0" w:color="9B9B9B"/>
            </w:tcBorders>
            <w:shd w:val="clear" w:color="auto" w:fill="F0F0F0"/>
            <w:vAlign w:val="center"/>
          </w:tcPr>
          <w:p w14:paraId="4E86C23A" w14:textId="77777777" w:rsidR="00A806B2" w:rsidRPr="00A864B8" w:rsidRDefault="00000000">
            <w:pPr>
              <w:spacing w:before="20" w:after="10" w:line="240" w:lineRule="auto"/>
              <w:jc w:val="center"/>
            </w:pPr>
            <w:r w:rsidRPr="00A864B8">
              <w:rPr>
                <w:b/>
                <w:sz w:val="20"/>
              </w:rPr>
              <w:t>Abwärmeeinspeisung ins Wärmenetz</w:t>
            </w:r>
          </w:p>
        </w:tc>
        <w:tc>
          <w:tcPr>
            <w:tcW w:w="2880" w:type="dxa"/>
            <w:tcBorders>
              <w:bottom w:val="single" w:sz="8" w:space="0" w:color="9B9B9B"/>
            </w:tcBorders>
            <w:shd w:val="clear" w:color="auto" w:fill="F0F0F0"/>
            <w:vAlign w:val="center"/>
          </w:tcPr>
          <w:p w14:paraId="22D61612" w14:textId="77777777" w:rsidR="00A806B2" w:rsidRPr="00A864B8" w:rsidRDefault="00000000">
            <w:pPr>
              <w:spacing w:before="20" w:after="10" w:line="240" w:lineRule="auto"/>
              <w:jc w:val="center"/>
            </w:pPr>
            <w:r w:rsidRPr="00A864B8">
              <w:rPr>
                <w:b/>
                <w:sz w:val="20"/>
              </w:rPr>
              <w:t>0 MWh</w:t>
            </w:r>
          </w:p>
        </w:tc>
        <w:tc>
          <w:tcPr>
            <w:tcW w:w="2880" w:type="dxa"/>
            <w:tcBorders>
              <w:bottom w:val="single" w:sz="8" w:space="0" w:color="9B9B9B"/>
            </w:tcBorders>
            <w:shd w:val="clear" w:color="auto" w:fill="F0F0F0"/>
            <w:vAlign w:val="center"/>
          </w:tcPr>
          <w:p w14:paraId="0A1972B4" w14:textId="77777777" w:rsidR="00A806B2" w:rsidRPr="00A864B8" w:rsidRDefault="00000000">
            <w:pPr>
              <w:spacing w:before="20" w:after="10" w:line="240" w:lineRule="auto"/>
              <w:jc w:val="center"/>
            </w:pPr>
            <w:r w:rsidRPr="00A864B8">
              <w:rPr>
                <w:b/>
                <w:sz w:val="20"/>
              </w:rPr>
              <w:t>0 kW</w:t>
            </w:r>
          </w:p>
        </w:tc>
      </w:tr>
    </w:tbl>
    <w:p w14:paraId="23801A96" w14:textId="77777777" w:rsidR="00A806B2" w:rsidRPr="00A864B8" w:rsidRDefault="00A806B2"/>
    <w:p w14:paraId="0488B76D" w14:textId="59CC7698" w:rsidR="00A806B2" w:rsidRPr="00A864B8" w:rsidRDefault="00000000">
      <w:pPr>
        <w:jc w:val="both"/>
      </w:pPr>
      <w:r w:rsidRPr="00A864B8">
        <w:t xml:space="preserve">Die elektrischen Bedarfe der Gebäude sind in Tabelle </w:t>
      </w:r>
      <w:r w:rsidRPr="00A864B8">
        <w:fldChar w:fldCharType="begin"/>
      </w:r>
      <w:r w:rsidRPr="00A864B8">
        <w:instrText>REF bldg_elec_demand_num \h</w:instrText>
      </w:r>
      <w:r w:rsidRPr="00A864B8">
        <w:fldChar w:fldCharType="separate"/>
      </w:r>
      <w:r w:rsidR="00F26332" w:rsidRPr="00A864B8">
        <w:t>13</w:t>
      </w:r>
      <w:r w:rsidRPr="00A864B8">
        <w:fldChar w:fldCharType="end"/>
      </w:r>
      <w:r w:rsidRPr="00A864B8">
        <w:t xml:space="preserve"> dargestellt. Der jährliche Strombedarf für Nutzerstrom (z. B. für Beleuchtung und andere allgemeine Lasten) beträgt 6 MWh. Für Elektromobilität wird der jährliche Strombedarf zu 498 MWh bestimmt, wobei sich eine maximale Bezugsleistung von 153 kW ergibt. Insgesamt beläuft sich der jährliche elektrische Gesamtbedarf für alle Gebäude in Summe auf 504 MWh. Der jährliche Betriebsstrombedarf für alle Gebäude beträgt 20,4 MWh. Unter Betriebsstrom wird der Strom verstanden, der für Wärme- und Kälteerzeuger in den Gebäuden aufgewendet werden muss. Hierunter fällt zum Beispiel der Stromeinsatz für dezentrale Wärmepumpen oder Durchlauferhitzer in den Gebäuden. Eine detaillierte Aufstellung der Betriebsstrombedarfe der jeweiligen Technologien auf Gebäudeebene findet sich in der Tabelle zu den installierten Gebäudeenergiesystemen. Aus der Summe der Bedarfe für Nutzerstrom, Elektromobilität und Betriebsstrom ergibt sich die insgesamt von den Gebäuden bezogene Strommenge. Diese beläuft sich auf 524 MWh pro Jahr.</w:t>
      </w:r>
    </w:p>
    <w:p w14:paraId="0BF1764A" w14:textId="5E76B7FF" w:rsidR="00A806B2" w:rsidRPr="00A864B8" w:rsidRDefault="00000000">
      <w:pPr>
        <w:pStyle w:val="CaptionStyle"/>
        <w:spacing w:before="40" w:after="0"/>
        <w:jc w:val="center"/>
        <w:rPr>
          <w:lang w:val="de-DE"/>
        </w:rPr>
      </w:pPr>
      <w:bookmarkStart w:id="96" w:name="_Toc240363541"/>
      <w:r w:rsidRPr="00A864B8">
        <w:rPr>
          <w:lang w:val="de-DE"/>
        </w:rPr>
        <w:t xml:space="preserve">Tabelle </w:t>
      </w:r>
      <w:bookmarkStart w:id="97" w:name="bldg_elec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13</w:t>
      </w:r>
      <w:r w:rsidRPr="00A864B8">
        <w:rPr>
          <w:lang w:val="de-DE"/>
        </w:rPr>
        <w:fldChar w:fldCharType="end"/>
      </w:r>
      <w:bookmarkStart w:id="98" w:name="bldg_elec_demand"/>
      <w:bookmarkEnd w:id="97"/>
      <w:bookmarkEnd w:id="98"/>
      <w:r w:rsidRPr="00A864B8">
        <w:rPr>
          <w:lang w:val="de-DE"/>
        </w:rPr>
        <w:t>: Variante 1: Strombedarfe der Gebäude</w:t>
      </w:r>
      <w:bookmarkEnd w:id="96"/>
    </w:p>
    <w:tbl>
      <w:tblPr>
        <w:tblW w:w="0" w:type="auto"/>
        <w:jc w:val="center"/>
        <w:tblLook w:val="04A0" w:firstRow="1" w:lastRow="0" w:firstColumn="1" w:lastColumn="0" w:noHBand="0" w:noVBand="1"/>
      </w:tblPr>
      <w:tblGrid>
        <w:gridCol w:w="2880"/>
        <w:gridCol w:w="2880"/>
        <w:gridCol w:w="2880"/>
      </w:tblGrid>
      <w:tr w:rsidR="00A806B2" w:rsidRPr="00A864B8" w14:paraId="1CE9FB51" w14:textId="77777777">
        <w:trPr>
          <w:jc w:val="center"/>
        </w:trPr>
        <w:tc>
          <w:tcPr>
            <w:tcW w:w="2880" w:type="dxa"/>
            <w:tcBorders>
              <w:bottom w:val="single" w:sz="22" w:space="0" w:color="C00000"/>
            </w:tcBorders>
            <w:shd w:val="clear" w:color="auto" w:fill="343A40"/>
          </w:tcPr>
          <w:p w14:paraId="4953B65F"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2B882AE9"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1E302AA"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6D34B192" w14:textId="77777777">
        <w:trPr>
          <w:jc w:val="center"/>
        </w:trPr>
        <w:tc>
          <w:tcPr>
            <w:tcW w:w="2880" w:type="dxa"/>
            <w:tcBorders>
              <w:bottom w:val="single" w:sz="8" w:space="0" w:color="9B9B9B"/>
            </w:tcBorders>
            <w:shd w:val="clear" w:color="auto" w:fill="F0F0F0"/>
            <w:vAlign w:val="center"/>
          </w:tcPr>
          <w:p w14:paraId="575B17CF" w14:textId="77777777" w:rsidR="00A806B2" w:rsidRPr="00A864B8" w:rsidRDefault="00000000">
            <w:pPr>
              <w:spacing w:before="20" w:after="10" w:line="240" w:lineRule="auto"/>
              <w:jc w:val="center"/>
            </w:pPr>
            <w:r w:rsidRPr="00A864B8">
              <w:rPr>
                <w:sz w:val="20"/>
              </w:rPr>
              <w:t>Nutzerstrom</w:t>
            </w:r>
          </w:p>
        </w:tc>
        <w:tc>
          <w:tcPr>
            <w:tcW w:w="2880" w:type="dxa"/>
            <w:tcBorders>
              <w:bottom w:val="single" w:sz="8" w:space="0" w:color="9B9B9B"/>
            </w:tcBorders>
            <w:shd w:val="clear" w:color="auto" w:fill="F0F0F0"/>
            <w:vAlign w:val="center"/>
          </w:tcPr>
          <w:p w14:paraId="5CAD41AE" w14:textId="77777777" w:rsidR="00A806B2" w:rsidRPr="00A864B8" w:rsidRDefault="00000000">
            <w:pPr>
              <w:spacing w:before="20" w:after="10" w:line="240" w:lineRule="auto"/>
              <w:jc w:val="center"/>
            </w:pPr>
            <w:r w:rsidRPr="00A864B8">
              <w:rPr>
                <w:sz w:val="20"/>
              </w:rPr>
              <w:t>6 MWh</w:t>
            </w:r>
          </w:p>
        </w:tc>
        <w:tc>
          <w:tcPr>
            <w:tcW w:w="2880" w:type="dxa"/>
            <w:tcBorders>
              <w:bottom w:val="single" w:sz="8" w:space="0" w:color="9B9B9B"/>
            </w:tcBorders>
            <w:shd w:val="clear" w:color="auto" w:fill="F0F0F0"/>
            <w:vAlign w:val="center"/>
          </w:tcPr>
          <w:p w14:paraId="7DBD961C" w14:textId="77777777" w:rsidR="00A806B2" w:rsidRPr="00A864B8" w:rsidRDefault="00000000">
            <w:pPr>
              <w:spacing w:before="20" w:after="10" w:line="240" w:lineRule="auto"/>
              <w:jc w:val="center"/>
            </w:pPr>
            <w:r w:rsidRPr="00A864B8">
              <w:rPr>
                <w:sz w:val="20"/>
              </w:rPr>
              <w:t>2,7 kW</w:t>
            </w:r>
          </w:p>
        </w:tc>
      </w:tr>
      <w:tr w:rsidR="00A806B2" w:rsidRPr="00A864B8" w14:paraId="12EF1D13" w14:textId="77777777">
        <w:trPr>
          <w:jc w:val="center"/>
        </w:trPr>
        <w:tc>
          <w:tcPr>
            <w:tcW w:w="2880" w:type="dxa"/>
            <w:tcBorders>
              <w:bottom w:val="single" w:sz="8" w:space="0" w:color="9B9B9B"/>
            </w:tcBorders>
            <w:shd w:val="clear" w:color="auto" w:fill="CFCFCF"/>
            <w:vAlign w:val="center"/>
          </w:tcPr>
          <w:p w14:paraId="198D228E" w14:textId="77777777" w:rsidR="00A806B2" w:rsidRPr="00A864B8" w:rsidRDefault="00000000">
            <w:pPr>
              <w:spacing w:before="20" w:after="10" w:line="240" w:lineRule="auto"/>
              <w:jc w:val="center"/>
            </w:pPr>
            <w:r w:rsidRPr="00A864B8">
              <w:rPr>
                <w:sz w:val="20"/>
              </w:rPr>
              <w:t>Elektromobilität</w:t>
            </w:r>
          </w:p>
        </w:tc>
        <w:tc>
          <w:tcPr>
            <w:tcW w:w="2880" w:type="dxa"/>
            <w:tcBorders>
              <w:bottom w:val="single" w:sz="8" w:space="0" w:color="9B9B9B"/>
            </w:tcBorders>
            <w:shd w:val="clear" w:color="auto" w:fill="CFCFCF"/>
            <w:vAlign w:val="center"/>
          </w:tcPr>
          <w:p w14:paraId="56736672" w14:textId="77777777" w:rsidR="00A806B2" w:rsidRPr="00A864B8" w:rsidRDefault="00000000">
            <w:pPr>
              <w:spacing w:before="20" w:after="10" w:line="240" w:lineRule="auto"/>
              <w:jc w:val="center"/>
            </w:pPr>
            <w:r w:rsidRPr="00A864B8">
              <w:rPr>
                <w:sz w:val="20"/>
              </w:rPr>
              <w:t>498 MWh</w:t>
            </w:r>
          </w:p>
        </w:tc>
        <w:tc>
          <w:tcPr>
            <w:tcW w:w="2880" w:type="dxa"/>
            <w:tcBorders>
              <w:bottom w:val="single" w:sz="8" w:space="0" w:color="9B9B9B"/>
            </w:tcBorders>
            <w:shd w:val="clear" w:color="auto" w:fill="CFCFCF"/>
            <w:vAlign w:val="center"/>
          </w:tcPr>
          <w:p w14:paraId="242DFA7C" w14:textId="77777777" w:rsidR="00A806B2" w:rsidRPr="00A864B8" w:rsidRDefault="00000000">
            <w:pPr>
              <w:spacing w:before="20" w:after="10" w:line="240" w:lineRule="auto"/>
              <w:jc w:val="center"/>
            </w:pPr>
            <w:r w:rsidRPr="00A864B8">
              <w:rPr>
                <w:sz w:val="20"/>
              </w:rPr>
              <w:t>153 kW</w:t>
            </w:r>
          </w:p>
        </w:tc>
      </w:tr>
      <w:tr w:rsidR="00A806B2" w:rsidRPr="00A864B8" w14:paraId="4E545A83" w14:textId="77777777">
        <w:trPr>
          <w:jc w:val="center"/>
        </w:trPr>
        <w:tc>
          <w:tcPr>
            <w:tcW w:w="2880" w:type="dxa"/>
            <w:tcBorders>
              <w:bottom w:val="single" w:sz="8" w:space="0" w:color="9B9B9B"/>
            </w:tcBorders>
            <w:shd w:val="clear" w:color="auto" w:fill="F0F0F0"/>
            <w:vAlign w:val="center"/>
          </w:tcPr>
          <w:p w14:paraId="7A3B13F4"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47795E5E" w14:textId="77777777" w:rsidR="00A806B2" w:rsidRPr="00A864B8" w:rsidRDefault="00000000">
            <w:pPr>
              <w:spacing w:before="20" w:after="10" w:line="240" w:lineRule="auto"/>
              <w:jc w:val="center"/>
            </w:pPr>
            <w:r w:rsidRPr="00A864B8">
              <w:rPr>
                <w:b/>
                <w:sz w:val="20"/>
              </w:rPr>
              <w:t>504 MWh</w:t>
            </w:r>
          </w:p>
        </w:tc>
        <w:tc>
          <w:tcPr>
            <w:tcW w:w="2880" w:type="dxa"/>
            <w:tcBorders>
              <w:bottom w:val="single" w:sz="8" w:space="0" w:color="9B9B9B"/>
            </w:tcBorders>
            <w:shd w:val="clear" w:color="auto" w:fill="F0F0F0"/>
            <w:vAlign w:val="center"/>
          </w:tcPr>
          <w:p w14:paraId="16261730" w14:textId="77777777" w:rsidR="00A806B2" w:rsidRPr="00A864B8" w:rsidRDefault="00000000">
            <w:pPr>
              <w:spacing w:before="20" w:after="10" w:line="240" w:lineRule="auto"/>
              <w:jc w:val="center"/>
            </w:pPr>
            <w:r w:rsidRPr="00A864B8">
              <w:rPr>
                <w:b/>
                <w:sz w:val="20"/>
              </w:rPr>
              <w:t>154 kW</w:t>
            </w:r>
          </w:p>
        </w:tc>
      </w:tr>
      <w:tr w:rsidR="00A806B2" w:rsidRPr="00A864B8" w14:paraId="0C1E4ABC" w14:textId="77777777">
        <w:trPr>
          <w:jc w:val="center"/>
        </w:trPr>
        <w:tc>
          <w:tcPr>
            <w:tcW w:w="2880" w:type="dxa"/>
            <w:tcBorders>
              <w:bottom w:val="single" w:sz="8" w:space="0" w:color="9B9B9B"/>
            </w:tcBorders>
            <w:shd w:val="clear" w:color="auto" w:fill="CFCFCF"/>
            <w:vAlign w:val="center"/>
          </w:tcPr>
          <w:p w14:paraId="152137C6" w14:textId="77777777" w:rsidR="00A806B2" w:rsidRPr="00A864B8" w:rsidRDefault="00000000">
            <w:pPr>
              <w:spacing w:before="20" w:after="10" w:line="240" w:lineRule="auto"/>
              <w:jc w:val="center"/>
            </w:pPr>
            <w:r w:rsidRPr="00A864B8">
              <w:rPr>
                <w:sz w:val="20"/>
              </w:rPr>
              <w:t>Betriebsstrom aller Gebäude</w:t>
            </w:r>
          </w:p>
        </w:tc>
        <w:tc>
          <w:tcPr>
            <w:tcW w:w="2880" w:type="dxa"/>
            <w:tcBorders>
              <w:bottom w:val="single" w:sz="8" w:space="0" w:color="9B9B9B"/>
            </w:tcBorders>
            <w:shd w:val="clear" w:color="auto" w:fill="CFCFCF"/>
            <w:vAlign w:val="center"/>
          </w:tcPr>
          <w:p w14:paraId="366554C9" w14:textId="77777777" w:rsidR="00A806B2" w:rsidRPr="00A864B8" w:rsidRDefault="00000000">
            <w:pPr>
              <w:spacing w:before="20" w:after="10" w:line="240" w:lineRule="auto"/>
              <w:jc w:val="center"/>
            </w:pPr>
            <w:r w:rsidRPr="00A864B8">
              <w:rPr>
                <w:sz w:val="20"/>
              </w:rPr>
              <w:t>+ 20,4 MWh</w:t>
            </w:r>
          </w:p>
        </w:tc>
        <w:tc>
          <w:tcPr>
            <w:tcW w:w="2880" w:type="dxa"/>
            <w:tcBorders>
              <w:bottom w:val="single" w:sz="8" w:space="0" w:color="9B9B9B"/>
            </w:tcBorders>
            <w:shd w:val="clear" w:color="auto" w:fill="CFCFCF"/>
            <w:vAlign w:val="center"/>
          </w:tcPr>
          <w:p w14:paraId="68728326" w14:textId="77777777" w:rsidR="00A806B2" w:rsidRPr="00A864B8" w:rsidRDefault="00000000">
            <w:pPr>
              <w:spacing w:before="20" w:after="10" w:line="240" w:lineRule="auto"/>
              <w:jc w:val="center"/>
            </w:pPr>
            <w:r w:rsidRPr="00A864B8">
              <w:rPr>
                <w:sz w:val="20"/>
              </w:rPr>
              <w:t> </w:t>
            </w:r>
          </w:p>
        </w:tc>
      </w:tr>
      <w:tr w:rsidR="00A806B2" w:rsidRPr="00A864B8" w14:paraId="1E211C52" w14:textId="77777777">
        <w:trPr>
          <w:jc w:val="center"/>
        </w:trPr>
        <w:tc>
          <w:tcPr>
            <w:tcW w:w="2880" w:type="dxa"/>
            <w:tcBorders>
              <w:bottom w:val="single" w:sz="8" w:space="0" w:color="9B9B9B"/>
            </w:tcBorders>
            <w:shd w:val="clear" w:color="auto" w:fill="F0F0F0"/>
            <w:vAlign w:val="center"/>
          </w:tcPr>
          <w:p w14:paraId="0125C06E" w14:textId="77777777" w:rsidR="00A806B2" w:rsidRPr="00A864B8" w:rsidRDefault="00000000">
            <w:pPr>
              <w:spacing w:before="20" w:after="10" w:line="240" w:lineRule="auto"/>
              <w:jc w:val="center"/>
            </w:pPr>
            <w:r w:rsidRPr="00A864B8">
              <w:rPr>
                <w:b/>
                <w:sz w:val="20"/>
              </w:rPr>
              <w:t>Strombezug aller Gebäude</w:t>
            </w:r>
          </w:p>
        </w:tc>
        <w:tc>
          <w:tcPr>
            <w:tcW w:w="2880" w:type="dxa"/>
            <w:tcBorders>
              <w:bottom w:val="single" w:sz="8" w:space="0" w:color="9B9B9B"/>
            </w:tcBorders>
            <w:shd w:val="clear" w:color="auto" w:fill="F0F0F0"/>
            <w:vAlign w:val="center"/>
          </w:tcPr>
          <w:p w14:paraId="2053DCEF" w14:textId="77777777" w:rsidR="00A806B2" w:rsidRPr="00A864B8" w:rsidRDefault="00000000">
            <w:pPr>
              <w:spacing w:before="20" w:after="10" w:line="240" w:lineRule="auto"/>
              <w:jc w:val="center"/>
            </w:pPr>
            <w:r w:rsidRPr="00A864B8">
              <w:rPr>
                <w:b/>
                <w:sz w:val="20"/>
              </w:rPr>
              <w:t>524 MWh</w:t>
            </w:r>
          </w:p>
        </w:tc>
        <w:tc>
          <w:tcPr>
            <w:tcW w:w="2880" w:type="dxa"/>
            <w:tcBorders>
              <w:bottom w:val="single" w:sz="8" w:space="0" w:color="9B9B9B"/>
            </w:tcBorders>
            <w:shd w:val="clear" w:color="auto" w:fill="F0F0F0"/>
            <w:vAlign w:val="center"/>
          </w:tcPr>
          <w:p w14:paraId="4C4F6D4E" w14:textId="77777777" w:rsidR="00A806B2" w:rsidRPr="00A864B8" w:rsidRDefault="00000000">
            <w:pPr>
              <w:spacing w:before="20" w:after="10" w:line="240" w:lineRule="auto"/>
              <w:jc w:val="center"/>
            </w:pPr>
            <w:r w:rsidRPr="00A864B8">
              <w:rPr>
                <w:b/>
                <w:sz w:val="20"/>
              </w:rPr>
              <w:t> </w:t>
            </w:r>
          </w:p>
        </w:tc>
      </w:tr>
    </w:tbl>
    <w:p w14:paraId="774842D0" w14:textId="77777777" w:rsidR="00A806B2" w:rsidRPr="00A864B8" w:rsidRDefault="00A806B2"/>
    <w:p w14:paraId="2A381B47" w14:textId="6BF0200C" w:rsidR="00A806B2" w:rsidRPr="00A864B8" w:rsidRDefault="00000000">
      <w:pPr>
        <w:jc w:val="both"/>
      </w:pPr>
      <w:r w:rsidRPr="00A864B8">
        <w:t xml:space="preserve">Die Tabelle </w:t>
      </w:r>
      <w:r w:rsidRPr="00A864B8">
        <w:fldChar w:fldCharType="begin"/>
      </w:r>
      <w:r w:rsidRPr="00A864B8">
        <w:instrText>REF bldg_installed_bes_num \h</w:instrText>
      </w:r>
      <w:r w:rsidRPr="00A864B8">
        <w:fldChar w:fldCharType="separate"/>
      </w:r>
      <w:r w:rsidR="00F26332" w:rsidRPr="00A864B8">
        <w:t>14</w:t>
      </w:r>
      <w:r w:rsidRPr="00A864B8">
        <w:fldChar w:fldCharType="end"/>
      </w:r>
      <w:r w:rsidRPr="00A864B8">
        <w:t xml:space="preserve"> gibt einen Überblick über die in den Gebäuden installierten Anlagen. Für den Bezug von Wärme aus dem Wärmenetz sind 47 Wärmenetzanschlüsse mit einer Gesamtkapazität von 987 kWₜₕ vorgesehen, über die insgesamt 718 MWh Wärme aus dem Wärmenetz in die Gebäude transportiert wird. In den Gebäuden sind 3 dezentrale Luftwärmepumpen vorgesehen. Mit einer thermischen Gesamtkapazität von 52 kWₜₕ erzeugen diese eine Wärmemenge von 39,4 MWh. Der Strombedarf der Luftwärmepumpen liegt bei 8,9 MWh, wodurch sich die mittlere Jahresarbeitszahl zu 4,4 berechnet. In den Gebäuden werden 6 Anlagen zur dezentralen elektrischen Trinkwarmwasser-Erwärmung mit einer Gesamtkapazität von 214 kWₜₕ installiert. Diese tragen 9 MWh Wärme für die Trinkwarmwasserbereitung bei. 7 luftgekühlte Kältemaschinen mit einer Gesamtkapazität von 66 kWₜₕ tragen für die dezentrale Kältebereitstellung der Gebäude jährlich 22,4 MWh bei. Der Strombedarf für die luftgekühlten Kältemaschinen beträgt 2,5 MWh und ihre Jahresarbeitszahl ergibt sich somit zu 9.</w:t>
      </w:r>
    </w:p>
    <w:p w14:paraId="457B340E" w14:textId="063C073B" w:rsidR="00A806B2" w:rsidRPr="00A864B8" w:rsidRDefault="00000000">
      <w:pPr>
        <w:pStyle w:val="CaptionStyle"/>
        <w:spacing w:before="40" w:after="0"/>
        <w:jc w:val="center"/>
        <w:rPr>
          <w:lang w:val="de-DE"/>
        </w:rPr>
      </w:pPr>
      <w:bookmarkStart w:id="99" w:name="_Toc240363542"/>
      <w:r w:rsidRPr="00A864B8">
        <w:rPr>
          <w:lang w:val="de-DE"/>
        </w:rPr>
        <w:t xml:space="preserve">Tabelle </w:t>
      </w:r>
      <w:bookmarkStart w:id="100" w:name="bldg_installed_be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14</w:t>
      </w:r>
      <w:r w:rsidRPr="00A864B8">
        <w:rPr>
          <w:lang w:val="de-DE"/>
        </w:rPr>
        <w:fldChar w:fldCharType="end"/>
      </w:r>
      <w:bookmarkStart w:id="101" w:name="bldg_installed_bes"/>
      <w:bookmarkEnd w:id="100"/>
      <w:bookmarkEnd w:id="101"/>
      <w:r w:rsidRPr="00A864B8">
        <w:rPr>
          <w:lang w:val="de-DE"/>
        </w:rPr>
        <w:t>: Variante 1: Installierte Gebäudeenergiesysteme</w:t>
      </w:r>
      <w:bookmarkEnd w:id="99"/>
    </w:p>
    <w:tbl>
      <w:tblPr>
        <w:tblW w:w="0" w:type="auto"/>
        <w:jc w:val="center"/>
        <w:tblLook w:val="04A0" w:firstRow="1" w:lastRow="0" w:firstColumn="1" w:lastColumn="0" w:noHBand="0" w:noVBand="1"/>
      </w:tblPr>
      <w:tblGrid>
        <w:gridCol w:w="2158"/>
        <w:gridCol w:w="861"/>
        <w:gridCol w:w="1117"/>
        <w:gridCol w:w="1215"/>
        <w:gridCol w:w="1247"/>
        <w:gridCol w:w="1614"/>
        <w:gridCol w:w="644"/>
      </w:tblGrid>
      <w:tr w:rsidR="00A806B2" w:rsidRPr="00A864B8" w14:paraId="348A389F" w14:textId="77777777">
        <w:trPr>
          <w:jc w:val="center"/>
        </w:trPr>
        <w:tc>
          <w:tcPr>
            <w:tcW w:w="1234" w:type="dxa"/>
            <w:tcBorders>
              <w:bottom w:val="single" w:sz="22" w:space="0" w:color="C00000"/>
            </w:tcBorders>
            <w:shd w:val="clear" w:color="auto" w:fill="343A40"/>
          </w:tcPr>
          <w:p w14:paraId="2288DEF2" w14:textId="77777777" w:rsidR="00A806B2" w:rsidRPr="00A864B8" w:rsidRDefault="00000000">
            <w:pPr>
              <w:spacing w:before="20" w:after="10" w:line="240" w:lineRule="auto"/>
              <w:jc w:val="center"/>
            </w:pPr>
            <w:r w:rsidRPr="00A864B8">
              <w:rPr>
                <w:color w:val="FFFFFF"/>
                <w:sz w:val="20"/>
              </w:rPr>
              <w:t> </w:t>
            </w:r>
          </w:p>
        </w:tc>
        <w:tc>
          <w:tcPr>
            <w:tcW w:w="1234" w:type="dxa"/>
            <w:tcBorders>
              <w:bottom w:val="single" w:sz="22" w:space="0" w:color="C00000"/>
            </w:tcBorders>
            <w:shd w:val="clear" w:color="auto" w:fill="343A40"/>
          </w:tcPr>
          <w:p w14:paraId="77DDA5EE" w14:textId="77777777" w:rsidR="00A806B2" w:rsidRPr="00A864B8" w:rsidRDefault="00000000">
            <w:pPr>
              <w:spacing w:before="20" w:after="10" w:line="240" w:lineRule="auto"/>
              <w:jc w:val="center"/>
            </w:pPr>
            <w:r w:rsidRPr="00A864B8">
              <w:rPr>
                <w:color w:val="FFFFFF"/>
                <w:sz w:val="20"/>
              </w:rPr>
              <w:t>Anzahl</w:t>
            </w:r>
          </w:p>
        </w:tc>
        <w:tc>
          <w:tcPr>
            <w:tcW w:w="1234" w:type="dxa"/>
            <w:tcBorders>
              <w:bottom w:val="single" w:sz="22" w:space="0" w:color="C00000"/>
            </w:tcBorders>
            <w:shd w:val="clear" w:color="auto" w:fill="343A40"/>
          </w:tcPr>
          <w:p w14:paraId="0D338843" w14:textId="77777777" w:rsidR="00A806B2" w:rsidRPr="00A864B8" w:rsidRDefault="00000000">
            <w:pPr>
              <w:spacing w:before="20" w:after="10" w:line="240" w:lineRule="auto"/>
              <w:jc w:val="center"/>
            </w:pPr>
            <w:r w:rsidRPr="00A864B8">
              <w:rPr>
                <w:color w:val="FFFFFF"/>
                <w:sz w:val="20"/>
              </w:rPr>
              <w:t>Installierte Leistung</w:t>
            </w:r>
          </w:p>
        </w:tc>
        <w:tc>
          <w:tcPr>
            <w:tcW w:w="1234" w:type="dxa"/>
            <w:tcBorders>
              <w:bottom w:val="single" w:sz="22" w:space="0" w:color="C00000"/>
            </w:tcBorders>
            <w:shd w:val="clear" w:color="auto" w:fill="343A40"/>
          </w:tcPr>
          <w:p w14:paraId="0CFF1BEE" w14:textId="77777777" w:rsidR="00A806B2" w:rsidRPr="00A864B8" w:rsidRDefault="00000000">
            <w:pPr>
              <w:spacing w:before="20" w:after="10" w:line="240" w:lineRule="auto"/>
              <w:jc w:val="center"/>
            </w:pPr>
            <w:r w:rsidRPr="00A864B8">
              <w:rPr>
                <w:color w:val="FFFFFF"/>
                <w:sz w:val="20"/>
              </w:rPr>
              <w:t>Nutzenergie</w:t>
            </w:r>
          </w:p>
        </w:tc>
        <w:tc>
          <w:tcPr>
            <w:tcW w:w="1234" w:type="dxa"/>
            <w:tcBorders>
              <w:bottom w:val="single" w:sz="22" w:space="0" w:color="C00000"/>
            </w:tcBorders>
            <w:shd w:val="clear" w:color="auto" w:fill="343A40"/>
          </w:tcPr>
          <w:p w14:paraId="31DF25AB" w14:textId="77777777" w:rsidR="00A806B2" w:rsidRPr="00A864B8" w:rsidRDefault="00000000">
            <w:pPr>
              <w:spacing w:before="20" w:after="10" w:line="240" w:lineRule="auto"/>
              <w:jc w:val="center"/>
            </w:pPr>
            <w:r w:rsidRPr="00A864B8">
              <w:rPr>
                <w:color w:val="FFFFFF"/>
                <w:sz w:val="20"/>
              </w:rPr>
              <w:t>Strombedarf</w:t>
            </w:r>
          </w:p>
        </w:tc>
        <w:tc>
          <w:tcPr>
            <w:tcW w:w="1234" w:type="dxa"/>
            <w:tcBorders>
              <w:bottom w:val="single" w:sz="22" w:space="0" w:color="C00000"/>
            </w:tcBorders>
            <w:shd w:val="clear" w:color="auto" w:fill="343A40"/>
          </w:tcPr>
          <w:p w14:paraId="58B4F167" w14:textId="77777777" w:rsidR="00A806B2" w:rsidRPr="00A864B8" w:rsidRDefault="00000000">
            <w:pPr>
              <w:spacing w:before="20" w:after="10" w:line="240" w:lineRule="auto"/>
              <w:jc w:val="center"/>
            </w:pPr>
            <w:r w:rsidRPr="00A864B8">
              <w:rPr>
                <w:color w:val="FFFFFF"/>
                <w:sz w:val="20"/>
              </w:rPr>
              <w:t>Brennstoffbedarf</w:t>
            </w:r>
          </w:p>
        </w:tc>
        <w:tc>
          <w:tcPr>
            <w:tcW w:w="1234" w:type="dxa"/>
            <w:tcBorders>
              <w:bottom w:val="single" w:sz="22" w:space="0" w:color="C00000"/>
            </w:tcBorders>
            <w:shd w:val="clear" w:color="auto" w:fill="343A40"/>
          </w:tcPr>
          <w:p w14:paraId="309DE5EB" w14:textId="77777777" w:rsidR="00A806B2" w:rsidRPr="00A864B8" w:rsidRDefault="00000000">
            <w:pPr>
              <w:spacing w:before="20" w:after="10" w:line="240" w:lineRule="auto"/>
              <w:jc w:val="center"/>
            </w:pPr>
            <w:r w:rsidRPr="00A864B8">
              <w:rPr>
                <w:color w:val="FFFFFF"/>
                <w:sz w:val="20"/>
              </w:rPr>
              <w:t>JAZ</w:t>
            </w:r>
          </w:p>
        </w:tc>
      </w:tr>
      <w:tr w:rsidR="00A806B2" w:rsidRPr="00A864B8" w14:paraId="012F1244" w14:textId="77777777">
        <w:trPr>
          <w:jc w:val="center"/>
        </w:trPr>
        <w:tc>
          <w:tcPr>
            <w:tcW w:w="1234" w:type="dxa"/>
            <w:tcBorders>
              <w:bottom w:val="single" w:sz="8" w:space="0" w:color="9B9B9B"/>
            </w:tcBorders>
            <w:shd w:val="clear" w:color="auto" w:fill="F0F0F0"/>
            <w:vAlign w:val="center"/>
          </w:tcPr>
          <w:p w14:paraId="35AAF3D8" w14:textId="77777777" w:rsidR="00A806B2" w:rsidRPr="00A864B8" w:rsidRDefault="00000000">
            <w:pPr>
              <w:spacing w:before="20" w:after="10" w:line="240" w:lineRule="auto"/>
              <w:jc w:val="center"/>
            </w:pPr>
            <w:r w:rsidRPr="00A864B8">
              <w:rPr>
                <w:sz w:val="20"/>
              </w:rPr>
              <w:t>Wärmeübergabestation</w:t>
            </w:r>
          </w:p>
        </w:tc>
        <w:tc>
          <w:tcPr>
            <w:tcW w:w="1234" w:type="dxa"/>
            <w:tcBorders>
              <w:bottom w:val="single" w:sz="8" w:space="0" w:color="9B9B9B"/>
            </w:tcBorders>
            <w:shd w:val="clear" w:color="auto" w:fill="F0F0F0"/>
            <w:vAlign w:val="center"/>
          </w:tcPr>
          <w:p w14:paraId="7A597544" w14:textId="77777777" w:rsidR="00A806B2" w:rsidRPr="00A864B8" w:rsidRDefault="00000000">
            <w:pPr>
              <w:spacing w:before="20" w:after="10" w:line="240" w:lineRule="auto"/>
              <w:jc w:val="center"/>
            </w:pPr>
            <w:r w:rsidRPr="00A864B8">
              <w:rPr>
                <w:sz w:val="20"/>
              </w:rPr>
              <w:t>47</w:t>
            </w:r>
          </w:p>
        </w:tc>
        <w:tc>
          <w:tcPr>
            <w:tcW w:w="1234" w:type="dxa"/>
            <w:tcBorders>
              <w:bottom w:val="single" w:sz="8" w:space="0" w:color="9B9B9B"/>
            </w:tcBorders>
            <w:shd w:val="clear" w:color="auto" w:fill="F0F0F0"/>
            <w:vAlign w:val="center"/>
          </w:tcPr>
          <w:p w14:paraId="54F49CB3" w14:textId="77777777" w:rsidR="00A806B2" w:rsidRPr="00A864B8" w:rsidRDefault="00000000">
            <w:pPr>
              <w:spacing w:before="20" w:after="10" w:line="240" w:lineRule="auto"/>
              <w:jc w:val="center"/>
            </w:pPr>
            <w:r w:rsidRPr="00A864B8">
              <w:rPr>
                <w:sz w:val="20"/>
              </w:rPr>
              <w:t>987 kWₜₕ</w:t>
            </w:r>
          </w:p>
        </w:tc>
        <w:tc>
          <w:tcPr>
            <w:tcW w:w="1234" w:type="dxa"/>
            <w:tcBorders>
              <w:bottom w:val="single" w:sz="8" w:space="0" w:color="9B9B9B"/>
            </w:tcBorders>
            <w:shd w:val="clear" w:color="auto" w:fill="F0F0F0"/>
            <w:vAlign w:val="center"/>
          </w:tcPr>
          <w:p w14:paraId="472C678D" w14:textId="77777777" w:rsidR="00A806B2" w:rsidRPr="00A864B8" w:rsidRDefault="00000000">
            <w:pPr>
              <w:spacing w:before="20" w:after="10" w:line="240" w:lineRule="auto"/>
              <w:jc w:val="center"/>
            </w:pPr>
            <w:r w:rsidRPr="00A864B8">
              <w:rPr>
                <w:sz w:val="20"/>
              </w:rPr>
              <w:t>718 MWh</w:t>
            </w:r>
          </w:p>
        </w:tc>
        <w:tc>
          <w:tcPr>
            <w:tcW w:w="1234" w:type="dxa"/>
            <w:tcBorders>
              <w:bottom w:val="single" w:sz="8" w:space="0" w:color="9B9B9B"/>
            </w:tcBorders>
            <w:shd w:val="clear" w:color="auto" w:fill="F0F0F0"/>
            <w:vAlign w:val="center"/>
          </w:tcPr>
          <w:p w14:paraId="0D8D74FA"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06CD4BC1"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0CDFCFAF" w14:textId="77777777" w:rsidR="00A806B2" w:rsidRPr="00A864B8" w:rsidRDefault="00000000">
            <w:pPr>
              <w:spacing w:before="20" w:after="10" w:line="240" w:lineRule="auto"/>
              <w:jc w:val="center"/>
            </w:pPr>
            <w:r w:rsidRPr="00A864B8">
              <w:rPr>
                <w:sz w:val="20"/>
              </w:rPr>
              <w:t>---</w:t>
            </w:r>
          </w:p>
        </w:tc>
      </w:tr>
      <w:tr w:rsidR="00A806B2" w:rsidRPr="00A864B8" w14:paraId="2B55B710" w14:textId="77777777">
        <w:trPr>
          <w:jc w:val="center"/>
        </w:trPr>
        <w:tc>
          <w:tcPr>
            <w:tcW w:w="1234" w:type="dxa"/>
            <w:tcBorders>
              <w:bottom w:val="single" w:sz="8" w:space="0" w:color="9B9B9B"/>
            </w:tcBorders>
            <w:shd w:val="clear" w:color="auto" w:fill="CFCFCF"/>
            <w:vAlign w:val="center"/>
          </w:tcPr>
          <w:p w14:paraId="05DC7C32" w14:textId="77777777" w:rsidR="00A806B2" w:rsidRPr="00A864B8" w:rsidRDefault="00000000">
            <w:pPr>
              <w:spacing w:before="20" w:after="10" w:line="240" w:lineRule="auto"/>
              <w:jc w:val="center"/>
            </w:pPr>
            <w:r w:rsidRPr="00A864B8">
              <w:rPr>
                <w:sz w:val="20"/>
              </w:rPr>
              <w:t>Luftwärmepumpe</w:t>
            </w:r>
          </w:p>
        </w:tc>
        <w:tc>
          <w:tcPr>
            <w:tcW w:w="1234" w:type="dxa"/>
            <w:tcBorders>
              <w:bottom w:val="single" w:sz="8" w:space="0" w:color="9B9B9B"/>
            </w:tcBorders>
            <w:shd w:val="clear" w:color="auto" w:fill="CFCFCF"/>
            <w:vAlign w:val="center"/>
          </w:tcPr>
          <w:p w14:paraId="76953432" w14:textId="77777777" w:rsidR="00A806B2" w:rsidRPr="00A864B8" w:rsidRDefault="00000000">
            <w:pPr>
              <w:spacing w:before="20" w:after="10" w:line="240" w:lineRule="auto"/>
              <w:jc w:val="center"/>
            </w:pPr>
            <w:r w:rsidRPr="00A864B8">
              <w:rPr>
                <w:sz w:val="20"/>
              </w:rPr>
              <w:t>3</w:t>
            </w:r>
          </w:p>
        </w:tc>
        <w:tc>
          <w:tcPr>
            <w:tcW w:w="1234" w:type="dxa"/>
            <w:tcBorders>
              <w:bottom w:val="single" w:sz="8" w:space="0" w:color="9B9B9B"/>
            </w:tcBorders>
            <w:shd w:val="clear" w:color="auto" w:fill="CFCFCF"/>
            <w:vAlign w:val="center"/>
          </w:tcPr>
          <w:p w14:paraId="55006A0A" w14:textId="77777777" w:rsidR="00A806B2" w:rsidRPr="00A864B8" w:rsidRDefault="00000000">
            <w:pPr>
              <w:spacing w:before="20" w:after="10" w:line="240" w:lineRule="auto"/>
              <w:jc w:val="center"/>
            </w:pPr>
            <w:r w:rsidRPr="00A864B8">
              <w:rPr>
                <w:sz w:val="20"/>
              </w:rPr>
              <w:t>52 kWₜₕ</w:t>
            </w:r>
          </w:p>
        </w:tc>
        <w:tc>
          <w:tcPr>
            <w:tcW w:w="1234" w:type="dxa"/>
            <w:tcBorders>
              <w:bottom w:val="single" w:sz="8" w:space="0" w:color="9B9B9B"/>
            </w:tcBorders>
            <w:shd w:val="clear" w:color="auto" w:fill="CFCFCF"/>
            <w:vAlign w:val="center"/>
          </w:tcPr>
          <w:p w14:paraId="0BF0F699" w14:textId="77777777" w:rsidR="00A806B2" w:rsidRPr="00A864B8" w:rsidRDefault="00000000">
            <w:pPr>
              <w:spacing w:before="20" w:after="10" w:line="240" w:lineRule="auto"/>
              <w:jc w:val="center"/>
            </w:pPr>
            <w:r w:rsidRPr="00A864B8">
              <w:rPr>
                <w:sz w:val="20"/>
              </w:rPr>
              <w:t>39,4 MWh</w:t>
            </w:r>
          </w:p>
        </w:tc>
        <w:tc>
          <w:tcPr>
            <w:tcW w:w="1234" w:type="dxa"/>
            <w:tcBorders>
              <w:bottom w:val="single" w:sz="8" w:space="0" w:color="9B9B9B"/>
            </w:tcBorders>
            <w:shd w:val="clear" w:color="auto" w:fill="CFCFCF"/>
            <w:vAlign w:val="center"/>
          </w:tcPr>
          <w:p w14:paraId="363113D0" w14:textId="77777777" w:rsidR="00A806B2" w:rsidRPr="00A864B8" w:rsidRDefault="00000000">
            <w:pPr>
              <w:spacing w:before="20" w:after="10" w:line="240" w:lineRule="auto"/>
              <w:jc w:val="center"/>
            </w:pPr>
            <w:r w:rsidRPr="00A864B8">
              <w:rPr>
                <w:sz w:val="20"/>
              </w:rPr>
              <w:t>8,9 MWh</w:t>
            </w:r>
          </w:p>
        </w:tc>
        <w:tc>
          <w:tcPr>
            <w:tcW w:w="1234" w:type="dxa"/>
            <w:tcBorders>
              <w:bottom w:val="single" w:sz="8" w:space="0" w:color="9B9B9B"/>
            </w:tcBorders>
            <w:shd w:val="clear" w:color="auto" w:fill="CFCFCF"/>
            <w:vAlign w:val="center"/>
          </w:tcPr>
          <w:p w14:paraId="13D1F04D"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77FC765D" w14:textId="77777777" w:rsidR="00A806B2" w:rsidRPr="00A864B8" w:rsidRDefault="00000000">
            <w:pPr>
              <w:spacing w:before="20" w:after="10" w:line="240" w:lineRule="auto"/>
              <w:jc w:val="center"/>
            </w:pPr>
            <w:r w:rsidRPr="00A864B8">
              <w:rPr>
                <w:sz w:val="20"/>
              </w:rPr>
              <w:t>4,4</w:t>
            </w:r>
          </w:p>
        </w:tc>
      </w:tr>
      <w:tr w:rsidR="00A806B2" w:rsidRPr="00A864B8" w14:paraId="00C8C754" w14:textId="77777777">
        <w:trPr>
          <w:jc w:val="center"/>
        </w:trPr>
        <w:tc>
          <w:tcPr>
            <w:tcW w:w="1234" w:type="dxa"/>
            <w:tcBorders>
              <w:bottom w:val="single" w:sz="8" w:space="0" w:color="9B9B9B"/>
            </w:tcBorders>
            <w:shd w:val="clear" w:color="auto" w:fill="F0F0F0"/>
            <w:vAlign w:val="center"/>
          </w:tcPr>
          <w:p w14:paraId="125C9C3C" w14:textId="77777777" w:rsidR="00A806B2" w:rsidRPr="00A864B8" w:rsidRDefault="00000000">
            <w:pPr>
              <w:spacing w:before="20" w:after="10" w:line="240" w:lineRule="auto"/>
              <w:jc w:val="center"/>
            </w:pPr>
            <w:r w:rsidRPr="00A864B8">
              <w:rPr>
                <w:sz w:val="20"/>
              </w:rPr>
              <w:t>Dez. elektr. TWW-Erwärmung</w:t>
            </w:r>
          </w:p>
        </w:tc>
        <w:tc>
          <w:tcPr>
            <w:tcW w:w="1234" w:type="dxa"/>
            <w:tcBorders>
              <w:bottom w:val="single" w:sz="8" w:space="0" w:color="9B9B9B"/>
            </w:tcBorders>
            <w:shd w:val="clear" w:color="auto" w:fill="F0F0F0"/>
            <w:vAlign w:val="center"/>
          </w:tcPr>
          <w:p w14:paraId="05E25EDA" w14:textId="77777777" w:rsidR="00A806B2" w:rsidRPr="00A864B8" w:rsidRDefault="00000000">
            <w:pPr>
              <w:spacing w:before="20" w:after="10" w:line="240" w:lineRule="auto"/>
              <w:jc w:val="center"/>
            </w:pPr>
            <w:r w:rsidRPr="00A864B8">
              <w:rPr>
                <w:sz w:val="20"/>
              </w:rPr>
              <w:t>6</w:t>
            </w:r>
          </w:p>
        </w:tc>
        <w:tc>
          <w:tcPr>
            <w:tcW w:w="1234" w:type="dxa"/>
            <w:tcBorders>
              <w:bottom w:val="single" w:sz="8" w:space="0" w:color="9B9B9B"/>
            </w:tcBorders>
            <w:shd w:val="clear" w:color="auto" w:fill="F0F0F0"/>
            <w:vAlign w:val="center"/>
          </w:tcPr>
          <w:p w14:paraId="585D7562" w14:textId="77777777" w:rsidR="00A806B2" w:rsidRPr="00A864B8" w:rsidRDefault="00000000">
            <w:pPr>
              <w:spacing w:before="20" w:after="10" w:line="240" w:lineRule="auto"/>
              <w:jc w:val="center"/>
            </w:pPr>
            <w:r w:rsidRPr="00A864B8">
              <w:rPr>
                <w:sz w:val="20"/>
              </w:rPr>
              <w:t>214 kWₜₕ</w:t>
            </w:r>
          </w:p>
        </w:tc>
        <w:tc>
          <w:tcPr>
            <w:tcW w:w="1234" w:type="dxa"/>
            <w:tcBorders>
              <w:bottom w:val="single" w:sz="8" w:space="0" w:color="9B9B9B"/>
            </w:tcBorders>
            <w:shd w:val="clear" w:color="auto" w:fill="F0F0F0"/>
            <w:vAlign w:val="center"/>
          </w:tcPr>
          <w:p w14:paraId="146D268B" w14:textId="77777777" w:rsidR="00A806B2" w:rsidRPr="00A864B8" w:rsidRDefault="00000000">
            <w:pPr>
              <w:spacing w:before="20" w:after="10" w:line="240" w:lineRule="auto"/>
              <w:jc w:val="center"/>
            </w:pPr>
            <w:r w:rsidRPr="00A864B8">
              <w:rPr>
                <w:sz w:val="20"/>
              </w:rPr>
              <w:t>9 MWh</w:t>
            </w:r>
          </w:p>
        </w:tc>
        <w:tc>
          <w:tcPr>
            <w:tcW w:w="1234" w:type="dxa"/>
            <w:tcBorders>
              <w:bottom w:val="single" w:sz="8" w:space="0" w:color="9B9B9B"/>
            </w:tcBorders>
            <w:shd w:val="clear" w:color="auto" w:fill="F0F0F0"/>
            <w:vAlign w:val="center"/>
          </w:tcPr>
          <w:p w14:paraId="3A6C523A" w14:textId="77777777" w:rsidR="00A806B2" w:rsidRPr="00A864B8" w:rsidRDefault="00000000">
            <w:pPr>
              <w:spacing w:before="20" w:after="10" w:line="240" w:lineRule="auto"/>
              <w:jc w:val="center"/>
            </w:pPr>
            <w:r w:rsidRPr="00A864B8">
              <w:rPr>
                <w:sz w:val="20"/>
              </w:rPr>
              <w:t>9 MWh</w:t>
            </w:r>
          </w:p>
        </w:tc>
        <w:tc>
          <w:tcPr>
            <w:tcW w:w="1234" w:type="dxa"/>
            <w:tcBorders>
              <w:bottom w:val="single" w:sz="8" w:space="0" w:color="9B9B9B"/>
            </w:tcBorders>
            <w:shd w:val="clear" w:color="auto" w:fill="F0F0F0"/>
            <w:vAlign w:val="center"/>
          </w:tcPr>
          <w:p w14:paraId="689B4998"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286333D9" w14:textId="77777777" w:rsidR="00A806B2" w:rsidRPr="00A864B8" w:rsidRDefault="00000000">
            <w:pPr>
              <w:spacing w:before="20" w:after="10" w:line="240" w:lineRule="auto"/>
              <w:jc w:val="center"/>
            </w:pPr>
            <w:r w:rsidRPr="00A864B8">
              <w:rPr>
                <w:sz w:val="20"/>
              </w:rPr>
              <w:t>---</w:t>
            </w:r>
          </w:p>
        </w:tc>
      </w:tr>
      <w:tr w:rsidR="00A806B2" w:rsidRPr="00A864B8" w14:paraId="3AFDCF75" w14:textId="77777777">
        <w:trPr>
          <w:jc w:val="center"/>
        </w:trPr>
        <w:tc>
          <w:tcPr>
            <w:tcW w:w="1234" w:type="dxa"/>
            <w:tcBorders>
              <w:bottom w:val="single" w:sz="8" w:space="0" w:color="9B9B9B"/>
            </w:tcBorders>
            <w:shd w:val="clear" w:color="auto" w:fill="CFCFCF"/>
            <w:vAlign w:val="center"/>
          </w:tcPr>
          <w:p w14:paraId="31939D89" w14:textId="77777777" w:rsidR="00A806B2" w:rsidRPr="00A864B8" w:rsidRDefault="00000000">
            <w:pPr>
              <w:spacing w:before="20" w:after="10" w:line="240" w:lineRule="auto"/>
              <w:jc w:val="center"/>
            </w:pPr>
            <w:r w:rsidRPr="00A864B8">
              <w:rPr>
                <w:sz w:val="20"/>
              </w:rPr>
              <w:t>Speicher (TWW)</w:t>
            </w:r>
          </w:p>
        </w:tc>
        <w:tc>
          <w:tcPr>
            <w:tcW w:w="1234" w:type="dxa"/>
            <w:tcBorders>
              <w:bottom w:val="single" w:sz="8" w:space="0" w:color="9B9B9B"/>
            </w:tcBorders>
            <w:shd w:val="clear" w:color="auto" w:fill="CFCFCF"/>
            <w:vAlign w:val="center"/>
          </w:tcPr>
          <w:p w14:paraId="070F5735" w14:textId="77777777" w:rsidR="00A806B2" w:rsidRPr="00A864B8" w:rsidRDefault="00000000">
            <w:pPr>
              <w:spacing w:before="20" w:after="10" w:line="240" w:lineRule="auto"/>
              <w:jc w:val="center"/>
            </w:pPr>
            <w:r w:rsidRPr="00A864B8">
              <w:rPr>
                <w:sz w:val="20"/>
              </w:rPr>
              <w:t>47</w:t>
            </w:r>
          </w:p>
        </w:tc>
        <w:tc>
          <w:tcPr>
            <w:tcW w:w="1234" w:type="dxa"/>
            <w:tcBorders>
              <w:bottom w:val="single" w:sz="8" w:space="0" w:color="9B9B9B"/>
            </w:tcBorders>
            <w:shd w:val="clear" w:color="auto" w:fill="CFCFCF"/>
            <w:vAlign w:val="center"/>
          </w:tcPr>
          <w:p w14:paraId="72914156" w14:textId="77777777" w:rsidR="00A806B2" w:rsidRPr="00A864B8" w:rsidRDefault="00000000">
            <w:pPr>
              <w:spacing w:before="20" w:after="10" w:line="240" w:lineRule="auto"/>
              <w:jc w:val="center"/>
            </w:pPr>
            <w:r w:rsidRPr="00A864B8">
              <w:rPr>
                <w:sz w:val="20"/>
              </w:rPr>
              <w:t>14.100 l</w:t>
            </w:r>
          </w:p>
        </w:tc>
        <w:tc>
          <w:tcPr>
            <w:tcW w:w="1234" w:type="dxa"/>
            <w:tcBorders>
              <w:bottom w:val="single" w:sz="8" w:space="0" w:color="9B9B9B"/>
            </w:tcBorders>
            <w:shd w:val="clear" w:color="auto" w:fill="CFCFCF"/>
            <w:vAlign w:val="center"/>
          </w:tcPr>
          <w:p w14:paraId="498487D3"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7C5B8A62"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5ED8BE8C"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3C12DEE5" w14:textId="77777777" w:rsidR="00A806B2" w:rsidRPr="00A864B8" w:rsidRDefault="00000000">
            <w:pPr>
              <w:spacing w:before="20" w:after="10" w:line="240" w:lineRule="auto"/>
              <w:jc w:val="center"/>
            </w:pPr>
            <w:r w:rsidRPr="00A864B8">
              <w:rPr>
                <w:sz w:val="20"/>
              </w:rPr>
              <w:t>---</w:t>
            </w:r>
          </w:p>
        </w:tc>
      </w:tr>
      <w:tr w:rsidR="00A806B2" w:rsidRPr="00A864B8" w14:paraId="543320B3" w14:textId="77777777">
        <w:trPr>
          <w:jc w:val="center"/>
        </w:trPr>
        <w:tc>
          <w:tcPr>
            <w:tcW w:w="1234" w:type="dxa"/>
            <w:tcBorders>
              <w:bottom w:val="single" w:sz="8" w:space="0" w:color="9B9B9B"/>
            </w:tcBorders>
            <w:shd w:val="clear" w:color="auto" w:fill="F0F0F0"/>
            <w:vAlign w:val="center"/>
          </w:tcPr>
          <w:p w14:paraId="360C944B" w14:textId="77777777" w:rsidR="00A806B2" w:rsidRPr="00A864B8" w:rsidRDefault="00000000">
            <w:pPr>
              <w:spacing w:before="20" w:after="10" w:line="240" w:lineRule="auto"/>
              <w:jc w:val="center"/>
            </w:pPr>
            <w:r w:rsidRPr="00A864B8">
              <w:rPr>
                <w:sz w:val="20"/>
              </w:rPr>
              <w:t>Luftgekühlte Kältemaschine</w:t>
            </w:r>
          </w:p>
        </w:tc>
        <w:tc>
          <w:tcPr>
            <w:tcW w:w="1234" w:type="dxa"/>
            <w:tcBorders>
              <w:bottom w:val="single" w:sz="8" w:space="0" w:color="9B9B9B"/>
            </w:tcBorders>
            <w:shd w:val="clear" w:color="auto" w:fill="F0F0F0"/>
            <w:vAlign w:val="center"/>
          </w:tcPr>
          <w:p w14:paraId="1BA1E474" w14:textId="77777777" w:rsidR="00A806B2" w:rsidRPr="00A864B8" w:rsidRDefault="00000000">
            <w:pPr>
              <w:spacing w:before="20" w:after="10" w:line="240" w:lineRule="auto"/>
              <w:jc w:val="center"/>
            </w:pPr>
            <w:r w:rsidRPr="00A864B8">
              <w:rPr>
                <w:sz w:val="20"/>
              </w:rPr>
              <w:t>7</w:t>
            </w:r>
          </w:p>
        </w:tc>
        <w:tc>
          <w:tcPr>
            <w:tcW w:w="1234" w:type="dxa"/>
            <w:tcBorders>
              <w:bottom w:val="single" w:sz="8" w:space="0" w:color="9B9B9B"/>
            </w:tcBorders>
            <w:shd w:val="clear" w:color="auto" w:fill="F0F0F0"/>
            <w:vAlign w:val="center"/>
          </w:tcPr>
          <w:p w14:paraId="2CC5FC80" w14:textId="77777777" w:rsidR="00A806B2" w:rsidRPr="00A864B8" w:rsidRDefault="00000000">
            <w:pPr>
              <w:spacing w:before="20" w:after="10" w:line="240" w:lineRule="auto"/>
              <w:jc w:val="center"/>
            </w:pPr>
            <w:r w:rsidRPr="00A864B8">
              <w:rPr>
                <w:sz w:val="20"/>
              </w:rPr>
              <w:t>66 kWₜₕ</w:t>
            </w:r>
          </w:p>
        </w:tc>
        <w:tc>
          <w:tcPr>
            <w:tcW w:w="1234" w:type="dxa"/>
            <w:tcBorders>
              <w:bottom w:val="single" w:sz="8" w:space="0" w:color="9B9B9B"/>
            </w:tcBorders>
            <w:shd w:val="clear" w:color="auto" w:fill="F0F0F0"/>
            <w:vAlign w:val="center"/>
          </w:tcPr>
          <w:p w14:paraId="4274837B" w14:textId="77777777" w:rsidR="00A806B2" w:rsidRPr="00A864B8" w:rsidRDefault="00000000">
            <w:pPr>
              <w:spacing w:before="20" w:after="10" w:line="240" w:lineRule="auto"/>
              <w:jc w:val="center"/>
            </w:pPr>
            <w:r w:rsidRPr="00A864B8">
              <w:rPr>
                <w:sz w:val="20"/>
              </w:rPr>
              <w:t>22,4 MWh</w:t>
            </w:r>
          </w:p>
        </w:tc>
        <w:tc>
          <w:tcPr>
            <w:tcW w:w="1234" w:type="dxa"/>
            <w:tcBorders>
              <w:bottom w:val="single" w:sz="8" w:space="0" w:color="9B9B9B"/>
            </w:tcBorders>
            <w:shd w:val="clear" w:color="auto" w:fill="F0F0F0"/>
            <w:vAlign w:val="center"/>
          </w:tcPr>
          <w:p w14:paraId="0AE4DC61" w14:textId="77777777" w:rsidR="00A806B2" w:rsidRPr="00A864B8" w:rsidRDefault="00000000">
            <w:pPr>
              <w:spacing w:before="20" w:after="10" w:line="240" w:lineRule="auto"/>
              <w:jc w:val="center"/>
            </w:pPr>
            <w:r w:rsidRPr="00A864B8">
              <w:rPr>
                <w:sz w:val="20"/>
              </w:rPr>
              <w:t>2,5 MWh</w:t>
            </w:r>
          </w:p>
        </w:tc>
        <w:tc>
          <w:tcPr>
            <w:tcW w:w="1234" w:type="dxa"/>
            <w:tcBorders>
              <w:bottom w:val="single" w:sz="8" w:space="0" w:color="9B9B9B"/>
            </w:tcBorders>
            <w:shd w:val="clear" w:color="auto" w:fill="F0F0F0"/>
            <w:vAlign w:val="center"/>
          </w:tcPr>
          <w:p w14:paraId="08E72EC9"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27FA9BAE" w14:textId="77777777" w:rsidR="00A806B2" w:rsidRPr="00A864B8" w:rsidRDefault="00000000">
            <w:pPr>
              <w:spacing w:before="20" w:after="10" w:line="240" w:lineRule="auto"/>
              <w:jc w:val="center"/>
            </w:pPr>
            <w:r w:rsidRPr="00A864B8">
              <w:rPr>
                <w:sz w:val="20"/>
              </w:rPr>
              <w:t>9</w:t>
            </w:r>
          </w:p>
        </w:tc>
      </w:tr>
    </w:tbl>
    <w:p w14:paraId="487A5F99" w14:textId="77777777" w:rsidR="00A806B2" w:rsidRPr="00A864B8" w:rsidRDefault="00A806B2"/>
    <w:p w14:paraId="19B251FE" w14:textId="77777777" w:rsidR="00A806B2" w:rsidRPr="00A864B8" w:rsidRDefault="00000000">
      <w:pPr>
        <w:pStyle w:val="berschrift3"/>
      </w:pPr>
      <w:bookmarkStart w:id="102" w:name="_Toc240363502"/>
      <w:r w:rsidRPr="00A864B8">
        <w:rPr>
          <w:color w:val="000000"/>
          <w:sz w:val="32"/>
        </w:rPr>
        <w:t>5.1.2 Wärmenetz</w:t>
      </w:r>
      <w:bookmarkEnd w:id="102"/>
    </w:p>
    <w:p w14:paraId="690035D8" w14:textId="4F474394" w:rsidR="00A806B2" w:rsidRPr="00A864B8" w:rsidRDefault="00000000">
      <w:pPr>
        <w:jc w:val="both"/>
      </w:pPr>
      <w:r w:rsidRPr="00A864B8">
        <w:t xml:space="preserve">Die Wärmebilanz für das Wärmenetz ist in Tabelle </w:t>
      </w:r>
      <w:r w:rsidRPr="00A864B8">
        <w:fldChar w:fldCharType="begin"/>
      </w:r>
      <w:r w:rsidRPr="00A864B8">
        <w:instrText>REF netw_heat_demand_num \h</w:instrText>
      </w:r>
      <w:r w:rsidRPr="00A864B8">
        <w:fldChar w:fldCharType="separate"/>
      </w:r>
      <w:r w:rsidR="00F26332" w:rsidRPr="00A864B8">
        <w:t>15</w:t>
      </w:r>
      <w:r w:rsidRPr="00A864B8">
        <w:fldChar w:fldCharType="end"/>
      </w:r>
      <w:r w:rsidRPr="00A864B8">
        <w:t xml:space="preserve"> dargestellt. In der ersten Zeile der Tabelle ist der Wärmebezug der Gebäude aus dem Wärmenetz dargestellt (718 MWh, Maximalleistung: 516 kW). Der Wärmebezug der Gebäude ist Ausgangspunkt für die Berechnung der Wärmeeinspeisung an der Energiezentrale (letzte Zeile). Wärmeverluste vom Netz an den Erdboden erhöhen die notwendige Wärmeerzeugung an der Energiezentrale. Die Wärmeverluste des Wärmenetzes betragen 164 MWh und die über das Jahr maximal auftretende Verlustleistung beträgt 21,4 kW. Die sich ergebende jährliche Wärmeeinspeisung an der Energiezentrale beträgt somit 881 MWh mit einer Maximalleistung von 537 kW.</w:t>
      </w:r>
    </w:p>
    <w:p w14:paraId="481E7EA1" w14:textId="65251C06" w:rsidR="00A806B2" w:rsidRPr="00A864B8" w:rsidRDefault="00000000">
      <w:pPr>
        <w:pStyle w:val="CaptionStyle"/>
        <w:spacing w:before="40" w:after="0"/>
        <w:jc w:val="center"/>
        <w:rPr>
          <w:lang w:val="de-DE"/>
        </w:rPr>
      </w:pPr>
      <w:bookmarkStart w:id="103" w:name="_Toc240363543"/>
      <w:r w:rsidRPr="00A864B8">
        <w:rPr>
          <w:lang w:val="de-DE"/>
        </w:rPr>
        <w:t xml:space="preserve">Tabelle </w:t>
      </w:r>
      <w:bookmarkStart w:id="104" w:name="netw_heat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15</w:t>
      </w:r>
      <w:r w:rsidRPr="00A864B8">
        <w:rPr>
          <w:lang w:val="de-DE"/>
        </w:rPr>
        <w:fldChar w:fldCharType="end"/>
      </w:r>
      <w:bookmarkStart w:id="105" w:name="netw_heat_demand"/>
      <w:bookmarkEnd w:id="104"/>
      <w:bookmarkEnd w:id="105"/>
      <w:r w:rsidRPr="00A864B8">
        <w:rPr>
          <w:lang w:val="de-DE"/>
        </w:rPr>
        <w:t>: Variante 1: Wärmebilanz des Wärmenetzes</w:t>
      </w:r>
      <w:bookmarkEnd w:id="103"/>
    </w:p>
    <w:tbl>
      <w:tblPr>
        <w:tblW w:w="0" w:type="auto"/>
        <w:jc w:val="center"/>
        <w:tblLook w:val="04A0" w:firstRow="1" w:lastRow="0" w:firstColumn="1" w:lastColumn="0" w:noHBand="0" w:noVBand="1"/>
      </w:tblPr>
      <w:tblGrid>
        <w:gridCol w:w="2880"/>
        <w:gridCol w:w="2880"/>
        <w:gridCol w:w="2880"/>
      </w:tblGrid>
      <w:tr w:rsidR="00A806B2" w:rsidRPr="00A864B8" w14:paraId="53FFDC64" w14:textId="77777777">
        <w:trPr>
          <w:jc w:val="center"/>
        </w:trPr>
        <w:tc>
          <w:tcPr>
            <w:tcW w:w="2880" w:type="dxa"/>
            <w:tcBorders>
              <w:bottom w:val="single" w:sz="22" w:space="0" w:color="C00000"/>
            </w:tcBorders>
            <w:shd w:val="clear" w:color="auto" w:fill="343A40"/>
          </w:tcPr>
          <w:p w14:paraId="54ECB430"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17C97D24"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7D2908B"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7ECA72C0" w14:textId="77777777">
        <w:trPr>
          <w:jc w:val="center"/>
        </w:trPr>
        <w:tc>
          <w:tcPr>
            <w:tcW w:w="2880" w:type="dxa"/>
            <w:tcBorders>
              <w:bottom w:val="single" w:sz="8" w:space="0" w:color="9B9B9B"/>
            </w:tcBorders>
            <w:shd w:val="clear" w:color="auto" w:fill="F0F0F0"/>
            <w:vAlign w:val="center"/>
          </w:tcPr>
          <w:p w14:paraId="19B6D580" w14:textId="77777777" w:rsidR="00A806B2" w:rsidRPr="00A864B8" w:rsidRDefault="00000000">
            <w:pPr>
              <w:spacing w:before="20" w:after="10" w:line="240" w:lineRule="auto"/>
              <w:jc w:val="center"/>
            </w:pPr>
            <w:r w:rsidRPr="00A864B8">
              <w:rPr>
                <w:b/>
                <w:sz w:val="20"/>
              </w:rPr>
              <w:t>Wärmebezug aller Gebäude</w:t>
            </w:r>
          </w:p>
        </w:tc>
        <w:tc>
          <w:tcPr>
            <w:tcW w:w="2880" w:type="dxa"/>
            <w:tcBorders>
              <w:bottom w:val="single" w:sz="8" w:space="0" w:color="9B9B9B"/>
            </w:tcBorders>
            <w:shd w:val="clear" w:color="auto" w:fill="F0F0F0"/>
            <w:vAlign w:val="center"/>
          </w:tcPr>
          <w:p w14:paraId="16295BEE" w14:textId="77777777" w:rsidR="00A806B2" w:rsidRPr="00A864B8" w:rsidRDefault="00000000">
            <w:pPr>
              <w:spacing w:before="20" w:after="10" w:line="240" w:lineRule="auto"/>
              <w:jc w:val="center"/>
            </w:pPr>
            <w:r w:rsidRPr="00A864B8">
              <w:rPr>
                <w:b/>
                <w:sz w:val="20"/>
              </w:rPr>
              <w:t>718 MWh</w:t>
            </w:r>
          </w:p>
        </w:tc>
        <w:tc>
          <w:tcPr>
            <w:tcW w:w="2880" w:type="dxa"/>
            <w:tcBorders>
              <w:bottom w:val="single" w:sz="8" w:space="0" w:color="9B9B9B"/>
            </w:tcBorders>
            <w:shd w:val="clear" w:color="auto" w:fill="F0F0F0"/>
            <w:vAlign w:val="center"/>
          </w:tcPr>
          <w:p w14:paraId="4BB8776D" w14:textId="77777777" w:rsidR="00A806B2" w:rsidRPr="00A864B8" w:rsidRDefault="00000000">
            <w:pPr>
              <w:spacing w:before="20" w:after="10" w:line="240" w:lineRule="auto"/>
              <w:jc w:val="center"/>
            </w:pPr>
            <w:r w:rsidRPr="00A864B8">
              <w:rPr>
                <w:b/>
                <w:sz w:val="20"/>
              </w:rPr>
              <w:t>516 kW</w:t>
            </w:r>
          </w:p>
        </w:tc>
      </w:tr>
      <w:tr w:rsidR="00A806B2" w:rsidRPr="00A864B8" w14:paraId="686C0FFB" w14:textId="77777777">
        <w:trPr>
          <w:jc w:val="center"/>
        </w:trPr>
        <w:tc>
          <w:tcPr>
            <w:tcW w:w="2880" w:type="dxa"/>
            <w:tcBorders>
              <w:bottom w:val="single" w:sz="8" w:space="0" w:color="9B9B9B"/>
            </w:tcBorders>
            <w:shd w:val="clear" w:color="auto" w:fill="CFCFCF"/>
            <w:vAlign w:val="center"/>
          </w:tcPr>
          <w:p w14:paraId="37A12E01" w14:textId="77777777" w:rsidR="00A806B2" w:rsidRPr="00A864B8" w:rsidRDefault="00000000">
            <w:pPr>
              <w:spacing w:before="20" w:after="10" w:line="240" w:lineRule="auto"/>
              <w:jc w:val="center"/>
            </w:pPr>
            <w:r w:rsidRPr="00A864B8">
              <w:rPr>
                <w:sz w:val="20"/>
              </w:rPr>
              <w:t>Wärmeverluste</w:t>
            </w:r>
          </w:p>
        </w:tc>
        <w:tc>
          <w:tcPr>
            <w:tcW w:w="2880" w:type="dxa"/>
            <w:tcBorders>
              <w:bottom w:val="single" w:sz="8" w:space="0" w:color="9B9B9B"/>
            </w:tcBorders>
            <w:shd w:val="clear" w:color="auto" w:fill="CFCFCF"/>
            <w:vAlign w:val="center"/>
          </w:tcPr>
          <w:p w14:paraId="3D6EB8C0" w14:textId="77777777" w:rsidR="00A806B2" w:rsidRPr="00A864B8" w:rsidRDefault="00000000">
            <w:pPr>
              <w:spacing w:before="20" w:after="10" w:line="240" w:lineRule="auto"/>
              <w:jc w:val="center"/>
            </w:pPr>
            <w:r w:rsidRPr="00A864B8">
              <w:rPr>
                <w:sz w:val="20"/>
              </w:rPr>
              <w:t>+ 164 MWh</w:t>
            </w:r>
          </w:p>
        </w:tc>
        <w:tc>
          <w:tcPr>
            <w:tcW w:w="2880" w:type="dxa"/>
            <w:tcBorders>
              <w:bottom w:val="single" w:sz="8" w:space="0" w:color="9B9B9B"/>
            </w:tcBorders>
            <w:shd w:val="clear" w:color="auto" w:fill="CFCFCF"/>
            <w:vAlign w:val="center"/>
          </w:tcPr>
          <w:p w14:paraId="5BB2762A" w14:textId="77777777" w:rsidR="00A806B2" w:rsidRPr="00A864B8" w:rsidRDefault="00000000">
            <w:pPr>
              <w:spacing w:before="20" w:after="10" w:line="240" w:lineRule="auto"/>
              <w:jc w:val="center"/>
            </w:pPr>
            <w:r w:rsidRPr="00A864B8">
              <w:rPr>
                <w:sz w:val="20"/>
              </w:rPr>
              <w:t>21,4 kW</w:t>
            </w:r>
          </w:p>
        </w:tc>
      </w:tr>
      <w:tr w:rsidR="00A806B2" w:rsidRPr="00A864B8" w14:paraId="11729894" w14:textId="77777777">
        <w:trPr>
          <w:jc w:val="center"/>
        </w:trPr>
        <w:tc>
          <w:tcPr>
            <w:tcW w:w="2880" w:type="dxa"/>
            <w:tcBorders>
              <w:bottom w:val="single" w:sz="8" w:space="0" w:color="9B9B9B"/>
            </w:tcBorders>
            <w:shd w:val="clear" w:color="auto" w:fill="F0F0F0"/>
            <w:vAlign w:val="center"/>
          </w:tcPr>
          <w:p w14:paraId="14AE1183" w14:textId="77777777" w:rsidR="00A806B2" w:rsidRPr="00A864B8" w:rsidRDefault="00000000">
            <w:pPr>
              <w:spacing w:before="20" w:after="10" w:line="240" w:lineRule="auto"/>
              <w:jc w:val="center"/>
            </w:pPr>
            <w:r w:rsidRPr="00A864B8">
              <w:rPr>
                <w:b/>
                <w:sz w:val="20"/>
              </w:rPr>
              <w:t>Wärmeeinspeisung an Energiezentrale</w:t>
            </w:r>
          </w:p>
        </w:tc>
        <w:tc>
          <w:tcPr>
            <w:tcW w:w="2880" w:type="dxa"/>
            <w:tcBorders>
              <w:bottom w:val="single" w:sz="8" w:space="0" w:color="9B9B9B"/>
            </w:tcBorders>
            <w:shd w:val="clear" w:color="auto" w:fill="F0F0F0"/>
            <w:vAlign w:val="center"/>
          </w:tcPr>
          <w:p w14:paraId="74E295B2" w14:textId="77777777" w:rsidR="00A806B2" w:rsidRPr="00A864B8" w:rsidRDefault="00000000">
            <w:pPr>
              <w:spacing w:before="20" w:after="10" w:line="240" w:lineRule="auto"/>
              <w:jc w:val="center"/>
            </w:pPr>
            <w:r w:rsidRPr="00A864B8">
              <w:rPr>
                <w:b/>
                <w:sz w:val="20"/>
              </w:rPr>
              <w:t>881 MWh</w:t>
            </w:r>
          </w:p>
        </w:tc>
        <w:tc>
          <w:tcPr>
            <w:tcW w:w="2880" w:type="dxa"/>
            <w:tcBorders>
              <w:bottom w:val="single" w:sz="8" w:space="0" w:color="9B9B9B"/>
            </w:tcBorders>
            <w:shd w:val="clear" w:color="auto" w:fill="F0F0F0"/>
            <w:vAlign w:val="center"/>
          </w:tcPr>
          <w:p w14:paraId="3395B5F7" w14:textId="77777777" w:rsidR="00A806B2" w:rsidRPr="00A864B8" w:rsidRDefault="00000000">
            <w:pPr>
              <w:spacing w:before="20" w:after="10" w:line="240" w:lineRule="auto"/>
              <w:jc w:val="center"/>
            </w:pPr>
            <w:r w:rsidRPr="00A864B8">
              <w:rPr>
                <w:b/>
                <w:sz w:val="20"/>
              </w:rPr>
              <w:t>537 kW</w:t>
            </w:r>
          </w:p>
        </w:tc>
      </w:tr>
    </w:tbl>
    <w:p w14:paraId="7454230E" w14:textId="77777777" w:rsidR="00A806B2" w:rsidRPr="00A864B8" w:rsidRDefault="00A806B2"/>
    <w:p w14:paraId="5AD1C041" w14:textId="50C50BF5" w:rsidR="00A806B2" w:rsidRPr="00A864B8" w:rsidRDefault="00000000">
      <w:pPr>
        <w:jc w:val="both"/>
      </w:pPr>
      <w:r w:rsidRPr="00A864B8">
        <w:t xml:space="preserve">Die Kältebilanz für das Wärmenetz ist in Tabelle </w:t>
      </w:r>
      <w:r w:rsidRPr="00A864B8">
        <w:fldChar w:fldCharType="begin"/>
      </w:r>
      <w:r w:rsidRPr="00A864B8">
        <w:instrText>REF netw_cool_demand_num \h</w:instrText>
      </w:r>
      <w:r w:rsidRPr="00A864B8">
        <w:fldChar w:fldCharType="separate"/>
      </w:r>
      <w:r w:rsidR="00F26332" w:rsidRPr="00A864B8">
        <w:t>16</w:t>
      </w:r>
      <w:r w:rsidRPr="00A864B8">
        <w:fldChar w:fldCharType="end"/>
      </w:r>
      <w:r w:rsidRPr="00A864B8">
        <w:t xml:space="preserve"> dargestellt.</w:t>
      </w:r>
    </w:p>
    <w:p w14:paraId="3BC9544E" w14:textId="4122482B" w:rsidR="00A806B2" w:rsidRPr="00A864B8" w:rsidRDefault="00000000">
      <w:pPr>
        <w:pStyle w:val="CaptionStyle"/>
        <w:spacing w:before="40" w:after="0"/>
        <w:jc w:val="center"/>
        <w:rPr>
          <w:lang w:val="de-DE"/>
        </w:rPr>
      </w:pPr>
      <w:bookmarkStart w:id="106" w:name="_Toc240363544"/>
      <w:r w:rsidRPr="00A864B8">
        <w:rPr>
          <w:lang w:val="de-DE"/>
        </w:rPr>
        <w:t xml:space="preserve">Tabelle </w:t>
      </w:r>
      <w:bookmarkStart w:id="107" w:name="netw_cool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16</w:t>
      </w:r>
      <w:r w:rsidRPr="00A864B8">
        <w:rPr>
          <w:lang w:val="de-DE"/>
        </w:rPr>
        <w:fldChar w:fldCharType="end"/>
      </w:r>
      <w:bookmarkStart w:id="108" w:name="netw_cool_demand"/>
      <w:bookmarkEnd w:id="107"/>
      <w:bookmarkEnd w:id="108"/>
      <w:r w:rsidRPr="00A864B8">
        <w:rPr>
          <w:lang w:val="de-DE"/>
        </w:rPr>
        <w:t>: Variante 1: Kältebilanz des Wärmenetzes</w:t>
      </w:r>
      <w:bookmarkEnd w:id="106"/>
    </w:p>
    <w:tbl>
      <w:tblPr>
        <w:tblW w:w="0" w:type="auto"/>
        <w:jc w:val="center"/>
        <w:tblLook w:val="04A0" w:firstRow="1" w:lastRow="0" w:firstColumn="1" w:lastColumn="0" w:noHBand="0" w:noVBand="1"/>
      </w:tblPr>
      <w:tblGrid>
        <w:gridCol w:w="2880"/>
        <w:gridCol w:w="2880"/>
        <w:gridCol w:w="2880"/>
      </w:tblGrid>
      <w:tr w:rsidR="00A806B2" w:rsidRPr="00A864B8" w14:paraId="64010AE7" w14:textId="77777777">
        <w:trPr>
          <w:jc w:val="center"/>
        </w:trPr>
        <w:tc>
          <w:tcPr>
            <w:tcW w:w="2880" w:type="dxa"/>
            <w:tcBorders>
              <w:bottom w:val="single" w:sz="22" w:space="0" w:color="C00000"/>
            </w:tcBorders>
            <w:shd w:val="clear" w:color="auto" w:fill="343A40"/>
          </w:tcPr>
          <w:p w14:paraId="35B4143F"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58797B8B"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47856859"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5D8AF0DE" w14:textId="77777777">
        <w:trPr>
          <w:jc w:val="center"/>
        </w:trPr>
        <w:tc>
          <w:tcPr>
            <w:tcW w:w="2880" w:type="dxa"/>
            <w:tcBorders>
              <w:bottom w:val="single" w:sz="8" w:space="0" w:color="9B9B9B"/>
            </w:tcBorders>
            <w:shd w:val="clear" w:color="auto" w:fill="F0F0F0"/>
            <w:vAlign w:val="center"/>
          </w:tcPr>
          <w:p w14:paraId="170C2154" w14:textId="77777777" w:rsidR="00A806B2" w:rsidRPr="00A864B8" w:rsidRDefault="00000000">
            <w:pPr>
              <w:spacing w:before="20" w:after="10" w:line="240" w:lineRule="auto"/>
              <w:jc w:val="center"/>
            </w:pPr>
            <w:r w:rsidRPr="00A864B8">
              <w:rPr>
                <w:b/>
                <w:sz w:val="20"/>
              </w:rPr>
              <w:t>Abwärmeeinspeisung ins Wärmenetz</w:t>
            </w:r>
          </w:p>
        </w:tc>
        <w:tc>
          <w:tcPr>
            <w:tcW w:w="2880" w:type="dxa"/>
            <w:tcBorders>
              <w:bottom w:val="single" w:sz="8" w:space="0" w:color="9B9B9B"/>
            </w:tcBorders>
            <w:shd w:val="clear" w:color="auto" w:fill="F0F0F0"/>
            <w:vAlign w:val="center"/>
          </w:tcPr>
          <w:p w14:paraId="47674C16" w14:textId="77777777" w:rsidR="00A806B2" w:rsidRPr="00A864B8" w:rsidRDefault="00000000">
            <w:pPr>
              <w:spacing w:before="20" w:after="10" w:line="240" w:lineRule="auto"/>
              <w:jc w:val="center"/>
            </w:pPr>
            <w:r w:rsidRPr="00A864B8">
              <w:rPr>
                <w:b/>
                <w:sz w:val="20"/>
              </w:rPr>
              <w:t>0 MWh</w:t>
            </w:r>
          </w:p>
        </w:tc>
        <w:tc>
          <w:tcPr>
            <w:tcW w:w="2880" w:type="dxa"/>
            <w:tcBorders>
              <w:bottom w:val="single" w:sz="8" w:space="0" w:color="9B9B9B"/>
            </w:tcBorders>
            <w:shd w:val="clear" w:color="auto" w:fill="F0F0F0"/>
            <w:vAlign w:val="center"/>
          </w:tcPr>
          <w:p w14:paraId="60DEC726" w14:textId="77777777" w:rsidR="00A806B2" w:rsidRPr="00A864B8" w:rsidRDefault="00000000">
            <w:pPr>
              <w:spacing w:before="20" w:after="10" w:line="240" w:lineRule="auto"/>
              <w:jc w:val="center"/>
            </w:pPr>
            <w:r w:rsidRPr="00A864B8">
              <w:rPr>
                <w:b/>
                <w:sz w:val="20"/>
              </w:rPr>
              <w:t>0 kW</w:t>
            </w:r>
          </w:p>
        </w:tc>
      </w:tr>
    </w:tbl>
    <w:p w14:paraId="36475C5A" w14:textId="77777777" w:rsidR="00A806B2" w:rsidRPr="00A864B8" w:rsidRDefault="00A806B2"/>
    <w:p w14:paraId="6AAEAB28" w14:textId="277883E7" w:rsidR="00A806B2" w:rsidRPr="00A864B8" w:rsidRDefault="00000000">
      <w:pPr>
        <w:jc w:val="both"/>
      </w:pPr>
      <w:r w:rsidRPr="00A864B8">
        <w:t xml:space="preserve">Wie in Tabelle </w:t>
      </w:r>
      <w:r w:rsidRPr="00A864B8">
        <w:fldChar w:fldCharType="begin"/>
      </w:r>
      <w:r w:rsidRPr="00A864B8">
        <w:instrText>REF netw_elec_demand_num \h</w:instrText>
      </w:r>
      <w:r w:rsidRPr="00A864B8">
        <w:fldChar w:fldCharType="separate"/>
      </w:r>
      <w:r w:rsidR="00F26332" w:rsidRPr="00A864B8">
        <w:t>17</w:t>
      </w:r>
      <w:r w:rsidRPr="00A864B8">
        <w:fldChar w:fldCharType="end"/>
      </w:r>
      <w:r w:rsidRPr="00A864B8">
        <w:t xml:space="preserve"> dargestellt setzt sich der Gesamtstrombedarf des Quartiers aus dem Strombedarf der Gebäude und dem Strombedarf für die Umwälzpumpen des Wärmenetzes zusammen. Der Stromeinsatz für die Umwälzpumpen beträgt 6,7 MWh mit einer maximal auftretenden Leistung von 4,9 kW. Der gesamte Strombedarf des Quartiersenergiesystems ergibt sich zu 531 MWh.</w:t>
      </w:r>
    </w:p>
    <w:p w14:paraId="49E8FBCA" w14:textId="04899F36" w:rsidR="00A806B2" w:rsidRPr="00A864B8" w:rsidRDefault="00000000">
      <w:pPr>
        <w:pStyle w:val="CaptionStyle"/>
        <w:spacing w:before="40" w:after="0"/>
        <w:jc w:val="center"/>
        <w:rPr>
          <w:lang w:val="de-DE"/>
        </w:rPr>
      </w:pPr>
      <w:bookmarkStart w:id="109" w:name="_Toc240363545"/>
      <w:r w:rsidRPr="00A864B8">
        <w:rPr>
          <w:lang w:val="de-DE"/>
        </w:rPr>
        <w:t xml:space="preserve">Tabelle </w:t>
      </w:r>
      <w:bookmarkStart w:id="110" w:name="netw_elec_demand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17</w:t>
      </w:r>
      <w:r w:rsidRPr="00A864B8">
        <w:rPr>
          <w:lang w:val="de-DE"/>
        </w:rPr>
        <w:fldChar w:fldCharType="end"/>
      </w:r>
      <w:bookmarkStart w:id="111" w:name="netw_elec_demand"/>
      <w:bookmarkEnd w:id="110"/>
      <w:bookmarkEnd w:id="111"/>
      <w:r w:rsidRPr="00A864B8">
        <w:rPr>
          <w:lang w:val="de-DE"/>
        </w:rPr>
        <w:t>: Variante 1: Strombilanz des Quartiers</w:t>
      </w:r>
      <w:bookmarkEnd w:id="109"/>
    </w:p>
    <w:tbl>
      <w:tblPr>
        <w:tblW w:w="0" w:type="auto"/>
        <w:jc w:val="center"/>
        <w:tblLook w:val="04A0" w:firstRow="1" w:lastRow="0" w:firstColumn="1" w:lastColumn="0" w:noHBand="0" w:noVBand="1"/>
      </w:tblPr>
      <w:tblGrid>
        <w:gridCol w:w="2880"/>
        <w:gridCol w:w="2880"/>
        <w:gridCol w:w="2880"/>
      </w:tblGrid>
      <w:tr w:rsidR="00A806B2" w:rsidRPr="00A864B8" w14:paraId="3D7F1F07" w14:textId="77777777">
        <w:trPr>
          <w:jc w:val="center"/>
        </w:trPr>
        <w:tc>
          <w:tcPr>
            <w:tcW w:w="2880" w:type="dxa"/>
            <w:tcBorders>
              <w:bottom w:val="single" w:sz="22" w:space="0" w:color="C00000"/>
            </w:tcBorders>
            <w:shd w:val="clear" w:color="auto" w:fill="343A40"/>
          </w:tcPr>
          <w:p w14:paraId="0A10618F"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17B5104"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62DFC46B"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18B6753F" w14:textId="77777777">
        <w:trPr>
          <w:jc w:val="center"/>
        </w:trPr>
        <w:tc>
          <w:tcPr>
            <w:tcW w:w="2880" w:type="dxa"/>
            <w:tcBorders>
              <w:bottom w:val="single" w:sz="8" w:space="0" w:color="9B9B9B"/>
            </w:tcBorders>
            <w:shd w:val="clear" w:color="auto" w:fill="F0F0F0"/>
            <w:vAlign w:val="center"/>
          </w:tcPr>
          <w:p w14:paraId="50D6276F" w14:textId="77777777" w:rsidR="00A806B2" w:rsidRPr="00A864B8" w:rsidRDefault="00000000">
            <w:pPr>
              <w:spacing w:before="20" w:after="10" w:line="240" w:lineRule="auto"/>
              <w:jc w:val="center"/>
            </w:pPr>
            <w:r w:rsidRPr="00A864B8">
              <w:rPr>
                <w:b/>
                <w:sz w:val="20"/>
              </w:rPr>
              <w:t>Strombezug aller Gebäude</w:t>
            </w:r>
          </w:p>
        </w:tc>
        <w:tc>
          <w:tcPr>
            <w:tcW w:w="2880" w:type="dxa"/>
            <w:tcBorders>
              <w:bottom w:val="single" w:sz="8" w:space="0" w:color="9B9B9B"/>
            </w:tcBorders>
            <w:shd w:val="clear" w:color="auto" w:fill="F0F0F0"/>
            <w:vAlign w:val="center"/>
          </w:tcPr>
          <w:p w14:paraId="42B3A9A3" w14:textId="77777777" w:rsidR="00A806B2" w:rsidRPr="00A864B8" w:rsidRDefault="00000000">
            <w:pPr>
              <w:spacing w:before="20" w:after="10" w:line="240" w:lineRule="auto"/>
              <w:jc w:val="center"/>
            </w:pPr>
            <w:r w:rsidRPr="00A864B8">
              <w:rPr>
                <w:b/>
                <w:sz w:val="20"/>
              </w:rPr>
              <w:t>524 MWh</w:t>
            </w:r>
          </w:p>
        </w:tc>
        <w:tc>
          <w:tcPr>
            <w:tcW w:w="2880" w:type="dxa"/>
            <w:tcBorders>
              <w:bottom w:val="single" w:sz="8" w:space="0" w:color="9B9B9B"/>
            </w:tcBorders>
            <w:shd w:val="clear" w:color="auto" w:fill="F0F0F0"/>
            <w:vAlign w:val="center"/>
          </w:tcPr>
          <w:p w14:paraId="017FA3AB" w14:textId="77777777" w:rsidR="00A806B2" w:rsidRPr="00A864B8" w:rsidRDefault="00000000">
            <w:pPr>
              <w:spacing w:before="20" w:after="10" w:line="240" w:lineRule="auto"/>
              <w:jc w:val="center"/>
            </w:pPr>
            <w:r w:rsidRPr="00A864B8">
              <w:rPr>
                <w:b/>
                <w:sz w:val="20"/>
              </w:rPr>
              <w:t> </w:t>
            </w:r>
          </w:p>
        </w:tc>
      </w:tr>
      <w:tr w:rsidR="00A806B2" w:rsidRPr="00A864B8" w14:paraId="74E7BEA8" w14:textId="77777777">
        <w:trPr>
          <w:jc w:val="center"/>
        </w:trPr>
        <w:tc>
          <w:tcPr>
            <w:tcW w:w="2880" w:type="dxa"/>
            <w:tcBorders>
              <w:bottom w:val="single" w:sz="8" w:space="0" w:color="9B9B9B"/>
            </w:tcBorders>
            <w:shd w:val="clear" w:color="auto" w:fill="CFCFCF"/>
            <w:vAlign w:val="center"/>
          </w:tcPr>
          <w:p w14:paraId="2ABCA61D" w14:textId="77777777" w:rsidR="00A806B2" w:rsidRPr="00A864B8" w:rsidRDefault="00000000">
            <w:pPr>
              <w:spacing w:before="20" w:after="10" w:line="240" w:lineRule="auto"/>
              <w:jc w:val="center"/>
            </w:pPr>
            <w:r w:rsidRPr="00A864B8">
              <w:rPr>
                <w:sz w:val="20"/>
              </w:rPr>
              <w:t>Pumparbeit</w:t>
            </w:r>
          </w:p>
        </w:tc>
        <w:tc>
          <w:tcPr>
            <w:tcW w:w="2880" w:type="dxa"/>
            <w:tcBorders>
              <w:bottom w:val="single" w:sz="8" w:space="0" w:color="9B9B9B"/>
            </w:tcBorders>
            <w:shd w:val="clear" w:color="auto" w:fill="CFCFCF"/>
            <w:vAlign w:val="center"/>
          </w:tcPr>
          <w:p w14:paraId="223D7CAB" w14:textId="77777777" w:rsidR="00A806B2" w:rsidRPr="00A864B8" w:rsidRDefault="00000000">
            <w:pPr>
              <w:spacing w:before="20" w:after="10" w:line="240" w:lineRule="auto"/>
              <w:jc w:val="center"/>
            </w:pPr>
            <w:r w:rsidRPr="00A864B8">
              <w:rPr>
                <w:sz w:val="20"/>
              </w:rPr>
              <w:t>+ 6,7 MWh</w:t>
            </w:r>
          </w:p>
        </w:tc>
        <w:tc>
          <w:tcPr>
            <w:tcW w:w="2880" w:type="dxa"/>
            <w:tcBorders>
              <w:bottom w:val="single" w:sz="8" w:space="0" w:color="9B9B9B"/>
            </w:tcBorders>
            <w:shd w:val="clear" w:color="auto" w:fill="CFCFCF"/>
            <w:vAlign w:val="center"/>
          </w:tcPr>
          <w:p w14:paraId="2BE46AF3" w14:textId="77777777" w:rsidR="00A806B2" w:rsidRPr="00A864B8" w:rsidRDefault="00000000">
            <w:pPr>
              <w:spacing w:before="20" w:after="10" w:line="240" w:lineRule="auto"/>
              <w:jc w:val="center"/>
            </w:pPr>
            <w:r w:rsidRPr="00A864B8">
              <w:rPr>
                <w:sz w:val="20"/>
              </w:rPr>
              <w:t>4,9 kW</w:t>
            </w:r>
          </w:p>
        </w:tc>
      </w:tr>
      <w:tr w:rsidR="00A806B2" w:rsidRPr="00A864B8" w14:paraId="06EBE8AF" w14:textId="77777777">
        <w:trPr>
          <w:jc w:val="center"/>
        </w:trPr>
        <w:tc>
          <w:tcPr>
            <w:tcW w:w="2880" w:type="dxa"/>
            <w:tcBorders>
              <w:bottom w:val="single" w:sz="8" w:space="0" w:color="9B9B9B"/>
            </w:tcBorders>
            <w:shd w:val="clear" w:color="auto" w:fill="F0F0F0"/>
            <w:vAlign w:val="center"/>
          </w:tcPr>
          <w:p w14:paraId="798A3B6F" w14:textId="77777777" w:rsidR="00A806B2" w:rsidRPr="00A864B8" w:rsidRDefault="00000000">
            <w:pPr>
              <w:spacing w:before="20" w:after="10" w:line="240" w:lineRule="auto"/>
              <w:jc w:val="center"/>
            </w:pPr>
            <w:r w:rsidRPr="00A864B8">
              <w:rPr>
                <w:b/>
                <w:sz w:val="20"/>
              </w:rPr>
              <w:t>Strombedarf Quartier</w:t>
            </w:r>
          </w:p>
        </w:tc>
        <w:tc>
          <w:tcPr>
            <w:tcW w:w="2880" w:type="dxa"/>
            <w:tcBorders>
              <w:bottom w:val="single" w:sz="8" w:space="0" w:color="9B9B9B"/>
            </w:tcBorders>
            <w:shd w:val="clear" w:color="auto" w:fill="F0F0F0"/>
            <w:vAlign w:val="center"/>
          </w:tcPr>
          <w:p w14:paraId="4717186B" w14:textId="77777777" w:rsidR="00A806B2" w:rsidRPr="00A864B8" w:rsidRDefault="00000000">
            <w:pPr>
              <w:spacing w:before="20" w:after="10" w:line="240" w:lineRule="auto"/>
              <w:jc w:val="center"/>
            </w:pPr>
            <w:r w:rsidRPr="00A864B8">
              <w:rPr>
                <w:b/>
                <w:sz w:val="20"/>
              </w:rPr>
              <w:t>531 MWh</w:t>
            </w:r>
          </w:p>
        </w:tc>
        <w:tc>
          <w:tcPr>
            <w:tcW w:w="2880" w:type="dxa"/>
            <w:tcBorders>
              <w:bottom w:val="single" w:sz="8" w:space="0" w:color="9B9B9B"/>
            </w:tcBorders>
            <w:shd w:val="clear" w:color="auto" w:fill="F0F0F0"/>
            <w:vAlign w:val="center"/>
          </w:tcPr>
          <w:p w14:paraId="5C10ADE4" w14:textId="77777777" w:rsidR="00A806B2" w:rsidRPr="00A864B8" w:rsidRDefault="00000000">
            <w:pPr>
              <w:spacing w:before="20" w:after="10" w:line="240" w:lineRule="auto"/>
              <w:jc w:val="center"/>
            </w:pPr>
            <w:r w:rsidRPr="00A864B8">
              <w:rPr>
                <w:b/>
                <w:sz w:val="20"/>
              </w:rPr>
              <w:t> </w:t>
            </w:r>
          </w:p>
        </w:tc>
      </w:tr>
    </w:tbl>
    <w:p w14:paraId="234A47C9" w14:textId="77777777" w:rsidR="00A806B2" w:rsidRPr="00A864B8" w:rsidRDefault="00A806B2"/>
    <w:p w14:paraId="73B0A50F" w14:textId="2F7E7DBC" w:rsidR="00A806B2" w:rsidRPr="00A864B8" w:rsidRDefault="00000000">
      <w:pPr>
        <w:jc w:val="both"/>
      </w:pPr>
      <w:r w:rsidRPr="00A864B8">
        <w:t xml:space="preserve">Wesentliche Kennzahlen für das Wärmenetz sind in Tabelle </w:t>
      </w:r>
      <w:r w:rsidRPr="00A864B8">
        <w:fldChar w:fldCharType="begin"/>
      </w:r>
      <w:r w:rsidRPr="00A864B8">
        <w:instrText>REF netw_properties_num \h</w:instrText>
      </w:r>
      <w:r w:rsidRPr="00A864B8">
        <w:fldChar w:fldCharType="separate"/>
      </w:r>
      <w:r w:rsidR="00F26332" w:rsidRPr="00A864B8">
        <w:t>18</w:t>
      </w:r>
      <w:r w:rsidRPr="00A864B8">
        <w:fldChar w:fldCharType="end"/>
      </w:r>
      <w:r w:rsidRPr="00A864B8">
        <w:t xml:space="preserve"> dargestellt. Die Trassenlänge des Wärmenetzes beträgt 1,4 km, wovon 0,78 km auf Verteilleitungen und 0,62 km auf Hausanschlüsse entfallen. Der kleinste Rohrdurchmesser beträgt DN25 und der größte DN65. Die Vorlauftemperatur im Wärmenetz wird zu 75 °C (konstant) und die Rücklauftemperatur zu 55 °C (konstant) angenommen. Das Wärmeträgerfluid im Netz trägt zur thermischen Trägheit des Gesamtsystems bei, welches proportional zum Wasservolumen ansteigt. Aus den Netzlängen und Rohrdurchmessern ergibt sich das Wasservolumen des Wärmenetzes zu insgesamt 4,2 m³ (Summe aus Vor- und Rücklauf), was einer Wassermasse von 4,1 t entspricht. Zur wirtschaftlichen Beurteilung, ob ein Wärmenetz wirtschaftlich sinnvoll ist, kann für eine erste Abschätzung die Wärmeliniendichte herangezogen werden. Die Wärmeliniendichte ergibt sich als Quotient der in das Wärmenetz eingespeisten Wärme und der Trassenlänge des Wärmenetzes (1,4 km). Für klassische Nahwärmenetze deuten Wärmeliniendichten oberhalb von 1,5 MWh/m darauf hin, dass die Errichtung eines Wärmenetzes wirtschaftlich sinnvoll sein kann. Für kalte Nahwärmenetze gelten geringere Richtwerte. Für das betrachtete Gebiet ergibt sich eine Wärmeliniendichte von 0,51 MWh/m.</w:t>
      </w:r>
    </w:p>
    <w:p w14:paraId="5AB935BF" w14:textId="3BD09486" w:rsidR="00A806B2" w:rsidRPr="00A864B8" w:rsidRDefault="00000000">
      <w:pPr>
        <w:pStyle w:val="CaptionStyle"/>
        <w:spacing w:before="40" w:after="0"/>
        <w:jc w:val="center"/>
        <w:rPr>
          <w:lang w:val="de-DE"/>
        </w:rPr>
      </w:pPr>
      <w:bookmarkStart w:id="112" w:name="_Toc240363546"/>
      <w:r w:rsidRPr="00A864B8">
        <w:rPr>
          <w:lang w:val="de-DE"/>
        </w:rPr>
        <w:t xml:space="preserve">Tabelle </w:t>
      </w:r>
      <w:bookmarkStart w:id="113" w:name="netw_propertie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18</w:t>
      </w:r>
      <w:r w:rsidRPr="00A864B8">
        <w:rPr>
          <w:lang w:val="de-DE"/>
        </w:rPr>
        <w:fldChar w:fldCharType="end"/>
      </w:r>
      <w:bookmarkStart w:id="114" w:name="netw_properties"/>
      <w:bookmarkEnd w:id="113"/>
      <w:bookmarkEnd w:id="114"/>
      <w:r w:rsidRPr="00A864B8">
        <w:rPr>
          <w:lang w:val="de-DE"/>
        </w:rPr>
        <w:t>: Variante 1: Eigenschaften des Wärmenetzes</w:t>
      </w:r>
      <w:bookmarkEnd w:id="112"/>
    </w:p>
    <w:tbl>
      <w:tblPr>
        <w:tblW w:w="0" w:type="auto"/>
        <w:jc w:val="center"/>
        <w:tblLook w:val="04A0" w:firstRow="1" w:lastRow="0" w:firstColumn="1" w:lastColumn="0" w:noHBand="0" w:noVBand="1"/>
      </w:tblPr>
      <w:tblGrid>
        <w:gridCol w:w="4320"/>
        <w:gridCol w:w="4320"/>
      </w:tblGrid>
      <w:tr w:rsidR="00A806B2" w:rsidRPr="00A864B8" w14:paraId="05FE5E8B" w14:textId="77777777">
        <w:trPr>
          <w:jc w:val="center"/>
        </w:trPr>
        <w:tc>
          <w:tcPr>
            <w:tcW w:w="4320" w:type="dxa"/>
            <w:tcBorders>
              <w:bottom w:val="single" w:sz="22" w:space="0" w:color="C00000"/>
            </w:tcBorders>
            <w:shd w:val="clear" w:color="auto" w:fill="343A40"/>
          </w:tcPr>
          <w:p w14:paraId="0E4FBFA0" w14:textId="77777777" w:rsidR="00A806B2" w:rsidRPr="00A864B8" w:rsidRDefault="00000000">
            <w:pPr>
              <w:spacing w:before="20" w:after="10" w:line="240" w:lineRule="auto"/>
              <w:jc w:val="center"/>
            </w:pPr>
            <w:r w:rsidRPr="00A864B8">
              <w:rPr>
                <w:color w:val="FFFFFF"/>
                <w:sz w:val="20"/>
              </w:rPr>
              <w:t>Netzeigenschaften</w:t>
            </w:r>
          </w:p>
        </w:tc>
        <w:tc>
          <w:tcPr>
            <w:tcW w:w="4320" w:type="dxa"/>
            <w:tcBorders>
              <w:bottom w:val="single" w:sz="22" w:space="0" w:color="C00000"/>
            </w:tcBorders>
            <w:shd w:val="clear" w:color="auto" w:fill="343A40"/>
          </w:tcPr>
          <w:p w14:paraId="24770B6F" w14:textId="77777777" w:rsidR="00A806B2" w:rsidRPr="00A864B8" w:rsidRDefault="00000000">
            <w:pPr>
              <w:spacing w:before="20" w:after="10" w:line="240" w:lineRule="auto"/>
              <w:jc w:val="center"/>
            </w:pPr>
            <w:r w:rsidRPr="00A864B8">
              <w:rPr>
                <w:color w:val="FFFFFF"/>
                <w:sz w:val="20"/>
              </w:rPr>
              <w:t> </w:t>
            </w:r>
          </w:p>
        </w:tc>
      </w:tr>
      <w:tr w:rsidR="00A806B2" w:rsidRPr="00A864B8" w14:paraId="541CC5F6" w14:textId="77777777">
        <w:trPr>
          <w:jc w:val="center"/>
        </w:trPr>
        <w:tc>
          <w:tcPr>
            <w:tcW w:w="4320" w:type="dxa"/>
            <w:tcBorders>
              <w:bottom w:val="single" w:sz="8" w:space="0" w:color="9B9B9B"/>
            </w:tcBorders>
            <w:shd w:val="clear" w:color="auto" w:fill="F0F0F0"/>
            <w:vAlign w:val="center"/>
          </w:tcPr>
          <w:p w14:paraId="0A7DBD56" w14:textId="77777777" w:rsidR="00A806B2" w:rsidRPr="00A864B8" w:rsidRDefault="00000000">
            <w:pPr>
              <w:spacing w:before="20" w:after="10" w:line="240" w:lineRule="auto"/>
              <w:jc w:val="center"/>
            </w:pPr>
            <w:r w:rsidRPr="00A864B8">
              <w:rPr>
                <w:sz w:val="20"/>
              </w:rPr>
              <w:t>Trassenlänge</w:t>
            </w:r>
          </w:p>
        </w:tc>
        <w:tc>
          <w:tcPr>
            <w:tcW w:w="4320" w:type="dxa"/>
            <w:tcBorders>
              <w:bottom w:val="single" w:sz="8" w:space="0" w:color="9B9B9B"/>
            </w:tcBorders>
            <w:shd w:val="clear" w:color="auto" w:fill="F0F0F0"/>
            <w:vAlign w:val="center"/>
          </w:tcPr>
          <w:p w14:paraId="14D5409F" w14:textId="77777777" w:rsidR="00A806B2" w:rsidRPr="00A864B8" w:rsidRDefault="00000000">
            <w:pPr>
              <w:spacing w:before="20" w:after="10" w:line="240" w:lineRule="auto"/>
              <w:jc w:val="center"/>
            </w:pPr>
            <w:r w:rsidRPr="00A864B8">
              <w:rPr>
                <w:sz w:val="20"/>
              </w:rPr>
              <w:t>1,4 km</w:t>
            </w:r>
          </w:p>
        </w:tc>
      </w:tr>
      <w:tr w:rsidR="00A806B2" w:rsidRPr="00A864B8" w14:paraId="519A7458" w14:textId="77777777">
        <w:trPr>
          <w:jc w:val="center"/>
        </w:trPr>
        <w:tc>
          <w:tcPr>
            <w:tcW w:w="4320" w:type="dxa"/>
            <w:tcBorders>
              <w:bottom w:val="single" w:sz="8" w:space="0" w:color="9B9B9B"/>
            </w:tcBorders>
            <w:shd w:val="clear" w:color="auto" w:fill="CFCFCF"/>
            <w:vAlign w:val="center"/>
          </w:tcPr>
          <w:p w14:paraId="6EE36307" w14:textId="77777777" w:rsidR="00A806B2" w:rsidRPr="00A864B8" w:rsidRDefault="00000000">
            <w:pPr>
              <w:spacing w:before="20" w:after="10" w:line="240" w:lineRule="auto"/>
              <w:jc w:val="center"/>
            </w:pPr>
            <w:r w:rsidRPr="00A864B8">
              <w:rPr>
                <w:sz w:val="20"/>
              </w:rPr>
              <w:t>davon Verteilleitungen</w:t>
            </w:r>
          </w:p>
        </w:tc>
        <w:tc>
          <w:tcPr>
            <w:tcW w:w="4320" w:type="dxa"/>
            <w:tcBorders>
              <w:bottom w:val="single" w:sz="8" w:space="0" w:color="9B9B9B"/>
            </w:tcBorders>
            <w:shd w:val="clear" w:color="auto" w:fill="CFCFCF"/>
            <w:vAlign w:val="center"/>
          </w:tcPr>
          <w:p w14:paraId="245AFCA1" w14:textId="77777777" w:rsidR="00A806B2" w:rsidRPr="00A864B8" w:rsidRDefault="00000000">
            <w:pPr>
              <w:spacing w:before="20" w:after="10" w:line="240" w:lineRule="auto"/>
              <w:jc w:val="center"/>
            </w:pPr>
            <w:r w:rsidRPr="00A864B8">
              <w:rPr>
                <w:sz w:val="20"/>
              </w:rPr>
              <w:t>0,78 km</w:t>
            </w:r>
          </w:p>
        </w:tc>
      </w:tr>
      <w:tr w:rsidR="00A806B2" w:rsidRPr="00A864B8" w14:paraId="36D44A94" w14:textId="77777777">
        <w:trPr>
          <w:jc w:val="center"/>
        </w:trPr>
        <w:tc>
          <w:tcPr>
            <w:tcW w:w="4320" w:type="dxa"/>
            <w:tcBorders>
              <w:bottom w:val="single" w:sz="8" w:space="0" w:color="9B9B9B"/>
            </w:tcBorders>
            <w:shd w:val="clear" w:color="auto" w:fill="F0F0F0"/>
            <w:vAlign w:val="center"/>
          </w:tcPr>
          <w:p w14:paraId="2D6E353A" w14:textId="77777777" w:rsidR="00A806B2" w:rsidRPr="00A864B8" w:rsidRDefault="00000000">
            <w:pPr>
              <w:spacing w:before="20" w:after="10" w:line="240" w:lineRule="auto"/>
              <w:jc w:val="center"/>
            </w:pPr>
            <w:r w:rsidRPr="00A864B8">
              <w:rPr>
                <w:sz w:val="20"/>
              </w:rPr>
              <w:t>davon Hausanschlüsse</w:t>
            </w:r>
          </w:p>
        </w:tc>
        <w:tc>
          <w:tcPr>
            <w:tcW w:w="4320" w:type="dxa"/>
            <w:tcBorders>
              <w:bottom w:val="single" w:sz="8" w:space="0" w:color="9B9B9B"/>
            </w:tcBorders>
            <w:shd w:val="clear" w:color="auto" w:fill="F0F0F0"/>
            <w:vAlign w:val="center"/>
          </w:tcPr>
          <w:p w14:paraId="77FCC311" w14:textId="77777777" w:rsidR="00A806B2" w:rsidRPr="00A864B8" w:rsidRDefault="00000000">
            <w:pPr>
              <w:spacing w:before="20" w:after="10" w:line="240" w:lineRule="auto"/>
              <w:jc w:val="center"/>
            </w:pPr>
            <w:r w:rsidRPr="00A864B8">
              <w:rPr>
                <w:sz w:val="20"/>
              </w:rPr>
              <w:t>0,62 km</w:t>
            </w:r>
          </w:p>
        </w:tc>
      </w:tr>
      <w:tr w:rsidR="00A806B2" w:rsidRPr="00A864B8" w14:paraId="073E4162" w14:textId="77777777">
        <w:trPr>
          <w:jc w:val="center"/>
        </w:trPr>
        <w:tc>
          <w:tcPr>
            <w:tcW w:w="4320" w:type="dxa"/>
            <w:tcBorders>
              <w:bottom w:val="single" w:sz="8" w:space="0" w:color="9B9B9B"/>
            </w:tcBorders>
            <w:shd w:val="clear" w:color="auto" w:fill="CFCFCF"/>
            <w:vAlign w:val="center"/>
          </w:tcPr>
          <w:p w14:paraId="093DDCB8" w14:textId="77777777" w:rsidR="00A806B2" w:rsidRPr="00A864B8" w:rsidRDefault="00000000">
            <w:pPr>
              <w:spacing w:before="20" w:after="10" w:line="240" w:lineRule="auto"/>
              <w:jc w:val="center"/>
            </w:pPr>
            <w:r w:rsidRPr="00A864B8">
              <w:rPr>
                <w:sz w:val="20"/>
              </w:rPr>
              <w:t>Vorlauftemperatur</w:t>
            </w:r>
          </w:p>
        </w:tc>
        <w:tc>
          <w:tcPr>
            <w:tcW w:w="4320" w:type="dxa"/>
            <w:tcBorders>
              <w:bottom w:val="single" w:sz="8" w:space="0" w:color="9B9B9B"/>
            </w:tcBorders>
            <w:shd w:val="clear" w:color="auto" w:fill="CFCFCF"/>
            <w:vAlign w:val="center"/>
          </w:tcPr>
          <w:p w14:paraId="2549473A" w14:textId="77777777" w:rsidR="00A806B2" w:rsidRPr="00A864B8" w:rsidRDefault="00000000">
            <w:pPr>
              <w:spacing w:before="20" w:after="10" w:line="240" w:lineRule="auto"/>
              <w:jc w:val="center"/>
            </w:pPr>
            <w:r w:rsidRPr="00A864B8">
              <w:rPr>
                <w:sz w:val="20"/>
              </w:rPr>
              <w:t>75 °C (konstant)</w:t>
            </w:r>
          </w:p>
        </w:tc>
      </w:tr>
      <w:tr w:rsidR="00A806B2" w:rsidRPr="00A864B8" w14:paraId="60E019AB" w14:textId="77777777">
        <w:trPr>
          <w:jc w:val="center"/>
        </w:trPr>
        <w:tc>
          <w:tcPr>
            <w:tcW w:w="4320" w:type="dxa"/>
            <w:tcBorders>
              <w:bottom w:val="single" w:sz="8" w:space="0" w:color="9B9B9B"/>
            </w:tcBorders>
            <w:shd w:val="clear" w:color="auto" w:fill="F0F0F0"/>
            <w:vAlign w:val="center"/>
          </w:tcPr>
          <w:p w14:paraId="7A5F00C0" w14:textId="77777777" w:rsidR="00A806B2" w:rsidRPr="00A864B8" w:rsidRDefault="00000000">
            <w:pPr>
              <w:spacing w:before="20" w:after="10" w:line="240" w:lineRule="auto"/>
              <w:jc w:val="center"/>
            </w:pPr>
            <w:r w:rsidRPr="00A864B8">
              <w:rPr>
                <w:sz w:val="20"/>
              </w:rPr>
              <w:t>Rücklauftemperatur</w:t>
            </w:r>
          </w:p>
        </w:tc>
        <w:tc>
          <w:tcPr>
            <w:tcW w:w="4320" w:type="dxa"/>
            <w:tcBorders>
              <w:bottom w:val="single" w:sz="8" w:space="0" w:color="9B9B9B"/>
            </w:tcBorders>
            <w:shd w:val="clear" w:color="auto" w:fill="F0F0F0"/>
            <w:vAlign w:val="center"/>
          </w:tcPr>
          <w:p w14:paraId="29ACAFC6" w14:textId="77777777" w:rsidR="00A806B2" w:rsidRPr="00A864B8" w:rsidRDefault="00000000">
            <w:pPr>
              <w:spacing w:before="20" w:after="10" w:line="240" w:lineRule="auto"/>
              <w:jc w:val="center"/>
            </w:pPr>
            <w:r w:rsidRPr="00A864B8">
              <w:rPr>
                <w:sz w:val="20"/>
              </w:rPr>
              <w:t>55 °C (konstant)</w:t>
            </w:r>
          </w:p>
        </w:tc>
      </w:tr>
      <w:tr w:rsidR="00A806B2" w:rsidRPr="00A864B8" w14:paraId="1BDA61E2" w14:textId="77777777">
        <w:trPr>
          <w:jc w:val="center"/>
        </w:trPr>
        <w:tc>
          <w:tcPr>
            <w:tcW w:w="4320" w:type="dxa"/>
            <w:tcBorders>
              <w:bottom w:val="single" w:sz="8" w:space="0" w:color="9B9B9B"/>
            </w:tcBorders>
            <w:shd w:val="clear" w:color="auto" w:fill="CFCFCF"/>
            <w:vAlign w:val="center"/>
          </w:tcPr>
          <w:p w14:paraId="10458DB1" w14:textId="77777777" w:rsidR="00A806B2" w:rsidRPr="00A864B8" w:rsidRDefault="00000000">
            <w:pPr>
              <w:spacing w:before="20" w:after="10" w:line="240" w:lineRule="auto"/>
              <w:jc w:val="center"/>
            </w:pPr>
            <w:r w:rsidRPr="00A864B8">
              <w:rPr>
                <w:sz w:val="20"/>
              </w:rPr>
              <w:t>Wassermasse</w:t>
            </w:r>
          </w:p>
        </w:tc>
        <w:tc>
          <w:tcPr>
            <w:tcW w:w="4320" w:type="dxa"/>
            <w:tcBorders>
              <w:bottom w:val="single" w:sz="8" w:space="0" w:color="9B9B9B"/>
            </w:tcBorders>
            <w:shd w:val="clear" w:color="auto" w:fill="CFCFCF"/>
            <w:vAlign w:val="center"/>
          </w:tcPr>
          <w:p w14:paraId="5759673D" w14:textId="77777777" w:rsidR="00A806B2" w:rsidRPr="00A864B8" w:rsidRDefault="00000000">
            <w:pPr>
              <w:spacing w:before="20" w:after="10" w:line="240" w:lineRule="auto"/>
              <w:jc w:val="center"/>
            </w:pPr>
            <w:r w:rsidRPr="00A864B8">
              <w:rPr>
                <w:sz w:val="20"/>
              </w:rPr>
              <w:t>4,1 t</w:t>
            </w:r>
          </w:p>
        </w:tc>
      </w:tr>
      <w:tr w:rsidR="00A806B2" w:rsidRPr="00A864B8" w14:paraId="55278556" w14:textId="77777777">
        <w:trPr>
          <w:jc w:val="center"/>
        </w:trPr>
        <w:tc>
          <w:tcPr>
            <w:tcW w:w="4320" w:type="dxa"/>
            <w:tcBorders>
              <w:bottom w:val="single" w:sz="8" w:space="0" w:color="9B9B9B"/>
            </w:tcBorders>
            <w:shd w:val="clear" w:color="auto" w:fill="F0F0F0"/>
            <w:vAlign w:val="center"/>
          </w:tcPr>
          <w:p w14:paraId="23E9E2F6" w14:textId="77777777" w:rsidR="00A806B2" w:rsidRPr="00A864B8" w:rsidRDefault="00000000">
            <w:pPr>
              <w:spacing w:before="20" w:after="10" w:line="240" w:lineRule="auto"/>
              <w:jc w:val="center"/>
            </w:pPr>
            <w:r w:rsidRPr="00A864B8">
              <w:rPr>
                <w:sz w:val="20"/>
              </w:rPr>
              <w:t>Wasservolumen</w:t>
            </w:r>
          </w:p>
        </w:tc>
        <w:tc>
          <w:tcPr>
            <w:tcW w:w="4320" w:type="dxa"/>
            <w:tcBorders>
              <w:bottom w:val="single" w:sz="8" w:space="0" w:color="9B9B9B"/>
            </w:tcBorders>
            <w:shd w:val="clear" w:color="auto" w:fill="F0F0F0"/>
            <w:vAlign w:val="center"/>
          </w:tcPr>
          <w:p w14:paraId="5EB4B242" w14:textId="77777777" w:rsidR="00A806B2" w:rsidRPr="00A864B8" w:rsidRDefault="00000000">
            <w:pPr>
              <w:spacing w:before="20" w:after="10" w:line="240" w:lineRule="auto"/>
              <w:jc w:val="center"/>
            </w:pPr>
            <w:r w:rsidRPr="00A864B8">
              <w:rPr>
                <w:sz w:val="20"/>
              </w:rPr>
              <w:t>4,2 m³</w:t>
            </w:r>
          </w:p>
        </w:tc>
      </w:tr>
      <w:tr w:rsidR="00A806B2" w:rsidRPr="00A864B8" w14:paraId="39C3FA93" w14:textId="77777777">
        <w:trPr>
          <w:jc w:val="center"/>
        </w:trPr>
        <w:tc>
          <w:tcPr>
            <w:tcW w:w="4320" w:type="dxa"/>
            <w:tcBorders>
              <w:bottom w:val="single" w:sz="8" w:space="0" w:color="9B9B9B"/>
            </w:tcBorders>
            <w:shd w:val="clear" w:color="auto" w:fill="CFCFCF"/>
            <w:vAlign w:val="center"/>
          </w:tcPr>
          <w:p w14:paraId="68331BA4" w14:textId="77777777" w:rsidR="00A806B2" w:rsidRPr="00A864B8" w:rsidRDefault="00000000">
            <w:pPr>
              <w:spacing w:before="20" w:after="10" w:line="240" w:lineRule="auto"/>
              <w:jc w:val="center"/>
            </w:pPr>
            <w:r w:rsidRPr="00A864B8">
              <w:rPr>
                <w:sz w:val="20"/>
              </w:rPr>
              <w:t>Wärmeliniendichte</w:t>
            </w:r>
          </w:p>
        </w:tc>
        <w:tc>
          <w:tcPr>
            <w:tcW w:w="4320" w:type="dxa"/>
            <w:tcBorders>
              <w:bottom w:val="single" w:sz="8" w:space="0" w:color="9B9B9B"/>
            </w:tcBorders>
            <w:shd w:val="clear" w:color="auto" w:fill="CFCFCF"/>
            <w:vAlign w:val="center"/>
          </w:tcPr>
          <w:p w14:paraId="0BB855E5" w14:textId="77777777" w:rsidR="00A806B2" w:rsidRPr="00A864B8" w:rsidRDefault="00000000">
            <w:pPr>
              <w:spacing w:before="20" w:after="10" w:line="240" w:lineRule="auto"/>
              <w:jc w:val="center"/>
            </w:pPr>
            <w:r w:rsidRPr="00A864B8">
              <w:rPr>
                <w:sz w:val="20"/>
              </w:rPr>
              <w:t>0,51 MWh/m</w:t>
            </w:r>
          </w:p>
        </w:tc>
      </w:tr>
      <w:tr w:rsidR="00A806B2" w:rsidRPr="00A864B8" w14:paraId="6A8AB882" w14:textId="77777777">
        <w:trPr>
          <w:jc w:val="center"/>
        </w:trPr>
        <w:tc>
          <w:tcPr>
            <w:tcW w:w="4320" w:type="dxa"/>
            <w:tcBorders>
              <w:bottom w:val="single" w:sz="8" w:space="0" w:color="9B9B9B"/>
            </w:tcBorders>
            <w:shd w:val="clear" w:color="auto" w:fill="F0F0F0"/>
            <w:vAlign w:val="center"/>
          </w:tcPr>
          <w:p w14:paraId="2E709EB6" w14:textId="77777777" w:rsidR="00A806B2" w:rsidRPr="00A864B8" w:rsidRDefault="00000000">
            <w:pPr>
              <w:spacing w:before="20" w:after="10" w:line="240" w:lineRule="auto"/>
              <w:jc w:val="center"/>
            </w:pPr>
            <w:r w:rsidRPr="00A864B8">
              <w:rPr>
                <w:sz w:val="20"/>
              </w:rPr>
              <w:t>Quartiersfläche</w:t>
            </w:r>
          </w:p>
        </w:tc>
        <w:tc>
          <w:tcPr>
            <w:tcW w:w="4320" w:type="dxa"/>
            <w:tcBorders>
              <w:bottom w:val="single" w:sz="8" w:space="0" w:color="9B9B9B"/>
            </w:tcBorders>
            <w:shd w:val="clear" w:color="auto" w:fill="F0F0F0"/>
            <w:vAlign w:val="center"/>
          </w:tcPr>
          <w:p w14:paraId="318586A2" w14:textId="77777777" w:rsidR="00A806B2" w:rsidRPr="00A864B8" w:rsidRDefault="00000000">
            <w:pPr>
              <w:spacing w:before="20" w:after="10" w:line="240" w:lineRule="auto"/>
              <w:jc w:val="center"/>
            </w:pPr>
            <w:r w:rsidRPr="00A864B8">
              <w:rPr>
                <w:sz w:val="20"/>
              </w:rPr>
              <w:t>2,7 ha</w:t>
            </w:r>
          </w:p>
        </w:tc>
      </w:tr>
      <w:tr w:rsidR="00A806B2" w:rsidRPr="00A864B8" w14:paraId="3403D10A" w14:textId="77777777">
        <w:trPr>
          <w:jc w:val="center"/>
        </w:trPr>
        <w:tc>
          <w:tcPr>
            <w:tcW w:w="4320" w:type="dxa"/>
            <w:tcBorders>
              <w:bottom w:val="single" w:sz="8" w:space="0" w:color="9B9B9B"/>
            </w:tcBorders>
            <w:shd w:val="clear" w:color="auto" w:fill="CFCFCF"/>
            <w:vAlign w:val="center"/>
          </w:tcPr>
          <w:p w14:paraId="66D55440" w14:textId="77777777" w:rsidR="00A806B2" w:rsidRPr="00A864B8" w:rsidRDefault="00000000">
            <w:pPr>
              <w:spacing w:before="20" w:after="10" w:line="240" w:lineRule="auto"/>
              <w:jc w:val="center"/>
            </w:pPr>
            <w:r w:rsidRPr="00A864B8">
              <w:rPr>
                <w:sz w:val="20"/>
              </w:rPr>
              <w:t>Wärmedichte</w:t>
            </w:r>
          </w:p>
        </w:tc>
        <w:tc>
          <w:tcPr>
            <w:tcW w:w="4320" w:type="dxa"/>
            <w:tcBorders>
              <w:bottom w:val="single" w:sz="8" w:space="0" w:color="9B9B9B"/>
            </w:tcBorders>
            <w:shd w:val="clear" w:color="auto" w:fill="CFCFCF"/>
            <w:vAlign w:val="center"/>
          </w:tcPr>
          <w:p w14:paraId="210E1336" w14:textId="77777777" w:rsidR="00A806B2" w:rsidRPr="00A864B8" w:rsidRDefault="00000000">
            <w:pPr>
              <w:spacing w:before="20" w:after="10" w:line="240" w:lineRule="auto"/>
              <w:jc w:val="center"/>
            </w:pPr>
            <w:r w:rsidRPr="00A864B8">
              <w:rPr>
                <w:sz w:val="20"/>
              </w:rPr>
              <w:t>284 MWh/ha</w:t>
            </w:r>
          </w:p>
        </w:tc>
      </w:tr>
    </w:tbl>
    <w:p w14:paraId="11773EFB" w14:textId="77777777" w:rsidR="00A806B2" w:rsidRPr="00A864B8" w:rsidRDefault="00A806B2"/>
    <w:p w14:paraId="26B7EE90" w14:textId="77777777" w:rsidR="00A806B2" w:rsidRPr="00A864B8" w:rsidRDefault="00000000">
      <w:pPr>
        <w:spacing w:before="300" w:after="40"/>
        <w:jc w:val="center"/>
      </w:pPr>
      <w:r w:rsidRPr="00A864B8">
        <w:drawing>
          <wp:inline distT="0" distB="0" distL="0" distR="0" wp14:anchorId="196D676B" wp14:editId="1525404D">
            <wp:extent cx="54864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5486400" cy="2743200"/>
                    </a:xfrm>
                    <a:prstGeom prst="rect">
                      <a:avLst/>
                    </a:prstGeom>
                  </pic:spPr>
                </pic:pic>
              </a:graphicData>
            </a:graphic>
          </wp:inline>
        </w:drawing>
      </w:r>
    </w:p>
    <w:p w14:paraId="7947D9CF" w14:textId="76A9D7AC" w:rsidR="00A806B2" w:rsidRPr="00A864B8" w:rsidRDefault="00000000">
      <w:pPr>
        <w:pStyle w:val="CaptionStyle"/>
        <w:spacing w:before="40" w:after="0"/>
        <w:jc w:val="center"/>
        <w:rPr>
          <w:lang w:val="de-DE"/>
        </w:rPr>
      </w:pPr>
      <w:bookmarkStart w:id="115" w:name="_Toc240363607"/>
      <w:r w:rsidRPr="00A864B8">
        <w:rPr>
          <w:lang w:val="de-DE"/>
        </w:rPr>
        <w:t xml:space="preserve">Abbildung </w:t>
      </w:r>
      <w:bookmarkStart w:id="116" w:name="pipe_categories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5</w:t>
      </w:r>
      <w:r w:rsidRPr="00A864B8">
        <w:rPr>
          <w:lang w:val="de-DE"/>
        </w:rPr>
        <w:fldChar w:fldCharType="end"/>
      </w:r>
      <w:bookmarkStart w:id="117" w:name="pipe_categories"/>
      <w:bookmarkEnd w:id="116"/>
      <w:bookmarkEnd w:id="117"/>
      <w:r w:rsidRPr="00A864B8">
        <w:rPr>
          <w:lang w:val="de-DE"/>
        </w:rPr>
        <w:t>: Variante 1: Verteilung der Rohrdurchmesser</w:t>
      </w:r>
      <w:bookmarkEnd w:id="115"/>
    </w:p>
    <w:p w14:paraId="547BCFB0" w14:textId="77777777" w:rsidR="00A806B2" w:rsidRPr="00A864B8" w:rsidRDefault="00000000">
      <w:pPr>
        <w:spacing w:before="300" w:after="40"/>
        <w:jc w:val="center"/>
      </w:pPr>
      <w:r w:rsidRPr="00A864B8">
        <w:drawing>
          <wp:inline distT="0" distB="0" distL="0" distR="0" wp14:anchorId="512087F0" wp14:editId="680BE457">
            <wp:extent cx="5486400"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486400" cy="4572000"/>
                    </a:xfrm>
                    <a:prstGeom prst="rect">
                      <a:avLst/>
                    </a:prstGeom>
                  </pic:spPr>
                </pic:pic>
              </a:graphicData>
            </a:graphic>
          </wp:inline>
        </w:drawing>
      </w:r>
    </w:p>
    <w:p w14:paraId="2CDB6596" w14:textId="07D73B8E" w:rsidR="00A806B2" w:rsidRPr="00A864B8" w:rsidRDefault="00000000">
      <w:pPr>
        <w:pStyle w:val="CaptionStyle"/>
        <w:spacing w:before="40" w:after="0"/>
        <w:jc w:val="center"/>
        <w:rPr>
          <w:lang w:val="de-DE"/>
        </w:rPr>
      </w:pPr>
      <w:bookmarkStart w:id="118" w:name="_Toc240363608"/>
      <w:r w:rsidRPr="00A864B8">
        <w:rPr>
          <w:lang w:val="de-DE"/>
        </w:rPr>
        <w:t xml:space="preserve">Abbildung </w:t>
      </w:r>
      <w:bookmarkStart w:id="119" w:name="network_plot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6</w:t>
      </w:r>
      <w:r w:rsidRPr="00A864B8">
        <w:rPr>
          <w:lang w:val="de-DE"/>
        </w:rPr>
        <w:fldChar w:fldCharType="end"/>
      </w:r>
      <w:bookmarkStart w:id="120" w:name="network_plot_fig_2"/>
      <w:bookmarkEnd w:id="119"/>
      <w:bookmarkEnd w:id="120"/>
      <w:r w:rsidRPr="00A864B8">
        <w:rPr>
          <w:lang w:val="de-DE"/>
        </w:rPr>
        <w:t>: Variante 1: Auslegungsergebnis: Rohrdurchmesser und Nutzflächen der Gebäude</w:t>
      </w:r>
      <w:bookmarkEnd w:id="118"/>
    </w:p>
    <w:p w14:paraId="77D4EC61" w14:textId="77777777" w:rsidR="00A806B2" w:rsidRPr="00A864B8" w:rsidRDefault="00000000">
      <w:pPr>
        <w:spacing w:before="300" w:after="40"/>
        <w:jc w:val="center"/>
      </w:pPr>
      <w:r w:rsidRPr="00A864B8">
        <w:drawing>
          <wp:inline distT="0" distB="0" distL="0" distR="0" wp14:anchorId="2B43DBDC" wp14:editId="6556633B">
            <wp:extent cx="54864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5486400" cy="2743200"/>
                    </a:xfrm>
                    <a:prstGeom prst="rect">
                      <a:avLst/>
                    </a:prstGeom>
                  </pic:spPr>
                </pic:pic>
              </a:graphicData>
            </a:graphic>
          </wp:inline>
        </w:drawing>
      </w:r>
    </w:p>
    <w:p w14:paraId="3E7D2A9E" w14:textId="209F38D4" w:rsidR="00A806B2" w:rsidRPr="00A864B8" w:rsidRDefault="00000000">
      <w:pPr>
        <w:pStyle w:val="CaptionStyle"/>
        <w:spacing w:before="40" w:after="0"/>
        <w:jc w:val="center"/>
        <w:rPr>
          <w:lang w:val="de-DE"/>
        </w:rPr>
      </w:pPr>
      <w:bookmarkStart w:id="121" w:name="_Toc240363609"/>
      <w:r w:rsidRPr="00A864B8">
        <w:rPr>
          <w:lang w:val="de-DE"/>
        </w:rPr>
        <w:t xml:space="preserve">Abbildung </w:t>
      </w:r>
      <w:bookmarkStart w:id="122" w:name="network_temperature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7</w:t>
      </w:r>
      <w:r w:rsidRPr="00A864B8">
        <w:rPr>
          <w:lang w:val="de-DE"/>
        </w:rPr>
        <w:fldChar w:fldCharType="end"/>
      </w:r>
      <w:bookmarkStart w:id="123" w:name="network_temperature"/>
      <w:bookmarkEnd w:id="122"/>
      <w:bookmarkEnd w:id="123"/>
      <w:r w:rsidRPr="00A864B8">
        <w:rPr>
          <w:lang w:val="de-DE"/>
        </w:rPr>
        <w:t>: Variante 1: Jahresprofil der Vor- und Rücklauftemperatur im Wärmenetz</w:t>
      </w:r>
      <w:bookmarkEnd w:id="121"/>
    </w:p>
    <w:p w14:paraId="62D8C018" w14:textId="77777777" w:rsidR="00A806B2" w:rsidRPr="00A864B8" w:rsidRDefault="00000000">
      <w:pPr>
        <w:spacing w:before="300" w:after="40"/>
        <w:jc w:val="center"/>
      </w:pPr>
      <w:r w:rsidRPr="00A864B8">
        <w:drawing>
          <wp:inline distT="0" distB="0" distL="0" distR="0" wp14:anchorId="3E29C63F" wp14:editId="63A7235F">
            <wp:extent cx="5486400" cy="45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5486400" cy="4572000"/>
                    </a:xfrm>
                    <a:prstGeom prst="rect">
                      <a:avLst/>
                    </a:prstGeom>
                  </pic:spPr>
                </pic:pic>
              </a:graphicData>
            </a:graphic>
          </wp:inline>
        </w:drawing>
      </w:r>
    </w:p>
    <w:p w14:paraId="304E4A9C" w14:textId="34F990B7" w:rsidR="00A806B2" w:rsidRPr="00A864B8" w:rsidRDefault="00000000">
      <w:pPr>
        <w:pStyle w:val="CaptionStyle"/>
        <w:spacing w:before="40" w:after="0"/>
        <w:jc w:val="center"/>
        <w:rPr>
          <w:lang w:val="de-DE"/>
        </w:rPr>
      </w:pPr>
      <w:bookmarkStart w:id="124" w:name="_Toc240363610"/>
      <w:r w:rsidRPr="00A864B8">
        <w:rPr>
          <w:lang w:val="de-DE"/>
        </w:rPr>
        <w:t xml:space="preserve">Abbildung </w:t>
      </w:r>
      <w:bookmarkStart w:id="125" w:name="network_plot_fig_3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8</w:t>
      </w:r>
      <w:r w:rsidRPr="00A864B8">
        <w:rPr>
          <w:lang w:val="de-DE"/>
        </w:rPr>
        <w:fldChar w:fldCharType="end"/>
      </w:r>
      <w:bookmarkStart w:id="126" w:name="network_plot_fig_3"/>
      <w:bookmarkEnd w:id="125"/>
      <w:bookmarkEnd w:id="126"/>
      <w:r w:rsidRPr="00A864B8">
        <w:rPr>
          <w:lang w:val="de-DE"/>
        </w:rPr>
        <w:t>: Variante 1: Auslegungsergebnis: Netzvorlauftemperatur und Wärmebedarf der Gebäude</w:t>
      </w:r>
      <w:bookmarkEnd w:id="124"/>
    </w:p>
    <w:p w14:paraId="4691201B" w14:textId="77777777" w:rsidR="00A806B2" w:rsidRPr="00A864B8" w:rsidRDefault="00000000">
      <w:pPr>
        <w:spacing w:before="300" w:after="40"/>
        <w:jc w:val="center"/>
      </w:pPr>
      <w:r w:rsidRPr="00A864B8">
        <w:drawing>
          <wp:inline distT="0" distB="0" distL="0" distR="0" wp14:anchorId="1E04CE1A" wp14:editId="39638613">
            <wp:extent cx="54864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5486400" cy="2743200"/>
                    </a:xfrm>
                    <a:prstGeom prst="rect">
                      <a:avLst/>
                    </a:prstGeom>
                  </pic:spPr>
                </pic:pic>
              </a:graphicData>
            </a:graphic>
          </wp:inline>
        </w:drawing>
      </w:r>
    </w:p>
    <w:p w14:paraId="4889990E" w14:textId="07C94EAC" w:rsidR="00A806B2" w:rsidRPr="00A864B8" w:rsidRDefault="00000000">
      <w:pPr>
        <w:pStyle w:val="CaptionStyle"/>
        <w:spacing w:before="40" w:after="0"/>
        <w:jc w:val="center"/>
        <w:rPr>
          <w:lang w:val="de-DE"/>
        </w:rPr>
      </w:pPr>
      <w:bookmarkStart w:id="127" w:name="_Toc240363611"/>
      <w:r w:rsidRPr="00A864B8">
        <w:rPr>
          <w:lang w:val="de-DE"/>
        </w:rPr>
        <w:t xml:space="preserve">Abbildung </w:t>
      </w:r>
      <w:bookmarkStart w:id="128" w:name="heat_loss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9</w:t>
      </w:r>
      <w:r w:rsidRPr="00A864B8">
        <w:rPr>
          <w:lang w:val="de-DE"/>
        </w:rPr>
        <w:fldChar w:fldCharType="end"/>
      </w:r>
      <w:bookmarkStart w:id="129" w:name="heat_loss"/>
      <w:bookmarkEnd w:id="128"/>
      <w:bookmarkEnd w:id="129"/>
      <w:r w:rsidRPr="00A864B8">
        <w:rPr>
          <w:lang w:val="de-DE"/>
        </w:rPr>
        <w:t>: Variante 1: Wärmestrom: Wärmenetz zu Erdboden</w:t>
      </w:r>
      <w:bookmarkEnd w:id="127"/>
    </w:p>
    <w:p w14:paraId="61C1817B" w14:textId="77777777" w:rsidR="00A806B2" w:rsidRPr="00A864B8" w:rsidRDefault="00000000">
      <w:pPr>
        <w:spacing w:before="300" w:after="40"/>
        <w:jc w:val="center"/>
      </w:pPr>
      <w:r w:rsidRPr="00A864B8">
        <w:drawing>
          <wp:inline distT="0" distB="0" distL="0" distR="0" wp14:anchorId="3A1B5D72" wp14:editId="46DCB063">
            <wp:extent cx="54864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5486400" cy="2743200"/>
                    </a:xfrm>
                    <a:prstGeom prst="rect">
                      <a:avLst/>
                    </a:prstGeom>
                  </pic:spPr>
                </pic:pic>
              </a:graphicData>
            </a:graphic>
          </wp:inline>
        </w:drawing>
      </w:r>
    </w:p>
    <w:p w14:paraId="57912BE4" w14:textId="047CB709" w:rsidR="00A806B2" w:rsidRPr="00A864B8" w:rsidRDefault="00000000">
      <w:pPr>
        <w:pStyle w:val="CaptionStyle"/>
        <w:spacing w:before="40" w:after="0"/>
        <w:jc w:val="center"/>
        <w:rPr>
          <w:lang w:val="de-DE"/>
        </w:rPr>
      </w:pPr>
      <w:bookmarkStart w:id="130" w:name="_Toc240363612"/>
      <w:r w:rsidRPr="00A864B8">
        <w:rPr>
          <w:lang w:val="de-DE"/>
        </w:rPr>
        <w:t xml:space="preserve">Abbildung </w:t>
      </w:r>
      <w:bookmarkStart w:id="131" w:name="diversity_factor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10</w:t>
      </w:r>
      <w:r w:rsidRPr="00A864B8">
        <w:rPr>
          <w:lang w:val="de-DE"/>
        </w:rPr>
        <w:fldChar w:fldCharType="end"/>
      </w:r>
      <w:bookmarkStart w:id="132" w:name="diversity_factor"/>
      <w:bookmarkEnd w:id="131"/>
      <w:bookmarkEnd w:id="132"/>
      <w:r w:rsidRPr="00A864B8">
        <w:rPr>
          <w:lang w:val="de-DE"/>
        </w:rPr>
        <w:t>: Variante 1: Gleichzeitigkeitsfaktor</w:t>
      </w:r>
      <w:bookmarkEnd w:id="130"/>
    </w:p>
    <w:p w14:paraId="774DAC5B" w14:textId="3385BF28" w:rsidR="00A806B2" w:rsidRPr="00A864B8" w:rsidRDefault="00000000">
      <w:pPr>
        <w:jc w:val="both"/>
      </w:pPr>
      <w:r w:rsidRPr="00A864B8">
        <w:t xml:space="preserve">In Tabelle </w:t>
      </w:r>
      <w:r w:rsidRPr="00A864B8">
        <w:fldChar w:fldCharType="begin"/>
      </w:r>
      <w:r w:rsidRPr="00A864B8">
        <w:instrText>REF pump_work_num \h</w:instrText>
      </w:r>
      <w:r w:rsidRPr="00A864B8">
        <w:fldChar w:fldCharType="separate"/>
      </w:r>
      <w:r w:rsidR="00F26332" w:rsidRPr="00A864B8">
        <w:t>19</w:t>
      </w:r>
      <w:r w:rsidRPr="00A864B8">
        <w:fldChar w:fldCharType="end"/>
      </w:r>
      <w:r w:rsidRPr="00A864B8">
        <w:t xml:space="preserve"> sind die Ergebnisse der Hydraulikberechnung abgebildet. Der mittlere Druckgradient im Netz beträgt 329 Pa/m. Der Druckverlust am Netzschlechtpunkt liegt bei 3,8 bar. Die maximale Pumpleistung beträgt 3,6 kW. Die elektrische Leistungsaufnahme der Pumpe beträgt 4,8 kW. Der Strombedarf der Netzpumpe beläuft sich auf 6,7 MWh. Der relative Strombedarf der Netzpumpe beträgt 0,94 %. Die Druckstufe des Netzes ist auf PN16 ausgelegt.</w:t>
      </w:r>
    </w:p>
    <w:p w14:paraId="79DA19CA" w14:textId="648D681E" w:rsidR="00A806B2" w:rsidRPr="00A864B8" w:rsidRDefault="00000000">
      <w:pPr>
        <w:pStyle w:val="CaptionStyle"/>
        <w:spacing w:before="40" w:after="0"/>
        <w:jc w:val="center"/>
        <w:rPr>
          <w:lang w:val="de-DE"/>
        </w:rPr>
      </w:pPr>
      <w:bookmarkStart w:id="133" w:name="_Toc240363547"/>
      <w:r w:rsidRPr="00A864B8">
        <w:rPr>
          <w:lang w:val="de-DE"/>
        </w:rPr>
        <w:t xml:space="preserve">Tabelle </w:t>
      </w:r>
      <w:bookmarkStart w:id="134" w:name="pump_work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19</w:t>
      </w:r>
      <w:r w:rsidRPr="00A864B8">
        <w:rPr>
          <w:lang w:val="de-DE"/>
        </w:rPr>
        <w:fldChar w:fldCharType="end"/>
      </w:r>
      <w:bookmarkStart w:id="135" w:name="pump_work"/>
      <w:bookmarkEnd w:id="134"/>
      <w:bookmarkEnd w:id="135"/>
      <w:r w:rsidRPr="00A864B8">
        <w:rPr>
          <w:lang w:val="de-DE"/>
        </w:rPr>
        <w:t>: Variante 1: Pumparbeit und Druck</w:t>
      </w:r>
      <w:bookmarkEnd w:id="133"/>
    </w:p>
    <w:tbl>
      <w:tblPr>
        <w:tblW w:w="0" w:type="auto"/>
        <w:jc w:val="center"/>
        <w:tblLook w:val="04A0" w:firstRow="1" w:lastRow="0" w:firstColumn="1" w:lastColumn="0" w:noHBand="0" w:noVBand="1"/>
      </w:tblPr>
      <w:tblGrid>
        <w:gridCol w:w="4320"/>
        <w:gridCol w:w="4320"/>
      </w:tblGrid>
      <w:tr w:rsidR="00A806B2" w:rsidRPr="00A864B8" w14:paraId="73E204C2" w14:textId="77777777">
        <w:trPr>
          <w:jc w:val="center"/>
        </w:trPr>
        <w:tc>
          <w:tcPr>
            <w:tcW w:w="4320" w:type="dxa"/>
            <w:tcBorders>
              <w:bottom w:val="single" w:sz="22" w:space="0" w:color="C00000"/>
            </w:tcBorders>
            <w:shd w:val="clear" w:color="auto" w:fill="343A40"/>
          </w:tcPr>
          <w:p w14:paraId="3F1C489A" w14:textId="77777777" w:rsidR="00A806B2" w:rsidRPr="00A864B8" w:rsidRDefault="00000000">
            <w:pPr>
              <w:spacing w:before="20" w:after="10" w:line="240" w:lineRule="auto"/>
              <w:jc w:val="center"/>
            </w:pPr>
            <w:r w:rsidRPr="00A864B8">
              <w:rPr>
                <w:color w:val="FFFFFF"/>
                <w:sz w:val="20"/>
              </w:rPr>
              <w:t>Pumparbeit und Druck</w:t>
            </w:r>
          </w:p>
        </w:tc>
        <w:tc>
          <w:tcPr>
            <w:tcW w:w="4320" w:type="dxa"/>
            <w:tcBorders>
              <w:bottom w:val="single" w:sz="22" w:space="0" w:color="C00000"/>
            </w:tcBorders>
            <w:shd w:val="clear" w:color="auto" w:fill="343A40"/>
          </w:tcPr>
          <w:p w14:paraId="3B1A1D47" w14:textId="77777777" w:rsidR="00A806B2" w:rsidRPr="00A864B8" w:rsidRDefault="00000000">
            <w:pPr>
              <w:spacing w:before="20" w:after="10" w:line="240" w:lineRule="auto"/>
              <w:jc w:val="center"/>
            </w:pPr>
            <w:r w:rsidRPr="00A864B8">
              <w:rPr>
                <w:color w:val="FFFFFF"/>
                <w:sz w:val="20"/>
              </w:rPr>
              <w:t> </w:t>
            </w:r>
          </w:p>
        </w:tc>
      </w:tr>
      <w:tr w:rsidR="00A806B2" w:rsidRPr="00A864B8" w14:paraId="6BDAF790" w14:textId="77777777">
        <w:trPr>
          <w:jc w:val="center"/>
        </w:trPr>
        <w:tc>
          <w:tcPr>
            <w:tcW w:w="4320" w:type="dxa"/>
            <w:tcBorders>
              <w:bottom w:val="single" w:sz="8" w:space="0" w:color="9B9B9B"/>
            </w:tcBorders>
            <w:shd w:val="clear" w:color="auto" w:fill="F0F0F0"/>
            <w:vAlign w:val="center"/>
          </w:tcPr>
          <w:p w14:paraId="40DD69C2" w14:textId="77777777" w:rsidR="00A806B2" w:rsidRPr="00A864B8" w:rsidRDefault="00000000">
            <w:pPr>
              <w:spacing w:before="20" w:after="10" w:line="240" w:lineRule="auto"/>
              <w:jc w:val="center"/>
            </w:pPr>
            <w:r w:rsidRPr="00A864B8">
              <w:rPr>
                <w:sz w:val="20"/>
              </w:rPr>
              <w:t>Mittlerer Druckgradient</w:t>
            </w:r>
          </w:p>
        </w:tc>
        <w:tc>
          <w:tcPr>
            <w:tcW w:w="4320" w:type="dxa"/>
            <w:tcBorders>
              <w:bottom w:val="single" w:sz="8" w:space="0" w:color="9B9B9B"/>
            </w:tcBorders>
            <w:shd w:val="clear" w:color="auto" w:fill="F0F0F0"/>
            <w:vAlign w:val="center"/>
          </w:tcPr>
          <w:p w14:paraId="092F04E2" w14:textId="77777777" w:rsidR="00A806B2" w:rsidRPr="00A864B8" w:rsidRDefault="00000000">
            <w:pPr>
              <w:spacing w:before="20" w:after="10" w:line="240" w:lineRule="auto"/>
              <w:jc w:val="center"/>
            </w:pPr>
            <w:r w:rsidRPr="00A864B8">
              <w:rPr>
                <w:sz w:val="20"/>
              </w:rPr>
              <w:t>329 Pa/m</w:t>
            </w:r>
          </w:p>
        </w:tc>
      </w:tr>
      <w:tr w:rsidR="00A806B2" w:rsidRPr="00A864B8" w14:paraId="2E104172" w14:textId="77777777">
        <w:trPr>
          <w:jc w:val="center"/>
        </w:trPr>
        <w:tc>
          <w:tcPr>
            <w:tcW w:w="4320" w:type="dxa"/>
            <w:tcBorders>
              <w:bottom w:val="single" w:sz="8" w:space="0" w:color="9B9B9B"/>
            </w:tcBorders>
            <w:shd w:val="clear" w:color="auto" w:fill="CFCFCF"/>
            <w:vAlign w:val="center"/>
          </w:tcPr>
          <w:p w14:paraId="4A58489F" w14:textId="77777777" w:rsidR="00A806B2" w:rsidRPr="00A864B8" w:rsidRDefault="00000000">
            <w:pPr>
              <w:spacing w:before="20" w:after="10" w:line="240" w:lineRule="auto"/>
              <w:jc w:val="center"/>
            </w:pPr>
            <w:r w:rsidRPr="00A864B8">
              <w:rPr>
                <w:sz w:val="20"/>
              </w:rPr>
              <w:t>Druckverlust Netzschlechtpunkt</w:t>
            </w:r>
          </w:p>
        </w:tc>
        <w:tc>
          <w:tcPr>
            <w:tcW w:w="4320" w:type="dxa"/>
            <w:tcBorders>
              <w:bottom w:val="single" w:sz="8" w:space="0" w:color="9B9B9B"/>
            </w:tcBorders>
            <w:shd w:val="clear" w:color="auto" w:fill="CFCFCF"/>
            <w:vAlign w:val="center"/>
          </w:tcPr>
          <w:p w14:paraId="37E6D899" w14:textId="77777777" w:rsidR="00A806B2" w:rsidRPr="00A864B8" w:rsidRDefault="00000000">
            <w:pPr>
              <w:spacing w:before="20" w:after="10" w:line="240" w:lineRule="auto"/>
              <w:jc w:val="center"/>
            </w:pPr>
            <w:r w:rsidRPr="00A864B8">
              <w:rPr>
                <w:sz w:val="20"/>
              </w:rPr>
              <w:t>3,8 bar</w:t>
            </w:r>
          </w:p>
        </w:tc>
      </w:tr>
      <w:tr w:rsidR="00A806B2" w:rsidRPr="00A864B8" w14:paraId="1D1B4E30" w14:textId="77777777">
        <w:trPr>
          <w:jc w:val="center"/>
        </w:trPr>
        <w:tc>
          <w:tcPr>
            <w:tcW w:w="4320" w:type="dxa"/>
            <w:tcBorders>
              <w:bottom w:val="single" w:sz="8" w:space="0" w:color="9B9B9B"/>
            </w:tcBorders>
            <w:shd w:val="clear" w:color="auto" w:fill="F0F0F0"/>
            <w:vAlign w:val="center"/>
          </w:tcPr>
          <w:p w14:paraId="40AB806A" w14:textId="77777777" w:rsidR="00A806B2" w:rsidRPr="00A864B8" w:rsidRDefault="00000000">
            <w:pPr>
              <w:spacing w:before="20" w:after="10" w:line="240" w:lineRule="auto"/>
              <w:jc w:val="center"/>
            </w:pPr>
            <w:r w:rsidRPr="00A864B8">
              <w:rPr>
                <w:sz w:val="20"/>
              </w:rPr>
              <w:t>Volumenstrom Netzpumpe</w:t>
            </w:r>
          </w:p>
        </w:tc>
        <w:tc>
          <w:tcPr>
            <w:tcW w:w="4320" w:type="dxa"/>
            <w:tcBorders>
              <w:bottom w:val="single" w:sz="8" w:space="0" w:color="9B9B9B"/>
            </w:tcBorders>
            <w:shd w:val="clear" w:color="auto" w:fill="F0F0F0"/>
            <w:vAlign w:val="center"/>
          </w:tcPr>
          <w:p w14:paraId="0E6A3FB9" w14:textId="77777777" w:rsidR="00A806B2" w:rsidRPr="00A864B8" w:rsidRDefault="00000000">
            <w:pPr>
              <w:spacing w:before="20" w:after="10" w:line="240" w:lineRule="auto"/>
              <w:jc w:val="center"/>
            </w:pPr>
            <w:r w:rsidRPr="00A864B8">
              <w:rPr>
                <w:sz w:val="20"/>
              </w:rPr>
              <w:t>34,3 m³/h</w:t>
            </w:r>
          </w:p>
        </w:tc>
      </w:tr>
      <w:tr w:rsidR="00A806B2" w:rsidRPr="00A864B8" w14:paraId="5D3D3DF6" w14:textId="77777777">
        <w:trPr>
          <w:jc w:val="center"/>
        </w:trPr>
        <w:tc>
          <w:tcPr>
            <w:tcW w:w="4320" w:type="dxa"/>
            <w:tcBorders>
              <w:bottom w:val="single" w:sz="8" w:space="0" w:color="9B9B9B"/>
            </w:tcBorders>
            <w:shd w:val="clear" w:color="auto" w:fill="CFCFCF"/>
            <w:vAlign w:val="center"/>
          </w:tcPr>
          <w:p w14:paraId="3B9340D5" w14:textId="77777777" w:rsidR="00A806B2" w:rsidRPr="00A864B8" w:rsidRDefault="00000000">
            <w:pPr>
              <w:spacing w:before="20" w:after="10" w:line="240" w:lineRule="auto"/>
              <w:jc w:val="center"/>
            </w:pPr>
            <w:r w:rsidRPr="00A864B8">
              <w:rPr>
                <w:sz w:val="20"/>
              </w:rPr>
              <w:t>Max. Pumpleistung</w:t>
            </w:r>
          </w:p>
        </w:tc>
        <w:tc>
          <w:tcPr>
            <w:tcW w:w="4320" w:type="dxa"/>
            <w:tcBorders>
              <w:bottom w:val="single" w:sz="8" w:space="0" w:color="9B9B9B"/>
            </w:tcBorders>
            <w:shd w:val="clear" w:color="auto" w:fill="CFCFCF"/>
            <w:vAlign w:val="center"/>
          </w:tcPr>
          <w:p w14:paraId="1B2B0A77" w14:textId="77777777" w:rsidR="00A806B2" w:rsidRPr="00A864B8" w:rsidRDefault="00000000">
            <w:pPr>
              <w:spacing w:before="20" w:after="10" w:line="240" w:lineRule="auto"/>
              <w:jc w:val="center"/>
            </w:pPr>
            <w:r w:rsidRPr="00A864B8">
              <w:rPr>
                <w:sz w:val="20"/>
              </w:rPr>
              <w:t>3,6 kW</w:t>
            </w:r>
          </w:p>
        </w:tc>
      </w:tr>
      <w:tr w:rsidR="00A806B2" w:rsidRPr="00A864B8" w14:paraId="7087FD3E" w14:textId="77777777">
        <w:trPr>
          <w:jc w:val="center"/>
        </w:trPr>
        <w:tc>
          <w:tcPr>
            <w:tcW w:w="4320" w:type="dxa"/>
            <w:tcBorders>
              <w:bottom w:val="single" w:sz="8" w:space="0" w:color="9B9B9B"/>
            </w:tcBorders>
            <w:shd w:val="clear" w:color="auto" w:fill="F0F0F0"/>
            <w:vAlign w:val="center"/>
          </w:tcPr>
          <w:p w14:paraId="117EF231" w14:textId="77777777" w:rsidR="00A806B2" w:rsidRPr="00A864B8" w:rsidRDefault="00000000">
            <w:pPr>
              <w:spacing w:before="20" w:after="10" w:line="240" w:lineRule="auto"/>
              <w:jc w:val="center"/>
            </w:pPr>
            <w:r w:rsidRPr="00A864B8">
              <w:rPr>
                <w:sz w:val="20"/>
              </w:rPr>
              <w:t>El. Leistungsaufnahme der Pumpe</w:t>
            </w:r>
          </w:p>
        </w:tc>
        <w:tc>
          <w:tcPr>
            <w:tcW w:w="4320" w:type="dxa"/>
            <w:tcBorders>
              <w:bottom w:val="single" w:sz="8" w:space="0" w:color="9B9B9B"/>
            </w:tcBorders>
            <w:shd w:val="clear" w:color="auto" w:fill="F0F0F0"/>
            <w:vAlign w:val="center"/>
          </w:tcPr>
          <w:p w14:paraId="4E1E03E3" w14:textId="77777777" w:rsidR="00A806B2" w:rsidRPr="00A864B8" w:rsidRDefault="00000000">
            <w:pPr>
              <w:spacing w:before="20" w:after="10" w:line="240" w:lineRule="auto"/>
              <w:jc w:val="center"/>
            </w:pPr>
            <w:r w:rsidRPr="00A864B8">
              <w:rPr>
                <w:sz w:val="20"/>
              </w:rPr>
              <w:t>4,8 kW</w:t>
            </w:r>
          </w:p>
        </w:tc>
      </w:tr>
      <w:tr w:rsidR="00A806B2" w:rsidRPr="00A864B8" w14:paraId="755D2B9D" w14:textId="77777777">
        <w:trPr>
          <w:jc w:val="center"/>
        </w:trPr>
        <w:tc>
          <w:tcPr>
            <w:tcW w:w="4320" w:type="dxa"/>
            <w:tcBorders>
              <w:bottom w:val="single" w:sz="8" w:space="0" w:color="9B9B9B"/>
            </w:tcBorders>
            <w:shd w:val="clear" w:color="auto" w:fill="CFCFCF"/>
            <w:vAlign w:val="center"/>
          </w:tcPr>
          <w:p w14:paraId="2C0B354D" w14:textId="77777777" w:rsidR="00A806B2" w:rsidRPr="00A864B8" w:rsidRDefault="00000000">
            <w:pPr>
              <w:spacing w:before="20" w:after="10" w:line="240" w:lineRule="auto"/>
              <w:jc w:val="center"/>
            </w:pPr>
            <w:r w:rsidRPr="00A864B8">
              <w:rPr>
                <w:sz w:val="20"/>
              </w:rPr>
              <w:t>Strombedarf Netzpumpe</w:t>
            </w:r>
          </w:p>
        </w:tc>
        <w:tc>
          <w:tcPr>
            <w:tcW w:w="4320" w:type="dxa"/>
            <w:tcBorders>
              <w:bottom w:val="single" w:sz="8" w:space="0" w:color="9B9B9B"/>
            </w:tcBorders>
            <w:shd w:val="clear" w:color="auto" w:fill="CFCFCF"/>
            <w:vAlign w:val="center"/>
          </w:tcPr>
          <w:p w14:paraId="45089587" w14:textId="77777777" w:rsidR="00A806B2" w:rsidRPr="00A864B8" w:rsidRDefault="00000000">
            <w:pPr>
              <w:spacing w:before="20" w:after="10" w:line="240" w:lineRule="auto"/>
              <w:jc w:val="center"/>
            </w:pPr>
            <w:r w:rsidRPr="00A864B8">
              <w:rPr>
                <w:sz w:val="20"/>
              </w:rPr>
              <w:t>6,7 MWh</w:t>
            </w:r>
          </w:p>
        </w:tc>
      </w:tr>
      <w:tr w:rsidR="00A806B2" w:rsidRPr="00A864B8" w14:paraId="3089CD1B" w14:textId="77777777">
        <w:trPr>
          <w:jc w:val="center"/>
        </w:trPr>
        <w:tc>
          <w:tcPr>
            <w:tcW w:w="4320" w:type="dxa"/>
            <w:tcBorders>
              <w:bottom w:val="single" w:sz="8" w:space="0" w:color="9B9B9B"/>
            </w:tcBorders>
            <w:shd w:val="clear" w:color="auto" w:fill="F0F0F0"/>
            <w:vAlign w:val="center"/>
          </w:tcPr>
          <w:p w14:paraId="125F227F" w14:textId="77777777" w:rsidR="00A806B2" w:rsidRPr="00A864B8" w:rsidRDefault="00000000">
            <w:pPr>
              <w:spacing w:before="20" w:after="10" w:line="240" w:lineRule="auto"/>
              <w:jc w:val="center"/>
            </w:pPr>
            <w:r w:rsidRPr="00A864B8">
              <w:rPr>
                <w:sz w:val="20"/>
              </w:rPr>
              <w:t>Relativer Strombedarf Netzpumpe</w:t>
            </w:r>
          </w:p>
        </w:tc>
        <w:tc>
          <w:tcPr>
            <w:tcW w:w="4320" w:type="dxa"/>
            <w:tcBorders>
              <w:bottom w:val="single" w:sz="8" w:space="0" w:color="9B9B9B"/>
            </w:tcBorders>
            <w:shd w:val="clear" w:color="auto" w:fill="F0F0F0"/>
            <w:vAlign w:val="center"/>
          </w:tcPr>
          <w:p w14:paraId="66BB0A5F" w14:textId="77777777" w:rsidR="00A806B2" w:rsidRPr="00A864B8" w:rsidRDefault="00000000">
            <w:pPr>
              <w:spacing w:before="20" w:after="10" w:line="240" w:lineRule="auto"/>
              <w:jc w:val="center"/>
            </w:pPr>
            <w:r w:rsidRPr="00A864B8">
              <w:rPr>
                <w:sz w:val="20"/>
              </w:rPr>
              <w:t>0,94 %</w:t>
            </w:r>
          </w:p>
        </w:tc>
      </w:tr>
      <w:tr w:rsidR="00A806B2" w:rsidRPr="00A864B8" w14:paraId="1CA4ED87" w14:textId="77777777">
        <w:trPr>
          <w:jc w:val="center"/>
        </w:trPr>
        <w:tc>
          <w:tcPr>
            <w:tcW w:w="4320" w:type="dxa"/>
            <w:tcBorders>
              <w:bottom w:val="single" w:sz="8" w:space="0" w:color="9B9B9B"/>
            </w:tcBorders>
            <w:shd w:val="clear" w:color="auto" w:fill="CFCFCF"/>
            <w:vAlign w:val="center"/>
          </w:tcPr>
          <w:p w14:paraId="318E628C" w14:textId="77777777" w:rsidR="00A806B2" w:rsidRPr="00A864B8" w:rsidRDefault="00000000">
            <w:pPr>
              <w:spacing w:before="20" w:after="10" w:line="240" w:lineRule="auto"/>
              <w:jc w:val="center"/>
            </w:pPr>
            <w:r w:rsidRPr="00A864B8">
              <w:rPr>
                <w:sz w:val="20"/>
              </w:rPr>
              <w:t>Druckstufe</w:t>
            </w:r>
          </w:p>
        </w:tc>
        <w:tc>
          <w:tcPr>
            <w:tcW w:w="4320" w:type="dxa"/>
            <w:tcBorders>
              <w:bottom w:val="single" w:sz="8" w:space="0" w:color="9B9B9B"/>
            </w:tcBorders>
            <w:shd w:val="clear" w:color="auto" w:fill="CFCFCF"/>
            <w:vAlign w:val="center"/>
          </w:tcPr>
          <w:p w14:paraId="3E675141" w14:textId="77777777" w:rsidR="00A806B2" w:rsidRPr="00A864B8" w:rsidRDefault="00000000">
            <w:pPr>
              <w:spacing w:before="20" w:after="10" w:line="240" w:lineRule="auto"/>
              <w:jc w:val="center"/>
            </w:pPr>
            <w:r w:rsidRPr="00A864B8">
              <w:rPr>
                <w:sz w:val="20"/>
              </w:rPr>
              <w:t>PN16</w:t>
            </w:r>
          </w:p>
        </w:tc>
      </w:tr>
    </w:tbl>
    <w:p w14:paraId="7E390F62" w14:textId="77777777" w:rsidR="00A806B2" w:rsidRPr="00A864B8" w:rsidRDefault="00A806B2"/>
    <w:p w14:paraId="6E101D68" w14:textId="5E3FF414" w:rsidR="00A806B2" w:rsidRPr="00A864B8" w:rsidRDefault="00000000">
      <w:pPr>
        <w:jc w:val="both"/>
      </w:pPr>
      <w:r w:rsidRPr="00A864B8">
        <w:t xml:space="preserve">Die Gesamtdruckverluste für den Wärmenetzstrang mit dem Netzschlechtpunkt und die zugehörigen Einzeldruckverluste sind in Tabelle </w:t>
      </w:r>
      <w:r w:rsidRPr="00A864B8">
        <w:fldChar w:fldCharType="begin"/>
      </w:r>
      <w:r w:rsidRPr="00A864B8">
        <w:instrText>REF pressure_losses_num \h</w:instrText>
      </w:r>
      <w:r w:rsidRPr="00A864B8">
        <w:fldChar w:fldCharType="separate"/>
      </w:r>
      <w:r w:rsidR="00F26332" w:rsidRPr="00A864B8">
        <w:t>20</w:t>
      </w:r>
      <w:r w:rsidRPr="00A864B8">
        <w:fldChar w:fldCharType="end"/>
      </w:r>
      <w:r w:rsidRPr="00A864B8">
        <w:t xml:space="preserve"> dargestellt. Der Druckverlust an der Energiezentrale wird zu 0,2 bar und an den Wärmeübergabestationen zu 0,3 bar angenommen. Die Rohrleitungen verursachen im hydraulisch kritischen Pfad einen Druckverlust von insgesamt 2,7 bar. Dazu kommen die Druckverluste aufgrund von Rohreinbauten, wie z. B. Armaturen und Bögen, welche mit insgesamt 0,66 bar abgeschätzt werden (Annahme: 25 % der Druckverluste der Rohrleitungen). Somit ergibt sich ein Gesamtdruckverlust von 3,8 bar, der von der Netzpumpe zu überwinden ist.</w:t>
      </w:r>
    </w:p>
    <w:p w14:paraId="7B4513E4" w14:textId="5BAA0832" w:rsidR="00A806B2" w:rsidRPr="00A864B8" w:rsidRDefault="00000000">
      <w:pPr>
        <w:pStyle w:val="CaptionStyle"/>
        <w:spacing w:before="40" w:after="0"/>
        <w:jc w:val="center"/>
        <w:rPr>
          <w:lang w:val="de-DE"/>
        </w:rPr>
      </w:pPr>
      <w:bookmarkStart w:id="136" w:name="_Toc240363548"/>
      <w:r w:rsidRPr="00A864B8">
        <w:rPr>
          <w:lang w:val="de-DE"/>
        </w:rPr>
        <w:t xml:space="preserve">Tabelle </w:t>
      </w:r>
      <w:bookmarkStart w:id="137" w:name="pressure_losse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20</w:t>
      </w:r>
      <w:r w:rsidRPr="00A864B8">
        <w:rPr>
          <w:lang w:val="de-DE"/>
        </w:rPr>
        <w:fldChar w:fldCharType="end"/>
      </w:r>
      <w:bookmarkStart w:id="138" w:name="pressure_losses"/>
      <w:bookmarkEnd w:id="137"/>
      <w:bookmarkEnd w:id="138"/>
      <w:r w:rsidRPr="00A864B8">
        <w:rPr>
          <w:lang w:val="de-DE"/>
        </w:rPr>
        <w:t>: Variante 1: Druckverluste am Netzschlechtpunkt</w:t>
      </w:r>
      <w:bookmarkEnd w:id="136"/>
    </w:p>
    <w:tbl>
      <w:tblPr>
        <w:tblW w:w="0" w:type="auto"/>
        <w:jc w:val="center"/>
        <w:tblLook w:val="04A0" w:firstRow="1" w:lastRow="0" w:firstColumn="1" w:lastColumn="0" w:noHBand="0" w:noVBand="1"/>
      </w:tblPr>
      <w:tblGrid>
        <w:gridCol w:w="4320"/>
        <w:gridCol w:w="4320"/>
      </w:tblGrid>
      <w:tr w:rsidR="00A806B2" w:rsidRPr="00A864B8" w14:paraId="1E9AA247" w14:textId="77777777">
        <w:trPr>
          <w:jc w:val="center"/>
        </w:trPr>
        <w:tc>
          <w:tcPr>
            <w:tcW w:w="4320" w:type="dxa"/>
            <w:tcBorders>
              <w:bottom w:val="single" w:sz="22" w:space="0" w:color="C00000"/>
            </w:tcBorders>
            <w:shd w:val="clear" w:color="auto" w:fill="343A40"/>
          </w:tcPr>
          <w:p w14:paraId="24190E70" w14:textId="77777777" w:rsidR="00A806B2" w:rsidRPr="00A864B8" w:rsidRDefault="00000000">
            <w:pPr>
              <w:spacing w:before="20" w:after="10" w:line="240" w:lineRule="auto"/>
              <w:jc w:val="center"/>
            </w:pPr>
            <w:r w:rsidRPr="00A864B8">
              <w:rPr>
                <w:color w:val="FFFFFF"/>
                <w:sz w:val="20"/>
              </w:rPr>
              <w:t>Druckverluste am Netzschlechtpunkt</w:t>
            </w:r>
          </w:p>
        </w:tc>
        <w:tc>
          <w:tcPr>
            <w:tcW w:w="4320" w:type="dxa"/>
            <w:tcBorders>
              <w:bottom w:val="single" w:sz="22" w:space="0" w:color="C00000"/>
            </w:tcBorders>
            <w:shd w:val="clear" w:color="auto" w:fill="343A40"/>
          </w:tcPr>
          <w:p w14:paraId="704B94DC" w14:textId="77777777" w:rsidR="00A806B2" w:rsidRPr="00A864B8" w:rsidRDefault="00000000">
            <w:pPr>
              <w:spacing w:before="20" w:after="10" w:line="240" w:lineRule="auto"/>
              <w:jc w:val="center"/>
            </w:pPr>
            <w:r w:rsidRPr="00A864B8">
              <w:rPr>
                <w:color w:val="FFFFFF"/>
                <w:sz w:val="20"/>
              </w:rPr>
              <w:t> </w:t>
            </w:r>
          </w:p>
        </w:tc>
      </w:tr>
      <w:tr w:rsidR="00A806B2" w:rsidRPr="00A864B8" w14:paraId="4B40A60D" w14:textId="77777777">
        <w:trPr>
          <w:jc w:val="center"/>
        </w:trPr>
        <w:tc>
          <w:tcPr>
            <w:tcW w:w="4320" w:type="dxa"/>
            <w:tcBorders>
              <w:bottom w:val="single" w:sz="8" w:space="0" w:color="9B9B9B"/>
            </w:tcBorders>
            <w:shd w:val="clear" w:color="auto" w:fill="F0F0F0"/>
            <w:vAlign w:val="center"/>
          </w:tcPr>
          <w:p w14:paraId="2D503611" w14:textId="77777777" w:rsidR="00A806B2" w:rsidRPr="00A864B8" w:rsidRDefault="00000000">
            <w:pPr>
              <w:spacing w:before="20" w:after="10" w:line="240" w:lineRule="auto"/>
              <w:jc w:val="center"/>
            </w:pPr>
            <w:r w:rsidRPr="00A864B8">
              <w:rPr>
                <w:sz w:val="20"/>
              </w:rPr>
              <w:t>Druckverlust Energiezentrale</w:t>
            </w:r>
          </w:p>
        </w:tc>
        <w:tc>
          <w:tcPr>
            <w:tcW w:w="4320" w:type="dxa"/>
            <w:tcBorders>
              <w:bottom w:val="single" w:sz="8" w:space="0" w:color="9B9B9B"/>
            </w:tcBorders>
            <w:shd w:val="clear" w:color="auto" w:fill="F0F0F0"/>
            <w:vAlign w:val="center"/>
          </w:tcPr>
          <w:p w14:paraId="7936ED75" w14:textId="77777777" w:rsidR="00A806B2" w:rsidRPr="00A864B8" w:rsidRDefault="00000000">
            <w:pPr>
              <w:spacing w:before="20" w:after="10" w:line="240" w:lineRule="auto"/>
              <w:jc w:val="center"/>
            </w:pPr>
            <w:r w:rsidRPr="00A864B8">
              <w:rPr>
                <w:sz w:val="20"/>
              </w:rPr>
              <w:t>0,2 bar</w:t>
            </w:r>
          </w:p>
        </w:tc>
      </w:tr>
      <w:tr w:rsidR="00A806B2" w:rsidRPr="00A864B8" w14:paraId="3E8561C9" w14:textId="77777777">
        <w:trPr>
          <w:jc w:val="center"/>
        </w:trPr>
        <w:tc>
          <w:tcPr>
            <w:tcW w:w="4320" w:type="dxa"/>
            <w:tcBorders>
              <w:bottom w:val="single" w:sz="8" w:space="0" w:color="9B9B9B"/>
            </w:tcBorders>
            <w:shd w:val="clear" w:color="auto" w:fill="CFCFCF"/>
            <w:vAlign w:val="center"/>
          </w:tcPr>
          <w:p w14:paraId="0A2F2701" w14:textId="77777777" w:rsidR="00A806B2" w:rsidRPr="00A864B8" w:rsidRDefault="00000000">
            <w:pPr>
              <w:spacing w:before="20" w:after="10" w:line="240" w:lineRule="auto"/>
              <w:jc w:val="center"/>
            </w:pPr>
            <w:r w:rsidRPr="00A864B8">
              <w:rPr>
                <w:sz w:val="20"/>
              </w:rPr>
              <w:t>Druckverlust Wärmeübergabestation</w:t>
            </w:r>
          </w:p>
        </w:tc>
        <w:tc>
          <w:tcPr>
            <w:tcW w:w="4320" w:type="dxa"/>
            <w:tcBorders>
              <w:bottom w:val="single" w:sz="8" w:space="0" w:color="9B9B9B"/>
            </w:tcBorders>
            <w:shd w:val="clear" w:color="auto" w:fill="CFCFCF"/>
            <w:vAlign w:val="center"/>
          </w:tcPr>
          <w:p w14:paraId="4DF80284" w14:textId="77777777" w:rsidR="00A806B2" w:rsidRPr="00A864B8" w:rsidRDefault="00000000">
            <w:pPr>
              <w:spacing w:before="20" w:after="10" w:line="240" w:lineRule="auto"/>
              <w:jc w:val="center"/>
            </w:pPr>
            <w:r w:rsidRPr="00A864B8">
              <w:rPr>
                <w:sz w:val="20"/>
              </w:rPr>
              <w:t>0,3 bar</w:t>
            </w:r>
          </w:p>
        </w:tc>
      </w:tr>
      <w:tr w:rsidR="00A806B2" w:rsidRPr="00A864B8" w14:paraId="72A8AEC9" w14:textId="77777777">
        <w:trPr>
          <w:jc w:val="center"/>
        </w:trPr>
        <w:tc>
          <w:tcPr>
            <w:tcW w:w="4320" w:type="dxa"/>
            <w:tcBorders>
              <w:bottom w:val="single" w:sz="8" w:space="0" w:color="9B9B9B"/>
            </w:tcBorders>
            <w:shd w:val="clear" w:color="auto" w:fill="F0F0F0"/>
            <w:vAlign w:val="center"/>
          </w:tcPr>
          <w:p w14:paraId="1E054213" w14:textId="77777777" w:rsidR="00A806B2" w:rsidRPr="00A864B8" w:rsidRDefault="00000000">
            <w:pPr>
              <w:spacing w:before="20" w:after="10" w:line="240" w:lineRule="auto"/>
              <w:jc w:val="center"/>
            </w:pPr>
            <w:r w:rsidRPr="00A864B8">
              <w:rPr>
                <w:sz w:val="20"/>
              </w:rPr>
              <w:t>Druckverlust Rohrleitungen</w:t>
            </w:r>
          </w:p>
        </w:tc>
        <w:tc>
          <w:tcPr>
            <w:tcW w:w="4320" w:type="dxa"/>
            <w:tcBorders>
              <w:bottom w:val="single" w:sz="8" w:space="0" w:color="9B9B9B"/>
            </w:tcBorders>
            <w:shd w:val="clear" w:color="auto" w:fill="F0F0F0"/>
            <w:vAlign w:val="center"/>
          </w:tcPr>
          <w:p w14:paraId="4AC49583" w14:textId="77777777" w:rsidR="00A806B2" w:rsidRPr="00A864B8" w:rsidRDefault="00000000">
            <w:pPr>
              <w:spacing w:before="20" w:after="10" w:line="240" w:lineRule="auto"/>
              <w:jc w:val="center"/>
            </w:pPr>
            <w:r w:rsidRPr="00A864B8">
              <w:rPr>
                <w:sz w:val="20"/>
              </w:rPr>
              <w:t>2,7 bar</w:t>
            </w:r>
          </w:p>
        </w:tc>
      </w:tr>
      <w:tr w:rsidR="00A806B2" w:rsidRPr="00A864B8" w14:paraId="0C63DB4D" w14:textId="77777777">
        <w:trPr>
          <w:jc w:val="center"/>
        </w:trPr>
        <w:tc>
          <w:tcPr>
            <w:tcW w:w="4320" w:type="dxa"/>
            <w:tcBorders>
              <w:bottom w:val="single" w:sz="8" w:space="0" w:color="9B9B9B"/>
            </w:tcBorders>
            <w:shd w:val="clear" w:color="auto" w:fill="CFCFCF"/>
            <w:vAlign w:val="center"/>
          </w:tcPr>
          <w:p w14:paraId="4C4639F3" w14:textId="77777777" w:rsidR="00A806B2" w:rsidRPr="00A864B8" w:rsidRDefault="00000000">
            <w:pPr>
              <w:spacing w:before="20" w:after="10" w:line="240" w:lineRule="auto"/>
              <w:jc w:val="center"/>
            </w:pPr>
            <w:r w:rsidRPr="00A864B8">
              <w:rPr>
                <w:sz w:val="20"/>
              </w:rPr>
              <w:t>Druckverlust Rohreinbauten</w:t>
            </w:r>
          </w:p>
        </w:tc>
        <w:tc>
          <w:tcPr>
            <w:tcW w:w="4320" w:type="dxa"/>
            <w:tcBorders>
              <w:bottom w:val="single" w:sz="8" w:space="0" w:color="9B9B9B"/>
            </w:tcBorders>
            <w:shd w:val="clear" w:color="auto" w:fill="CFCFCF"/>
            <w:vAlign w:val="center"/>
          </w:tcPr>
          <w:p w14:paraId="3D29EC87" w14:textId="77777777" w:rsidR="00A806B2" w:rsidRPr="00A864B8" w:rsidRDefault="00000000">
            <w:pPr>
              <w:spacing w:before="20" w:after="10" w:line="240" w:lineRule="auto"/>
              <w:jc w:val="center"/>
            </w:pPr>
            <w:r w:rsidRPr="00A864B8">
              <w:rPr>
                <w:sz w:val="20"/>
              </w:rPr>
              <w:t>0,66 bar</w:t>
            </w:r>
          </w:p>
        </w:tc>
      </w:tr>
      <w:tr w:rsidR="00A806B2" w:rsidRPr="00A864B8" w14:paraId="1C066C34" w14:textId="77777777">
        <w:trPr>
          <w:jc w:val="center"/>
        </w:trPr>
        <w:tc>
          <w:tcPr>
            <w:tcW w:w="4320" w:type="dxa"/>
            <w:tcBorders>
              <w:bottom w:val="single" w:sz="8" w:space="0" w:color="9B9B9B"/>
            </w:tcBorders>
            <w:shd w:val="clear" w:color="auto" w:fill="F0F0F0"/>
            <w:vAlign w:val="center"/>
          </w:tcPr>
          <w:p w14:paraId="6DE0CDCB" w14:textId="77777777" w:rsidR="00A806B2" w:rsidRPr="00A864B8" w:rsidRDefault="00000000">
            <w:pPr>
              <w:spacing w:before="20" w:after="10" w:line="240" w:lineRule="auto"/>
              <w:jc w:val="center"/>
            </w:pPr>
            <w:r w:rsidRPr="00A864B8">
              <w:rPr>
                <w:b/>
                <w:sz w:val="20"/>
              </w:rPr>
              <w:t>Druckverlust Netzschlechtpunkt</w:t>
            </w:r>
          </w:p>
        </w:tc>
        <w:tc>
          <w:tcPr>
            <w:tcW w:w="4320" w:type="dxa"/>
            <w:tcBorders>
              <w:bottom w:val="single" w:sz="8" w:space="0" w:color="9B9B9B"/>
            </w:tcBorders>
            <w:shd w:val="clear" w:color="auto" w:fill="F0F0F0"/>
            <w:vAlign w:val="center"/>
          </w:tcPr>
          <w:p w14:paraId="6443E71F" w14:textId="77777777" w:rsidR="00A806B2" w:rsidRPr="00A864B8" w:rsidRDefault="00000000">
            <w:pPr>
              <w:spacing w:before="20" w:after="10" w:line="240" w:lineRule="auto"/>
              <w:jc w:val="center"/>
            </w:pPr>
            <w:r w:rsidRPr="00A864B8">
              <w:rPr>
                <w:b/>
                <w:sz w:val="20"/>
              </w:rPr>
              <w:t>3,8 bar</w:t>
            </w:r>
          </w:p>
        </w:tc>
      </w:tr>
      <w:tr w:rsidR="00A806B2" w:rsidRPr="00A864B8" w14:paraId="6CF863C8" w14:textId="77777777">
        <w:trPr>
          <w:jc w:val="center"/>
        </w:trPr>
        <w:tc>
          <w:tcPr>
            <w:tcW w:w="4320" w:type="dxa"/>
            <w:tcBorders>
              <w:bottom w:val="single" w:sz="8" w:space="0" w:color="9B9B9B"/>
            </w:tcBorders>
            <w:shd w:val="clear" w:color="auto" w:fill="CFCFCF"/>
            <w:vAlign w:val="center"/>
          </w:tcPr>
          <w:p w14:paraId="3D71B57F" w14:textId="77777777" w:rsidR="00A806B2" w:rsidRPr="00A864B8" w:rsidRDefault="00000000">
            <w:pPr>
              <w:spacing w:before="20" w:after="10" w:line="240" w:lineRule="auto"/>
              <w:jc w:val="center"/>
            </w:pPr>
            <w:r w:rsidRPr="00A864B8">
              <w:rPr>
                <w:sz w:val="20"/>
              </w:rPr>
              <w:t>Gebäudename</w:t>
            </w:r>
          </w:p>
        </w:tc>
        <w:tc>
          <w:tcPr>
            <w:tcW w:w="4320" w:type="dxa"/>
            <w:tcBorders>
              <w:bottom w:val="single" w:sz="8" w:space="0" w:color="9B9B9B"/>
            </w:tcBorders>
            <w:shd w:val="clear" w:color="auto" w:fill="CFCFCF"/>
            <w:vAlign w:val="center"/>
          </w:tcPr>
          <w:p w14:paraId="4E4CA23A" w14:textId="77777777" w:rsidR="00A806B2" w:rsidRPr="00A864B8" w:rsidRDefault="00000000">
            <w:pPr>
              <w:spacing w:before="20" w:after="10" w:line="240" w:lineRule="auto"/>
              <w:jc w:val="center"/>
            </w:pPr>
            <w:r w:rsidRPr="00A864B8">
              <w:rPr>
                <w:sz w:val="20"/>
              </w:rPr>
              <w:t>Marie-Hüllenkremer-Straße 23</w:t>
            </w:r>
          </w:p>
        </w:tc>
      </w:tr>
    </w:tbl>
    <w:p w14:paraId="1018F242" w14:textId="77777777" w:rsidR="00A806B2" w:rsidRPr="00A864B8" w:rsidRDefault="00A806B2"/>
    <w:p w14:paraId="28129888" w14:textId="77777777" w:rsidR="00A806B2" w:rsidRPr="00A864B8" w:rsidRDefault="00000000">
      <w:pPr>
        <w:pStyle w:val="berschrift3"/>
      </w:pPr>
      <w:bookmarkStart w:id="139" w:name="_Toc240363503"/>
      <w:r w:rsidRPr="00A864B8">
        <w:rPr>
          <w:color w:val="000000"/>
          <w:sz w:val="32"/>
        </w:rPr>
        <w:t>5.1.3 Energiezentrale</w:t>
      </w:r>
      <w:bookmarkEnd w:id="139"/>
    </w:p>
    <w:p w14:paraId="6C7268FA" w14:textId="0B2FE7FE" w:rsidR="00A806B2" w:rsidRPr="00A864B8" w:rsidRDefault="00000000">
      <w:pPr>
        <w:jc w:val="both"/>
      </w:pPr>
      <w:r w:rsidRPr="00A864B8">
        <w:t xml:space="preserve">In Tabelle </w:t>
      </w:r>
      <w:r w:rsidRPr="00A864B8">
        <w:fldChar w:fldCharType="begin"/>
      </w:r>
      <w:r w:rsidRPr="00A864B8">
        <w:instrText>REF results_energy_hub_sizing_num \h</w:instrText>
      </w:r>
      <w:r w:rsidRPr="00A864B8">
        <w:fldChar w:fldCharType="separate"/>
      </w:r>
      <w:r w:rsidR="00F26332" w:rsidRPr="00A864B8">
        <w:t>21</w:t>
      </w:r>
      <w:r w:rsidRPr="00A864B8">
        <w:fldChar w:fldCharType="end"/>
      </w:r>
      <w:r w:rsidRPr="00A864B8">
        <w:t xml:space="preserve"> ist die Auslegung der Anlagen der Energiezentrale dargestellt. Detaillierte Angaben bezüglich der Energieerzeugungsanlagen finden sich in den nachfolgenden Tabellen. Biomasse-BHKW 1 hat eine elektrische Nennleistung von 56 kWₑₗ und erreicht Volllaststunden in Höhe von 4.766 h. In Tabelle </w:t>
      </w:r>
      <w:r w:rsidRPr="00A864B8">
        <w:fldChar w:fldCharType="begin"/>
      </w:r>
      <w:r w:rsidRPr="00A864B8">
        <w:instrText>REF chp1_num \h</w:instrText>
      </w:r>
      <w:r w:rsidRPr="00A864B8">
        <w:fldChar w:fldCharType="separate"/>
      </w:r>
      <w:r w:rsidR="00F26332" w:rsidRPr="00A864B8">
        <w:rPr>
          <w:b/>
          <w:bCs/>
        </w:rPr>
        <w:t>Fehler! Verweisquelle konnte nicht gefunden werden.</w:t>
      </w:r>
      <w:r w:rsidRPr="00A864B8">
        <w:fldChar w:fldCharType="end"/>
      </w:r>
      <w:r w:rsidRPr="00A864B8">
        <w:t xml:space="preserve"> finden sich Details wie der Brennstoffbedarf von 763 MWh sowie die erzeugten 267 MWh Strom und 381 MWh Wärme. Die Modulleistung der PV-Anlage beträgt 224 kWₚ. Wie in Tabelle </w:t>
      </w:r>
      <w:r w:rsidRPr="00A864B8">
        <w:fldChar w:fldCharType="begin"/>
      </w:r>
      <w:r w:rsidRPr="00A864B8">
        <w:instrText>REF pv_num \h</w:instrText>
      </w:r>
      <w:r w:rsidRPr="00A864B8">
        <w:fldChar w:fldCharType="separate"/>
      </w:r>
      <w:r w:rsidR="00F26332" w:rsidRPr="00A864B8">
        <w:rPr>
          <w:b/>
          <w:bCs/>
        </w:rPr>
        <w:t>Fehler! Verweisquelle konnte nicht gefunden werden.</w:t>
      </w:r>
      <w:r w:rsidRPr="00A864B8">
        <w:fldChar w:fldCharType="end"/>
      </w:r>
      <w:r w:rsidRPr="00A864B8">
        <w:t xml:space="preserve"> zu sehen ist, umfasst die Kollektorfläche 1.400 m², mit einer Stromerzeugung von 217 MWh. Solarthermie weist eine Modulfläche von 1.000 m² auf. Tabelle </w:t>
      </w:r>
      <w:r w:rsidRPr="00A864B8">
        <w:fldChar w:fldCharType="begin"/>
      </w:r>
      <w:r w:rsidRPr="00A864B8">
        <w:instrText>REF solarThermal_num \h</w:instrText>
      </w:r>
      <w:r w:rsidRPr="00A864B8">
        <w:fldChar w:fldCharType="separate"/>
      </w:r>
      <w:r w:rsidR="00F26332" w:rsidRPr="00A864B8">
        <w:rPr>
          <w:b/>
          <w:bCs/>
        </w:rPr>
        <w:t>Fehler! Verweisquelle konnte nicht gefunden werden.</w:t>
      </w:r>
      <w:r w:rsidRPr="00A864B8">
        <w:fldChar w:fldCharType="end"/>
      </w:r>
      <w:r w:rsidRPr="00A864B8">
        <w:t xml:space="preserve"> enthält weitere Daten, einschließlich einer Kollektorfläche von 1.000 m² und einem Ertrag von 76 MWh Wärme. Geothermie-Sonden 1 hat eine Kapazität von 342 kWₜₕ. Tabelle </w:t>
      </w:r>
      <w:r w:rsidRPr="00A864B8">
        <w:fldChar w:fldCharType="begin"/>
      </w:r>
      <w:r w:rsidRPr="00A864B8">
        <w:instrText>REF geoEnergy1_num \h</w:instrText>
      </w:r>
      <w:r w:rsidRPr="00A864B8">
        <w:fldChar w:fldCharType="separate"/>
      </w:r>
      <w:r w:rsidR="00F26332" w:rsidRPr="00A864B8">
        <w:rPr>
          <w:b/>
          <w:bCs/>
        </w:rPr>
        <w:t>Fehler! Verweisquelle konnte nicht gefunden werden.</w:t>
      </w:r>
      <w:r w:rsidRPr="00A864B8">
        <w:fldChar w:fldCharType="end"/>
      </w:r>
      <w:r w:rsidRPr="00A864B8">
        <w:t xml:space="preserve"> enthält die Daten zur Erzeugung von 424 MWh Wärme und 0 MWh Kälte sowie zum Strombedarf von 106 MWh.</w:t>
      </w:r>
    </w:p>
    <w:p w14:paraId="7C323B46" w14:textId="6ED8699B" w:rsidR="00A806B2" w:rsidRPr="00A864B8" w:rsidRDefault="00000000">
      <w:pPr>
        <w:pStyle w:val="CaptionStyle"/>
        <w:spacing w:before="40" w:after="0"/>
        <w:jc w:val="center"/>
        <w:rPr>
          <w:lang w:val="de-DE"/>
        </w:rPr>
      </w:pPr>
      <w:bookmarkStart w:id="140" w:name="_Toc240363549"/>
      <w:r w:rsidRPr="00A864B8">
        <w:rPr>
          <w:lang w:val="de-DE"/>
        </w:rPr>
        <w:t xml:space="preserve">Tabelle </w:t>
      </w:r>
      <w:bookmarkStart w:id="141" w:name="results_energy_hub_sizing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21</w:t>
      </w:r>
      <w:r w:rsidRPr="00A864B8">
        <w:rPr>
          <w:lang w:val="de-DE"/>
        </w:rPr>
        <w:fldChar w:fldCharType="end"/>
      </w:r>
      <w:bookmarkStart w:id="142" w:name="results_energy_hub_sizing"/>
      <w:bookmarkEnd w:id="141"/>
      <w:bookmarkEnd w:id="142"/>
      <w:r w:rsidRPr="00A864B8">
        <w:rPr>
          <w:lang w:val="de-DE"/>
        </w:rPr>
        <w:t>: Variante 1: Auslegung der Technologien in der Energiezentrale</w:t>
      </w:r>
      <w:bookmarkEnd w:id="140"/>
    </w:p>
    <w:tbl>
      <w:tblPr>
        <w:tblW w:w="0" w:type="auto"/>
        <w:jc w:val="center"/>
        <w:tblLook w:val="04A0" w:firstRow="1" w:lastRow="0" w:firstColumn="1" w:lastColumn="0" w:noHBand="0" w:noVBand="1"/>
      </w:tblPr>
      <w:tblGrid>
        <w:gridCol w:w="2880"/>
        <w:gridCol w:w="2880"/>
        <w:gridCol w:w="2880"/>
      </w:tblGrid>
      <w:tr w:rsidR="00A806B2" w:rsidRPr="00A864B8" w14:paraId="569DD63D" w14:textId="77777777">
        <w:trPr>
          <w:jc w:val="center"/>
        </w:trPr>
        <w:tc>
          <w:tcPr>
            <w:tcW w:w="2880" w:type="dxa"/>
            <w:tcBorders>
              <w:bottom w:val="single" w:sz="22" w:space="0" w:color="C00000"/>
            </w:tcBorders>
            <w:shd w:val="clear" w:color="auto" w:fill="343A40"/>
          </w:tcPr>
          <w:p w14:paraId="2E18E165"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0B8BA800" w14:textId="77777777" w:rsidR="00A806B2" w:rsidRPr="00A864B8" w:rsidRDefault="00000000">
            <w:pPr>
              <w:spacing w:before="20" w:after="10" w:line="240" w:lineRule="auto"/>
              <w:jc w:val="center"/>
            </w:pPr>
            <w:r w:rsidRPr="00A864B8">
              <w:rPr>
                <w:color w:val="FFFFFF"/>
                <w:sz w:val="20"/>
              </w:rPr>
              <w:t>Auslegung</w:t>
            </w:r>
          </w:p>
        </w:tc>
        <w:tc>
          <w:tcPr>
            <w:tcW w:w="2880" w:type="dxa"/>
            <w:tcBorders>
              <w:bottom w:val="single" w:sz="22" w:space="0" w:color="C00000"/>
            </w:tcBorders>
            <w:shd w:val="clear" w:color="auto" w:fill="343A40"/>
          </w:tcPr>
          <w:p w14:paraId="07B8C658" w14:textId="77777777" w:rsidR="00A806B2" w:rsidRPr="00A864B8" w:rsidRDefault="00000000">
            <w:pPr>
              <w:spacing w:before="20" w:after="10" w:line="240" w:lineRule="auto"/>
              <w:jc w:val="center"/>
            </w:pPr>
            <w:r w:rsidRPr="00A864B8">
              <w:rPr>
                <w:color w:val="FFFFFF"/>
                <w:sz w:val="20"/>
              </w:rPr>
              <w:t>Volllaststunden/Ladezyklen</w:t>
            </w:r>
          </w:p>
        </w:tc>
      </w:tr>
      <w:tr w:rsidR="00A806B2" w:rsidRPr="00A864B8" w14:paraId="15E710C6" w14:textId="77777777">
        <w:trPr>
          <w:jc w:val="center"/>
        </w:trPr>
        <w:tc>
          <w:tcPr>
            <w:tcW w:w="2880" w:type="dxa"/>
            <w:tcBorders>
              <w:bottom w:val="single" w:sz="8" w:space="0" w:color="9B9B9B"/>
            </w:tcBorders>
            <w:shd w:val="clear" w:color="auto" w:fill="F0F0F0"/>
            <w:vAlign w:val="center"/>
          </w:tcPr>
          <w:p w14:paraId="0030CBD0" w14:textId="77777777" w:rsidR="00A806B2" w:rsidRPr="00A864B8" w:rsidRDefault="00000000">
            <w:pPr>
              <w:spacing w:before="20" w:after="10" w:line="240" w:lineRule="auto"/>
              <w:jc w:val="center"/>
            </w:pPr>
            <w:r w:rsidRPr="00A864B8">
              <w:rPr>
                <w:sz w:val="20"/>
              </w:rPr>
              <w:t>Biomasse-BHKW 1</w:t>
            </w:r>
          </w:p>
        </w:tc>
        <w:tc>
          <w:tcPr>
            <w:tcW w:w="2880" w:type="dxa"/>
            <w:tcBorders>
              <w:bottom w:val="single" w:sz="8" w:space="0" w:color="9B9B9B"/>
            </w:tcBorders>
            <w:shd w:val="clear" w:color="auto" w:fill="F0F0F0"/>
            <w:vAlign w:val="center"/>
          </w:tcPr>
          <w:p w14:paraId="6B07A262" w14:textId="77777777" w:rsidR="00A806B2" w:rsidRPr="00A864B8" w:rsidRDefault="00000000">
            <w:pPr>
              <w:spacing w:before="20" w:after="10" w:line="240" w:lineRule="auto"/>
              <w:jc w:val="center"/>
            </w:pPr>
            <w:r w:rsidRPr="00A864B8">
              <w:rPr>
                <w:sz w:val="20"/>
              </w:rPr>
              <w:t>56 kWₑₗ</w:t>
            </w:r>
          </w:p>
        </w:tc>
        <w:tc>
          <w:tcPr>
            <w:tcW w:w="2880" w:type="dxa"/>
            <w:tcBorders>
              <w:bottom w:val="single" w:sz="8" w:space="0" w:color="9B9B9B"/>
            </w:tcBorders>
            <w:shd w:val="clear" w:color="auto" w:fill="F0F0F0"/>
            <w:vAlign w:val="center"/>
          </w:tcPr>
          <w:p w14:paraId="1EED6FCF" w14:textId="77777777" w:rsidR="00A806B2" w:rsidRPr="00A864B8" w:rsidRDefault="00000000">
            <w:pPr>
              <w:spacing w:before="20" w:after="10" w:line="240" w:lineRule="auto"/>
              <w:jc w:val="center"/>
            </w:pPr>
            <w:r w:rsidRPr="00A864B8">
              <w:rPr>
                <w:sz w:val="20"/>
              </w:rPr>
              <w:t>4.766 h</w:t>
            </w:r>
          </w:p>
        </w:tc>
      </w:tr>
      <w:tr w:rsidR="00A806B2" w:rsidRPr="00A864B8" w14:paraId="3E80A707" w14:textId="77777777">
        <w:trPr>
          <w:jc w:val="center"/>
        </w:trPr>
        <w:tc>
          <w:tcPr>
            <w:tcW w:w="2880" w:type="dxa"/>
            <w:tcBorders>
              <w:bottom w:val="single" w:sz="8" w:space="0" w:color="9B9B9B"/>
            </w:tcBorders>
            <w:shd w:val="clear" w:color="auto" w:fill="CFCFCF"/>
            <w:vAlign w:val="center"/>
          </w:tcPr>
          <w:p w14:paraId="5C7B34B9" w14:textId="77777777" w:rsidR="00A806B2" w:rsidRPr="00A864B8" w:rsidRDefault="00000000">
            <w:pPr>
              <w:spacing w:before="20" w:after="10" w:line="240" w:lineRule="auto"/>
              <w:jc w:val="center"/>
            </w:pPr>
            <w:r w:rsidRPr="00A864B8">
              <w:rPr>
                <w:sz w:val="20"/>
              </w:rPr>
              <w:t>Photovoltaik</w:t>
            </w:r>
          </w:p>
        </w:tc>
        <w:tc>
          <w:tcPr>
            <w:tcW w:w="2880" w:type="dxa"/>
            <w:tcBorders>
              <w:bottom w:val="single" w:sz="8" w:space="0" w:color="9B9B9B"/>
            </w:tcBorders>
            <w:shd w:val="clear" w:color="auto" w:fill="CFCFCF"/>
            <w:vAlign w:val="center"/>
          </w:tcPr>
          <w:p w14:paraId="7DA29144" w14:textId="77777777" w:rsidR="00A806B2" w:rsidRPr="00A864B8" w:rsidRDefault="00000000">
            <w:pPr>
              <w:spacing w:before="20" w:after="10" w:line="240" w:lineRule="auto"/>
              <w:jc w:val="center"/>
            </w:pPr>
            <w:r w:rsidRPr="00A864B8">
              <w:rPr>
                <w:sz w:val="20"/>
              </w:rPr>
              <w:t>224 kWₚ</w:t>
            </w:r>
          </w:p>
        </w:tc>
        <w:tc>
          <w:tcPr>
            <w:tcW w:w="2880" w:type="dxa"/>
            <w:tcBorders>
              <w:bottom w:val="single" w:sz="8" w:space="0" w:color="9B9B9B"/>
            </w:tcBorders>
            <w:shd w:val="clear" w:color="auto" w:fill="CFCFCF"/>
            <w:vAlign w:val="center"/>
          </w:tcPr>
          <w:p w14:paraId="60ABEBC4" w14:textId="77777777" w:rsidR="00A806B2" w:rsidRPr="00A864B8" w:rsidRDefault="00000000">
            <w:pPr>
              <w:spacing w:before="20" w:after="10" w:line="240" w:lineRule="auto"/>
              <w:jc w:val="center"/>
            </w:pPr>
            <w:r w:rsidRPr="00A864B8">
              <w:rPr>
                <w:sz w:val="20"/>
              </w:rPr>
              <w:t>970 h</w:t>
            </w:r>
          </w:p>
        </w:tc>
      </w:tr>
      <w:tr w:rsidR="00A806B2" w:rsidRPr="00A864B8" w14:paraId="21051E7B" w14:textId="77777777">
        <w:trPr>
          <w:jc w:val="center"/>
        </w:trPr>
        <w:tc>
          <w:tcPr>
            <w:tcW w:w="2880" w:type="dxa"/>
            <w:tcBorders>
              <w:bottom w:val="single" w:sz="8" w:space="0" w:color="9B9B9B"/>
            </w:tcBorders>
            <w:shd w:val="clear" w:color="auto" w:fill="F0F0F0"/>
            <w:vAlign w:val="center"/>
          </w:tcPr>
          <w:p w14:paraId="689495CD"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F0F0F0"/>
            <w:vAlign w:val="center"/>
          </w:tcPr>
          <w:p w14:paraId="2743C6A5" w14:textId="77777777" w:rsidR="00A806B2" w:rsidRPr="00A864B8" w:rsidRDefault="00000000">
            <w:pPr>
              <w:spacing w:before="20" w:after="10" w:line="240" w:lineRule="auto"/>
              <w:jc w:val="center"/>
            </w:pPr>
            <w:r w:rsidRPr="00A864B8">
              <w:rPr>
                <w:sz w:val="20"/>
              </w:rPr>
              <w:t>1.000 m²</w:t>
            </w:r>
          </w:p>
        </w:tc>
        <w:tc>
          <w:tcPr>
            <w:tcW w:w="2880" w:type="dxa"/>
            <w:tcBorders>
              <w:bottom w:val="single" w:sz="8" w:space="0" w:color="9B9B9B"/>
            </w:tcBorders>
            <w:shd w:val="clear" w:color="auto" w:fill="F0F0F0"/>
            <w:vAlign w:val="center"/>
          </w:tcPr>
          <w:p w14:paraId="6E28745E" w14:textId="77777777" w:rsidR="00A806B2" w:rsidRPr="00A864B8" w:rsidRDefault="00000000">
            <w:pPr>
              <w:spacing w:before="20" w:after="10" w:line="240" w:lineRule="auto"/>
              <w:jc w:val="center"/>
            </w:pPr>
            <w:r w:rsidRPr="00A864B8">
              <w:rPr>
                <w:sz w:val="20"/>
              </w:rPr>
              <w:t>76 h</w:t>
            </w:r>
          </w:p>
        </w:tc>
      </w:tr>
      <w:tr w:rsidR="00A806B2" w:rsidRPr="00A864B8" w14:paraId="79E6831C" w14:textId="77777777">
        <w:trPr>
          <w:jc w:val="center"/>
        </w:trPr>
        <w:tc>
          <w:tcPr>
            <w:tcW w:w="2880" w:type="dxa"/>
            <w:tcBorders>
              <w:bottom w:val="single" w:sz="8" w:space="0" w:color="9B9B9B"/>
            </w:tcBorders>
            <w:shd w:val="clear" w:color="auto" w:fill="CFCFCF"/>
            <w:vAlign w:val="center"/>
          </w:tcPr>
          <w:p w14:paraId="5C6F108D" w14:textId="77777777" w:rsidR="00A806B2" w:rsidRPr="00A864B8" w:rsidRDefault="00000000">
            <w:pPr>
              <w:spacing w:before="20" w:after="10" w:line="240" w:lineRule="auto"/>
              <w:jc w:val="center"/>
            </w:pPr>
            <w:r w:rsidRPr="00A864B8">
              <w:rPr>
                <w:sz w:val="20"/>
              </w:rPr>
              <w:t>Geothermie-Sonden 1</w:t>
            </w:r>
          </w:p>
        </w:tc>
        <w:tc>
          <w:tcPr>
            <w:tcW w:w="2880" w:type="dxa"/>
            <w:tcBorders>
              <w:bottom w:val="single" w:sz="8" w:space="0" w:color="9B9B9B"/>
            </w:tcBorders>
            <w:shd w:val="clear" w:color="auto" w:fill="CFCFCF"/>
            <w:vAlign w:val="center"/>
          </w:tcPr>
          <w:p w14:paraId="2BDAD015" w14:textId="77777777" w:rsidR="00A806B2" w:rsidRPr="00A864B8" w:rsidRDefault="00000000">
            <w:pPr>
              <w:spacing w:before="20" w:after="10" w:line="240" w:lineRule="auto"/>
              <w:jc w:val="center"/>
            </w:pPr>
            <w:r w:rsidRPr="00A864B8">
              <w:rPr>
                <w:sz w:val="20"/>
              </w:rPr>
              <w:t>342 kWₜₕ</w:t>
            </w:r>
          </w:p>
        </w:tc>
        <w:tc>
          <w:tcPr>
            <w:tcW w:w="2880" w:type="dxa"/>
            <w:tcBorders>
              <w:bottom w:val="single" w:sz="8" w:space="0" w:color="9B9B9B"/>
            </w:tcBorders>
            <w:shd w:val="clear" w:color="auto" w:fill="CFCFCF"/>
            <w:vAlign w:val="center"/>
          </w:tcPr>
          <w:p w14:paraId="046D8DD3" w14:textId="77777777" w:rsidR="00A806B2" w:rsidRPr="00A864B8" w:rsidRDefault="00000000">
            <w:pPr>
              <w:spacing w:before="20" w:after="10" w:line="240" w:lineRule="auto"/>
              <w:jc w:val="center"/>
            </w:pPr>
            <w:r w:rsidRPr="00A864B8">
              <w:rPr>
                <w:sz w:val="20"/>
              </w:rPr>
              <w:t>930 h</w:t>
            </w:r>
          </w:p>
        </w:tc>
      </w:tr>
    </w:tbl>
    <w:p w14:paraId="1B40B080"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1D32910D" w14:textId="77777777">
        <w:trPr>
          <w:jc w:val="center"/>
        </w:trPr>
        <w:tc>
          <w:tcPr>
            <w:tcW w:w="4320" w:type="dxa"/>
            <w:tcBorders>
              <w:bottom w:val="single" w:sz="22" w:space="0" w:color="C00000"/>
            </w:tcBorders>
            <w:shd w:val="clear" w:color="auto" w:fill="343A40"/>
          </w:tcPr>
          <w:p w14:paraId="1BBFE48F"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2BB0156C" w14:textId="77777777" w:rsidR="00A806B2" w:rsidRPr="00A864B8" w:rsidRDefault="00000000">
            <w:pPr>
              <w:spacing w:before="20" w:after="10" w:line="240" w:lineRule="auto"/>
              <w:jc w:val="center"/>
            </w:pPr>
            <w:r w:rsidRPr="00A864B8">
              <w:rPr>
                <w:color w:val="FFFFFF"/>
                <w:sz w:val="20"/>
              </w:rPr>
              <w:t> </w:t>
            </w:r>
          </w:p>
        </w:tc>
      </w:tr>
      <w:tr w:rsidR="00A806B2" w:rsidRPr="00A864B8" w14:paraId="4121C23F" w14:textId="77777777">
        <w:trPr>
          <w:jc w:val="center"/>
        </w:trPr>
        <w:tc>
          <w:tcPr>
            <w:tcW w:w="4320" w:type="dxa"/>
            <w:tcBorders>
              <w:bottom w:val="single" w:sz="8" w:space="0" w:color="9B9B9B"/>
            </w:tcBorders>
            <w:shd w:val="clear" w:color="auto" w:fill="F0F0F0"/>
            <w:vAlign w:val="center"/>
          </w:tcPr>
          <w:p w14:paraId="37F357C5" w14:textId="77777777" w:rsidR="00A806B2" w:rsidRPr="00A864B8" w:rsidRDefault="00000000">
            <w:pPr>
              <w:spacing w:before="20" w:after="10" w:line="240" w:lineRule="auto"/>
              <w:jc w:val="center"/>
            </w:pPr>
            <w:r w:rsidRPr="00A864B8">
              <w:rPr>
                <w:sz w:val="20"/>
              </w:rPr>
              <w:t>Elektrische Nennleistung</w:t>
            </w:r>
          </w:p>
        </w:tc>
        <w:tc>
          <w:tcPr>
            <w:tcW w:w="4320" w:type="dxa"/>
            <w:tcBorders>
              <w:bottom w:val="single" w:sz="8" w:space="0" w:color="9B9B9B"/>
            </w:tcBorders>
            <w:shd w:val="clear" w:color="auto" w:fill="F0F0F0"/>
            <w:vAlign w:val="center"/>
          </w:tcPr>
          <w:p w14:paraId="0D7AF550" w14:textId="77777777" w:rsidR="00A806B2" w:rsidRPr="00A864B8" w:rsidRDefault="00000000">
            <w:pPr>
              <w:spacing w:before="20" w:after="10" w:line="240" w:lineRule="auto"/>
              <w:jc w:val="center"/>
            </w:pPr>
            <w:r w:rsidRPr="00A864B8">
              <w:rPr>
                <w:sz w:val="20"/>
              </w:rPr>
              <w:t>56 kWₑₗ</w:t>
            </w:r>
          </w:p>
        </w:tc>
      </w:tr>
      <w:tr w:rsidR="00A806B2" w:rsidRPr="00A864B8" w14:paraId="1AC16084" w14:textId="77777777">
        <w:trPr>
          <w:jc w:val="center"/>
        </w:trPr>
        <w:tc>
          <w:tcPr>
            <w:tcW w:w="4320" w:type="dxa"/>
            <w:tcBorders>
              <w:bottom w:val="single" w:sz="8" w:space="0" w:color="9B9B9B"/>
            </w:tcBorders>
            <w:shd w:val="clear" w:color="auto" w:fill="CFCFCF"/>
            <w:vAlign w:val="center"/>
          </w:tcPr>
          <w:p w14:paraId="4725CFF7" w14:textId="77777777" w:rsidR="00A806B2" w:rsidRPr="00A864B8" w:rsidRDefault="00000000">
            <w:pPr>
              <w:spacing w:before="20" w:after="10" w:line="240" w:lineRule="auto"/>
              <w:jc w:val="center"/>
            </w:pPr>
            <w:r w:rsidRPr="00A864B8">
              <w:rPr>
                <w:sz w:val="20"/>
              </w:rPr>
              <w:t>Erzeugter Strom</w:t>
            </w:r>
          </w:p>
        </w:tc>
        <w:tc>
          <w:tcPr>
            <w:tcW w:w="4320" w:type="dxa"/>
            <w:tcBorders>
              <w:bottom w:val="single" w:sz="8" w:space="0" w:color="9B9B9B"/>
            </w:tcBorders>
            <w:shd w:val="clear" w:color="auto" w:fill="CFCFCF"/>
            <w:vAlign w:val="center"/>
          </w:tcPr>
          <w:p w14:paraId="10A811D9" w14:textId="77777777" w:rsidR="00A806B2" w:rsidRPr="00A864B8" w:rsidRDefault="00000000">
            <w:pPr>
              <w:spacing w:before="20" w:after="10" w:line="240" w:lineRule="auto"/>
              <w:jc w:val="center"/>
            </w:pPr>
            <w:r w:rsidRPr="00A864B8">
              <w:rPr>
                <w:sz w:val="20"/>
              </w:rPr>
              <w:t>267 MWh</w:t>
            </w:r>
          </w:p>
        </w:tc>
      </w:tr>
      <w:tr w:rsidR="00A806B2" w:rsidRPr="00A864B8" w14:paraId="5422E12A" w14:textId="77777777">
        <w:trPr>
          <w:jc w:val="center"/>
        </w:trPr>
        <w:tc>
          <w:tcPr>
            <w:tcW w:w="4320" w:type="dxa"/>
            <w:tcBorders>
              <w:bottom w:val="single" w:sz="8" w:space="0" w:color="9B9B9B"/>
            </w:tcBorders>
            <w:shd w:val="clear" w:color="auto" w:fill="F0F0F0"/>
            <w:vAlign w:val="center"/>
          </w:tcPr>
          <w:p w14:paraId="07A061A7" w14:textId="77777777" w:rsidR="00A806B2" w:rsidRPr="00A864B8" w:rsidRDefault="00000000">
            <w:pPr>
              <w:spacing w:before="20" w:after="10" w:line="240" w:lineRule="auto"/>
              <w:jc w:val="center"/>
            </w:pPr>
            <w:r w:rsidRPr="00A864B8">
              <w:rPr>
                <w:sz w:val="20"/>
              </w:rPr>
              <w:t>Erzeugte Wärme</w:t>
            </w:r>
          </w:p>
        </w:tc>
        <w:tc>
          <w:tcPr>
            <w:tcW w:w="4320" w:type="dxa"/>
            <w:tcBorders>
              <w:bottom w:val="single" w:sz="8" w:space="0" w:color="9B9B9B"/>
            </w:tcBorders>
            <w:shd w:val="clear" w:color="auto" w:fill="F0F0F0"/>
            <w:vAlign w:val="center"/>
          </w:tcPr>
          <w:p w14:paraId="2ECEF1E6" w14:textId="77777777" w:rsidR="00A806B2" w:rsidRPr="00A864B8" w:rsidRDefault="00000000">
            <w:pPr>
              <w:spacing w:before="20" w:after="10" w:line="240" w:lineRule="auto"/>
              <w:jc w:val="center"/>
            </w:pPr>
            <w:r w:rsidRPr="00A864B8">
              <w:rPr>
                <w:sz w:val="20"/>
              </w:rPr>
              <w:t>381 MWh</w:t>
            </w:r>
          </w:p>
        </w:tc>
      </w:tr>
      <w:tr w:rsidR="00A806B2" w:rsidRPr="00A864B8" w14:paraId="3BE11313" w14:textId="77777777">
        <w:trPr>
          <w:jc w:val="center"/>
        </w:trPr>
        <w:tc>
          <w:tcPr>
            <w:tcW w:w="4320" w:type="dxa"/>
            <w:tcBorders>
              <w:bottom w:val="single" w:sz="8" w:space="0" w:color="9B9B9B"/>
            </w:tcBorders>
            <w:shd w:val="clear" w:color="auto" w:fill="CFCFCF"/>
            <w:vAlign w:val="center"/>
          </w:tcPr>
          <w:p w14:paraId="5924F594" w14:textId="77777777" w:rsidR="00A806B2" w:rsidRPr="00A864B8" w:rsidRDefault="00000000">
            <w:pPr>
              <w:spacing w:before="20" w:after="10" w:line="240" w:lineRule="auto"/>
              <w:jc w:val="center"/>
            </w:pPr>
            <w:r w:rsidRPr="00A864B8">
              <w:rPr>
                <w:sz w:val="20"/>
              </w:rPr>
              <w:t>Brennstoffbedarf</w:t>
            </w:r>
          </w:p>
        </w:tc>
        <w:tc>
          <w:tcPr>
            <w:tcW w:w="4320" w:type="dxa"/>
            <w:tcBorders>
              <w:bottom w:val="single" w:sz="8" w:space="0" w:color="9B9B9B"/>
            </w:tcBorders>
            <w:shd w:val="clear" w:color="auto" w:fill="CFCFCF"/>
            <w:vAlign w:val="center"/>
          </w:tcPr>
          <w:p w14:paraId="79EE0920" w14:textId="77777777" w:rsidR="00A806B2" w:rsidRPr="00A864B8" w:rsidRDefault="00000000">
            <w:pPr>
              <w:spacing w:before="20" w:after="10" w:line="240" w:lineRule="auto"/>
              <w:jc w:val="center"/>
            </w:pPr>
            <w:r w:rsidRPr="00A864B8">
              <w:rPr>
                <w:sz w:val="20"/>
              </w:rPr>
              <w:t>763 MWh</w:t>
            </w:r>
          </w:p>
        </w:tc>
      </w:tr>
      <w:tr w:rsidR="00A806B2" w:rsidRPr="00A864B8" w14:paraId="76ABFFB6" w14:textId="77777777">
        <w:trPr>
          <w:jc w:val="center"/>
        </w:trPr>
        <w:tc>
          <w:tcPr>
            <w:tcW w:w="4320" w:type="dxa"/>
            <w:tcBorders>
              <w:bottom w:val="single" w:sz="8" w:space="0" w:color="9B9B9B"/>
            </w:tcBorders>
            <w:shd w:val="clear" w:color="auto" w:fill="F0F0F0"/>
            <w:vAlign w:val="center"/>
          </w:tcPr>
          <w:p w14:paraId="44A5A2E2" w14:textId="77777777" w:rsidR="00A806B2" w:rsidRPr="00A864B8" w:rsidRDefault="00000000">
            <w:pPr>
              <w:spacing w:before="20" w:after="10" w:line="240" w:lineRule="auto"/>
              <w:jc w:val="center"/>
            </w:pPr>
            <w:r w:rsidRPr="00A864B8">
              <w:rPr>
                <w:sz w:val="20"/>
              </w:rPr>
              <w:t>Volllaststunden</w:t>
            </w:r>
          </w:p>
        </w:tc>
        <w:tc>
          <w:tcPr>
            <w:tcW w:w="4320" w:type="dxa"/>
            <w:tcBorders>
              <w:bottom w:val="single" w:sz="8" w:space="0" w:color="9B9B9B"/>
            </w:tcBorders>
            <w:shd w:val="clear" w:color="auto" w:fill="F0F0F0"/>
            <w:vAlign w:val="center"/>
          </w:tcPr>
          <w:p w14:paraId="21668FEB" w14:textId="77777777" w:rsidR="00A806B2" w:rsidRPr="00A864B8" w:rsidRDefault="00000000">
            <w:pPr>
              <w:spacing w:before="20" w:after="10" w:line="240" w:lineRule="auto"/>
              <w:jc w:val="center"/>
            </w:pPr>
            <w:r w:rsidRPr="00A864B8">
              <w:rPr>
                <w:sz w:val="20"/>
              </w:rPr>
              <w:t>4.766 h</w:t>
            </w:r>
          </w:p>
        </w:tc>
      </w:tr>
    </w:tbl>
    <w:p w14:paraId="3F7DE50D"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390FD26D" w14:textId="77777777">
        <w:trPr>
          <w:jc w:val="center"/>
        </w:trPr>
        <w:tc>
          <w:tcPr>
            <w:tcW w:w="4320" w:type="dxa"/>
            <w:tcBorders>
              <w:bottom w:val="single" w:sz="22" w:space="0" w:color="C00000"/>
            </w:tcBorders>
            <w:shd w:val="clear" w:color="auto" w:fill="343A40"/>
          </w:tcPr>
          <w:p w14:paraId="5BC8E7FB"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4578743B" w14:textId="77777777" w:rsidR="00A806B2" w:rsidRPr="00A864B8" w:rsidRDefault="00000000">
            <w:pPr>
              <w:spacing w:before="20" w:after="10" w:line="240" w:lineRule="auto"/>
              <w:jc w:val="center"/>
            </w:pPr>
            <w:r w:rsidRPr="00A864B8">
              <w:rPr>
                <w:color w:val="FFFFFF"/>
                <w:sz w:val="20"/>
              </w:rPr>
              <w:t> </w:t>
            </w:r>
          </w:p>
        </w:tc>
      </w:tr>
      <w:tr w:rsidR="00A806B2" w:rsidRPr="00A864B8" w14:paraId="65792E43" w14:textId="77777777">
        <w:trPr>
          <w:jc w:val="center"/>
        </w:trPr>
        <w:tc>
          <w:tcPr>
            <w:tcW w:w="4320" w:type="dxa"/>
            <w:tcBorders>
              <w:bottom w:val="single" w:sz="8" w:space="0" w:color="9B9B9B"/>
            </w:tcBorders>
            <w:shd w:val="clear" w:color="auto" w:fill="F0F0F0"/>
            <w:vAlign w:val="center"/>
          </w:tcPr>
          <w:p w14:paraId="2F087504" w14:textId="77777777" w:rsidR="00A806B2" w:rsidRPr="00A864B8" w:rsidRDefault="00000000">
            <w:pPr>
              <w:spacing w:before="20" w:after="10" w:line="240" w:lineRule="auto"/>
              <w:jc w:val="center"/>
            </w:pPr>
            <w:r w:rsidRPr="00A864B8">
              <w:rPr>
                <w:sz w:val="20"/>
              </w:rPr>
              <w:t>Installierte Leistung</w:t>
            </w:r>
          </w:p>
        </w:tc>
        <w:tc>
          <w:tcPr>
            <w:tcW w:w="4320" w:type="dxa"/>
            <w:tcBorders>
              <w:bottom w:val="single" w:sz="8" w:space="0" w:color="9B9B9B"/>
            </w:tcBorders>
            <w:shd w:val="clear" w:color="auto" w:fill="F0F0F0"/>
            <w:vAlign w:val="center"/>
          </w:tcPr>
          <w:p w14:paraId="727DF6FD" w14:textId="77777777" w:rsidR="00A806B2" w:rsidRPr="00A864B8" w:rsidRDefault="00000000">
            <w:pPr>
              <w:spacing w:before="20" w:after="10" w:line="240" w:lineRule="auto"/>
              <w:jc w:val="center"/>
            </w:pPr>
            <w:r w:rsidRPr="00A864B8">
              <w:rPr>
                <w:sz w:val="20"/>
              </w:rPr>
              <w:t>224 kWₚ</w:t>
            </w:r>
          </w:p>
        </w:tc>
      </w:tr>
      <w:tr w:rsidR="00A806B2" w:rsidRPr="00A864B8" w14:paraId="487E0A25" w14:textId="77777777">
        <w:trPr>
          <w:jc w:val="center"/>
        </w:trPr>
        <w:tc>
          <w:tcPr>
            <w:tcW w:w="4320" w:type="dxa"/>
            <w:tcBorders>
              <w:bottom w:val="single" w:sz="8" w:space="0" w:color="9B9B9B"/>
            </w:tcBorders>
            <w:shd w:val="clear" w:color="auto" w:fill="CFCFCF"/>
            <w:vAlign w:val="center"/>
          </w:tcPr>
          <w:p w14:paraId="74F09EF9" w14:textId="77777777" w:rsidR="00A806B2" w:rsidRPr="00A864B8" w:rsidRDefault="00000000">
            <w:pPr>
              <w:spacing w:before="20" w:after="10" w:line="240" w:lineRule="auto"/>
              <w:jc w:val="center"/>
            </w:pPr>
            <w:r w:rsidRPr="00A864B8">
              <w:rPr>
                <w:sz w:val="20"/>
              </w:rPr>
              <w:t>Kollektorfläche</w:t>
            </w:r>
          </w:p>
        </w:tc>
        <w:tc>
          <w:tcPr>
            <w:tcW w:w="4320" w:type="dxa"/>
            <w:tcBorders>
              <w:bottom w:val="single" w:sz="8" w:space="0" w:color="9B9B9B"/>
            </w:tcBorders>
            <w:shd w:val="clear" w:color="auto" w:fill="CFCFCF"/>
            <w:vAlign w:val="center"/>
          </w:tcPr>
          <w:p w14:paraId="4E0FA01B" w14:textId="77777777" w:rsidR="00A806B2" w:rsidRPr="00A864B8" w:rsidRDefault="00000000">
            <w:pPr>
              <w:spacing w:before="20" w:after="10" w:line="240" w:lineRule="auto"/>
              <w:jc w:val="center"/>
            </w:pPr>
            <w:r w:rsidRPr="00A864B8">
              <w:rPr>
                <w:sz w:val="20"/>
              </w:rPr>
              <w:t>1.400 m²</w:t>
            </w:r>
          </w:p>
        </w:tc>
      </w:tr>
      <w:tr w:rsidR="00A806B2" w:rsidRPr="00A864B8" w14:paraId="6AC1D402" w14:textId="77777777">
        <w:trPr>
          <w:jc w:val="center"/>
        </w:trPr>
        <w:tc>
          <w:tcPr>
            <w:tcW w:w="4320" w:type="dxa"/>
            <w:tcBorders>
              <w:bottom w:val="single" w:sz="8" w:space="0" w:color="9B9B9B"/>
            </w:tcBorders>
            <w:shd w:val="clear" w:color="auto" w:fill="F0F0F0"/>
            <w:vAlign w:val="center"/>
          </w:tcPr>
          <w:p w14:paraId="2657FB38" w14:textId="77777777" w:rsidR="00A806B2" w:rsidRPr="00A864B8" w:rsidRDefault="00000000">
            <w:pPr>
              <w:spacing w:before="20" w:after="10" w:line="240" w:lineRule="auto"/>
              <w:jc w:val="center"/>
            </w:pPr>
            <w:r w:rsidRPr="00A864B8">
              <w:rPr>
                <w:sz w:val="20"/>
              </w:rPr>
              <w:t>Erzeugter Strom</w:t>
            </w:r>
          </w:p>
        </w:tc>
        <w:tc>
          <w:tcPr>
            <w:tcW w:w="4320" w:type="dxa"/>
            <w:tcBorders>
              <w:bottom w:val="single" w:sz="8" w:space="0" w:color="9B9B9B"/>
            </w:tcBorders>
            <w:shd w:val="clear" w:color="auto" w:fill="F0F0F0"/>
            <w:vAlign w:val="center"/>
          </w:tcPr>
          <w:p w14:paraId="184D5BA7" w14:textId="77777777" w:rsidR="00A806B2" w:rsidRPr="00A864B8" w:rsidRDefault="00000000">
            <w:pPr>
              <w:spacing w:before="20" w:after="10" w:line="240" w:lineRule="auto"/>
              <w:jc w:val="center"/>
            </w:pPr>
            <w:r w:rsidRPr="00A864B8">
              <w:rPr>
                <w:sz w:val="20"/>
              </w:rPr>
              <w:t>217 MWh</w:t>
            </w:r>
          </w:p>
        </w:tc>
      </w:tr>
      <w:tr w:rsidR="00A806B2" w:rsidRPr="00A864B8" w14:paraId="34D37EBA" w14:textId="77777777">
        <w:trPr>
          <w:jc w:val="center"/>
        </w:trPr>
        <w:tc>
          <w:tcPr>
            <w:tcW w:w="4320" w:type="dxa"/>
            <w:tcBorders>
              <w:bottom w:val="single" w:sz="8" w:space="0" w:color="9B9B9B"/>
            </w:tcBorders>
            <w:shd w:val="clear" w:color="auto" w:fill="CFCFCF"/>
            <w:vAlign w:val="center"/>
          </w:tcPr>
          <w:p w14:paraId="28EF2F5D" w14:textId="77777777" w:rsidR="00A806B2" w:rsidRPr="00A864B8" w:rsidRDefault="00000000">
            <w:pPr>
              <w:spacing w:before="20" w:after="10" w:line="240" w:lineRule="auto"/>
              <w:jc w:val="center"/>
            </w:pPr>
            <w:r w:rsidRPr="00A864B8">
              <w:rPr>
                <w:sz w:val="20"/>
              </w:rPr>
              <w:t>Volllaststunden</w:t>
            </w:r>
          </w:p>
        </w:tc>
        <w:tc>
          <w:tcPr>
            <w:tcW w:w="4320" w:type="dxa"/>
            <w:tcBorders>
              <w:bottom w:val="single" w:sz="8" w:space="0" w:color="9B9B9B"/>
            </w:tcBorders>
            <w:shd w:val="clear" w:color="auto" w:fill="CFCFCF"/>
            <w:vAlign w:val="center"/>
          </w:tcPr>
          <w:p w14:paraId="7AF8C611" w14:textId="77777777" w:rsidR="00A806B2" w:rsidRPr="00A864B8" w:rsidRDefault="00000000">
            <w:pPr>
              <w:spacing w:before="20" w:after="10" w:line="240" w:lineRule="auto"/>
              <w:jc w:val="center"/>
            </w:pPr>
            <w:r w:rsidRPr="00A864B8">
              <w:rPr>
                <w:sz w:val="20"/>
              </w:rPr>
              <w:t>970 h</w:t>
            </w:r>
          </w:p>
        </w:tc>
      </w:tr>
      <w:tr w:rsidR="00A806B2" w:rsidRPr="00A864B8" w14:paraId="2D6DFD26" w14:textId="77777777">
        <w:trPr>
          <w:jc w:val="center"/>
        </w:trPr>
        <w:tc>
          <w:tcPr>
            <w:tcW w:w="4320" w:type="dxa"/>
            <w:tcBorders>
              <w:bottom w:val="single" w:sz="8" w:space="0" w:color="9B9B9B"/>
            </w:tcBorders>
            <w:shd w:val="clear" w:color="auto" w:fill="F0F0F0"/>
            <w:vAlign w:val="center"/>
          </w:tcPr>
          <w:p w14:paraId="30B1657C" w14:textId="77777777" w:rsidR="00A806B2" w:rsidRPr="00A864B8" w:rsidRDefault="00000000">
            <w:pPr>
              <w:spacing w:before="20" w:after="10" w:line="240" w:lineRule="auto"/>
              <w:jc w:val="center"/>
            </w:pPr>
            <w:r w:rsidRPr="00A864B8">
              <w:rPr>
                <w:sz w:val="20"/>
              </w:rPr>
              <w:t>Abgeregeltes Erzeugungspotential</w:t>
            </w:r>
          </w:p>
        </w:tc>
        <w:tc>
          <w:tcPr>
            <w:tcW w:w="4320" w:type="dxa"/>
            <w:tcBorders>
              <w:bottom w:val="single" w:sz="8" w:space="0" w:color="9B9B9B"/>
            </w:tcBorders>
            <w:shd w:val="clear" w:color="auto" w:fill="F0F0F0"/>
            <w:vAlign w:val="center"/>
          </w:tcPr>
          <w:p w14:paraId="208F1D91" w14:textId="77777777" w:rsidR="00A806B2" w:rsidRPr="00A864B8" w:rsidRDefault="00000000">
            <w:pPr>
              <w:spacing w:before="20" w:after="10" w:line="240" w:lineRule="auto"/>
              <w:jc w:val="center"/>
            </w:pPr>
            <w:r w:rsidRPr="00A864B8">
              <w:rPr>
                <w:sz w:val="20"/>
              </w:rPr>
              <w:t>0 MWh</w:t>
            </w:r>
          </w:p>
        </w:tc>
      </w:tr>
    </w:tbl>
    <w:p w14:paraId="6F955A7E"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2831F3EE" w14:textId="77777777">
        <w:trPr>
          <w:jc w:val="center"/>
        </w:trPr>
        <w:tc>
          <w:tcPr>
            <w:tcW w:w="4320" w:type="dxa"/>
            <w:tcBorders>
              <w:bottom w:val="single" w:sz="22" w:space="0" w:color="C00000"/>
            </w:tcBorders>
            <w:shd w:val="clear" w:color="auto" w:fill="343A40"/>
          </w:tcPr>
          <w:p w14:paraId="4FBD7CBF"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336797A9" w14:textId="77777777" w:rsidR="00A806B2" w:rsidRPr="00A864B8" w:rsidRDefault="00000000">
            <w:pPr>
              <w:spacing w:before="20" w:after="10" w:line="240" w:lineRule="auto"/>
              <w:jc w:val="center"/>
            </w:pPr>
            <w:r w:rsidRPr="00A864B8">
              <w:rPr>
                <w:color w:val="FFFFFF"/>
                <w:sz w:val="20"/>
              </w:rPr>
              <w:t> </w:t>
            </w:r>
          </w:p>
        </w:tc>
      </w:tr>
      <w:tr w:rsidR="00A806B2" w:rsidRPr="00A864B8" w14:paraId="51415DD2" w14:textId="77777777">
        <w:trPr>
          <w:jc w:val="center"/>
        </w:trPr>
        <w:tc>
          <w:tcPr>
            <w:tcW w:w="4320" w:type="dxa"/>
            <w:tcBorders>
              <w:bottom w:val="single" w:sz="8" w:space="0" w:color="9B9B9B"/>
            </w:tcBorders>
            <w:shd w:val="clear" w:color="auto" w:fill="F0F0F0"/>
            <w:vAlign w:val="center"/>
          </w:tcPr>
          <w:p w14:paraId="1F67BA85" w14:textId="77777777" w:rsidR="00A806B2" w:rsidRPr="00A864B8" w:rsidRDefault="00000000">
            <w:pPr>
              <w:spacing w:before="20" w:after="10" w:line="240" w:lineRule="auto"/>
              <w:jc w:val="center"/>
            </w:pPr>
            <w:r w:rsidRPr="00A864B8">
              <w:rPr>
                <w:sz w:val="20"/>
              </w:rPr>
              <w:t>Kollektorfläche</w:t>
            </w:r>
          </w:p>
        </w:tc>
        <w:tc>
          <w:tcPr>
            <w:tcW w:w="4320" w:type="dxa"/>
            <w:tcBorders>
              <w:bottom w:val="single" w:sz="8" w:space="0" w:color="9B9B9B"/>
            </w:tcBorders>
            <w:shd w:val="clear" w:color="auto" w:fill="F0F0F0"/>
            <w:vAlign w:val="center"/>
          </w:tcPr>
          <w:p w14:paraId="696B379C" w14:textId="77777777" w:rsidR="00A806B2" w:rsidRPr="00A864B8" w:rsidRDefault="00000000">
            <w:pPr>
              <w:spacing w:before="20" w:after="10" w:line="240" w:lineRule="auto"/>
              <w:jc w:val="center"/>
            </w:pPr>
            <w:r w:rsidRPr="00A864B8">
              <w:rPr>
                <w:sz w:val="20"/>
              </w:rPr>
              <w:t>0 m²</w:t>
            </w:r>
          </w:p>
        </w:tc>
      </w:tr>
      <w:tr w:rsidR="00A806B2" w:rsidRPr="00A864B8" w14:paraId="0B9B2C40" w14:textId="77777777">
        <w:trPr>
          <w:jc w:val="center"/>
        </w:trPr>
        <w:tc>
          <w:tcPr>
            <w:tcW w:w="4320" w:type="dxa"/>
            <w:tcBorders>
              <w:bottom w:val="single" w:sz="8" w:space="0" w:color="9B9B9B"/>
            </w:tcBorders>
            <w:shd w:val="clear" w:color="auto" w:fill="CFCFCF"/>
            <w:vAlign w:val="center"/>
          </w:tcPr>
          <w:p w14:paraId="53B92EAF" w14:textId="77777777" w:rsidR="00A806B2" w:rsidRPr="00A864B8" w:rsidRDefault="00000000">
            <w:pPr>
              <w:spacing w:before="20" w:after="10" w:line="240" w:lineRule="auto"/>
              <w:jc w:val="center"/>
            </w:pPr>
            <w:r w:rsidRPr="00A864B8">
              <w:rPr>
                <w:sz w:val="20"/>
              </w:rPr>
              <w:t>Erzeugte Wärme</w:t>
            </w:r>
          </w:p>
        </w:tc>
        <w:tc>
          <w:tcPr>
            <w:tcW w:w="4320" w:type="dxa"/>
            <w:tcBorders>
              <w:bottom w:val="single" w:sz="8" w:space="0" w:color="9B9B9B"/>
            </w:tcBorders>
            <w:shd w:val="clear" w:color="auto" w:fill="CFCFCF"/>
            <w:vAlign w:val="center"/>
          </w:tcPr>
          <w:p w14:paraId="0240D0E9" w14:textId="77777777" w:rsidR="00A806B2" w:rsidRPr="00A864B8" w:rsidRDefault="00000000">
            <w:pPr>
              <w:spacing w:before="20" w:after="10" w:line="240" w:lineRule="auto"/>
              <w:jc w:val="center"/>
            </w:pPr>
            <w:r w:rsidRPr="00A864B8">
              <w:rPr>
                <w:sz w:val="20"/>
              </w:rPr>
              <w:t>76 MWh</w:t>
            </w:r>
          </w:p>
        </w:tc>
      </w:tr>
      <w:tr w:rsidR="00A806B2" w:rsidRPr="00A864B8" w14:paraId="74C8A16B" w14:textId="77777777">
        <w:trPr>
          <w:jc w:val="center"/>
        </w:trPr>
        <w:tc>
          <w:tcPr>
            <w:tcW w:w="4320" w:type="dxa"/>
            <w:tcBorders>
              <w:bottom w:val="single" w:sz="8" w:space="0" w:color="9B9B9B"/>
            </w:tcBorders>
            <w:shd w:val="clear" w:color="auto" w:fill="F0F0F0"/>
            <w:vAlign w:val="center"/>
          </w:tcPr>
          <w:p w14:paraId="5AFD502B" w14:textId="77777777" w:rsidR="00A806B2" w:rsidRPr="00A864B8" w:rsidRDefault="00000000">
            <w:pPr>
              <w:spacing w:before="20" w:after="10" w:line="240" w:lineRule="auto"/>
              <w:jc w:val="center"/>
            </w:pPr>
            <w:r w:rsidRPr="00A864B8">
              <w:rPr>
                <w:sz w:val="20"/>
              </w:rPr>
              <w:t>Abgeregeltes Erzeugungspotential</w:t>
            </w:r>
          </w:p>
        </w:tc>
        <w:tc>
          <w:tcPr>
            <w:tcW w:w="4320" w:type="dxa"/>
            <w:tcBorders>
              <w:bottom w:val="single" w:sz="8" w:space="0" w:color="9B9B9B"/>
            </w:tcBorders>
            <w:shd w:val="clear" w:color="auto" w:fill="F0F0F0"/>
            <w:vAlign w:val="center"/>
          </w:tcPr>
          <w:p w14:paraId="42F965F1" w14:textId="77777777" w:rsidR="00A806B2" w:rsidRPr="00A864B8" w:rsidRDefault="00000000">
            <w:pPr>
              <w:spacing w:before="20" w:after="10" w:line="240" w:lineRule="auto"/>
              <w:jc w:val="center"/>
            </w:pPr>
            <w:r w:rsidRPr="00A864B8">
              <w:rPr>
                <w:sz w:val="20"/>
              </w:rPr>
              <w:t>179 MWh</w:t>
            </w:r>
          </w:p>
        </w:tc>
      </w:tr>
      <w:tr w:rsidR="00A806B2" w:rsidRPr="00A864B8" w14:paraId="295C6292" w14:textId="77777777">
        <w:trPr>
          <w:jc w:val="center"/>
        </w:trPr>
        <w:tc>
          <w:tcPr>
            <w:tcW w:w="4320" w:type="dxa"/>
            <w:tcBorders>
              <w:bottom w:val="single" w:sz="8" w:space="0" w:color="9B9B9B"/>
            </w:tcBorders>
            <w:shd w:val="clear" w:color="auto" w:fill="CFCFCF"/>
            <w:vAlign w:val="center"/>
          </w:tcPr>
          <w:p w14:paraId="4FE58207" w14:textId="77777777" w:rsidR="00A806B2" w:rsidRPr="00A864B8" w:rsidRDefault="00000000">
            <w:pPr>
              <w:spacing w:before="20" w:after="10" w:line="240" w:lineRule="auto"/>
              <w:jc w:val="center"/>
            </w:pPr>
            <w:r w:rsidRPr="00A864B8">
              <w:rPr>
                <w:sz w:val="20"/>
              </w:rPr>
              <w:t>Ertrag pro Kollektorfläche</w:t>
            </w:r>
          </w:p>
        </w:tc>
        <w:tc>
          <w:tcPr>
            <w:tcW w:w="4320" w:type="dxa"/>
            <w:tcBorders>
              <w:bottom w:val="single" w:sz="8" w:space="0" w:color="9B9B9B"/>
            </w:tcBorders>
            <w:shd w:val="clear" w:color="auto" w:fill="CFCFCF"/>
            <w:vAlign w:val="center"/>
          </w:tcPr>
          <w:p w14:paraId="32BA1FA2" w14:textId="77777777" w:rsidR="00A806B2" w:rsidRPr="00A864B8" w:rsidRDefault="00000000">
            <w:pPr>
              <w:spacing w:before="20" w:after="10" w:line="240" w:lineRule="auto"/>
              <w:jc w:val="center"/>
            </w:pPr>
            <w:r w:rsidRPr="00A864B8">
              <w:rPr>
                <w:sz w:val="20"/>
              </w:rPr>
              <w:t>76 h</w:t>
            </w:r>
          </w:p>
        </w:tc>
      </w:tr>
    </w:tbl>
    <w:p w14:paraId="583E30E9"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14114AAB" w14:textId="77777777">
        <w:trPr>
          <w:jc w:val="center"/>
        </w:trPr>
        <w:tc>
          <w:tcPr>
            <w:tcW w:w="4320" w:type="dxa"/>
            <w:tcBorders>
              <w:bottom w:val="single" w:sz="22" w:space="0" w:color="C00000"/>
            </w:tcBorders>
            <w:shd w:val="clear" w:color="auto" w:fill="343A40"/>
          </w:tcPr>
          <w:p w14:paraId="64E74B7C"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847C305" w14:textId="77777777" w:rsidR="00A806B2" w:rsidRPr="00A864B8" w:rsidRDefault="00000000">
            <w:pPr>
              <w:spacing w:before="20" w:after="10" w:line="240" w:lineRule="auto"/>
              <w:jc w:val="center"/>
            </w:pPr>
            <w:r w:rsidRPr="00A864B8">
              <w:rPr>
                <w:color w:val="FFFFFF"/>
                <w:sz w:val="20"/>
              </w:rPr>
              <w:t> </w:t>
            </w:r>
          </w:p>
        </w:tc>
      </w:tr>
      <w:tr w:rsidR="00A806B2" w:rsidRPr="00A864B8" w14:paraId="0CDCD83B" w14:textId="77777777">
        <w:trPr>
          <w:jc w:val="center"/>
        </w:trPr>
        <w:tc>
          <w:tcPr>
            <w:tcW w:w="4320" w:type="dxa"/>
            <w:tcBorders>
              <w:bottom w:val="single" w:sz="8" w:space="0" w:color="9B9B9B"/>
            </w:tcBorders>
            <w:shd w:val="clear" w:color="auto" w:fill="F0F0F0"/>
            <w:vAlign w:val="center"/>
          </w:tcPr>
          <w:p w14:paraId="766A5045" w14:textId="77777777" w:rsidR="00A806B2" w:rsidRPr="00A864B8" w:rsidRDefault="00000000">
            <w:pPr>
              <w:spacing w:before="20" w:after="10" w:line="240" w:lineRule="auto"/>
              <w:jc w:val="center"/>
            </w:pPr>
            <w:r w:rsidRPr="00A864B8">
              <w:rPr>
                <w:sz w:val="20"/>
              </w:rPr>
              <w:t>Entzugsleistung</w:t>
            </w:r>
          </w:p>
        </w:tc>
        <w:tc>
          <w:tcPr>
            <w:tcW w:w="4320" w:type="dxa"/>
            <w:tcBorders>
              <w:bottom w:val="single" w:sz="8" w:space="0" w:color="9B9B9B"/>
            </w:tcBorders>
            <w:shd w:val="clear" w:color="auto" w:fill="F0F0F0"/>
            <w:vAlign w:val="center"/>
          </w:tcPr>
          <w:p w14:paraId="67965236" w14:textId="77777777" w:rsidR="00A806B2" w:rsidRPr="00A864B8" w:rsidRDefault="00000000">
            <w:pPr>
              <w:spacing w:before="20" w:after="10" w:line="240" w:lineRule="auto"/>
              <w:jc w:val="center"/>
            </w:pPr>
            <w:r w:rsidRPr="00A864B8">
              <w:rPr>
                <w:sz w:val="20"/>
              </w:rPr>
              <w:t>342 kWₜₕ</w:t>
            </w:r>
          </w:p>
        </w:tc>
      </w:tr>
      <w:tr w:rsidR="00A806B2" w:rsidRPr="00A864B8" w14:paraId="78D79ABF" w14:textId="77777777">
        <w:trPr>
          <w:jc w:val="center"/>
        </w:trPr>
        <w:tc>
          <w:tcPr>
            <w:tcW w:w="4320" w:type="dxa"/>
            <w:tcBorders>
              <w:bottom w:val="single" w:sz="8" w:space="0" w:color="9B9B9B"/>
            </w:tcBorders>
            <w:shd w:val="clear" w:color="auto" w:fill="CFCFCF"/>
            <w:vAlign w:val="center"/>
          </w:tcPr>
          <w:p w14:paraId="0F601785" w14:textId="77777777" w:rsidR="00A806B2" w:rsidRPr="00A864B8" w:rsidRDefault="00000000">
            <w:pPr>
              <w:spacing w:before="20" w:after="10" w:line="240" w:lineRule="auto"/>
              <w:jc w:val="center"/>
            </w:pPr>
            <w:r w:rsidRPr="00A864B8">
              <w:rPr>
                <w:sz w:val="20"/>
              </w:rPr>
              <w:t>Erzeugte Wärme</w:t>
            </w:r>
          </w:p>
        </w:tc>
        <w:tc>
          <w:tcPr>
            <w:tcW w:w="4320" w:type="dxa"/>
            <w:tcBorders>
              <w:bottom w:val="single" w:sz="8" w:space="0" w:color="9B9B9B"/>
            </w:tcBorders>
            <w:shd w:val="clear" w:color="auto" w:fill="CFCFCF"/>
            <w:vAlign w:val="center"/>
          </w:tcPr>
          <w:p w14:paraId="7472F2C0" w14:textId="77777777" w:rsidR="00A806B2" w:rsidRPr="00A864B8" w:rsidRDefault="00000000">
            <w:pPr>
              <w:spacing w:before="20" w:after="10" w:line="240" w:lineRule="auto"/>
              <w:jc w:val="center"/>
            </w:pPr>
            <w:r w:rsidRPr="00A864B8">
              <w:rPr>
                <w:sz w:val="20"/>
              </w:rPr>
              <w:t>424 MWh</w:t>
            </w:r>
          </w:p>
        </w:tc>
      </w:tr>
      <w:tr w:rsidR="00A806B2" w:rsidRPr="00A864B8" w14:paraId="049C81DC" w14:textId="77777777">
        <w:trPr>
          <w:jc w:val="center"/>
        </w:trPr>
        <w:tc>
          <w:tcPr>
            <w:tcW w:w="4320" w:type="dxa"/>
            <w:tcBorders>
              <w:bottom w:val="single" w:sz="8" w:space="0" w:color="9B9B9B"/>
            </w:tcBorders>
            <w:shd w:val="clear" w:color="auto" w:fill="F0F0F0"/>
            <w:vAlign w:val="center"/>
          </w:tcPr>
          <w:p w14:paraId="025879EA" w14:textId="77777777" w:rsidR="00A806B2" w:rsidRPr="00A864B8" w:rsidRDefault="00000000">
            <w:pPr>
              <w:spacing w:before="20" w:after="10" w:line="240" w:lineRule="auto"/>
              <w:jc w:val="center"/>
            </w:pPr>
            <w:r w:rsidRPr="00A864B8">
              <w:rPr>
                <w:sz w:val="20"/>
              </w:rPr>
              <w:t>Wärmepumpen-Kapazität</w:t>
            </w:r>
          </w:p>
        </w:tc>
        <w:tc>
          <w:tcPr>
            <w:tcW w:w="4320" w:type="dxa"/>
            <w:tcBorders>
              <w:bottom w:val="single" w:sz="8" w:space="0" w:color="9B9B9B"/>
            </w:tcBorders>
            <w:shd w:val="clear" w:color="auto" w:fill="F0F0F0"/>
            <w:vAlign w:val="center"/>
          </w:tcPr>
          <w:p w14:paraId="1749C879" w14:textId="77777777" w:rsidR="00A806B2" w:rsidRPr="00A864B8" w:rsidRDefault="00000000">
            <w:pPr>
              <w:spacing w:before="20" w:after="10" w:line="240" w:lineRule="auto"/>
              <w:jc w:val="center"/>
            </w:pPr>
            <w:r w:rsidRPr="00A864B8">
              <w:rPr>
                <w:sz w:val="20"/>
              </w:rPr>
              <w:t>456 kWₜₕ</w:t>
            </w:r>
          </w:p>
        </w:tc>
      </w:tr>
      <w:tr w:rsidR="00A806B2" w:rsidRPr="00A864B8" w14:paraId="46BEDF2B" w14:textId="77777777">
        <w:trPr>
          <w:jc w:val="center"/>
        </w:trPr>
        <w:tc>
          <w:tcPr>
            <w:tcW w:w="4320" w:type="dxa"/>
            <w:tcBorders>
              <w:bottom w:val="single" w:sz="8" w:space="0" w:color="9B9B9B"/>
            </w:tcBorders>
            <w:shd w:val="clear" w:color="auto" w:fill="CFCFCF"/>
            <w:vAlign w:val="center"/>
          </w:tcPr>
          <w:p w14:paraId="032E8C5F" w14:textId="77777777" w:rsidR="00A806B2" w:rsidRPr="00A864B8" w:rsidRDefault="00000000">
            <w:pPr>
              <w:spacing w:before="20" w:after="10" w:line="240" w:lineRule="auto"/>
              <w:jc w:val="center"/>
            </w:pPr>
            <w:r w:rsidRPr="00A864B8">
              <w:rPr>
                <w:sz w:val="20"/>
              </w:rPr>
              <w:t>Strombedarf</w:t>
            </w:r>
          </w:p>
        </w:tc>
        <w:tc>
          <w:tcPr>
            <w:tcW w:w="4320" w:type="dxa"/>
            <w:tcBorders>
              <w:bottom w:val="single" w:sz="8" w:space="0" w:color="9B9B9B"/>
            </w:tcBorders>
            <w:shd w:val="clear" w:color="auto" w:fill="CFCFCF"/>
            <w:vAlign w:val="center"/>
          </w:tcPr>
          <w:p w14:paraId="2BCBDBE0" w14:textId="77777777" w:rsidR="00A806B2" w:rsidRPr="00A864B8" w:rsidRDefault="00000000">
            <w:pPr>
              <w:spacing w:before="20" w:after="10" w:line="240" w:lineRule="auto"/>
              <w:jc w:val="center"/>
            </w:pPr>
            <w:r w:rsidRPr="00A864B8">
              <w:rPr>
                <w:sz w:val="20"/>
              </w:rPr>
              <w:t>106 MWh</w:t>
            </w:r>
          </w:p>
        </w:tc>
      </w:tr>
    </w:tbl>
    <w:p w14:paraId="23844758" w14:textId="77777777" w:rsidR="00A806B2" w:rsidRPr="00A864B8" w:rsidRDefault="00A806B2"/>
    <w:p w14:paraId="24B1C2D4" w14:textId="794E79A9" w:rsidR="00A806B2" w:rsidRPr="00A864B8" w:rsidRDefault="00000000">
      <w:pPr>
        <w:pStyle w:val="CaptionStyle"/>
        <w:spacing w:before="40" w:after="0"/>
        <w:jc w:val="center"/>
        <w:rPr>
          <w:lang w:val="de-DE"/>
        </w:rPr>
      </w:pPr>
      <w:bookmarkStart w:id="143" w:name="_Toc240363550"/>
      <w:r w:rsidRPr="00A864B8">
        <w:rPr>
          <w:lang w:val="de-DE"/>
        </w:rPr>
        <w:t xml:space="preserve">Tabelle </w:t>
      </w:r>
      <w:bookmarkStart w:id="144" w:name="results_eh_energy_import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22</w:t>
      </w:r>
      <w:r w:rsidRPr="00A864B8">
        <w:rPr>
          <w:lang w:val="de-DE"/>
        </w:rPr>
        <w:fldChar w:fldCharType="end"/>
      </w:r>
      <w:bookmarkStart w:id="145" w:name="results_eh_energy_import"/>
      <w:bookmarkEnd w:id="144"/>
      <w:bookmarkEnd w:id="145"/>
      <w:r w:rsidRPr="00A864B8">
        <w:rPr>
          <w:lang w:val="de-DE"/>
        </w:rPr>
        <w:t>: Variante 1: Energiebezug</w:t>
      </w:r>
      <w:bookmarkEnd w:id="143"/>
    </w:p>
    <w:tbl>
      <w:tblPr>
        <w:tblW w:w="0" w:type="auto"/>
        <w:jc w:val="center"/>
        <w:tblLook w:val="04A0" w:firstRow="1" w:lastRow="0" w:firstColumn="1" w:lastColumn="0" w:noHBand="0" w:noVBand="1"/>
      </w:tblPr>
      <w:tblGrid>
        <w:gridCol w:w="2160"/>
        <w:gridCol w:w="2160"/>
        <w:gridCol w:w="2160"/>
        <w:gridCol w:w="2160"/>
      </w:tblGrid>
      <w:tr w:rsidR="00A806B2" w:rsidRPr="00A864B8" w14:paraId="4219432C" w14:textId="77777777">
        <w:trPr>
          <w:jc w:val="center"/>
        </w:trPr>
        <w:tc>
          <w:tcPr>
            <w:tcW w:w="2160" w:type="dxa"/>
            <w:tcBorders>
              <w:bottom w:val="single" w:sz="22" w:space="0" w:color="C00000"/>
            </w:tcBorders>
            <w:shd w:val="clear" w:color="auto" w:fill="343A40"/>
          </w:tcPr>
          <w:p w14:paraId="528BF9E9" w14:textId="77777777" w:rsidR="00A806B2" w:rsidRPr="00A864B8" w:rsidRDefault="00000000">
            <w:pPr>
              <w:spacing w:before="20" w:after="10" w:line="240" w:lineRule="auto"/>
              <w:jc w:val="center"/>
            </w:pPr>
            <w:r w:rsidRPr="00A864B8">
              <w:rPr>
                <w:color w:val="FFFFFF"/>
                <w:sz w:val="20"/>
              </w:rPr>
              <w:t> </w:t>
            </w:r>
          </w:p>
        </w:tc>
        <w:tc>
          <w:tcPr>
            <w:tcW w:w="2160" w:type="dxa"/>
            <w:tcBorders>
              <w:bottom w:val="single" w:sz="22" w:space="0" w:color="C00000"/>
            </w:tcBorders>
            <w:shd w:val="clear" w:color="auto" w:fill="343A40"/>
          </w:tcPr>
          <w:p w14:paraId="5EFF30A4" w14:textId="77777777" w:rsidR="00A806B2" w:rsidRPr="00A864B8" w:rsidRDefault="00000000">
            <w:pPr>
              <w:spacing w:before="20" w:after="10" w:line="240" w:lineRule="auto"/>
              <w:jc w:val="center"/>
            </w:pPr>
            <w:r w:rsidRPr="00A864B8">
              <w:rPr>
                <w:color w:val="FFFFFF"/>
                <w:sz w:val="20"/>
              </w:rPr>
              <w:t>Jahressumme</w:t>
            </w:r>
          </w:p>
        </w:tc>
        <w:tc>
          <w:tcPr>
            <w:tcW w:w="2160" w:type="dxa"/>
            <w:tcBorders>
              <w:bottom w:val="single" w:sz="22" w:space="0" w:color="C00000"/>
            </w:tcBorders>
            <w:shd w:val="clear" w:color="auto" w:fill="343A40"/>
          </w:tcPr>
          <w:p w14:paraId="7EF9EAFA" w14:textId="77777777" w:rsidR="00A806B2" w:rsidRPr="00A864B8" w:rsidRDefault="00000000">
            <w:pPr>
              <w:spacing w:before="20" w:after="10" w:line="240" w:lineRule="auto"/>
              <w:jc w:val="center"/>
            </w:pPr>
            <w:r w:rsidRPr="00A864B8">
              <w:rPr>
                <w:color w:val="FFFFFF"/>
                <w:sz w:val="20"/>
              </w:rPr>
              <w:t>Maximalleistung</w:t>
            </w:r>
          </w:p>
        </w:tc>
        <w:tc>
          <w:tcPr>
            <w:tcW w:w="2160" w:type="dxa"/>
            <w:tcBorders>
              <w:bottom w:val="single" w:sz="22" w:space="0" w:color="C00000"/>
            </w:tcBorders>
            <w:shd w:val="clear" w:color="auto" w:fill="343A40"/>
          </w:tcPr>
          <w:p w14:paraId="54B86C22" w14:textId="77777777" w:rsidR="00A806B2" w:rsidRPr="00A864B8" w:rsidRDefault="00000000">
            <w:pPr>
              <w:spacing w:before="20" w:after="10" w:line="240" w:lineRule="auto"/>
              <w:jc w:val="center"/>
            </w:pPr>
            <w:r w:rsidRPr="00A864B8">
              <w:rPr>
                <w:color w:val="FFFFFF"/>
                <w:sz w:val="20"/>
              </w:rPr>
              <w:t>Anteil</w:t>
            </w:r>
          </w:p>
        </w:tc>
      </w:tr>
      <w:tr w:rsidR="00A806B2" w:rsidRPr="00A864B8" w14:paraId="12BEE22D" w14:textId="77777777">
        <w:trPr>
          <w:jc w:val="center"/>
        </w:trPr>
        <w:tc>
          <w:tcPr>
            <w:tcW w:w="2160" w:type="dxa"/>
            <w:tcBorders>
              <w:bottom w:val="single" w:sz="8" w:space="0" w:color="9B9B9B"/>
            </w:tcBorders>
            <w:shd w:val="clear" w:color="auto" w:fill="F0F0F0"/>
            <w:vAlign w:val="center"/>
          </w:tcPr>
          <w:p w14:paraId="5E32BB43" w14:textId="77777777" w:rsidR="00A806B2" w:rsidRPr="00A864B8" w:rsidRDefault="00000000">
            <w:pPr>
              <w:spacing w:before="20" w:after="10" w:line="240" w:lineRule="auto"/>
              <w:jc w:val="center"/>
            </w:pPr>
            <w:r w:rsidRPr="00A864B8">
              <w:rPr>
                <w:sz w:val="20"/>
              </w:rPr>
              <w:t>Strombezug aus Stromnetz (Energiezentrale)</w:t>
            </w:r>
          </w:p>
        </w:tc>
        <w:tc>
          <w:tcPr>
            <w:tcW w:w="2160" w:type="dxa"/>
            <w:tcBorders>
              <w:bottom w:val="single" w:sz="8" w:space="0" w:color="9B9B9B"/>
            </w:tcBorders>
            <w:shd w:val="clear" w:color="auto" w:fill="F0F0F0"/>
            <w:vAlign w:val="center"/>
          </w:tcPr>
          <w:p w14:paraId="5B46CFBB" w14:textId="77777777" w:rsidR="00A806B2" w:rsidRPr="00A864B8" w:rsidRDefault="00000000">
            <w:pPr>
              <w:spacing w:before="20" w:after="10" w:line="240" w:lineRule="auto"/>
              <w:jc w:val="center"/>
            </w:pPr>
            <w:r w:rsidRPr="00A864B8">
              <w:rPr>
                <w:sz w:val="20"/>
              </w:rPr>
              <w:t>221 MWh</w:t>
            </w:r>
          </w:p>
        </w:tc>
        <w:tc>
          <w:tcPr>
            <w:tcW w:w="2160" w:type="dxa"/>
            <w:tcBorders>
              <w:bottom w:val="single" w:sz="8" w:space="0" w:color="9B9B9B"/>
            </w:tcBorders>
            <w:shd w:val="clear" w:color="auto" w:fill="F0F0F0"/>
            <w:vAlign w:val="center"/>
          </w:tcPr>
          <w:p w14:paraId="469C2355" w14:textId="77777777" w:rsidR="00A806B2" w:rsidRPr="00A864B8" w:rsidRDefault="00000000">
            <w:pPr>
              <w:spacing w:before="20" w:after="10" w:line="240" w:lineRule="auto"/>
              <w:jc w:val="center"/>
            </w:pPr>
            <w:r w:rsidRPr="00A864B8">
              <w:rPr>
                <w:sz w:val="20"/>
              </w:rPr>
              <w:t>177 kW</w:t>
            </w:r>
          </w:p>
        </w:tc>
        <w:tc>
          <w:tcPr>
            <w:tcW w:w="2160" w:type="dxa"/>
            <w:tcBorders>
              <w:bottom w:val="single" w:sz="8" w:space="0" w:color="9B9B9B"/>
            </w:tcBorders>
            <w:shd w:val="clear" w:color="auto" w:fill="F0F0F0"/>
            <w:vAlign w:val="center"/>
          </w:tcPr>
          <w:p w14:paraId="6F044B05" w14:textId="77777777" w:rsidR="00A806B2" w:rsidRPr="00A864B8" w:rsidRDefault="00000000">
            <w:pPr>
              <w:spacing w:before="20" w:after="10" w:line="240" w:lineRule="auto"/>
              <w:jc w:val="center"/>
            </w:pPr>
            <w:r w:rsidRPr="00A864B8">
              <w:rPr>
                <w:sz w:val="20"/>
              </w:rPr>
              <w:t>17,3 %</w:t>
            </w:r>
          </w:p>
        </w:tc>
      </w:tr>
      <w:tr w:rsidR="00A806B2" w:rsidRPr="00A864B8" w14:paraId="4152C864" w14:textId="77777777">
        <w:trPr>
          <w:jc w:val="center"/>
        </w:trPr>
        <w:tc>
          <w:tcPr>
            <w:tcW w:w="2160" w:type="dxa"/>
            <w:tcBorders>
              <w:bottom w:val="single" w:sz="8" w:space="0" w:color="9B9B9B"/>
            </w:tcBorders>
            <w:shd w:val="clear" w:color="auto" w:fill="CFCFCF"/>
            <w:vAlign w:val="center"/>
          </w:tcPr>
          <w:p w14:paraId="3FF7866E" w14:textId="77777777" w:rsidR="00A806B2" w:rsidRPr="00A864B8" w:rsidRDefault="00000000">
            <w:pPr>
              <w:spacing w:before="20" w:after="10" w:line="240" w:lineRule="auto"/>
              <w:jc w:val="center"/>
            </w:pPr>
            <w:r w:rsidRPr="00A864B8">
              <w:rPr>
                <w:sz w:val="20"/>
              </w:rPr>
              <w:t>Erneuerbare Stromerzeugung</w:t>
            </w:r>
          </w:p>
        </w:tc>
        <w:tc>
          <w:tcPr>
            <w:tcW w:w="2160" w:type="dxa"/>
            <w:tcBorders>
              <w:bottom w:val="single" w:sz="8" w:space="0" w:color="9B9B9B"/>
            </w:tcBorders>
            <w:shd w:val="clear" w:color="auto" w:fill="CFCFCF"/>
            <w:vAlign w:val="center"/>
          </w:tcPr>
          <w:p w14:paraId="15ECF8A3" w14:textId="77777777" w:rsidR="00A806B2" w:rsidRPr="00A864B8" w:rsidRDefault="00000000">
            <w:pPr>
              <w:spacing w:before="20" w:after="10" w:line="240" w:lineRule="auto"/>
              <w:jc w:val="center"/>
            </w:pPr>
            <w:r w:rsidRPr="00A864B8">
              <w:rPr>
                <w:sz w:val="20"/>
              </w:rPr>
              <w:t>217 MWh</w:t>
            </w:r>
          </w:p>
        </w:tc>
        <w:tc>
          <w:tcPr>
            <w:tcW w:w="2160" w:type="dxa"/>
            <w:tcBorders>
              <w:bottom w:val="single" w:sz="8" w:space="0" w:color="9B9B9B"/>
            </w:tcBorders>
            <w:shd w:val="clear" w:color="auto" w:fill="CFCFCF"/>
            <w:vAlign w:val="center"/>
          </w:tcPr>
          <w:p w14:paraId="3F0B546A" w14:textId="77777777" w:rsidR="00A806B2" w:rsidRPr="00A864B8" w:rsidRDefault="00000000">
            <w:pPr>
              <w:spacing w:before="20" w:after="10" w:line="240" w:lineRule="auto"/>
              <w:jc w:val="center"/>
            </w:pPr>
            <w:r w:rsidRPr="00A864B8">
              <w:rPr>
                <w:sz w:val="20"/>
              </w:rPr>
              <w:t>---</w:t>
            </w:r>
          </w:p>
        </w:tc>
        <w:tc>
          <w:tcPr>
            <w:tcW w:w="2160" w:type="dxa"/>
            <w:tcBorders>
              <w:bottom w:val="single" w:sz="8" w:space="0" w:color="9B9B9B"/>
            </w:tcBorders>
            <w:shd w:val="clear" w:color="auto" w:fill="CFCFCF"/>
            <w:vAlign w:val="center"/>
          </w:tcPr>
          <w:p w14:paraId="30B24020" w14:textId="77777777" w:rsidR="00A806B2" w:rsidRPr="00A864B8" w:rsidRDefault="00000000">
            <w:pPr>
              <w:spacing w:before="20" w:after="10" w:line="240" w:lineRule="auto"/>
              <w:jc w:val="center"/>
            </w:pPr>
            <w:r w:rsidRPr="00A864B8">
              <w:rPr>
                <w:sz w:val="20"/>
              </w:rPr>
              <w:t>17,0 %</w:t>
            </w:r>
          </w:p>
        </w:tc>
      </w:tr>
      <w:tr w:rsidR="00A806B2" w:rsidRPr="00A864B8" w14:paraId="2A82607A" w14:textId="77777777">
        <w:trPr>
          <w:jc w:val="center"/>
        </w:trPr>
        <w:tc>
          <w:tcPr>
            <w:tcW w:w="2160" w:type="dxa"/>
            <w:tcBorders>
              <w:bottom w:val="single" w:sz="8" w:space="0" w:color="9B9B9B"/>
            </w:tcBorders>
            <w:shd w:val="clear" w:color="auto" w:fill="F0F0F0"/>
            <w:vAlign w:val="center"/>
          </w:tcPr>
          <w:p w14:paraId="1FDE8A15" w14:textId="77777777" w:rsidR="00A806B2" w:rsidRPr="00A864B8" w:rsidRDefault="00000000">
            <w:pPr>
              <w:spacing w:before="20" w:after="10" w:line="240" w:lineRule="auto"/>
              <w:jc w:val="center"/>
            </w:pPr>
            <w:r w:rsidRPr="00A864B8">
              <w:rPr>
                <w:sz w:val="20"/>
              </w:rPr>
              <w:t>Biomasse</w:t>
            </w:r>
          </w:p>
        </w:tc>
        <w:tc>
          <w:tcPr>
            <w:tcW w:w="2160" w:type="dxa"/>
            <w:tcBorders>
              <w:bottom w:val="single" w:sz="8" w:space="0" w:color="9B9B9B"/>
            </w:tcBorders>
            <w:shd w:val="clear" w:color="auto" w:fill="F0F0F0"/>
            <w:vAlign w:val="center"/>
          </w:tcPr>
          <w:p w14:paraId="376414BB" w14:textId="77777777" w:rsidR="00A806B2" w:rsidRPr="00A864B8" w:rsidRDefault="00000000">
            <w:pPr>
              <w:spacing w:before="20" w:after="10" w:line="240" w:lineRule="auto"/>
              <w:jc w:val="center"/>
            </w:pPr>
            <w:r w:rsidRPr="00A864B8">
              <w:rPr>
                <w:sz w:val="20"/>
              </w:rPr>
              <w:t>763 MWh</w:t>
            </w:r>
          </w:p>
        </w:tc>
        <w:tc>
          <w:tcPr>
            <w:tcW w:w="2160" w:type="dxa"/>
            <w:tcBorders>
              <w:bottom w:val="single" w:sz="8" w:space="0" w:color="9B9B9B"/>
            </w:tcBorders>
            <w:shd w:val="clear" w:color="auto" w:fill="F0F0F0"/>
            <w:vAlign w:val="center"/>
          </w:tcPr>
          <w:p w14:paraId="157C2041" w14:textId="77777777" w:rsidR="00A806B2" w:rsidRPr="00A864B8" w:rsidRDefault="00000000">
            <w:pPr>
              <w:spacing w:before="20" w:after="10" w:line="240" w:lineRule="auto"/>
              <w:jc w:val="center"/>
            </w:pPr>
            <w:r w:rsidRPr="00A864B8">
              <w:rPr>
                <w:sz w:val="20"/>
              </w:rPr>
              <w:t>160 kW</w:t>
            </w:r>
          </w:p>
        </w:tc>
        <w:tc>
          <w:tcPr>
            <w:tcW w:w="2160" w:type="dxa"/>
            <w:tcBorders>
              <w:bottom w:val="single" w:sz="8" w:space="0" w:color="9B9B9B"/>
            </w:tcBorders>
            <w:shd w:val="clear" w:color="auto" w:fill="F0F0F0"/>
            <w:vAlign w:val="center"/>
          </w:tcPr>
          <w:p w14:paraId="55EE1AAE" w14:textId="77777777" w:rsidR="00A806B2" w:rsidRPr="00A864B8" w:rsidRDefault="00000000">
            <w:pPr>
              <w:spacing w:before="20" w:after="10" w:line="240" w:lineRule="auto"/>
              <w:jc w:val="center"/>
            </w:pPr>
            <w:r w:rsidRPr="00A864B8">
              <w:rPr>
                <w:sz w:val="20"/>
              </w:rPr>
              <w:t>59,7 %</w:t>
            </w:r>
          </w:p>
        </w:tc>
      </w:tr>
      <w:tr w:rsidR="00A806B2" w:rsidRPr="00A864B8" w14:paraId="3D487743" w14:textId="77777777">
        <w:trPr>
          <w:jc w:val="center"/>
        </w:trPr>
        <w:tc>
          <w:tcPr>
            <w:tcW w:w="2160" w:type="dxa"/>
            <w:tcBorders>
              <w:bottom w:val="single" w:sz="8" w:space="0" w:color="9B9B9B"/>
            </w:tcBorders>
            <w:shd w:val="clear" w:color="auto" w:fill="CFCFCF"/>
            <w:vAlign w:val="center"/>
          </w:tcPr>
          <w:p w14:paraId="66BBE4EF" w14:textId="77777777" w:rsidR="00A806B2" w:rsidRPr="00A864B8" w:rsidRDefault="00000000">
            <w:pPr>
              <w:spacing w:before="20" w:after="10" w:line="240" w:lineRule="auto"/>
              <w:jc w:val="center"/>
            </w:pPr>
            <w:r w:rsidRPr="00A864B8">
              <w:rPr>
                <w:sz w:val="20"/>
              </w:rPr>
              <w:t>Wärme aus Solarthermie</w:t>
            </w:r>
          </w:p>
        </w:tc>
        <w:tc>
          <w:tcPr>
            <w:tcW w:w="2160" w:type="dxa"/>
            <w:tcBorders>
              <w:bottom w:val="single" w:sz="8" w:space="0" w:color="9B9B9B"/>
            </w:tcBorders>
            <w:shd w:val="clear" w:color="auto" w:fill="CFCFCF"/>
            <w:vAlign w:val="center"/>
          </w:tcPr>
          <w:p w14:paraId="514AA301" w14:textId="77777777" w:rsidR="00A806B2" w:rsidRPr="00A864B8" w:rsidRDefault="00000000">
            <w:pPr>
              <w:spacing w:before="20" w:after="10" w:line="240" w:lineRule="auto"/>
              <w:jc w:val="center"/>
            </w:pPr>
            <w:r w:rsidRPr="00A864B8">
              <w:rPr>
                <w:sz w:val="20"/>
              </w:rPr>
              <w:t>76 MWh</w:t>
            </w:r>
          </w:p>
        </w:tc>
        <w:tc>
          <w:tcPr>
            <w:tcW w:w="2160" w:type="dxa"/>
            <w:tcBorders>
              <w:bottom w:val="single" w:sz="8" w:space="0" w:color="9B9B9B"/>
            </w:tcBorders>
            <w:shd w:val="clear" w:color="auto" w:fill="CFCFCF"/>
            <w:vAlign w:val="center"/>
          </w:tcPr>
          <w:p w14:paraId="375C32B5" w14:textId="77777777" w:rsidR="00A806B2" w:rsidRPr="00A864B8" w:rsidRDefault="00000000">
            <w:pPr>
              <w:spacing w:before="20" w:after="10" w:line="240" w:lineRule="auto"/>
              <w:jc w:val="center"/>
            </w:pPr>
            <w:r w:rsidRPr="00A864B8">
              <w:rPr>
                <w:sz w:val="20"/>
              </w:rPr>
              <w:t>---</w:t>
            </w:r>
          </w:p>
        </w:tc>
        <w:tc>
          <w:tcPr>
            <w:tcW w:w="2160" w:type="dxa"/>
            <w:tcBorders>
              <w:bottom w:val="single" w:sz="8" w:space="0" w:color="9B9B9B"/>
            </w:tcBorders>
            <w:shd w:val="clear" w:color="auto" w:fill="CFCFCF"/>
            <w:vAlign w:val="center"/>
          </w:tcPr>
          <w:p w14:paraId="67121F52" w14:textId="77777777" w:rsidR="00A806B2" w:rsidRPr="00A864B8" w:rsidRDefault="00000000">
            <w:pPr>
              <w:spacing w:before="20" w:after="10" w:line="240" w:lineRule="auto"/>
              <w:jc w:val="center"/>
            </w:pPr>
            <w:r w:rsidRPr="00A864B8">
              <w:rPr>
                <w:sz w:val="20"/>
              </w:rPr>
              <w:t>6,0 %</w:t>
            </w:r>
          </w:p>
        </w:tc>
      </w:tr>
    </w:tbl>
    <w:p w14:paraId="20142374" w14:textId="77777777" w:rsidR="00A806B2" w:rsidRPr="00A864B8" w:rsidRDefault="00A806B2"/>
    <w:p w14:paraId="3FA0D203" w14:textId="369D7335" w:rsidR="00A806B2" w:rsidRPr="00A864B8" w:rsidRDefault="00000000">
      <w:pPr>
        <w:pStyle w:val="CaptionStyle"/>
        <w:spacing w:before="40" w:after="0"/>
        <w:jc w:val="center"/>
        <w:rPr>
          <w:lang w:val="de-DE"/>
        </w:rPr>
      </w:pPr>
      <w:bookmarkStart w:id="146" w:name="_Toc240363551"/>
      <w:r w:rsidRPr="00A864B8">
        <w:rPr>
          <w:lang w:val="de-DE"/>
        </w:rPr>
        <w:t xml:space="preserve">Tabelle </w:t>
      </w:r>
      <w:bookmarkStart w:id="147" w:name="results_eh_energy_feedin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23</w:t>
      </w:r>
      <w:r w:rsidRPr="00A864B8">
        <w:rPr>
          <w:lang w:val="de-DE"/>
        </w:rPr>
        <w:fldChar w:fldCharType="end"/>
      </w:r>
      <w:bookmarkStart w:id="148" w:name="results_eh_energy_feedin"/>
      <w:bookmarkEnd w:id="147"/>
      <w:bookmarkEnd w:id="148"/>
      <w:r w:rsidRPr="00A864B8">
        <w:rPr>
          <w:lang w:val="de-DE"/>
        </w:rPr>
        <w:t>: Variante 1: Energieeinspeisung</w:t>
      </w:r>
      <w:bookmarkEnd w:id="146"/>
    </w:p>
    <w:tbl>
      <w:tblPr>
        <w:tblW w:w="0" w:type="auto"/>
        <w:jc w:val="center"/>
        <w:tblLook w:val="04A0" w:firstRow="1" w:lastRow="0" w:firstColumn="1" w:lastColumn="0" w:noHBand="0" w:noVBand="1"/>
      </w:tblPr>
      <w:tblGrid>
        <w:gridCol w:w="2880"/>
        <w:gridCol w:w="2880"/>
        <w:gridCol w:w="2880"/>
      </w:tblGrid>
      <w:tr w:rsidR="00A806B2" w:rsidRPr="00A864B8" w14:paraId="54EB8042" w14:textId="77777777">
        <w:trPr>
          <w:jc w:val="center"/>
        </w:trPr>
        <w:tc>
          <w:tcPr>
            <w:tcW w:w="2880" w:type="dxa"/>
            <w:tcBorders>
              <w:bottom w:val="single" w:sz="22" w:space="0" w:color="C00000"/>
            </w:tcBorders>
            <w:shd w:val="clear" w:color="auto" w:fill="343A40"/>
          </w:tcPr>
          <w:p w14:paraId="17A591C3"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45D5A30E"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FDD3949"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3DDF653C" w14:textId="77777777">
        <w:trPr>
          <w:jc w:val="center"/>
        </w:trPr>
        <w:tc>
          <w:tcPr>
            <w:tcW w:w="2880" w:type="dxa"/>
            <w:tcBorders>
              <w:bottom w:val="single" w:sz="8" w:space="0" w:color="9B9B9B"/>
            </w:tcBorders>
            <w:shd w:val="clear" w:color="auto" w:fill="F0F0F0"/>
            <w:vAlign w:val="center"/>
          </w:tcPr>
          <w:p w14:paraId="69A43C8A" w14:textId="77777777" w:rsidR="00A806B2" w:rsidRPr="00A864B8" w:rsidRDefault="00000000">
            <w:pPr>
              <w:spacing w:before="20" w:after="10" w:line="240" w:lineRule="auto"/>
              <w:jc w:val="center"/>
            </w:pPr>
            <w:r w:rsidRPr="00A864B8">
              <w:rPr>
                <w:sz w:val="20"/>
              </w:rPr>
              <w:t>Stromeinspeisung</w:t>
            </w:r>
          </w:p>
        </w:tc>
        <w:tc>
          <w:tcPr>
            <w:tcW w:w="2880" w:type="dxa"/>
            <w:tcBorders>
              <w:bottom w:val="single" w:sz="8" w:space="0" w:color="9B9B9B"/>
            </w:tcBorders>
            <w:shd w:val="clear" w:color="auto" w:fill="F0F0F0"/>
            <w:vAlign w:val="center"/>
          </w:tcPr>
          <w:p w14:paraId="5CB36ECB" w14:textId="77777777" w:rsidR="00A806B2" w:rsidRPr="00A864B8" w:rsidRDefault="00000000">
            <w:pPr>
              <w:spacing w:before="20" w:after="10" w:line="240" w:lineRule="auto"/>
              <w:jc w:val="center"/>
            </w:pPr>
            <w:r w:rsidRPr="00A864B8">
              <w:rPr>
                <w:sz w:val="20"/>
              </w:rPr>
              <w:t>68 MWh</w:t>
            </w:r>
          </w:p>
        </w:tc>
        <w:tc>
          <w:tcPr>
            <w:tcW w:w="2880" w:type="dxa"/>
            <w:tcBorders>
              <w:bottom w:val="single" w:sz="8" w:space="0" w:color="9B9B9B"/>
            </w:tcBorders>
            <w:shd w:val="clear" w:color="auto" w:fill="F0F0F0"/>
            <w:vAlign w:val="center"/>
          </w:tcPr>
          <w:p w14:paraId="6AAE5AD4" w14:textId="77777777" w:rsidR="00A806B2" w:rsidRPr="00A864B8" w:rsidRDefault="00000000">
            <w:pPr>
              <w:spacing w:before="20" w:after="10" w:line="240" w:lineRule="auto"/>
              <w:jc w:val="center"/>
            </w:pPr>
            <w:r w:rsidRPr="00A864B8">
              <w:rPr>
                <w:sz w:val="20"/>
              </w:rPr>
              <w:t>132 kW</w:t>
            </w:r>
          </w:p>
        </w:tc>
      </w:tr>
    </w:tbl>
    <w:p w14:paraId="3E3B900E" w14:textId="77777777" w:rsidR="00A806B2" w:rsidRPr="00A864B8" w:rsidRDefault="00A806B2"/>
    <w:p w14:paraId="0E123A16" w14:textId="2250891D" w:rsidR="00A806B2" w:rsidRPr="00A864B8" w:rsidRDefault="00000000">
      <w:pPr>
        <w:pStyle w:val="CaptionStyle"/>
        <w:spacing w:before="40" w:after="0"/>
        <w:jc w:val="center"/>
        <w:rPr>
          <w:lang w:val="de-DE"/>
        </w:rPr>
      </w:pPr>
      <w:bookmarkStart w:id="149" w:name="_Toc240363552"/>
      <w:r w:rsidRPr="00A864B8">
        <w:rPr>
          <w:lang w:val="de-DE"/>
        </w:rPr>
        <w:t xml:space="preserve">Tabelle </w:t>
      </w:r>
      <w:bookmarkStart w:id="150" w:name="results_elec_generation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24</w:t>
      </w:r>
      <w:r w:rsidRPr="00A864B8">
        <w:rPr>
          <w:lang w:val="de-DE"/>
        </w:rPr>
        <w:fldChar w:fldCharType="end"/>
      </w:r>
      <w:bookmarkStart w:id="151" w:name="results_elec_generation"/>
      <w:bookmarkEnd w:id="150"/>
      <w:bookmarkEnd w:id="151"/>
      <w:r w:rsidRPr="00A864B8">
        <w:rPr>
          <w:lang w:val="de-DE"/>
        </w:rPr>
        <w:t>: Variante 1: Stromerzeugung und -bezug</w:t>
      </w:r>
      <w:bookmarkEnd w:id="149"/>
    </w:p>
    <w:tbl>
      <w:tblPr>
        <w:tblW w:w="0" w:type="auto"/>
        <w:jc w:val="center"/>
        <w:tblLook w:val="04A0" w:firstRow="1" w:lastRow="0" w:firstColumn="1" w:lastColumn="0" w:noHBand="0" w:noVBand="1"/>
      </w:tblPr>
      <w:tblGrid>
        <w:gridCol w:w="2880"/>
        <w:gridCol w:w="2880"/>
        <w:gridCol w:w="2880"/>
      </w:tblGrid>
      <w:tr w:rsidR="00A806B2" w:rsidRPr="00A864B8" w14:paraId="7429E783" w14:textId="77777777">
        <w:trPr>
          <w:jc w:val="center"/>
        </w:trPr>
        <w:tc>
          <w:tcPr>
            <w:tcW w:w="2880" w:type="dxa"/>
            <w:tcBorders>
              <w:bottom w:val="single" w:sz="22" w:space="0" w:color="C00000"/>
            </w:tcBorders>
            <w:shd w:val="clear" w:color="auto" w:fill="343A40"/>
          </w:tcPr>
          <w:p w14:paraId="6C4B1F07"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18F242DC"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0FBBA61" w14:textId="77777777" w:rsidR="00A806B2" w:rsidRPr="00A864B8" w:rsidRDefault="00000000">
            <w:pPr>
              <w:spacing w:before="20" w:after="10" w:line="240" w:lineRule="auto"/>
              <w:jc w:val="center"/>
            </w:pPr>
            <w:r w:rsidRPr="00A864B8">
              <w:rPr>
                <w:color w:val="FFFFFF"/>
                <w:sz w:val="20"/>
              </w:rPr>
              <w:t>Anteil</w:t>
            </w:r>
          </w:p>
        </w:tc>
      </w:tr>
      <w:tr w:rsidR="00A806B2" w:rsidRPr="00A864B8" w14:paraId="233E9421" w14:textId="77777777">
        <w:trPr>
          <w:jc w:val="center"/>
        </w:trPr>
        <w:tc>
          <w:tcPr>
            <w:tcW w:w="2880" w:type="dxa"/>
            <w:tcBorders>
              <w:bottom w:val="single" w:sz="8" w:space="0" w:color="9B9B9B"/>
            </w:tcBorders>
            <w:shd w:val="clear" w:color="auto" w:fill="F0F0F0"/>
            <w:vAlign w:val="center"/>
          </w:tcPr>
          <w:p w14:paraId="06A38959" w14:textId="77777777" w:rsidR="00A806B2" w:rsidRPr="00A864B8" w:rsidRDefault="00000000">
            <w:pPr>
              <w:spacing w:before="20" w:after="10" w:line="240" w:lineRule="auto"/>
              <w:jc w:val="center"/>
            </w:pPr>
            <w:r w:rsidRPr="00A864B8">
              <w:rPr>
                <w:sz w:val="20"/>
              </w:rPr>
              <w:t>Biomasse-BHKW 1</w:t>
            </w:r>
          </w:p>
        </w:tc>
        <w:tc>
          <w:tcPr>
            <w:tcW w:w="2880" w:type="dxa"/>
            <w:tcBorders>
              <w:bottom w:val="single" w:sz="8" w:space="0" w:color="9B9B9B"/>
            </w:tcBorders>
            <w:shd w:val="clear" w:color="auto" w:fill="F0F0F0"/>
            <w:vAlign w:val="center"/>
          </w:tcPr>
          <w:p w14:paraId="4AD8DF71" w14:textId="77777777" w:rsidR="00A806B2" w:rsidRPr="00A864B8" w:rsidRDefault="00000000">
            <w:pPr>
              <w:spacing w:before="20" w:after="10" w:line="240" w:lineRule="auto"/>
              <w:jc w:val="center"/>
            </w:pPr>
            <w:r w:rsidRPr="00A864B8">
              <w:rPr>
                <w:sz w:val="20"/>
              </w:rPr>
              <w:t>267 MWh</w:t>
            </w:r>
          </w:p>
        </w:tc>
        <w:tc>
          <w:tcPr>
            <w:tcW w:w="2880" w:type="dxa"/>
            <w:tcBorders>
              <w:bottom w:val="single" w:sz="8" w:space="0" w:color="9B9B9B"/>
            </w:tcBorders>
            <w:shd w:val="clear" w:color="auto" w:fill="F0F0F0"/>
            <w:vAlign w:val="center"/>
          </w:tcPr>
          <w:p w14:paraId="7D00D028" w14:textId="77777777" w:rsidR="00A806B2" w:rsidRPr="00A864B8" w:rsidRDefault="00000000">
            <w:pPr>
              <w:spacing w:before="20" w:after="10" w:line="240" w:lineRule="auto"/>
              <w:jc w:val="center"/>
            </w:pPr>
            <w:r w:rsidRPr="00A864B8">
              <w:rPr>
                <w:sz w:val="20"/>
              </w:rPr>
              <w:t>37,9 %</w:t>
            </w:r>
          </w:p>
        </w:tc>
      </w:tr>
      <w:tr w:rsidR="00A806B2" w:rsidRPr="00A864B8" w14:paraId="47DD5CF4" w14:textId="77777777">
        <w:trPr>
          <w:jc w:val="center"/>
        </w:trPr>
        <w:tc>
          <w:tcPr>
            <w:tcW w:w="2880" w:type="dxa"/>
            <w:tcBorders>
              <w:bottom w:val="single" w:sz="8" w:space="0" w:color="9B9B9B"/>
            </w:tcBorders>
            <w:shd w:val="clear" w:color="auto" w:fill="CFCFCF"/>
            <w:vAlign w:val="center"/>
          </w:tcPr>
          <w:p w14:paraId="32C58ABC" w14:textId="77777777" w:rsidR="00A806B2" w:rsidRPr="00A864B8" w:rsidRDefault="00000000">
            <w:pPr>
              <w:spacing w:before="20" w:after="10" w:line="240" w:lineRule="auto"/>
              <w:jc w:val="center"/>
            </w:pPr>
            <w:r w:rsidRPr="00A864B8">
              <w:rPr>
                <w:b/>
                <w:sz w:val="20"/>
              </w:rPr>
              <w:t>Erneuerbare Stromerzeugung</w:t>
            </w:r>
          </w:p>
        </w:tc>
        <w:tc>
          <w:tcPr>
            <w:tcW w:w="2880" w:type="dxa"/>
            <w:tcBorders>
              <w:bottom w:val="single" w:sz="8" w:space="0" w:color="9B9B9B"/>
            </w:tcBorders>
            <w:shd w:val="clear" w:color="auto" w:fill="CFCFCF"/>
            <w:vAlign w:val="center"/>
          </w:tcPr>
          <w:p w14:paraId="5F68127B" w14:textId="77777777" w:rsidR="00A806B2" w:rsidRPr="00A864B8" w:rsidRDefault="00000000">
            <w:pPr>
              <w:spacing w:before="20" w:after="10" w:line="240" w:lineRule="auto"/>
              <w:jc w:val="center"/>
            </w:pPr>
            <w:r w:rsidRPr="00A864B8">
              <w:rPr>
                <w:b/>
                <w:sz w:val="20"/>
              </w:rPr>
              <w:t>217 MWh</w:t>
            </w:r>
          </w:p>
        </w:tc>
        <w:tc>
          <w:tcPr>
            <w:tcW w:w="2880" w:type="dxa"/>
            <w:tcBorders>
              <w:bottom w:val="single" w:sz="8" w:space="0" w:color="9B9B9B"/>
            </w:tcBorders>
            <w:shd w:val="clear" w:color="auto" w:fill="CFCFCF"/>
            <w:vAlign w:val="center"/>
          </w:tcPr>
          <w:p w14:paraId="3699DDC3" w14:textId="77777777" w:rsidR="00A806B2" w:rsidRPr="00A864B8" w:rsidRDefault="00000000">
            <w:pPr>
              <w:spacing w:before="20" w:after="10" w:line="240" w:lineRule="auto"/>
              <w:jc w:val="center"/>
            </w:pPr>
            <w:r w:rsidRPr="00A864B8">
              <w:rPr>
                <w:b/>
                <w:sz w:val="20"/>
              </w:rPr>
              <w:t>30,8 %</w:t>
            </w:r>
          </w:p>
        </w:tc>
      </w:tr>
      <w:tr w:rsidR="00A806B2" w:rsidRPr="00A864B8" w14:paraId="695D7706" w14:textId="77777777">
        <w:trPr>
          <w:jc w:val="center"/>
        </w:trPr>
        <w:tc>
          <w:tcPr>
            <w:tcW w:w="2880" w:type="dxa"/>
            <w:tcBorders>
              <w:bottom w:val="single" w:sz="8" w:space="0" w:color="9B9B9B"/>
            </w:tcBorders>
            <w:shd w:val="clear" w:color="auto" w:fill="F0F0F0"/>
            <w:vAlign w:val="center"/>
          </w:tcPr>
          <w:p w14:paraId="1243D1B0" w14:textId="77777777" w:rsidR="00A806B2" w:rsidRPr="00A864B8" w:rsidRDefault="00000000">
            <w:pPr>
              <w:spacing w:before="20" w:after="10" w:line="240" w:lineRule="auto"/>
              <w:jc w:val="center"/>
            </w:pPr>
            <w:r w:rsidRPr="00A864B8">
              <w:rPr>
                <w:sz w:val="20"/>
              </w:rPr>
              <w:t>davon Photovoltaik</w:t>
            </w:r>
          </w:p>
        </w:tc>
        <w:tc>
          <w:tcPr>
            <w:tcW w:w="2880" w:type="dxa"/>
            <w:tcBorders>
              <w:bottom w:val="single" w:sz="8" w:space="0" w:color="9B9B9B"/>
            </w:tcBorders>
            <w:shd w:val="clear" w:color="auto" w:fill="F0F0F0"/>
            <w:vAlign w:val="center"/>
          </w:tcPr>
          <w:p w14:paraId="4ED006A2" w14:textId="77777777" w:rsidR="00A806B2" w:rsidRPr="00A864B8" w:rsidRDefault="00000000">
            <w:pPr>
              <w:spacing w:before="20" w:after="10" w:line="240" w:lineRule="auto"/>
              <w:jc w:val="center"/>
            </w:pPr>
            <w:r w:rsidRPr="00A864B8">
              <w:rPr>
                <w:sz w:val="20"/>
              </w:rPr>
              <w:t>217 MWh</w:t>
            </w:r>
          </w:p>
        </w:tc>
        <w:tc>
          <w:tcPr>
            <w:tcW w:w="2880" w:type="dxa"/>
            <w:tcBorders>
              <w:bottom w:val="single" w:sz="8" w:space="0" w:color="9B9B9B"/>
            </w:tcBorders>
            <w:shd w:val="clear" w:color="auto" w:fill="F0F0F0"/>
            <w:vAlign w:val="center"/>
          </w:tcPr>
          <w:p w14:paraId="1D9B4973" w14:textId="77777777" w:rsidR="00A806B2" w:rsidRPr="00A864B8" w:rsidRDefault="00000000">
            <w:pPr>
              <w:spacing w:before="20" w:after="10" w:line="240" w:lineRule="auto"/>
              <w:jc w:val="center"/>
            </w:pPr>
            <w:r w:rsidRPr="00A864B8">
              <w:rPr>
                <w:sz w:val="20"/>
              </w:rPr>
              <w:t>30,8 %</w:t>
            </w:r>
          </w:p>
        </w:tc>
      </w:tr>
      <w:tr w:rsidR="00A806B2" w:rsidRPr="00A864B8" w14:paraId="75457F6A" w14:textId="77777777">
        <w:trPr>
          <w:jc w:val="center"/>
        </w:trPr>
        <w:tc>
          <w:tcPr>
            <w:tcW w:w="2880" w:type="dxa"/>
            <w:tcBorders>
              <w:bottom w:val="single" w:sz="8" w:space="0" w:color="9B9B9B"/>
            </w:tcBorders>
            <w:shd w:val="clear" w:color="auto" w:fill="CFCFCF"/>
            <w:vAlign w:val="center"/>
          </w:tcPr>
          <w:p w14:paraId="41AC0E80" w14:textId="77777777" w:rsidR="00A806B2" w:rsidRPr="00A864B8" w:rsidRDefault="00000000">
            <w:pPr>
              <w:spacing w:before="20" w:after="10" w:line="240" w:lineRule="auto"/>
              <w:jc w:val="center"/>
            </w:pPr>
            <w:r w:rsidRPr="00A864B8">
              <w:rPr>
                <w:sz w:val="20"/>
              </w:rPr>
              <w:t>Strombezug aus Stromnetz (Energiezentrale)</w:t>
            </w:r>
          </w:p>
        </w:tc>
        <w:tc>
          <w:tcPr>
            <w:tcW w:w="2880" w:type="dxa"/>
            <w:tcBorders>
              <w:bottom w:val="single" w:sz="8" w:space="0" w:color="9B9B9B"/>
            </w:tcBorders>
            <w:shd w:val="clear" w:color="auto" w:fill="CFCFCF"/>
            <w:vAlign w:val="center"/>
          </w:tcPr>
          <w:p w14:paraId="00B51EDE" w14:textId="77777777" w:rsidR="00A806B2" w:rsidRPr="00A864B8" w:rsidRDefault="00000000">
            <w:pPr>
              <w:spacing w:before="20" w:after="10" w:line="240" w:lineRule="auto"/>
              <w:jc w:val="center"/>
            </w:pPr>
            <w:r w:rsidRPr="00A864B8">
              <w:rPr>
                <w:sz w:val="20"/>
              </w:rPr>
              <w:t>221 MWh</w:t>
            </w:r>
          </w:p>
        </w:tc>
        <w:tc>
          <w:tcPr>
            <w:tcW w:w="2880" w:type="dxa"/>
            <w:tcBorders>
              <w:bottom w:val="single" w:sz="8" w:space="0" w:color="9B9B9B"/>
            </w:tcBorders>
            <w:shd w:val="clear" w:color="auto" w:fill="CFCFCF"/>
            <w:vAlign w:val="center"/>
          </w:tcPr>
          <w:p w14:paraId="3F6DE05F" w14:textId="77777777" w:rsidR="00A806B2" w:rsidRPr="00A864B8" w:rsidRDefault="00000000">
            <w:pPr>
              <w:spacing w:before="20" w:after="10" w:line="240" w:lineRule="auto"/>
              <w:jc w:val="center"/>
            </w:pPr>
            <w:r w:rsidRPr="00A864B8">
              <w:rPr>
                <w:sz w:val="20"/>
              </w:rPr>
              <w:t>31,3 %</w:t>
            </w:r>
          </w:p>
        </w:tc>
      </w:tr>
      <w:tr w:rsidR="00A806B2" w:rsidRPr="00A864B8" w14:paraId="5389DED8" w14:textId="77777777">
        <w:trPr>
          <w:jc w:val="center"/>
        </w:trPr>
        <w:tc>
          <w:tcPr>
            <w:tcW w:w="2880" w:type="dxa"/>
            <w:tcBorders>
              <w:bottom w:val="single" w:sz="8" w:space="0" w:color="9B9B9B"/>
            </w:tcBorders>
            <w:shd w:val="clear" w:color="auto" w:fill="F0F0F0"/>
            <w:vAlign w:val="center"/>
          </w:tcPr>
          <w:p w14:paraId="06360830" w14:textId="77777777" w:rsidR="00A806B2" w:rsidRPr="00A864B8" w:rsidRDefault="00000000">
            <w:pPr>
              <w:spacing w:before="20" w:after="10" w:line="240" w:lineRule="auto"/>
              <w:jc w:val="center"/>
            </w:pPr>
            <w:r w:rsidRPr="00A864B8">
              <w:rPr>
                <w:b/>
                <w:sz w:val="20"/>
              </w:rPr>
              <w:t> </w:t>
            </w:r>
          </w:p>
        </w:tc>
        <w:tc>
          <w:tcPr>
            <w:tcW w:w="2880" w:type="dxa"/>
            <w:tcBorders>
              <w:bottom w:val="single" w:sz="8" w:space="0" w:color="9B9B9B"/>
            </w:tcBorders>
            <w:shd w:val="clear" w:color="auto" w:fill="F0F0F0"/>
            <w:vAlign w:val="center"/>
          </w:tcPr>
          <w:p w14:paraId="61E4C485" w14:textId="77777777" w:rsidR="00A806B2" w:rsidRPr="00A864B8" w:rsidRDefault="00000000">
            <w:pPr>
              <w:spacing w:before="20" w:after="10" w:line="240" w:lineRule="auto"/>
              <w:jc w:val="center"/>
            </w:pPr>
            <w:r w:rsidRPr="00A864B8">
              <w:rPr>
                <w:b/>
                <w:sz w:val="20"/>
              </w:rPr>
              <w:t>Autarkiegrad</w:t>
            </w:r>
          </w:p>
        </w:tc>
        <w:tc>
          <w:tcPr>
            <w:tcW w:w="2880" w:type="dxa"/>
            <w:tcBorders>
              <w:bottom w:val="single" w:sz="8" w:space="0" w:color="9B9B9B"/>
            </w:tcBorders>
            <w:shd w:val="clear" w:color="auto" w:fill="F0F0F0"/>
            <w:vAlign w:val="center"/>
          </w:tcPr>
          <w:p w14:paraId="20540D2B" w14:textId="77777777" w:rsidR="00A806B2" w:rsidRPr="00A864B8" w:rsidRDefault="00000000">
            <w:pPr>
              <w:spacing w:before="20" w:after="10" w:line="240" w:lineRule="auto"/>
              <w:jc w:val="center"/>
            </w:pPr>
            <w:r w:rsidRPr="00A864B8">
              <w:rPr>
                <w:b/>
                <w:sz w:val="20"/>
              </w:rPr>
              <w:t>65 %</w:t>
            </w:r>
          </w:p>
        </w:tc>
      </w:tr>
      <w:tr w:rsidR="00A806B2" w:rsidRPr="00A864B8" w14:paraId="3629F9AB" w14:textId="77777777">
        <w:trPr>
          <w:jc w:val="center"/>
        </w:trPr>
        <w:tc>
          <w:tcPr>
            <w:tcW w:w="2880" w:type="dxa"/>
            <w:tcBorders>
              <w:bottom w:val="single" w:sz="8" w:space="0" w:color="9B9B9B"/>
            </w:tcBorders>
            <w:shd w:val="clear" w:color="auto" w:fill="CFCFCF"/>
            <w:vAlign w:val="center"/>
          </w:tcPr>
          <w:p w14:paraId="6B36F575" w14:textId="77777777" w:rsidR="00A806B2" w:rsidRPr="00A864B8" w:rsidRDefault="00000000">
            <w:pPr>
              <w:spacing w:before="20" w:after="10" w:line="240" w:lineRule="auto"/>
              <w:jc w:val="center"/>
            </w:pPr>
            <w:r w:rsidRPr="00A864B8">
              <w:rPr>
                <w:b/>
                <w:sz w:val="20"/>
              </w:rPr>
              <w:t> </w:t>
            </w:r>
          </w:p>
        </w:tc>
        <w:tc>
          <w:tcPr>
            <w:tcW w:w="2880" w:type="dxa"/>
            <w:tcBorders>
              <w:bottom w:val="single" w:sz="8" w:space="0" w:color="9B9B9B"/>
            </w:tcBorders>
            <w:shd w:val="clear" w:color="auto" w:fill="CFCFCF"/>
            <w:vAlign w:val="center"/>
          </w:tcPr>
          <w:p w14:paraId="36738669" w14:textId="77777777" w:rsidR="00A806B2" w:rsidRPr="00A864B8" w:rsidRDefault="00000000">
            <w:pPr>
              <w:spacing w:before="20" w:after="10" w:line="240" w:lineRule="auto"/>
              <w:jc w:val="center"/>
            </w:pPr>
            <w:r w:rsidRPr="00A864B8">
              <w:rPr>
                <w:b/>
                <w:sz w:val="20"/>
              </w:rPr>
              <w:t>Eigenverbrauchsquote</w:t>
            </w:r>
          </w:p>
        </w:tc>
        <w:tc>
          <w:tcPr>
            <w:tcW w:w="2880" w:type="dxa"/>
            <w:tcBorders>
              <w:bottom w:val="single" w:sz="8" w:space="0" w:color="9B9B9B"/>
            </w:tcBorders>
            <w:shd w:val="clear" w:color="auto" w:fill="CFCFCF"/>
            <w:vAlign w:val="center"/>
          </w:tcPr>
          <w:p w14:paraId="08F83C32" w14:textId="77777777" w:rsidR="00A806B2" w:rsidRPr="00A864B8" w:rsidRDefault="00000000">
            <w:pPr>
              <w:spacing w:before="20" w:after="10" w:line="240" w:lineRule="auto"/>
              <w:jc w:val="center"/>
            </w:pPr>
            <w:r w:rsidRPr="00A864B8">
              <w:rPr>
                <w:b/>
                <w:sz w:val="20"/>
              </w:rPr>
              <w:t>86 %</w:t>
            </w:r>
          </w:p>
        </w:tc>
      </w:tr>
    </w:tbl>
    <w:p w14:paraId="035BF51C" w14:textId="77777777" w:rsidR="00A806B2" w:rsidRPr="00A864B8" w:rsidRDefault="00A806B2"/>
    <w:p w14:paraId="79D6DA6E" w14:textId="7449B338" w:rsidR="00A806B2" w:rsidRPr="00A864B8" w:rsidRDefault="00000000">
      <w:pPr>
        <w:pStyle w:val="CaptionStyle"/>
        <w:spacing w:before="40" w:after="0"/>
        <w:jc w:val="center"/>
        <w:rPr>
          <w:lang w:val="de-DE"/>
        </w:rPr>
      </w:pPr>
      <w:bookmarkStart w:id="152" w:name="_Toc240363553"/>
      <w:r w:rsidRPr="00A864B8">
        <w:rPr>
          <w:lang w:val="de-DE"/>
        </w:rPr>
        <w:t xml:space="preserve">Tabelle </w:t>
      </w:r>
      <w:bookmarkStart w:id="153" w:name="results_heat_generation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25</w:t>
      </w:r>
      <w:r w:rsidRPr="00A864B8">
        <w:rPr>
          <w:lang w:val="de-DE"/>
        </w:rPr>
        <w:fldChar w:fldCharType="end"/>
      </w:r>
      <w:bookmarkStart w:id="154" w:name="results_heat_generation"/>
      <w:bookmarkEnd w:id="153"/>
      <w:bookmarkEnd w:id="154"/>
      <w:r w:rsidRPr="00A864B8">
        <w:rPr>
          <w:lang w:val="de-DE"/>
        </w:rPr>
        <w:t>: Variante 1: Wärmeerzeugung und -bezug</w:t>
      </w:r>
      <w:bookmarkEnd w:id="152"/>
    </w:p>
    <w:tbl>
      <w:tblPr>
        <w:tblW w:w="0" w:type="auto"/>
        <w:jc w:val="center"/>
        <w:tblLook w:val="04A0" w:firstRow="1" w:lastRow="0" w:firstColumn="1" w:lastColumn="0" w:noHBand="0" w:noVBand="1"/>
      </w:tblPr>
      <w:tblGrid>
        <w:gridCol w:w="2880"/>
        <w:gridCol w:w="2880"/>
        <w:gridCol w:w="2880"/>
      </w:tblGrid>
      <w:tr w:rsidR="00A806B2" w:rsidRPr="00A864B8" w14:paraId="7D30AEF6" w14:textId="77777777">
        <w:trPr>
          <w:jc w:val="center"/>
        </w:trPr>
        <w:tc>
          <w:tcPr>
            <w:tcW w:w="2880" w:type="dxa"/>
            <w:tcBorders>
              <w:bottom w:val="single" w:sz="22" w:space="0" w:color="C00000"/>
            </w:tcBorders>
            <w:shd w:val="clear" w:color="auto" w:fill="343A40"/>
          </w:tcPr>
          <w:p w14:paraId="4286B50F"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44DCC71B"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64CF3BA9" w14:textId="77777777" w:rsidR="00A806B2" w:rsidRPr="00A864B8" w:rsidRDefault="00000000">
            <w:pPr>
              <w:spacing w:before="20" w:after="10" w:line="240" w:lineRule="auto"/>
              <w:jc w:val="center"/>
            </w:pPr>
            <w:r w:rsidRPr="00A864B8">
              <w:rPr>
                <w:color w:val="FFFFFF"/>
                <w:sz w:val="20"/>
              </w:rPr>
              <w:t>Anteil</w:t>
            </w:r>
          </w:p>
        </w:tc>
      </w:tr>
      <w:tr w:rsidR="00A806B2" w:rsidRPr="00A864B8" w14:paraId="22725215" w14:textId="77777777">
        <w:trPr>
          <w:jc w:val="center"/>
        </w:trPr>
        <w:tc>
          <w:tcPr>
            <w:tcW w:w="2880" w:type="dxa"/>
            <w:tcBorders>
              <w:bottom w:val="single" w:sz="8" w:space="0" w:color="9B9B9B"/>
            </w:tcBorders>
            <w:shd w:val="clear" w:color="auto" w:fill="F0F0F0"/>
            <w:vAlign w:val="center"/>
          </w:tcPr>
          <w:p w14:paraId="4FB51B23" w14:textId="77777777" w:rsidR="00A806B2" w:rsidRPr="00A864B8" w:rsidRDefault="00000000">
            <w:pPr>
              <w:spacing w:before="20" w:after="10" w:line="240" w:lineRule="auto"/>
              <w:jc w:val="center"/>
            </w:pPr>
            <w:r w:rsidRPr="00A864B8">
              <w:rPr>
                <w:sz w:val="20"/>
              </w:rPr>
              <w:t>Biomasse-BHKW 1</w:t>
            </w:r>
          </w:p>
        </w:tc>
        <w:tc>
          <w:tcPr>
            <w:tcW w:w="2880" w:type="dxa"/>
            <w:tcBorders>
              <w:bottom w:val="single" w:sz="8" w:space="0" w:color="9B9B9B"/>
            </w:tcBorders>
            <w:shd w:val="clear" w:color="auto" w:fill="F0F0F0"/>
            <w:vAlign w:val="center"/>
          </w:tcPr>
          <w:p w14:paraId="71DEECA5" w14:textId="77777777" w:rsidR="00A806B2" w:rsidRPr="00A864B8" w:rsidRDefault="00000000">
            <w:pPr>
              <w:spacing w:before="20" w:after="10" w:line="240" w:lineRule="auto"/>
              <w:jc w:val="center"/>
            </w:pPr>
            <w:r w:rsidRPr="00A864B8">
              <w:rPr>
                <w:sz w:val="20"/>
              </w:rPr>
              <w:t>381 MWh</w:t>
            </w:r>
          </w:p>
        </w:tc>
        <w:tc>
          <w:tcPr>
            <w:tcW w:w="2880" w:type="dxa"/>
            <w:tcBorders>
              <w:bottom w:val="single" w:sz="8" w:space="0" w:color="9B9B9B"/>
            </w:tcBorders>
            <w:shd w:val="clear" w:color="auto" w:fill="F0F0F0"/>
            <w:vAlign w:val="center"/>
          </w:tcPr>
          <w:p w14:paraId="10297B78" w14:textId="77777777" w:rsidR="00A806B2" w:rsidRPr="00A864B8" w:rsidRDefault="00000000">
            <w:pPr>
              <w:spacing w:before="20" w:after="10" w:line="240" w:lineRule="auto"/>
              <w:jc w:val="center"/>
            </w:pPr>
            <w:r w:rsidRPr="00A864B8">
              <w:rPr>
                <w:sz w:val="20"/>
              </w:rPr>
              <w:t>43,2 %</w:t>
            </w:r>
          </w:p>
        </w:tc>
      </w:tr>
      <w:tr w:rsidR="00A806B2" w:rsidRPr="00A864B8" w14:paraId="1A45BE5B" w14:textId="77777777">
        <w:trPr>
          <w:jc w:val="center"/>
        </w:trPr>
        <w:tc>
          <w:tcPr>
            <w:tcW w:w="2880" w:type="dxa"/>
            <w:tcBorders>
              <w:bottom w:val="single" w:sz="8" w:space="0" w:color="9B9B9B"/>
            </w:tcBorders>
            <w:shd w:val="clear" w:color="auto" w:fill="CFCFCF"/>
            <w:vAlign w:val="center"/>
          </w:tcPr>
          <w:p w14:paraId="16C3BEE8"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CFCFCF"/>
            <w:vAlign w:val="center"/>
          </w:tcPr>
          <w:p w14:paraId="6E7F847F" w14:textId="77777777" w:rsidR="00A806B2" w:rsidRPr="00A864B8" w:rsidRDefault="00000000">
            <w:pPr>
              <w:spacing w:before="20" w:after="10" w:line="240" w:lineRule="auto"/>
              <w:jc w:val="center"/>
            </w:pPr>
            <w:r w:rsidRPr="00A864B8">
              <w:rPr>
                <w:sz w:val="20"/>
              </w:rPr>
              <w:t>76 MWh</w:t>
            </w:r>
          </w:p>
        </w:tc>
        <w:tc>
          <w:tcPr>
            <w:tcW w:w="2880" w:type="dxa"/>
            <w:tcBorders>
              <w:bottom w:val="single" w:sz="8" w:space="0" w:color="9B9B9B"/>
            </w:tcBorders>
            <w:shd w:val="clear" w:color="auto" w:fill="CFCFCF"/>
            <w:vAlign w:val="center"/>
          </w:tcPr>
          <w:p w14:paraId="2D0B0183" w14:textId="77777777" w:rsidR="00A806B2" w:rsidRPr="00A864B8" w:rsidRDefault="00000000">
            <w:pPr>
              <w:spacing w:before="20" w:after="10" w:line="240" w:lineRule="auto"/>
              <w:jc w:val="center"/>
            </w:pPr>
            <w:r w:rsidRPr="00A864B8">
              <w:rPr>
                <w:sz w:val="20"/>
              </w:rPr>
              <w:t>8,6 %</w:t>
            </w:r>
          </w:p>
        </w:tc>
      </w:tr>
      <w:tr w:rsidR="00A806B2" w:rsidRPr="00A864B8" w14:paraId="3F89898E" w14:textId="77777777">
        <w:trPr>
          <w:jc w:val="center"/>
        </w:trPr>
        <w:tc>
          <w:tcPr>
            <w:tcW w:w="2880" w:type="dxa"/>
            <w:tcBorders>
              <w:bottom w:val="single" w:sz="8" w:space="0" w:color="9B9B9B"/>
            </w:tcBorders>
            <w:shd w:val="clear" w:color="auto" w:fill="F0F0F0"/>
            <w:vAlign w:val="center"/>
          </w:tcPr>
          <w:p w14:paraId="00A472A4" w14:textId="77777777" w:rsidR="00A806B2" w:rsidRPr="00A864B8" w:rsidRDefault="00000000">
            <w:pPr>
              <w:spacing w:before="20" w:after="10" w:line="240" w:lineRule="auto"/>
              <w:jc w:val="center"/>
            </w:pPr>
            <w:r w:rsidRPr="00A864B8">
              <w:rPr>
                <w:sz w:val="20"/>
              </w:rPr>
              <w:t>Geothermie-Sonden 1</w:t>
            </w:r>
          </w:p>
        </w:tc>
        <w:tc>
          <w:tcPr>
            <w:tcW w:w="2880" w:type="dxa"/>
            <w:tcBorders>
              <w:bottom w:val="single" w:sz="8" w:space="0" w:color="9B9B9B"/>
            </w:tcBorders>
            <w:shd w:val="clear" w:color="auto" w:fill="F0F0F0"/>
            <w:vAlign w:val="center"/>
          </w:tcPr>
          <w:p w14:paraId="3FCEBF4A" w14:textId="77777777" w:rsidR="00A806B2" w:rsidRPr="00A864B8" w:rsidRDefault="00000000">
            <w:pPr>
              <w:spacing w:before="20" w:after="10" w:line="240" w:lineRule="auto"/>
              <w:jc w:val="center"/>
            </w:pPr>
            <w:r w:rsidRPr="00A864B8">
              <w:rPr>
                <w:sz w:val="20"/>
              </w:rPr>
              <w:t>424 MWh</w:t>
            </w:r>
          </w:p>
        </w:tc>
        <w:tc>
          <w:tcPr>
            <w:tcW w:w="2880" w:type="dxa"/>
            <w:tcBorders>
              <w:bottom w:val="single" w:sz="8" w:space="0" w:color="9B9B9B"/>
            </w:tcBorders>
            <w:shd w:val="clear" w:color="auto" w:fill="F0F0F0"/>
            <w:vAlign w:val="center"/>
          </w:tcPr>
          <w:p w14:paraId="798D5F2F" w14:textId="77777777" w:rsidR="00A806B2" w:rsidRPr="00A864B8" w:rsidRDefault="00000000">
            <w:pPr>
              <w:spacing w:before="20" w:after="10" w:line="240" w:lineRule="auto"/>
              <w:jc w:val="center"/>
            </w:pPr>
            <w:r w:rsidRPr="00A864B8">
              <w:rPr>
                <w:sz w:val="20"/>
              </w:rPr>
              <w:t>48,1 %</w:t>
            </w:r>
          </w:p>
        </w:tc>
      </w:tr>
      <w:tr w:rsidR="00A806B2" w:rsidRPr="00A864B8" w14:paraId="4AAB076A" w14:textId="77777777">
        <w:trPr>
          <w:jc w:val="center"/>
        </w:trPr>
        <w:tc>
          <w:tcPr>
            <w:tcW w:w="2880" w:type="dxa"/>
            <w:tcBorders>
              <w:bottom w:val="single" w:sz="8" w:space="0" w:color="9B9B9B"/>
            </w:tcBorders>
            <w:shd w:val="clear" w:color="auto" w:fill="CFCFCF"/>
            <w:vAlign w:val="center"/>
          </w:tcPr>
          <w:p w14:paraId="1A6EF39D" w14:textId="77777777" w:rsidR="00A806B2" w:rsidRPr="00A864B8" w:rsidRDefault="00000000">
            <w:pPr>
              <w:spacing w:before="20" w:after="10" w:line="240" w:lineRule="auto"/>
              <w:jc w:val="center"/>
            </w:pPr>
            <w:r w:rsidRPr="00A864B8">
              <w:rPr>
                <w:sz w:val="20"/>
              </w:rPr>
              <w:t>Solarthermischer Deckungsgrad</w:t>
            </w:r>
          </w:p>
        </w:tc>
        <w:tc>
          <w:tcPr>
            <w:tcW w:w="2880" w:type="dxa"/>
            <w:tcBorders>
              <w:bottom w:val="single" w:sz="8" w:space="0" w:color="9B9B9B"/>
            </w:tcBorders>
            <w:shd w:val="clear" w:color="auto" w:fill="CFCFCF"/>
            <w:vAlign w:val="center"/>
          </w:tcPr>
          <w:p w14:paraId="2D849E82" w14:textId="77777777" w:rsidR="00A806B2" w:rsidRPr="00A864B8" w:rsidRDefault="00000000">
            <w:pPr>
              <w:spacing w:before="20" w:after="10" w:line="240" w:lineRule="auto"/>
              <w:jc w:val="center"/>
            </w:pPr>
            <w:r w:rsidRPr="00A864B8">
              <w:rPr>
                <w:sz w:val="20"/>
              </w:rPr>
              <w:t> </w:t>
            </w:r>
          </w:p>
        </w:tc>
        <w:tc>
          <w:tcPr>
            <w:tcW w:w="2880" w:type="dxa"/>
            <w:tcBorders>
              <w:bottom w:val="single" w:sz="8" w:space="0" w:color="9B9B9B"/>
            </w:tcBorders>
            <w:shd w:val="clear" w:color="auto" w:fill="CFCFCF"/>
            <w:vAlign w:val="center"/>
          </w:tcPr>
          <w:p w14:paraId="53C1BE36" w14:textId="77777777" w:rsidR="00A806B2" w:rsidRPr="00A864B8" w:rsidRDefault="00000000">
            <w:pPr>
              <w:spacing w:before="20" w:after="10" w:line="240" w:lineRule="auto"/>
              <w:jc w:val="center"/>
            </w:pPr>
            <w:r w:rsidRPr="00A864B8">
              <w:rPr>
                <w:sz w:val="20"/>
              </w:rPr>
              <w:t>8,6 %</w:t>
            </w:r>
          </w:p>
        </w:tc>
      </w:tr>
    </w:tbl>
    <w:p w14:paraId="1E4859A2" w14:textId="77777777" w:rsidR="00A806B2" w:rsidRPr="00A864B8" w:rsidRDefault="00A806B2"/>
    <w:p w14:paraId="58A35372" w14:textId="77777777" w:rsidR="00A806B2" w:rsidRPr="00A864B8" w:rsidRDefault="00000000">
      <w:r w:rsidRPr="00A864B8">
        <w:rPr>
          <w:b/>
          <w:sz w:val="28"/>
        </w:rPr>
        <w:t>Emissionen und Primärenergie</w:t>
      </w:r>
    </w:p>
    <w:p w14:paraId="0CC53414" w14:textId="405B905C" w:rsidR="00A806B2" w:rsidRPr="00A864B8" w:rsidRDefault="00000000">
      <w:pPr>
        <w:pStyle w:val="CaptionStyle"/>
        <w:spacing w:before="40" w:after="0"/>
        <w:jc w:val="center"/>
        <w:rPr>
          <w:lang w:val="de-DE"/>
        </w:rPr>
      </w:pPr>
      <w:bookmarkStart w:id="155" w:name="_Toc240363554"/>
      <w:r w:rsidRPr="00A864B8">
        <w:rPr>
          <w:lang w:val="de-DE"/>
        </w:rPr>
        <w:t xml:space="preserve">Tabelle </w:t>
      </w:r>
      <w:bookmarkStart w:id="156" w:name="results_emission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26</w:t>
      </w:r>
      <w:r w:rsidRPr="00A864B8">
        <w:rPr>
          <w:lang w:val="de-DE"/>
        </w:rPr>
        <w:fldChar w:fldCharType="end"/>
      </w:r>
      <w:bookmarkStart w:id="157" w:name="results_emissions"/>
      <w:bookmarkEnd w:id="156"/>
      <w:bookmarkEnd w:id="157"/>
      <w:r w:rsidRPr="00A864B8">
        <w:rPr>
          <w:lang w:val="de-DE"/>
        </w:rPr>
        <w:t>: Variante 1: Emissionen</w:t>
      </w:r>
      <w:bookmarkEnd w:id="155"/>
    </w:p>
    <w:tbl>
      <w:tblPr>
        <w:tblW w:w="0" w:type="auto"/>
        <w:jc w:val="center"/>
        <w:tblLook w:val="04A0" w:firstRow="1" w:lastRow="0" w:firstColumn="1" w:lastColumn="0" w:noHBand="0" w:noVBand="1"/>
      </w:tblPr>
      <w:tblGrid>
        <w:gridCol w:w="1672"/>
        <w:gridCol w:w="1439"/>
        <w:gridCol w:w="1434"/>
        <w:gridCol w:w="1439"/>
        <w:gridCol w:w="1434"/>
        <w:gridCol w:w="1438"/>
      </w:tblGrid>
      <w:tr w:rsidR="00A806B2" w:rsidRPr="00A864B8" w14:paraId="73D7E721" w14:textId="77777777">
        <w:trPr>
          <w:jc w:val="center"/>
        </w:trPr>
        <w:tc>
          <w:tcPr>
            <w:tcW w:w="1440" w:type="dxa"/>
            <w:tcBorders>
              <w:bottom w:val="single" w:sz="22" w:space="0" w:color="C00000"/>
            </w:tcBorders>
            <w:shd w:val="clear" w:color="auto" w:fill="343A40"/>
          </w:tcPr>
          <w:p w14:paraId="046B99D1"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2EF8A365" w14:textId="77777777" w:rsidR="00A806B2" w:rsidRPr="00A864B8" w:rsidRDefault="00000000">
            <w:pPr>
              <w:spacing w:before="20" w:after="10" w:line="240" w:lineRule="auto"/>
              <w:jc w:val="center"/>
            </w:pPr>
            <w:r w:rsidRPr="00A864B8">
              <w:rPr>
                <w:color w:val="FFFFFF"/>
                <w:sz w:val="20"/>
              </w:rPr>
              <w:t>Spez. Emissionen</w:t>
            </w:r>
          </w:p>
        </w:tc>
        <w:tc>
          <w:tcPr>
            <w:tcW w:w="1440" w:type="dxa"/>
            <w:tcBorders>
              <w:bottom w:val="single" w:sz="22" w:space="0" w:color="C00000"/>
            </w:tcBorders>
            <w:shd w:val="clear" w:color="auto" w:fill="343A40"/>
          </w:tcPr>
          <w:p w14:paraId="13A12393"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27DE75A0" w14:textId="77777777" w:rsidR="00A806B2" w:rsidRPr="00A864B8" w:rsidRDefault="00000000">
            <w:pPr>
              <w:spacing w:before="20" w:after="10" w:line="240" w:lineRule="auto"/>
              <w:jc w:val="center"/>
            </w:pPr>
            <w:r w:rsidRPr="00A864B8">
              <w:rPr>
                <w:color w:val="FFFFFF"/>
                <w:sz w:val="20"/>
              </w:rPr>
              <w:t>Jahressumme</w:t>
            </w:r>
          </w:p>
        </w:tc>
        <w:tc>
          <w:tcPr>
            <w:tcW w:w="1440" w:type="dxa"/>
            <w:tcBorders>
              <w:bottom w:val="single" w:sz="22" w:space="0" w:color="C00000"/>
            </w:tcBorders>
            <w:shd w:val="clear" w:color="auto" w:fill="343A40"/>
          </w:tcPr>
          <w:p w14:paraId="1C534FF2"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432EC211" w14:textId="77777777" w:rsidR="00A806B2" w:rsidRPr="00A864B8" w:rsidRDefault="00000000">
            <w:pPr>
              <w:spacing w:before="20" w:after="10" w:line="240" w:lineRule="auto"/>
              <w:jc w:val="center"/>
            </w:pPr>
            <w:r w:rsidRPr="00A864B8">
              <w:rPr>
                <w:color w:val="FFFFFF"/>
                <w:sz w:val="20"/>
              </w:rPr>
              <w:t>CO₂-Emissionen</w:t>
            </w:r>
          </w:p>
        </w:tc>
      </w:tr>
      <w:tr w:rsidR="00A806B2" w:rsidRPr="00A864B8" w14:paraId="41FE3856" w14:textId="77777777">
        <w:trPr>
          <w:jc w:val="center"/>
        </w:trPr>
        <w:tc>
          <w:tcPr>
            <w:tcW w:w="1440" w:type="dxa"/>
            <w:tcBorders>
              <w:bottom w:val="single" w:sz="8" w:space="0" w:color="9B9B9B"/>
            </w:tcBorders>
            <w:shd w:val="clear" w:color="auto" w:fill="F0F0F0"/>
            <w:vAlign w:val="center"/>
          </w:tcPr>
          <w:p w14:paraId="3CCADED7" w14:textId="77777777" w:rsidR="00A806B2" w:rsidRPr="00A864B8" w:rsidRDefault="00000000">
            <w:pPr>
              <w:spacing w:before="20" w:after="10" w:line="240" w:lineRule="auto"/>
              <w:jc w:val="center"/>
            </w:pPr>
            <w:r w:rsidRPr="00A864B8">
              <w:rPr>
                <w:sz w:val="20"/>
              </w:rPr>
              <w:t>Strombezug (Energiezentrale)</w:t>
            </w:r>
          </w:p>
        </w:tc>
        <w:tc>
          <w:tcPr>
            <w:tcW w:w="1440" w:type="dxa"/>
            <w:tcBorders>
              <w:bottom w:val="single" w:sz="8" w:space="0" w:color="9B9B9B"/>
            </w:tcBorders>
            <w:shd w:val="clear" w:color="auto" w:fill="F0F0F0"/>
            <w:vAlign w:val="center"/>
          </w:tcPr>
          <w:p w14:paraId="4DD3AFB4" w14:textId="77777777" w:rsidR="00A806B2" w:rsidRPr="00A864B8" w:rsidRDefault="00000000">
            <w:pPr>
              <w:spacing w:before="20" w:after="10" w:line="240" w:lineRule="auto"/>
              <w:jc w:val="center"/>
            </w:pPr>
            <w:r w:rsidRPr="00A864B8">
              <w:rPr>
                <w:sz w:val="20"/>
              </w:rPr>
              <w:t>350 g/kWh</w:t>
            </w:r>
          </w:p>
        </w:tc>
        <w:tc>
          <w:tcPr>
            <w:tcW w:w="1440" w:type="dxa"/>
            <w:tcBorders>
              <w:bottom w:val="single" w:sz="8" w:space="0" w:color="9B9B9B"/>
            </w:tcBorders>
            <w:shd w:val="clear" w:color="auto" w:fill="F0F0F0"/>
            <w:vAlign w:val="center"/>
          </w:tcPr>
          <w:p w14:paraId="4D085ED0"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552A23E8" w14:textId="77777777" w:rsidR="00A806B2" w:rsidRPr="00A864B8" w:rsidRDefault="00000000">
            <w:pPr>
              <w:spacing w:before="20" w:after="10" w:line="240" w:lineRule="auto"/>
              <w:jc w:val="center"/>
            </w:pPr>
            <w:r w:rsidRPr="00A864B8">
              <w:rPr>
                <w:sz w:val="20"/>
              </w:rPr>
              <w:t>221 MWh</w:t>
            </w:r>
          </w:p>
        </w:tc>
        <w:tc>
          <w:tcPr>
            <w:tcW w:w="1440" w:type="dxa"/>
            <w:tcBorders>
              <w:bottom w:val="single" w:sz="8" w:space="0" w:color="9B9B9B"/>
            </w:tcBorders>
            <w:shd w:val="clear" w:color="auto" w:fill="F0F0F0"/>
            <w:vAlign w:val="center"/>
          </w:tcPr>
          <w:p w14:paraId="4CB06D06"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27534EAE" w14:textId="77777777" w:rsidR="00A806B2" w:rsidRPr="00A864B8" w:rsidRDefault="00000000">
            <w:pPr>
              <w:spacing w:before="20" w:after="10" w:line="240" w:lineRule="auto"/>
              <w:jc w:val="center"/>
            </w:pPr>
            <w:r w:rsidRPr="00A864B8">
              <w:rPr>
                <w:sz w:val="20"/>
              </w:rPr>
              <w:t>77 t</w:t>
            </w:r>
          </w:p>
        </w:tc>
      </w:tr>
      <w:tr w:rsidR="00A806B2" w:rsidRPr="00A864B8" w14:paraId="683B1877" w14:textId="77777777">
        <w:trPr>
          <w:jc w:val="center"/>
        </w:trPr>
        <w:tc>
          <w:tcPr>
            <w:tcW w:w="1440" w:type="dxa"/>
            <w:tcBorders>
              <w:bottom w:val="single" w:sz="8" w:space="0" w:color="9B9B9B"/>
            </w:tcBorders>
            <w:shd w:val="clear" w:color="auto" w:fill="CFCFCF"/>
            <w:vAlign w:val="center"/>
          </w:tcPr>
          <w:p w14:paraId="50C40DE3" w14:textId="77777777" w:rsidR="00A806B2" w:rsidRPr="00A864B8" w:rsidRDefault="00000000">
            <w:pPr>
              <w:spacing w:before="20" w:after="10" w:line="240" w:lineRule="auto"/>
              <w:jc w:val="center"/>
            </w:pPr>
            <w:r w:rsidRPr="00A864B8">
              <w:rPr>
                <w:sz w:val="20"/>
              </w:rPr>
              <w:t>Stromeinspeisung</w:t>
            </w:r>
          </w:p>
        </w:tc>
        <w:tc>
          <w:tcPr>
            <w:tcW w:w="1440" w:type="dxa"/>
            <w:tcBorders>
              <w:bottom w:val="single" w:sz="8" w:space="0" w:color="9B9B9B"/>
            </w:tcBorders>
            <w:shd w:val="clear" w:color="auto" w:fill="CFCFCF"/>
            <w:vAlign w:val="center"/>
          </w:tcPr>
          <w:p w14:paraId="0C55A4B8" w14:textId="77777777" w:rsidR="00A806B2" w:rsidRPr="00A864B8" w:rsidRDefault="00000000">
            <w:pPr>
              <w:spacing w:before="20" w:after="10" w:line="240" w:lineRule="auto"/>
              <w:jc w:val="center"/>
            </w:pPr>
            <w:r w:rsidRPr="00A864B8">
              <w:rPr>
                <w:sz w:val="20"/>
              </w:rPr>
              <w:t>- 0 g/kWh</w:t>
            </w:r>
          </w:p>
        </w:tc>
        <w:tc>
          <w:tcPr>
            <w:tcW w:w="1440" w:type="dxa"/>
            <w:tcBorders>
              <w:bottom w:val="single" w:sz="8" w:space="0" w:color="9B9B9B"/>
            </w:tcBorders>
            <w:shd w:val="clear" w:color="auto" w:fill="CFCFCF"/>
            <w:vAlign w:val="center"/>
          </w:tcPr>
          <w:p w14:paraId="4C9CE5DC"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3A2AF98C" w14:textId="77777777" w:rsidR="00A806B2" w:rsidRPr="00A864B8" w:rsidRDefault="00000000">
            <w:pPr>
              <w:spacing w:before="20" w:after="10" w:line="240" w:lineRule="auto"/>
              <w:jc w:val="center"/>
            </w:pPr>
            <w:r w:rsidRPr="00A864B8">
              <w:rPr>
                <w:sz w:val="20"/>
              </w:rPr>
              <w:t>68 MWh</w:t>
            </w:r>
          </w:p>
        </w:tc>
        <w:tc>
          <w:tcPr>
            <w:tcW w:w="1440" w:type="dxa"/>
            <w:tcBorders>
              <w:bottom w:val="single" w:sz="8" w:space="0" w:color="9B9B9B"/>
            </w:tcBorders>
            <w:shd w:val="clear" w:color="auto" w:fill="CFCFCF"/>
            <w:vAlign w:val="center"/>
          </w:tcPr>
          <w:p w14:paraId="1DB4346C"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254BCE6E" w14:textId="77777777" w:rsidR="00A806B2" w:rsidRPr="00A864B8" w:rsidRDefault="00000000">
            <w:pPr>
              <w:spacing w:before="20" w:after="10" w:line="240" w:lineRule="auto"/>
              <w:jc w:val="center"/>
            </w:pPr>
            <w:r w:rsidRPr="00A864B8">
              <w:rPr>
                <w:sz w:val="20"/>
              </w:rPr>
              <w:t>- 0 t</w:t>
            </w:r>
          </w:p>
        </w:tc>
      </w:tr>
      <w:tr w:rsidR="00A806B2" w:rsidRPr="00A864B8" w14:paraId="2D4C0BD3" w14:textId="77777777">
        <w:trPr>
          <w:jc w:val="center"/>
        </w:trPr>
        <w:tc>
          <w:tcPr>
            <w:tcW w:w="1440" w:type="dxa"/>
            <w:tcBorders>
              <w:bottom w:val="single" w:sz="8" w:space="0" w:color="9B9B9B"/>
            </w:tcBorders>
            <w:shd w:val="clear" w:color="auto" w:fill="F0F0F0"/>
            <w:vAlign w:val="center"/>
          </w:tcPr>
          <w:p w14:paraId="3E268A83" w14:textId="77777777" w:rsidR="00A806B2" w:rsidRPr="00A864B8" w:rsidRDefault="00000000">
            <w:pPr>
              <w:spacing w:before="20" w:after="10" w:line="240" w:lineRule="auto"/>
              <w:jc w:val="center"/>
            </w:pPr>
            <w:r w:rsidRPr="00A864B8">
              <w:rPr>
                <w:sz w:val="20"/>
              </w:rPr>
              <w:t>Biomasse</w:t>
            </w:r>
          </w:p>
        </w:tc>
        <w:tc>
          <w:tcPr>
            <w:tcW w:w="1440" w:type="dxa"/>
            <w:tcBorders>
              <w:bottom w:val="single" w:sz="8" w:space="0" w:color="9B9B9B"/>
            </w:tcBorders>
            <w:shd w:val="clear" w:color="auto" w:fill="F0F0F0"/>
            <w:vAlign w:val="center"/>
          </w:tcPr>
          <w:p w14:paraId="679C920A" w14:textId="77777777" w:rsidR="00A806B2" w:rsidRPr="00A864B8" w:rsidRDefault="00000000">
            <w:pPr>
              <w:spacing w:before="20" w:after="10" w:line="240" w:lineRule="auto"/>
              <w:jc w:val="center"/>
            </w:pPr>
            <w:r w:rsidRPr="00A864B8">
              <w:rPr>
                <w:sz w:val="20"/>
              </w:rPr>
              <w:t>40 g/kWh</w:t>
            </w:r>
          </w:p>
        </w:tc>
        <w:tc>
          <w:tcPr>
            <w:tcW w:w="1440" w:type="dxa"/>
            <w:tcBorders>
              <w:bottom w:val="single" w:sz="8" w:space="0" w:color="9B9B9B"/>
            </w:tcBorders>
            <w:shd w:val="clear" w:color="auto" w:fill="F0F0F0"/>
            <w:vAlign w:val="center"/>
          </w:tcPr>
          <w:p w14:paraId="7C9B6A49"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71497EDC" w14:textId="77777777" w:rsidR="00A806B2" w:rsidRPr="00A864B8" w:rsidRDefault="00000000">
            <w:pPr>
              <w:spacing w:before="20" w:after="10" w:line="240" w:lineRule="auto"/>
              <w:jc w:val="center"/>
            </w:pPr>
            <w:r w:rsidRPr="00A864B8">
              <w:rPr>
                <w:sz w:val="20"/>
              </w:rPr>
              <w:t>763 MWh</w:t>
            </w:r>
          </w:p>
        </w:tc>
        <w:tc>
          <w:tcPr>
            <w:tcW w:w="1440" w:type="dxa"/>
            <w:tcBorders>
              <w:bottom w:val="single" w:sz="8" w:space="0" w:color="9B9B9B"/>
            </w:tcBorders>
            <w:shd w:val="clear" w:color="auto" w:fill="F0F0F0"/>
            <w:vAlign w:val="center"/>
          </w:tcPr>
          <w:p w14:paraId="2B94A001"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7FCB175B" w14:textId="77777777" w:rsidR="00A806B2" w:rsidRPr="00A864B8" w:rsidRDefault="00000000">
            <w:pPr>
              <w:spacing w:before="20" w:after="10" w:line="240" w:lineRule="auto"/>
              <w:jc w:val="center"/>
            </w:pPr>
            <w:r w:rsidRPr="00A864B8">
              <w:rPr>
                <w:sz w:val="20"/>
              </w:rPr>
              <w:t>30,5 t</w:t>
            </w:r>
          </w:p>
        </w:tc>
      </w:tr>
      <w:tr w:rsidR="00A806B2" w:rsidRPr="00A864B8" w14:paraId="7684492F" w14:textId="77777777">
        <w:trPr>
          <w:jc w:val="center"/>
        </w:trPr>
        <w:tc>
          <w:tcPr>
            <w:tcW w:w="1440" w:type="dxa"/>
            <w:tcBorders>
              <w:bottom w:val="single" w:sz="8" w:space="0" w:color="9B9B9B"/>
            </w:tcBorders>
            <w:shd w:val="clear" w:color="auto" w:fill="CFCFCF"/>
            <w:vAlign w:val="center"/>
          </w:tcPr>
          <w:p w14:paraId="596E6A9A" w14:textId="77777777" w:rsidR="00A806B2" w:rsidRPr="00A864B8" w:rsidRDefault="00000000">
            <w:pPr>
              <w:spacing w:before="20" w:after="10" w:line="240" w:lineRule="auto"/>
              <w:jc w:val="center"/>
            </w:pPr>
            <w:r w:rsidRPr="00A864B8">
              <w:rPr>
                <w:sz w:val="20"/>
              </w:rPr>
              <w:t>Fernwärmebezug</w:t>
            </w:r>
          </w:p>
        </w:tc>
        <w:tc>
          <w:tcPr>
            <w:tcW w:w="1440" w:type="dxa"/>
            <w:tcBorders>
              <w:bottom w:val="single" w:sz="8" w:space="0" w:color="9B9B9B"/>
            </w:tcBorders>
            <w:shd w:val="clear" w:color="auto" w:fill="CFCFCF"/>
            <w:vAlign w:val="center"/>
          </w:tcPr>
          <w:p w14:paraId="7BFC84B0" w14:textId="77777777" w:rsidR="00A806B2" w:rsidRPr="00A864B8" w:rsidRDefault="00000000">
            <w:pPr>
              <w:spacing w:before="20" w:after="10" w:line="240" w:lineRule="auto"/>
              <w:jc w:val="center"/>
            </w:pPr>
            <w:r w:rsidRPr="00A864B8">
              <w:rPr>
                <w:sz w:val="20"/>
              </w:rPr>
              <w:t>  150 g/kWh</w:t>
            </w:r>
          </w:p>
        </w:tc>
        <w:tc>
          <w:tcPr>
            <w:tcW w:w="1440" w:type="dxa"/>
            <w:tcBorders>
              <w:bottom w:val="single" w:sz="8" w:space="0" w:color="9B9B9B"/>
            </w:tcBorders>
            <w:shd w:val="clear" w:color="auto" w:fill="CFCFCF"/>
            <w:vAlign w:val="center"/>
          </w:tcPr>
          <w:p w14:paraId="217B3F9D"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10441E43"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CFCFCF"/>
            <w:vAlign w:val="center"/>
          </w:tcPr>
          <w:p w14:paraId="2049BAF8"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479692A3" w14:textId="77777777" w:rsidR="00A806B2" w:rsidRPr="00A864B8" w:rsidRDefault="00000000">
            <w:pPr>
              <w:spacing w:before="20" w:after="10" w:line="240" w:lineRule="auto"/>
              <w:jc w:val="center"/>
            </w:pPr>
            <w:r w:rsidRPr="00A864B8">
              <w:rPr>
                <w:sz w:val="20"/>
              </w:rPr>
              <w:t>  0 t</w:t>
            </w:r>
          </w:p>
        </w:tc>
      </w:tr>
      <w:tr w:rsidR="00A806B2" w:rsidRPr="00A864B8" w14:paraId="2BC67B89" w14:textId="77777777">
        <w:trPr>
          <w:jc w:val="center"/>
        </w:trPr>
        <w:tc>
          <w:tcPr>
            <w:tcW w:w="1440" w:type="dxa"/>
            <w:tcBorders>
              <w:bottom w:val="single" w:sz="8" w:space="0" w:color="9B9B9B"/>
            </w:tcBorders>
            <w:shd w:val="clear" w:color="auto" w:fill="F0F0F0"/>
            <w:vAlign w:val="center"/>
          </w:tcPr>
          <w:p w14:paraId="4BF88556" w14:textId="77777777" w:rsidR="00A806B2" w:rsidRPr="00A864B8" w:rsidRDefault="00000000">
            <w:pPr>
              <w:spacing w:before="20" w:after="10" w:line="240" w:lineRule="auto"/>
              <w:jc w:val="center"/>
            </w:pPr>
            <w:r w:rsidRPr="00A864B8">
              <w:rPr>
                <w:sz w:val="20"/>
              </w:rPr>
              <w:t>Fernkältebezug</w:t>
            </w:r>
          </w:p>
        </w:tc>
        <w:tc>
          <w:tcPr>
            <w:tcW w:w="1440" w:type="dxa"/>
            <w:tcBorders>
              <w:bottom w:val="single" w:sz="8" w:space="0" w:color="9B9B9B"/>
            </w:tcBorders>
            <w:shd w:val="clear" w:color="auto" w:fill="F0F0F0"/>
            <w:vAlign w:val="center"/>
          </w:tcPr>
          <w:p w14:paraId="1820186D" w14:textId="77777777" w:rsidR="00A806B2" w:rsidRPr="00A864B8" w:rsidRDefault="00000000">
            <w:pPr>
              <w:spacing w:before="20" w:after="10" w:line="240" w:lineRule="auto"/>
              <w:jc w:val="center"/>
            </w:pPr>
            <w:r w:rsidRPr="00A864B8">
              <w:rPr>
                <w:sz w:val="20"/>
              </w:rPr>
              <w:t>  150 g/kWh</w:t>
            </w:r>
          </w:p>
        </w:tc>
        <w:tc>
          <w:tcPr>
            <w:tcW w:w="1440" w:type="dxa"/>
            <w:tcBorders>
              <w:bottom w:val="single" w:sz="8" w:space="0" w:color="9B9B9B"/>
            </w:tcBorders>
            <w:shd w:val="clear" w:color="auto" w:fill="F0F0F0"/>
            <w:vAlign w:val="center"/>
          </w:tcPr>
          <w:p w14:paraId="2255BB75"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4E053146"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F0F0F0"/>
            <w:vAlign w:val="center"/>
          </w:tcPr>
          <w:p w14:paraId="384025F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0FFE59C4" w14:textId="77777777" w:rsidR="00A806B2" w:rsidRPr="00A864B8" w:rsidRDefault="00000000">
            <w:pPr>
              <w:spacing w:before="20" w:after="10" w:line="240" w:lineRule="auto"/>
              <w:jc w:val="center"/>
            </w:pPr>
            <w:r w:rsidRPr="00A864B8">
              <w:rPr>
                <w:sz w:val="20"/>
              </w:rPr>
              <w:t>  0 t</w:t>
            </w:r>
          </w:p>
        </w:tc>
      </w:tr>
      <w:tr w:rsidR="00A806B2" w:rsidRPr="00A864B8" w14:paraId="20B1100B" w14:textId="77777777">
        <w:trPr>
          <w:jc w:val="center"/>
        </w:trPr>
        <w:tc>
          <w:tcPr>
            <w:tcW w:w="1440" w:type="dxa"/>
            <w:tcBorders>
              <w:bottom w:val="single" w:sz="8" w:space="0" w:color="9B9B9B"/>
            </w:tcBorders>
            <w:shd w:val="clear" w:color="auto" w:fill="CFCFCF"/>
            <w:vAlign w:val="center"/>
          </w:tcPr>
          <w:p w14:paraId="787E0D9C"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16DD0785"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387637E2"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2A4AA648" w14:textId="77777777" w:rsidR="00A806B2" w:rsidRPr="00A864B8" w:rsidRDefault="00000000">
            <w:pPr>
              <w:spacing w:before="20" w:after="10" w:line="240" w:lineRule="auto"/>
              <w:jc w:val="center"/>
            </w:pPr>
            <w:r w:rsidRPr="00A864B8">
              <w:rPr>
                <w:b/>
                <w:sz w:val="20"/>
              </w:rPr>
              <w:t>Summe</w:t>
            </w:r>
          </w:p>
        </w:tc>
        <w:tc>
          <w:tcPr>
            <w:tcW w:w="1440" w:type="dxa"/>
            <w:tcBorders>
              <w:bottom w:val="single" w:sz="8" w:space="0" w:color="9B9B9B"/>
            </w:tcBorders>
            <w:shd w:val="clear" w:color="auto" w:fill="CFCFCF"/>
            <w:vAlign w:val="center"/>
          </w:tcPr>
          <w:p w14:paraId="0CD9CF15"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1AEA1194" w14:textId="77777777" w:rsidR="00A806B2" w:rsidRPr="00A864B8" w:rsidRDefault="00000000">
            <w:pPr>
              <w:spacing w:before="20" w:after="10" w:line="240" w:lineRule="auto"/>
              <w:jc w:val="center"/>
            </w:pPr>
            <w:r w:rsidRPr="00A864B8">
              <w:rPr>
                <w:b/>
                <w:sz w:val="20"/>
              </w:rPr>
              <w:t>108 t</w:t>
            </w:r>
          </w:p>
        </w:tc>
      </w:tr>
    </w:tbl>
    <w:p w14:paraId="43C12F17" w14:textId="77777777" w:rsidR="00A806B2" w:rsidRPr="00A864B8" w:rsidRDefault="00A806B2"/>
    <w:p w14:paraId="65386EED" w14:textId="75413EEE" w:rsidR="00A806B2" w:rsidRPr="00A864B8" w:rsidRDefault="00000000">
      <w:pPr>
        <w:pStyle w:val="CaptionStyle"/>
        <w:spacing w:before="40" w:after="0"/>
        <w:jc w:val="center"/>
        <w:rPr>
          <w:lang w:val="de-DE"/>
        </w:rPr>
      </w:pPr>
      <w:bookmarkStart w:id="158" w:name="_Toc240363555"/>
      <w:r w:rsidRPr="00A864B8">
        <w:rPr>
          <w:lang w:val="de-DE"/>
        </w:rPr>
        <w:t xml:space="preserve">Tabelle </w:t>
      </w:r>
      <w:bookmarkStart w:id="159" w:name="results_primary_energy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27</w:t>
      </w:r>
      <w:r w:rsidRPr="00A864B8">
        <w:rPr>
          <w:lang w:val="de-DE"/>
        </w:rPr>
        <w:fldChar w:fldCharType="end"/>
      </w:r>
      <w:bookmarkStart w:id="160" w:name="results_primary_energy"/>
      <w:bookmarkEnd w:id="159"/>
      <w:bookmarkEnd w:id="160"/>
      <w:r w:rsidRPr="00A864B8">
        <w:rPr>
          <w:lang w:val="de-DE"/>
        </w:rPr>
        <w:t>: Variante 1: Primärenergiefaktor</w:t>
      </w:r>
      <w:bookmarkEnd w:id="158"/>
    </w:p>
    <w:tbl>
      <w:tblPr>
        <w:tblW w:w="0" w:type="auto"/>
        <w:jc w:val="center"/>
        <w:tblLook w:val="04A0" w:firstRow="1" w:lastRow="0" w:firstColumn="1" w:lastColumn="0" w:noHBand="0" w:noVBand="1"/>
      </w:tblPr>
      <w:tblGrid>
        <w:gridCol w:w="1672"/>
        <w:gridCol w:w="1864"/>
        <w:gridCol w:w="1236"/>
        <w:gridCol w:w="1420"/>
        <w:gridCol w:w="1236"/>
        <w:gridCol w:w="1428"/>
      </w:tblGrid>
      <w:tr w:rsidR="00A806B2" w:rsidRPr="00A864B8" w14:paraId="3ACC445C" w14:textId="77777777">
        <w:trPr>
          <w:jc w:val="center"/>
        </w:trPr>
        <w:tc>
          <w:tcPr>
            <w:tcW w:w="1440" w:type="dxa"/>
            <w:tcBorders>
              <w:bottom w:val="single" w:sz="22" w:space="0" w:color="C00000"/>
            </w:tcBorders>
            <w:shd w:val="clear" w:color="auto" w:fill="343A40"/>
          </w:tcPr>
          <w:p w14:paraId="410477AD"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6370122B" w14:textId="77777777" w:rsidR="00A806B2" w:rsidRPr="00A864B8" w:rsidRDefault="00000000">
            <w:pPr>
              <w:spacing w:before="20" w:after="10" w:line="240" w:lineRule="auto"/>
              <w:jc w:val="center"/>
            </w:pPr>
            <w:r w:rsidRPr="00A864B8">
              <w:rPr>
                <w:color w:val="FFFFFF"/>
                <w:sz w:val="20"/>
              </w:rPr>
              <w:t>Primärenergiefaktor</w:t>
            </w:r>
          </w:p>
        </w:tc>
        <w:tc>
          <w:tcPr>
            <w:tcW w:w="1440" w:type="dxa"/>
            <w:tcBorders>
              <w:bottom w:val="single" w:sz="22" w:space="0" w:color="C00000"/>
            </w:tcBorders>
            <w:shd w:val="clear" w:color="auto" w:fill="343A40"/>
          </w:tcPr>
          <w:p w14:paraId="5D75F228"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10D7D003" w14:textId="77777777" w:rsidR="00A806B2" w:rsidRPr="00A864B8" w:rsidRDefault="00000000">
            <w:pPr>
              <w:spacing w:before="20" w:after="10" w:line="240" w:lineRule="auto"/>
              <w:jc w:val="center"/>
            </w:pPr>
            <w:r w:rsidRPr="00A864B8">
              <w:rPr>
                <w:color w:val="FFFFFF"/>
                <w:sz w:val="20"/>
              </w:rPr>
              <w:t>Jahressumme</w:t>
            </w:r>
          </w:p>
        </w:tc>
        <w:tc>
          <w:tcPr>
            <w:tcW w:w="1440" w:type="dxa"/>
            <w:tcBorders>
              <w:bottom w:val="single" w:sz="22" w:space="0" w:color="C00000"/>
            </w:tcBorders>
            <w:shd w:val="clear" w:color="auto" w:fill="343A40"/>
          </w:tcPr>
          <w:p w14:paraId="4253B0A5"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1FAC9491" w14:textId="77777777" w:rsidR="00A806B2" w:rsidRPr="00A864B8" w:rsidRDefault="00000000">
            <w:pPr>
              <w:spacing w:before="20" w:after="10" w:line="240" w:lineRule="auto"/>
              <w:jc w:val="center"/>
            </w:pPr>
            <w:r w:rsidRPr="00A864B8">
              <w:rPr>
                <w:color w:val="FFFFFF"/>
                <w:sz w:val="20"/>
              </w:rPr>
              <w:t>Primärenergie</w:t>
            </w:r>
          </w:p>
        </w:tc>
      </w:tr>
      <w:tr w:rsidR="00A806B2" w:rsidRPr="00A864B8" w14:paraId="428B77EB" w14:textId="77777777">
        <w:trPr>
          <w:jc w:val="center"/>
        </w:trPr>
        <w:tc>
          <w:tcPr>
            <w:tcW w:w="1440" w:type="dxa"/>
            <w:tcBorders>
              <w:bottom w:val="single" w:sz="8" w:space="0" w:color="9B9B9B"/>
            </w:tcBorders>
            <w:shd w:val="clear" w:color="auto" w:fill="F0F0F0"/>
            <w:vAlign w:val="center"/>
          </w:tcPr>
          <w:p w14:paraId="4967546A" w14:textId="77777777" w:rsidR="00A806B2" w:rsidRPr="00A864B8" w:rsidRDefault="00000000">
            <w:pPr>
              <w:spacing w:before="20" w:after="10" w:line="240" w:lineRule="auto"/>
              <w:jc w:val="center"/>
            </w:pPr>
            <w:r w:rsidRPr="00A864B8">
              <w:rPr>
                <w:sz w:val="20"/>
              </w:rPr>
              <w:t>Strombezug (Energiezentrale)</w:t>
            </w:r>
          </w:p>
        </w:tc>
        <w:tc>
          <w:tcPr>
            <w:tcW w:w="1440" w:type="dxa"/>
            <w:tcBorders>
              <w:bottom w:val="single" w:sz="8" w:space="0" w:color="9B9B9B"/>
            </w:tcBorders>
            <w:shd w:val="clear" w:color="auto" w:fill="F0F0F0"/>
            <w:vAlign w:val="center"/>
          </w:tcPr>
          <w:p w14:paraId="1C1E3BEE" w14:textId="77777777" w:rsidR="00A806B2" w:rsidRPr="00A864B8" w:rsidRDefault="00000000">
            <w:pPr>
              <w:spacing w:before="20" w:after="10" w:line="240" w:lineRule="auto"/>
              <w:jc w:val="center"/>
            </w:pPr>
            <w:r w:rsidRPr="00A864B8">
              <w:rPr>
                <w:sz w:val="20"/>
              </w:rPr>
              <w:t>1,8</w:t>
            </w:r>
          </w:p>
        </w:tc>
        <w:tc>
          <w:tcPr>
            <w:tcW w:w="1440" w:type="dxa"/>
            <w:tcBorders>
              <w:bottom w:val="single" w:sz="8" w:space="0" w:color="9B9B9B"/>
            </w:tcBorders>
            <w:shd w:val="clear" w:color="auto" w:fill="F0F0F0"/>
            <w:vAlign w:val="center"/>
          </w:tcPr>
          <w:p w14:paraId="4EEDCFA2"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14436035" w14:textId="77777777" w:rsidR="00A806B2" w:rsidRPr="00A864B8" w:rsidRDefault="00000000">
            <w:pPr>
              <w:spacing w:before="20" w:after="10" w:line="240" w:lineRule="auto"/>
              <w:jc w:val="center"/>
            </w:pPr>
            <w:r w:rsidRPr="00A864B8">
              <w:rPr>
                <w:sz w:val="20"/>
              </w:rPr>
              <w:t>221 MWh</w:t>
            </w:r>
          </w:p>
        </w:tc>
        <w:tc>
          <w:tcPr>
            <w:tcW w:w="1440" w:type="dxa"/>
            <w:tcBorders>
              <w:bottom w:val="single" w:sz="8" w:space="0" w:color="9B9B9B"/>
            </w:tcBorders>
            <w:shd w:val="clear" w:color="auto" w:fill="F0F0F0"/>
            <w:vAlign w:val="center"/>
          </w:tcPr>
          <w:p w14:paraId="77CE895F"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49790396" w14:textId="77777777" w:rsidR="00A806B2" w:rsidRPr="00A864B8" w:rsidRDefault="00000000">
            <w:pPr>
              <w:spacing w:before="20" w:after="10" w:line="240" w:lineRule="auto"/>
              <w:jc w:val="center"/>
            </w:pPr>
            <w:r w:rsidRPr="00A864B8">
              <w:rPr>
                <w:sz w:val="20"/>
              </w:rPr>
              <w:t>398 MWh</w:t>
            </w:r>
          </w:p>
        </w:tc>
      </w:tr>
      <w:tr w:rsidR="00A806B2" w:rsidRPr="00A864B8" w14:paraId="65EC68B3" w14:textId="77777777">
        <w:trPr>
          <w:jc w:val="center"/>
        </w:trPr>
        <w:tc>
          <w:tcPr>
            <w:tcW w:w="1440" w:type="dxa"/>
            <w:tcBorders>
              <w:bottom w:val="single" w:sz="8" w:space="0" w:color="9B9B9B"/>
            </w:tcBorders>
            <w:shd w:val="clear" w:color="auto" w:fill="CFCFCF"/>
            <w:vAlign w:val="center"/>
          </w:tcPr>
          <w:p w14:paraId="7B8457D2" w14:textId="77777777" w:rsidR="00A806B2" w:rsidRPr="00A864B8" w:rsidRDefault="00000000">
            <w:pPr>
              <w:spacing w:before="20" w:after="10" w:line="240" w:lineRule="auto"/>
              <w:jc w:val="center"/>
            </w:pPr>
            <w:r w:rsidRPr="00A864B8">
              <w:rPr>
                <w:sz w:val="20"/>
              </w:rPr>
              <w:t>Stromeinspeisung</w:t>
            </w:r>
          </w:p>
        </w:tc>
        <w:tc>
          <w:tcPr>
            <w:tcW w:w="1440" w:type="dxa"/>
            <w:tcBorders>
              <w:bottom w:val="single" w:sz="8" w:space="0" w:color="9B9B9B"/>
            </w:tcBorders>
            <w:shd w:val="clear" w:color="auto" w:fill="CFCFCF"/>
            <w:vAlign w:val="center"/>
          </w:tcPr>
          <w:p w14:paraId="1F2A113F" w14:textId="77777777" w:rsidR="00A806B2" w:rsidRPr="00A864B8" w:rsidRDefault="00000000">
            <w:pPr>
              <w:spacing w:before="20" w:after="10" w:line="240" w:lineRule="auto"/>
              <w:jc w:val="center"/>
            </w:pPr>
            <w:r w:rsidRPr="00A864B8">
              <w:rPr>
                <w:sz w:val="20"/>
              </w:rPr>
              <w:t>- 0</w:t>
            </w:r>
          </w:p>
        </w:tc>
        <w:tc>
          <w:tcPr>
            <w:tcW w:w="1440" w:type="dxa"/>
            <w:tcBorders>
              <w:bottom w:val="single" w:sz="8" w:space="0" w:color="9B9B9B"/>
            </w:tcBorders>
            <w:shd w:val="clear" w:color="auto" w:fill="CFCFCF"/>
            <w:vAlign w:val="center"/>
          </w:tcPr>
          <w:p w14:paraId="2BE45E67"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730657F4" w14:textId="77777777" w:rsidR="00A806B2" w:rsidRPr="00A864B8" w:rsidRDefault="00000000">
            <w:pPr>
              <w:spacing w:before="20" w:after="10" w:line="240" w:lineRule="auto"/>
              <w:jc w:val="center"/>
            </w:pPr>
            <w:r w:rsidRPr="00A864B8">
              <w:rPr>
                <w:sz w:val="20"/>
              </w:rPr>
              <w:t>68 MWh</w:t>
            </w:r>
          </w:p>
        </w:tc>
        <w:tc>
          <w:tcPr>
            <w:tcW w:w="1440" w:type="dxa"/>
            <w:tcBorders>
              <w:bottom w:val="single" w:sz="8" w:space="0" w:color="9B9B9B"/>
            </w:tcBorders>
            <w:shd w:val="clear" w:color="auto" w:fill="CFCFCF"/>
            <w:vAlign w:val="center"/>
          </w:tcPr>
          <w:p w14:paraId="556910D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3AB8FDC6" w14:textId="77777777" w:rsidR="00A806B2" w:rsidRPr="00A864B8" w:rsidRDefault="00000000">
            <w:pPr>
              <w:spacing w:before="20" w:after="10" w:line="240" w:lineRule="auto"/>
              <w:jc w:val="center"/>
            </w:pPr>
            <w:r w:rsidRPr="00A864B8">
              <w:rPr>
                <w:sz w:val="20"/>
              </w:rPr>
              <w:t>- 0 MWh</w:t>
            </w:r>
          </w:p>
        </w:tc>
      </w:tr>
      <w:tr w:rsidR="00A806B2" w:rsidRPr="00A864B8" w14:paraId="5C0E57CB" w14:textId="77777777">
        <w:trPr>
          <w:jc w:val="center"/>
        </w:trPr>
        <w:tc>
          <w:tcPr>
            <w:tcW w:w="1440" w:type="dxa"/>
            <w:tcBorders>
              <w:bottom w:val="single" w:sz="8" w:space="0" w:color="9B9B9B"/>
            </w:tcBorders>
            <w:shd w:val="clear" w:color="auto" w:fill="F0F0F0"/>
            <w:vAlign w:val="center"/>
          </w:tcPr>
          <w:p w14:paraId="397977B7" w14:textId="77777777" w:rsidR="00A806B2" w:rsidRPr="00A864B8" w:rsidRDefault="00000000">
            <w:pPr>
              <w:spacing w:before="20" w:after="10" w:line="240" w:lineRule="auto"/>
              <w:jc w:val="center"/>
            </w:pPr>
            <w:r w:rsidRPr="00A864B8">
              <w:rPr>
                <w:sz w:val="20"/>
              </w:rPr>
              <w:t>Biomasse</w:t>
            </w:r>
          </w:p>
        </w:tc>
        <w:tc>
          <w:tcPr>
            <w:tcW w:w="1440" w:type="dxa"/>
            <w:tcBorders>
              <w:bottom w:val="single" w:sz="8" w:space="0" w:color="9B9B9B"/>
            </w:tcBorders>
            <w:shd w:val="clear" w:color="auto" w:fill="F0F0F0"/>
            <w:vAlign w:val="center"/>
          </w:tcPr>
          <w:p w14:paraId="03F27569" w14:textId="77777777" w:rsidR="00A806B2" w:rsidRPr="00A864B8" w:rsidRDefault="00000000">
            <w:pPr>
              <w:spacing w:before="20" w:after="10" w:line="240" w:lineRule="auto"/>
              <w:jc w:val="center"/>
            </w:pPr>
            <w:r w:rsidRPr="00A864B8">
              <w:rPr>
                <w:sz w:val="20"/>
              </w:rPr>
              <w:t>0,2</w:t>
            </w:r>
          </w:p>
        </w:tc>
        <w:tc>
          <w:tcPr>
            <w:tcW w:w="1440" w:type="dxa"/>
            <w:tcBorders>
              <w:bottom w:val="single" w:sz="8" w:space="0" w:color="9B9B9B"/>
            </w:tcBorders>
            <w:shd w:val="clear" w:color="auto" w:fill="F0F0F0"/>
            <w:vAlign w:val="center"/>
          </w:tcPr>
          <w:p w14:paraId="078EED07"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1127DBA5" w14:textId="77777777" w:rsidR="00A806B2" w:rsidRPr="00A864B8" w:rsidRDefault="00000000">
            <w:pPr>
              <w:spacing w:before="20" w:after="10" w:line="240" w:lineRule="auto"/>
              <w:jc w:val="center"/>
            </w:pPr>
            <w:r w:rsidRPr="00A864B8">
              <w:rPr>
                <w:sz w:val="20"/>
              </w:rPr>
              <w:t>763 MWh</w:t>
            </w:r>
          </w:p>
        </w:tc>
        <w:tc>
          <w:tcPr>
            <w:tcW w:w="1440" w:type="dxa"/>
            <w:tcBorders>
              <w:bottom w:val="single" w:sz="8" w:space="0" w:color="9B9B9B"/>
            </w:tcBorders>
            <w:shd w:val="clear" w:color="auto" w:fill="F0F0F0"/>
            <w:vAlign w:val="center"/>
          </w:tcPr>
          <w:p w14:paraId="412201F6"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50B21CF9" w14:textId="77777777" w:rsidR="00A806B2" w:rsidRPr="00A864B8" w:rsidRDefault="00000000">
            <w:pPr>
              <w:spacing w:before="20" w:after="10" w:line="240" w:lineRule="auto"/>
              <w:jc w:val="center"/>
            </w:pPr>
            <w:r w:rsidRPr="00A864B8">
              <w:rPr>
                <w:sz w:val="20"/>
              </w:rPr>
              <w:t>153 MWh</w:t>
            </w:r>
          </w:p>
        </w:tc>
      </w:tr>
      <w:tr w:rsidR="00A806B2" w:rsidRPr="00A864B8" w14:paraId="02F8381B" w14:textId="77777777">
        <w:trPr>
          <w:jc w:val="center"/>
        </w:trPr>
        <w:tc>
          <w:tcPr>
            <w:tcW w:w="1440" w:type="dxa"/>
            <w:tcBorders>
              <w:bottom w:val="single" w:sz="8" w:space="0" w:color="9B9B9B"/>
            </w:tcBorders>
            <w:shd w:val="clear" w:color="auto" w:fill="CFCFCF"/>
            <w:vAlign w:val="center"/>
          </w:tcPr>
          <w:p w14:paraId="2D4AF0B2" w14:textId="77777777" w:rsidR="00A806B2" w:rsidRPr="00A864B8" w:rsidRDefault="00000000">
            <w:pPr>
              <w:spacing w:before="20" w:after="10" w:line="240" w:lineRule="auto"/>
              <w:jc w:val="center"/>
            </w:pPr>
            <w:r w:rsidRPr="00A864B8">
              <w:rPr>
                <w:sz w:val="20"/>
              </w:rPr>
              <w:t>Fernwärmebezug</w:t>
            </w:r>
          </w:p>
        </w:tc>
        <w:tc>
          <w:tcPr>
            <w:tcW w:w="1440" w:type="dxa"/>
            <w:tcBorders>
              <w:bottom w:val="single" w:sz="8" w:space="0" w:color="9B9B9B"/>
            </w:tcBorders>
            <w:shd w:val="clear" w:color="auto" w:fill="CFCFCF"/>
            <w:vAlign w:val="center"/>
          </w:tcPr>
          <w:p w14:paraId="2F00B05C" w14:textId="77777777" w:rsidR="00A806B2" w:rsidRPr="00A864B8" w:rsidRDefault="00000000">
            <w:pPr>
              <w:spacing w:before="20" w:after="10" w:line="240" w:lineRule="auto"/>
              <w:jc w:val="center"/>
            </w:pPr>
            <w:r w:rsidRPr="00A864B8">
              <w:rPr>
                <w:sz w:val="20"/>
              </w:rPr>
              <w:t>  0,6</w:t>
            </w:r>
          </w:p>
        </w:tc>
        <w:tc>
          <w:tcPr>
            <w:tcW w:w="1440" w:type="dxa"/>
            <w:tcBorders>
              <w:bottom w:val="single" w:sz="8" w:space="0" w:color="9B9B9B"/>
            </w:tcBorders>
            <w:shd w:val="clear" w:color="auto" w:fill="CFCFCF"/>
            <w:vAlign w:val="center"/>
          </w:tcPr>
          <w:p w14:paraId="487A8F24"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20D22A20"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CFCFCF"/>
            <w:vAlign w:val="center"/>
          </w:tcPr>
          <w:p w14:paraId="39A6E37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527238C1" w14:textId="77777777" w:rsidR="00A806B2" w:rsidRPr="00A864B8" w:rsidRDefault="00000000">
            <w:pPr>
              <w:spacing w:before="20" w:after="10" w:line="240" w:lineRule="auto"/>
              <w:jc w:val="center"/>
            </w:pPr>
            <w:r w:rsidRPr="00A864B8">
              <w:rPr>
                <w:sz w:val="20"/>
              </w:rPr>
              <w:t>  0 MWh</w:t>
            </w:r>
          </w:p>
        </w:tc>
      </w:tr>
      <w:tr w:rsidR="00A806B2" w:rsidRPr="00A864B8" w14:paraId="2CB939DF" w14:textId="77777777">
        <w:trPr>
          <w:jc w:val="center"/>
        </w:trPr>
        <w:tc>
          <w:tcPr>
            <w:tcW w:w="1440" w:type="dxa"/>
            <w:tcBorders>
              <w:bottom w:val="single" w:sz="8" w:space="0" w:color="9B9B9B"/>
            </w:tcBorders>
            <w:shd w:val="clear" w:color="auto" w:fill="F0F0F0"/>
            <w:vAlign w:val="center"/>
          </w:tcPr>
          <w:p w14:paraId="078D1E2E" w14:textId="77777777" w:rsidR="00A806B2" w:rsidRPr="00A864B8" w:rsidRDefault="00000000">
            <w:pPr>
              <w:spacing w:before="20" w:after="10" w:line="240" w:lineRule="auto"/>
              <w:jc w:val="center"/>
            </w:pPr>
            <w:r w:rsidRPr="00A864B8">
              <w:rPr>
                <w:sz w:val="20"/>
              </w:rPr>
              <w:t>Fernkältebezug</w:t>
            </w:r>
          </w:p>
        </w:tc>
        <w:tc>
          <w:tcPr>
            <w:tcW w:w="1440" w:type="dxa"/>
            <w:tcBorders>
              <w:bottom w:val="single" w:sz="8" w:space="0" w:color="9B9B9B"/>
            </w:tcBorders>
            <w:shd w:val="clear" w:color="auto" w:fill="F0F0F0"/>
            <w:vAlign w:val="center"/>
          </w:tcPr>
          <w:p w14:paraId="4BCB914C" w14:textId="77777777" w:rsidR="00A806B2" w:rsidRPr="00A864B8" w:rsidRDefault="00000000">
            <w:pPr>
              <w:spacing w:before="20" w:after="10" w:line="240" w:lineRule="auto"/>
              <w:jc w:val="center"/>
            </w:pPr>
            <w:r w:rsidRPr="00A864B8">
              <w:rPr>
                <w:sz w:val="20"/>
              </w:rPr>
              <w:t>  0,8</w:t>
            </w:r>
          </w:p>
        </w:tc>
        <w:tc>
          <w:tcPr>
            <w:tcW w:w="1440" w:type="dxa"/>
            <w:tcBorders>
              <w:bottom w:val="single" w:sz="8" w:space="0" w:color="9B9B9B"/>
            </w:tcBorders>
            <w:shd w:val="clear" w:color="auto" w:fill="F0F0F0"/>
            <w:vAlign w:val="center"/>
          </w:tcPr>
          <w:p w14:paraId="5B91DF20"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0629A6F8"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F0F0F0"/>
            <w:vAlign w:val="center"/>
          </w:tcPr>
          <w:p w14:paraId="06F7317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5432677E" w14:textId="77777777" w:rsidR="00A806B2" w:rsidRPr="00A864B8" w:rsidRDefault="00000000">
            <w:pPr>
              <w:spacing w:before="20" w:after="10" w:line="240" w:lineRule="auto"/>
              <w:jc w:val="center"/>
            </w:pPr>
            <w:r w:rsidRPr="00A864B8">
              <w:rPr>
                <w:sz w:val="20"/>
              </w:rPr>
              <w:t>  0 MWh</w:t>
            </w:r>
          </w:p>
        </w:tc>
      </w:tr>
      <w:tr w:rsidR="00A806B2" w:rsidRPr="00A864B8" w14:paraId="76476485" w14:textId="77777777">
        <w:trPr>
          <w:jc w:val="center"/>
        </w:trPr>
        <w:tc>
          <w:tcPr>
            <w:tcW w:w="1440" w:type="dxa"/>
            <w:tcBorders>
              <w:bottom w:val="single" w:sz="8" w:space="0" w:color="9B9B9B"/>
            </w:tcBorders>
            <w:shd w:val="clear" w:color="auto" w:fill="CFCFCF"/>
            <w:vAlign w:val="center"/>
          </w:tcPr>
          <w:p w14:paraId="58EDE578"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3989150B"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5AF928C7"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239E35B5" w14:textId="77777777" w:rsidR="00A806B2" w:rsidRPr="00A864B8" w:rsidRDefault="00000000">
            <w:pPr>
              <w:spacing w:before="20" w:after="10" w:line="240" w:lineRule="auto"/>
              <w:jc w:val="center"/>
            </w:pPr>
            <w:r w:rsidRPr="00A864B8">
              <w:rPr>
                <w:b/>
                <w:sz w:val="20"/>
              </w:rPr>
              <w:t>Summe</w:t>
            </w:r>
          </w:p>
        </w:tc>
        <w:tc>
          <w:tcPr>
            <w:tcW w:w="1440" w:type="dxa"/>
            <w:tcBorders>
              <w:bottom w:val="single" w:sz="8" w:space="0" w:color="9B9B9B"/>
            </w:tcBorders>
            <w:shd w:val="clear" w:color="auto" w:fill="CFCFCF"/>
            <w:vAlign w:val="center"/>
          </w:tcPr>
          <w:p w14:paraId="077F2B50"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34AD4546" w14:textId="77777777" w:rsidR="00A806B2" w:rsidRPr="00A864B8" w:rsidRDefault="00000000">
            <w:pPr>
              <w:spacing w:before="20" w:after="10" w:line="240" w:lineRule="auto"/>
              <w:jc w:val="center"/>
            </w:pPr>
            <w:r w:rsidRPr="00A864B8">
              <w:rPr>
                <w:b/>
                <w:sz w:val="20"/>
              </w:rPr>
              <w:t>550 MWh</w:t>
            </w:r>
          </w:p>
        </w:tc>
      </w:tr>
    </w:tbl>
    <w:p w14:paraId="2BE83735" w14:textId="77777777" w:rsidR="00A806B2" w:rsidRPr="00A864B8" w:rsidRDefault="00A806B2"/>
    <w:p w14:paraId="069AAD85" w14:textId="77777777" w:rsidR="00A806B2" w:rsidRPr="00A864B8" w:rsidRDefault="00000000">
      <w:pPr>
        <w:pStyle w:val="berschrift3"/>
      </w:pPr>
      <w:bookmarkStart w:id="161" w:name="_Toc240363504"/>
      <w:r w:rsidRPr="00A864B8">
        <w:rPr>
          <w:color w:val="000000"/>
          <w:sz w:val="32"/>
        </w:rPr>
        <w:t>5.1.4 Wirtschaftlichkeit</w:t>
      </w:r>
      <w:bookmarkEnd w:id="161"/>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664F1DF7" w14:textId="77777777">
        <w:tc>
          <w:tcPr>
            <w:tcW w:w="8640" w:type="dxa"/>
            <w:shd w:val="clear" w:color="auto" w:fill="D9F3F7"/>
          </w:tcPr>
          <w:p w14:paraId="76FF82CE" w14:textId="77777777" w:rsidR="00A806B2" w:rsidRPr="00A864B8" w:rsidRDefault="00000000">
            <w:pPr>
              <w:spacing w:line="240" w:lineRule="auto"/>
            </w:pPr>
            <w:r w:rsidRPr="00A864B8">
              <w:rPr>
                <w:b/>
              </w:rPr>
              <w:t>💡 Auszug aus "Merkblatt Antragstellung, technische Anforderungen und Verwendungsnachweis" (Version 3.1, 01.04.2026)</w:t>
            </w:r>
          </w:p>
          <w:p w14:paraId="434A2195" w14:textId="77777777" w:rsidR="00A806B2" w:rsidRPr="00A864B8" w:rsidRDefault="00000000">
            <w:pPr>
              <w:spacing w:line="240" w:lineRule="auto"/>
            </w:pPr>
            <w:r w:rsidRPr="00A864B8">
              <w:rPr>
                <w:b/>
                <w:sz w:val="20"/>
              </w:rPr>
              <w:t>Kostenrahmen</w:t>
            </w:r>
          </w:p>
          <w:p w14:paraId="0DF717A4" w14:textId="77777777" w:rsidR="00A806B2" w:rsidRPr="00A864B8" w:rsidRDefault="00000000">
            <w:pPr>
              <w:spacing w:line="240" w:lineRule="auto"/>
            </w:pPr>
            <w:r w:rsidRPr="00A864B8">
              <w:rPr>
                <w:sz w:val="20"/>
              </w:rPr>
              <w:t>Im Kostenrahmen sind grob die Investitionssummen der einzelnen Komponenten des Wärmenetzes darzustellen, betriebs- und verbrauchsbedingte Kosten zu schätzen, eine Analyse der Wirtschaftlichkeit durchzuführen und darzustellen wie die Investitionen finanziert werden sollen. Hierbei sind Risikoanalysen durchzuführen und maximale Kosten für eine Finanzierbarkeit festzulegen. Zur Berücksichtigung zukünftiger Zahlungsströme wird eine Diskontierung empfohlen. Vorgaben zum Diskontierungssatz oder den Methoden für Analysen und Berechnungen gibt es aber nicht.</w:t>
            </w:r>
          </w:p>
          <w:p w14:paraId="5B529F21" w14:textId="77777777" w:rsidR="00A806B2" w:rsidRPr="00A864B8" w:rsidRDefault="00000000">
            <w:pPr>
              <w:spacing w:line="240" w:lineRule="auto"/>
            </w:pPr>
            <w:r w:rsidRPr="00A864B8">
              <w:rPr>
                <w:b/>
                <w:sz w:val="20"/>
              </w:rPr>
              <w:t>Mindestinhalte Planungsleistungen angelehnt an Leistungsphasen 2 bis 4</w:t>
            </w:r>
          </w:p>
          <w:p w14:paraId="0BAFA9CE" w14:textId="77777777" w:rsidR="00A806B2" w:rsidRPr="00A864B8" w:rsidRDefault="00000000">
            <w:pPr>
              <w:spacing w:line="240" w:lineRule="auto"/>
            </w:pPr>
            <w:r w:rsidRPr="00A864B8">
              <w:rPr>
                <w:b/>
                <w:sz w:val="20"/>
              </w:rPr>
              <w:t>Wirtschaftlichkeitsbetrachtung</w:t>
            </w:r>
          </w:p>
          <w:p w14:paraId="6D11FE21" w14:textId="77777777" w:rsidR="00A806B2" w:rsidRPr="00A864B8" w:rsidRDefault="00000000">
            <w:pPr>
              <w:spacing w:line="240" w:lineRule="auto"/>
            </w:pPr>
            <w:r w:rsidRPr="00A864B8">
              <w:rPr>
                <w:sz w:val="20"/>
              </w:rPr>
              <w:t>Im Rahmen einer Wirtschaftlichkeitsbetrachtung ist eine Kostenberechnung auf Grundlage der Entwurfsplanung nach DIN 276 für alle zu fördernden Komponenten vorzunehmen. Zusätzlich ist eine Betriebs- und Verbrauchskostenberechnung durchzuführen. Durch eine Gegenüberstellung der Einnahmen und Ausgaben über mindestens die ersten 30 Jahre des Betriebs ist die wirtschaftliche Umsetzbarkeit des Vorhabens darzulegen. Zusätzlich kann eine WLB mit den Exceldateien des BAFA durchgeführt werden.</w:t>
            </w:r>
          </w:p>
        </w:tc>
      </w:tr>
    </w:tbl>
    <w:p w14:paraId="043D6ED1" w14:textId="77777777" w:rsidR="00A806B2" w:rsidRPr="00A864B8" w:rsidRDefault="00A806B2">
      <w:pPr>
        <w:spacing w:after="280"/>
      </w:pPr>
    </w:p>
    <w:p w14:paraId="43D0F27C" w14:textId="77777777" w:rsidR="00A806B2" w:rsidRPr="00A864B8" w:rsidRDefault="00000000">
      <w:r w:rsidRPr="00A864B8">
        <w:rPr>
          <w:b/>
          <w:sz w:val="28"/>
        </w:rPr>
        <w:t>Zusammenfassung</w:t>
      </w:r>
    </w:p>
    <w:p w14:paraId="41F35F7B" w14:textId="2B92F3E7" w:rsidR="00A806B2" w:rsidRPr="00A864B8" w:rsidRDefault="00000000">
      <w:pPr>
        <w:pStyle w:val="CaptionStyle"/>
        <w:spacing w:before="40" w:after="0"/>
        <w:jc w:val="center"/>
        <w:rPr>
          <w:lang w:val="de-DE"/>
        </w:rPr>
      </w:pPr>
      <w:bookmarkStart w:id="162" w:name="_Toc240363556"/>
      <w:r w:rsidRPr="00A864B8">
        <w:rPr>
          <w:lang w:val="de-DE"/>
        </w:rPr>
        <w:t xml:space="preserve">Tabelle </w:t>
      </w:r>
      <w:bookmarkStart w:id="163" w:name="results_economic_kpi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28</w:t>
      </w:r>
      <w:r w:rsidRPr="00A864B8">
        <w:rPr>
          <w:lang w:val="de-DE"/>
        </w:rPr>
        <w:fldChar w:fldCharType="end"/>
      </w:r>
      <w:bookmarkStart w:id="164" w:name="results_economic_kpis"/>
      <w:bookmarkEnd w:id="163"/>
      <w:bookmarkEnd w:id="164"/>
      <w:r w:rsidRPr="00A864B8">
        <w:rPr>
          <w:lang w:val="de-DE"/>
        </w:rPr>
        <w:t>: Variante 1: Wirtschaftliche Kennzahlen</w:t>
      </w:r>
      <w:bookmarkEnd w:id="162"/>
    </w:p>
    <w:tbl>
      <w:tblPr>
        <w:tblW w:w="0" w:type="auto"/>
        <w:jc w:val="center"/>
        <w:tblLook w:val="04A0" w:firstRow="1" w:lastRow="0" w:firstColumn="1" w:lastColumn="0" w:noHBand="0" w:noVBand="1"/>
      </w:tblPr>
      <w:tblGrid>
        <w:gridCol w:w="4320"/>
        <w:gridCol w:w="4320"/>
      </w:tblGrid>
      <w:tr w:rsidR="00A806B2" w:rsidRPr="00A864B8" w14:paraId="46B3E1E1" w14:textId="77777777">
        <w:trPr>
          <w:jc w:val="center"/>
        </w:trPr>
        <w:tc>
          <w:tcPr>
            <w:tcW w:w="4320" w:type="dxa"/>
            <w:tcBorders>
              <w:bottom w:val="single" w:sz="22" w:space="0" w:color="C00000"/>
            </w:tcBorders>
            <w:shd w:val="clear" w:color="auto" w:fill="343A40"/>
          </w:tcPr>
          <w:p w14:paraId="30A2C2C2"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F16547B" w14:textId="77777777" w:rsidR="00A806B2" w:rsidRPr="00A864B8" w:rsidRDefault="00000000">
            <w:pPr>
              <w:spacing w:before="20" w:after="10" w:line="240" w:lineRule="auto"/>
              <w:jc w:val="center"/>
            </w:pPr>
            <w:r w:rsidRPr="00A864B8">
              <w:rPr>
                <w:color w:val="FFFFFF"/>
                <w:sz w:val="20"/>
              </w:rPr>
              <w:t> </w:t>
            </w:r>
          </w:p>
        </w:tc>
      </w:tr>
      <w:tr w:rsidR="00A806B2" w:rsidRPr="00A864B8" w14:paraId="35E03428" w14:textId="77777777">
        <w:trPr>
          <w:jc w:val="center"/>
        </w:trPr>
        <w:tc>
          <w:tcPr>
            <w:tcW w:w="4320" w:type="dxa"/>
            <w:tcBorders>
              <w:bottom w:val="single" w:sz="8" w:space="0" w:color="9B9B9B"/>
            </w:tcBorders>
            <w:shd w:val="clear" w:color="auto" w:fill="F0F0F0"/>
            <w:vAlign w:val="center"/>
          </w:tcPr>
          <w:p w14:paraId="7DED3D7D" w14:textId="77777777" w:rsidR="00A806B2" w:rsidRPr="00A864B8" w:rsidRDefault="00000000">
            <w:pPr>
              <w:spacing w:before="20" w:after="10" w:line="240" w:lineRule="auto"/>
              <w:jc w:val="center"/>
            </w:pPr>
            <w:r w:rsidRPr="00A864B8">
              <w:rPr>
                <w:sz w:val="20"/>
              </w:rPr>
              <w:t>Kapitalwert</w:t>
            </w:r>
          </w:p>
        </w:tc>
        <w:tc>
          <w:tcPr>
            <w:tcW w:w="4320" w:type="dxa"/>
            <w:tcBorders>
              <w:bottom w:val="single" w:sz="8" w:space="0" w:color="9B9B9B"/>
            </w:tcBorders>
            <w:shd w:val="clear" w:color="auto" w:fill="F0F0F0"/>
            <w:vAlign w:val="center"/>
          </w:tcPr>
          <w:p w14:paraId="115CF2ED" w14:textId="77777777" w:rsidR="00A806B2" w:rsidRPr="00A864B8" w:rsidRDefault="00000000">
            <w:pPr>
              <w:spacing w:before="20" w:after="10" w:line="240" w:lineRule="auto"/>
              <w:jc w:val="center"/>
            </w:pPr>
            <w:r w:rsidRPr="00A864B8">
              <w:rPr>
                <w:sz w:val="20"/>
              </w:rPr>
              <w:t>+ 639.921 €</w:t>
            </w:r>
          </w:p>
        </w:tc>
      </w:tr>
      <w:tr w:rsidR="00A806B2" w:rsidRPr="00A864B8" w14:paraId="3FDF6DD5" w14:textId="77777777">
        <w:trPr>
          <w:jc w:val="center"/>
        </w:trPr>
        <w:tc>
          <w:tcPr>
            <w:tcW w:w="4320" w:type="dxa"/>
            <w:tcBorders>
              <w:bottom w:val="single" w:sz="8" w:space="0" w:color="9B9B9B"/>
            </w:tcBorders>
            <w:shd w:val="clear" w:color="auto" w:fill="CFCFCF"/>
            <w:vAlign w:val="center"/>
          </w:tcPr>
          <w:p w14:paraId="753DB600" w14:textId="77777777" w:rsidR="00A806B2" w:rsidRPr="00A864B8" w:rsidRDefault="00000000">
            <w:pPr>
              <w:spacing w:before="20" w:after="10" w:line="240" w:lineRule="auto"/>
              <w:jc w:val="center"/>
            </w:pPr>
            <w:r w:rsidRPr="00A864B8">
              <w:rPr>
                <w:sz w:val="20"/>
              </w:rPr>
              <w:t>Amortisationsdauer</w:t>
            </w:r>
          </w:p>
        </w:tc>
        <w:tc>
          <w:tcPr>
            <w:tcW w:w="4320" w:type="dxa"/>
            <w:tcBorders>
              <w:bottom w:val="single" w:sz="8" w:space="0" w:color="9B9B9B"/>
            </w:tcBorders>
            <w:shd w:val="clear" w:color="auto" w:fill="CFCFCF"/>
            <w:vAlign w:val="center"/>
          </w:tcPr>
          <w:p w14:paraId="5B7C052D" w14:textId="77777777" w:rsidR="00A806B2" w:rsidRPr="00A864B8" w:rsidRDefault="00000000">
            <w:pPr>
              <w:spacing w:before="20" w:after="10" w:line="240" w:lineRule="auto"/>
              <w:jc w:val="center"/>
            </w:pPr>
            <w:r w:rsidRPr="00A864B8">
              <w:rPr>
                <w:sz w:val="20"/>
              </w:rPr>
              <w:t>17 Jahre</w:t>
            </w:r>
          </w:p>
        </w:tc>
      </w:tr>
      <w:tr w:rsidR="00A806B2" w:rsidRPr="00A864B8" w14:paraId="5EC3362F" w14:textId="77777777">
        <w:trPr>
          <w:jc w:val="center"/>
        </w:trPr>
        <w:tc>
          <w:tcPr>
            <w:tcW w:w="4320" w:type="dxa"/>
            <w:tcBorders>
              <w:bottom w:val="single" w:sz="8" w:space="0" w:color="9B9B9B"/>
            </w:tcBorders>
            <w:shd w:val="clear" w:color="auto" w:fill="F0F0F0"/>
            <w:vAlign w:val="center"/>
          </w:tcPr>
          <w:p w14:paraId="79856017" w14:textId="77777777" w:rsidR="00A806B2" w:rsidRPr="00A864B8" w:rsidRDefault="00000000">
            <w:pPr>
              <w:spacing w:before="20" w:after="10" w:line="240" w:lineRule="auto"/>
              <w:jc w:val="center"/>
            </w:pPr>
            <w:r w:rsidRPr="00A864B8">
              <w:rPr>
                <w:sz w:val="20"/>
              </w:rPr>
              <w:t>Interner Zinsfuß</w:t>
            </w:r>
          </w:p>
        </w:tc>
        <w:tc>
          <w:tcPr>
            <w:tcW w:w="4320" w:type="dxa"/>
            <w:tcBorders>
              <w:bottom w:val="single" w:sz="8" w:space="0" w:color="9B9B9B"/>
            </w:tcBorders>
            <w:shd w:val="clear" w:color="auto" w:fill="F0F0F0"/>
            <w:vAlign w:val="center"/>
          </w:tcPr>
          <w:p w14:paraId="0CC438C9" w14:textId="77777777" w:rsidR="00A806B2" w:rsidRPr="00A864B8" w:rsidRDefault="00000000">
            <w:pPr>
              <w:spacing w:before="20" w:after="10" w:line="240" w:lineRule="auto"/>
              <w:jc w:val="center"/>
            </w:pPr>
            <w:r w:rsidRPr="00A864B8">
              <w:rPr>
                <w:sz w:val="20"/>
              </w:rPr>
              <w:t>7,9 %</w:t>
            </w:r>
          </w:p>
        </w:tc>
      </w:tr>
      <w:tr w:rsidR="00A806B2" w:rsidRPr="00A864B8" w14:paraId="265E27B7" w14:textId="77777777">
        <w:trPr>
          <w:jc w:val="center"/>
        </w:trPr>
        <w:tc>
          <w:tcPr>
            <w:tcW w:w="4320" w:type="dxa"/>
            <w:tcBorders>
              <w:bottom w:val="single" w:sz="8" w:space="0" w:color="9B9B9B"/>
            </w:tcBorders>
            <w:shd w:val="clear" w:color="auto" w:fill="CFCFCF"/>
            <w:vAlign w:val="center"/>
          </w:tcPr>
          <w:p w14:paraId="020287A3" w14:textId="77777777" w:rsidR="00A806B2" w:rsidRPr="00A864B8" w:rsidRDefault="00000000">
            <w:pPr>
              <w:spacing w:before="20" w:after="10" w:line="240" w:lineRule="auto"/>
              <w:jc w:val="center"/>
            </w:pPr>
            <w:r w:rsidRPr="00A864B8">
              <w:rPr>
                <w:sz w:val="20"/>
              </w:rPr>
              <w:t>Gesamtkosten (exkl. Verkaufserlöse)</w:t>
            </w:r>
          </w:p>
        </w:tc>
        <w:tc>
          <w:tcPr>
            <w:tcW w:w="4320" w:type="dxa"/>
            <w:tcBorders>
              <w:bottom w:val="single" w:sz="8" w:space="0" w:color="9B9B9B"/>
            </w:tcBorders>
            <w:shd w:val="clear" w:color="auto" w:fill="CFCFCF"/>
            <w:vAlign w:val="center"/>
          </w:tcPr>
          <w:p w14:paraId="361A3488" w14:textId="77777777" w:rsidR="00A806B2" w:rsidRPr="00A864B8" w:rsidRDefault="00000000">
            <w:pPr>
              <w:spacing w:before="20" w:after="10" w:line="240" w:lineRule="auto"/>
              <w:jc w:val="center"/>
            </w:pPr>
            <w:r w:rsidRPr="00A864B8">
              <w:rPr>
                <w:sz w:val="20"/>
              </w:rPr>
              <w:t>3.924.707,0 €</w:t>
            </w:r>
          </w:p>
        </w:tc>
      </w:tr>
      <w:tr w:rsidR="00A806B2" w:rsidRPr="00A864B8" w14:paraId="067A732E" w14:textId="77777777">
        <w:trPr>
          <w:jc w:val="center"/>
        </w:trPr>
        <w:tc>
          <w:tcPr>
            <w:tcW w:w="4320" w:type="dxa"/>
            <w:tcBorders>
              <w:bottom w:val="single" w:sz="8" w:space="0" w:color="9B9B9B"/>
            </w:tcBorders>
            <w:shd w:val="clear" w:color="auto" w:fill="F0F0F0"/>
            <w:vAlign w:val="center"/>
          </w:tcPr>
          <w:p w14:paraId="05266DF4" w14:textId="77777777" w:rsidR="00A806B2" w:rsidRPr="00A864B8" w:rsidRDefault="00000000">
            <w:pPr>
              <w:spacing w:before="20" w:after="10" w:line="240" w:lineRule="auto"/>
              <w:jc w:val="center"/>
            </w:pPr>
            <w:r w:rsidRPr="00A864B8">
              <w:rPr>
                <w:sz w:val="20"/>
              </w:rPr>
              <w:t>Energiegestehungskosten</w:t>
            </w:r>
          </w:p>
        </w:tc>
        <w:tc>
          <w:tcPr>
            <w:tcW w:w="4320" w:type="dxa"/>
            <w:tcBorders>
              <w:bottom w:val="single" w:sz="8" w:space="0" w:color="9B9B9B"/>
            </w:tcBorders>
            <w:shd w:val="clear" w:color="auto" w:fill="F0F0F0"/>
            <w:vAlign w:val="center"/>
          </w:tcPr>
          <w:p w14:paraId="2E54CE48" w14:textId="77777777" w:rsidR="00A806B2" w:rsidRPr="00A864B8" w:rsidRDefault="00000000">
            <w:pPr>
              <w:spacing w:before="20" w:after="10" w:line="240" w:lineRule="auto"/>
              <w:jc w:val="center"/>
            </w:pPr>
            <w:r w:rsidRPr="00A864B8">
              <w:rPr>
                <w:sz w:val="20"/>
              </w:rPr>
              <w:t>0,244 €/kWh</w:t>
            </w:r>
          </w:p>
        </w:tc>
      </w:tr>
      <w:tr w:rsidR="00A806B2" w:rsidRPr="00A864B8" w14:paraId="7AED5320" w14:textId="77777777">
        <w:trPr>
          <w:jc w:val="center"/>
        </w:trPr>
        <w:tc>
          <w:tcPr>
            <w:tcW w:w="4320" w:type="dxa"/>
            <w:tcBorders>
              <w:bottom w:val="single" w:sz="8" w:space="0" w:color="9B9B9B"/>
            </w:tcBorders>
            <w:shd w:val="clear" w:color="auto" w:fill="CFCFCF"/>
            <w:vAlign w:val="center"/>
          </w:tcPr>
          <w:p w14:paraId="22A16914" w14:textId="77777777" w:rsidR="00A806B2" w:rsidRPr="00A864B8" w:rsidRDefault="00000000">
            <w:pPr>
              <w:spacing w:before="20" w:after="10" w:line="240" w:lineRule="auto"/>
              <w:jc w:val="center"/>
            </w:pPr>
            <w:r w:rsidRPr="00A864B8">
              <w:rPr>
                <w:sz w:val="20"/>
              </w:rPr>
              <w:t>Jährl. Energiekosten pro Nutzfläche</w:t>
            </w:r>
          </w:p>
        </w:tc>
        <w:tc>
          <w:tcPr>
            <w:tcW w:w="4320" w:type="dxa"/>
            <w:tcBorders>
              <w:bottom w:val="single" w:sz="8" w:space="0" w:color="9B9B9B"/>
            </w:tcBorders>
            <w:shd w:val="clear" w:color="auto" w:fill="CFCFCF"/>
            <w:vAlign w:val="center"/>
          </w:tcPr>
          <w:p w14:paraId="2548F50A" w14:textId="77777777" w:rsidR="00A806B2" w:rsidRPr="00A864B8" w:rsidRDefault="00000000">
            <w:pPr>
              <w:spacing w:before="20" w:after="10" w:line="240" w:lineRule="auto"/>
              <w:jc w:val="center"/>
            </w:pPr>
            <w:r w:rsidRPr="00A864B8">
              <w:rPr>
                <w:sz w:val="20"/>
              </w:rPr>
              <w:t>46,32 €/m²</w:t>
            </w:r>
          </w:p>
        </w:tc>
      </w:tr>
      <w:tr w:rsidR="00A806B2" w:rsidRPr="00A864B8" w14:paraId="2602D42B" w14:textId="77777777">
        <w:trPr>
          <w:jc w:val="center"/>
        </w:trPr>
        <w:tc>
          <w:tcPr>
            <w:tcW w:w="4320" w:type="dxa"/>
            <w:tcBorders>
              <w:bottom w:val="single" w:sz="8" w:space="0" w:color="9B9B9B"/>
            </w:tcBorders>
            <w:shd w:val="clear" w:color="auto" w:fill="F0F0F0"/>
            <w:vAlign w:val="center"/>
          </w:tcPr>
          <w:p w14:paraId="7D9AF24D" w14:textId="77777777" w:rsidR="00A806B2" w:rsidRPr="00A864B8" w:rsidRDefault="00000000">
            <w:pPr>
              <w:spacing w:before="20" w:after="10" w:line="240" w:lineRule="auto"/>
              <w:jc w:val="center"/>
            </w:pPr>
            <w:r w:rsidRPr="00A864B8">
              <w:rPr>
                <w:sz w:val="20"/>
              </w:rPr>
              <w:t>Monatliche Energiekosten pro Nutzfläche</w:t>
            </w:r>
          </w:p>
        </w:tc>
        <w:tc>
          <w:tcPr>
            <w:tcW w:w="4320" w:type="dxa"/>
            <w:tcBorders>
              <w:bottom w:val="single" w:sz="8" w:space="0" w:color="9B9B9B"/>
            </w:tcBorders>
            <w:shd w:val="clear" w:color="auto" w:fill="F0F0F0"/>
            <w:vAlign w:val="center"/>
          </w:tcPr>
          <w:p w14:paraId="3C4E6198" w14:textId="77777777" w:rsidR="00A806B2" w:rsidRPr="00A864B8" w:rsidRDefault="00000000">
            <w:pPr>
              <w:spacing w:before="20" w:after="10" w:line="240" w:lineRule="auto"/>
              <w:jc w:val="center"/>
            </w:pPr>
            <w:r w:rsidRPr="00A864B8">
              <w:rPr>
                <w:sz w:val="20"/>
              </w:rPr>
              <w:t>3,86 €/m²</w:t>
            </w:r>
          </w:p>
        </w:tc>
      </w:tr>
    </w:tbl>
    <w:p w14:paraId="55924831" w14:textId="77777777" w:rsidR="00A806B2" w:rsidRPr="00A864B8" w:rsidRDefault="00A806B2"/>
    <w:p w14:paraId="67E86015" w14:textId="0FA1D247" w:rsidR="00A806B2" w:rsidRPr="00A864B8" w:rsidRDefault="00000000">
      <w:pPr>
        <w:pStyle w:val="CaptionStyle"/>
        <w:spacing w:before="40" w:after="0"/>
        <w:jc w:val="center"/>
        <w:rPr>
          <w:lang w:val="de-DE"/>
        </w:rPr>
      </w:pPr>
      <w:bookmarkStart w:id="165" w:name="_Toc240363557"/>
      <w:r w:rsidRPr="00A864B8">
        <w:rPr>
          <w:lang w:val="de-DE"/>
        </w:rPr>
        <w:t xml:space="preserve">Tabelle </w:t>
      </w:r>
      <w:bookmarkStart w:id="166" w:name="results_subsidy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29</w:t>
      </w:r>
      <w:r w:rsidRPr="00A864B8">
        <w:rPr>
          <w:lang w:val="de-DE"/>
        </w:rPr>
        <w:fldChar w:fldCharType="end"/>
      </w:r>
      <w:bookmarkStart w:id="167" w:name="results_subsidy"/>
      <w:bookmarkEnd w:id="166"/>
      <w:bookmarkEnd w:id="167"/>
      <w:r w:rsidRPr="00A864B8">
        <w:rPr>
          <w:lang w:val="de-DE"/>
        </w:rPr>
        <w:t>: Variante 1: Förderungen</w:t>
      </w:r>
      <w:bookmarkEnd w:id="165"/>
    </w:p>
    <w:tbl>
      <w:tblPr>
        <w:tblW w:w="0" w:type="auto"/>
        <w:jc w:val="center"/>
        <w:tblLook w:val="04A0" w:firstRow="1" w:lastRow="0" w:firstColumn="1" w:lastColumn="0" w:noHBand="0" w:noVBand="1"/>
      </w:tblPr>
      <w:tblGrid>
        <w:gridCol w:w="4320"/>
        <w:gridCol w:w="4320"/>
      </w:tblGrid>
      <w:tr w:rsidR="00A806B2" w:rsidRPr="00A864B8" w14:paraId="118E0D3F" w14:textId="77777777">
        <w:trPr>
          <w:jc w:val="center"/>
        </w:trPr>
        <w:tc>
          <w:tcPr>
            <w:tcW w:w="4320" w:type="dxa"/>
            <w:tcBorders>
              <w:bottom w:val="single" w:sz="22" w:space="0" w:color="C00000"/>
            </w:tcBorders>
            <w:shd w:val="clear" w:color="auto" w:fill="343A40"/>
          </w:tcPr>
          <w:p w14:paraId="58BAEF20"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674953D" w14:textId="77777777" w:rsidR="00A806B2" w:rsidRPr="00A864B8" w:rsidRDefault="00000000">
            <w:pPr>
              <w:spacing w:before="20" w:after="10" w:line="240" w:lineRule="auto"/>
              <w:jc w:val="center"/>
            </w:pPr>
            <w:r w:rsidRPr="00A864B8">
              <w:rPr>
                <w:color w:val="FFFFFF"/>
                <w:sz w:val="20"/>
              </w:rPr>
              <w:t> </w:t>
            </w:r>
          </w:p>
        </w:tc>
      </w:tr>
      <w:tr w:rsidR="00A806B2" w:rsidRPr="00A864B8" w14:paraId="3585968C" w14:textId="77777777">
        <w:trPr>
          <w:jc w:val="center"/>
        </w:trPr>
        <w:tc>
          <w:tcPr>
            <w:tcW w:w="4320" w:type="dxa"/>
            <w:tcBorders>
              <w:bottom w:val="single" w:sz="8" w:space="0" w:color="9B9B9B"/>
            </w:tcBorders>
            <w:shd w:val="clear" w:color="auto" w:fill="F0F0F0"/>
            <w:vAlign w:val="center"/>
          </w:tcPr>
          <w:p w14:paraId="119ED353" w14:textId="77777777" w:rsidR="00A806B2" w:rsidRPr="00A864B8" w:rsidRDefault="00000000">
            <w:pPr>
              <w:spacing w:before="20" w:after="10" w:line="240" w:lineRule="auto"/>
              <w:jc w:val="center"/>
            </w:pPr>
            <w:r w:rsidRPr="00A864B8">
              <w:rPr>
                <w:sz w:val="20"/>
              </w:rPr>
              <w:t>Anfangsinvestition</w:t>
            </w:r>
          </w:p>
        </w:tc>
        <w:tc>
          <w:tcPr>
            <w:tcW w:w="4320" w:type="dxa"/>
            <w:tcBorders>
              <w:bottom w:val="single" w:sz="8" w:space="0" w:color="9B9B9B"/>
            </w:tcBorders>
            <w:shd w:val="clear" w:color="auto" w:fill="F0F0F0"/>
            <w:vAlign w:val="center"/>
          </w:tcPr>
          <w:p w14:paraId="151DDBCA" w14:textId="77777777" w:rsidR="00A806B2" w:rsidRPr="00A864B8" w:rsidRDefault="00000000">
            <w:pPr>
              <w:spacing w:before="20" w:after="10" w:line="240" w:lineRule="auto"/>
              <w:jc w:val="center"/>
            </w:pPr>
            <w:r w:rsidRPr="00A864B8">
              <w:rPr>
                <w:sz w:val="20"/>
              </w:rPr>
              <w:t>3.612.164,0 €</w:t>
            </w:r>
          </w:p>
        </w:tc>
      </w:tr>
      <w:tr w:rsidR="00A806B2" w:rsidRPr="00A864B8" w14:paraId="04AE2AA5" w14:textId="77777777">
        <w:trPr>
          <w:jc w:val="center"/>
        </w:trPr>
        <w:tc>
          <w:tcPr>
            <w:tcW w:w="4320" w:type="dxa"/>
            <w:tcBorders>
              <w:bottom w:val="single" w:sz="8" w:space="0" w:color="9B9B9B"/>
            </w:tcBorders>
            <w:shd w:val="clear" w:color="auto" w:fill="CFCFCF"/>
            <w:vAlign w:val="center"/>
          </w:tcPr>
          <w:p w14:paraId="60ED3B3F" w14:textId="77777777" w:rsidR="00A806B2" w:rsidRPr="00A864B8" w:rsidRDefault="00000000">
            <w:pPr>
              <w:spacing w:before="20" w:after="10" w:line="240" w:lineRule="auto"/>
              <w:jc w:val="center"/>
            </w:pPr>
            <w:r w:rsidRPr="00A864B8">
              <w:rPr>
                <w:sz w:val="20"/>
              </w:rPr>
              <w:t>Förderung auf Anfangsinvestition</w:t>
            </w:r>
          </w:p>
        </w:tc>
        <w:tc>
          <w:tcPr>
            <w:tcW w:w="4320" w:type="dxa"/>
            <w:tcBorders>
              <w:bottom w:val="single" w:sz="8" w:space="0" w:color="9B9B9B"/>
            </w:tcBorders>
            <w:shd w:val="clear" w:color="auto" w:fill="CFCFCF"/>
            <w:vAlign w:val="center"/>
          </w:tcPr>
          <w:p w14:paraId="0806B72F" w14:textId="77777777" w:rsidR="00A806B2" w:rsidRPr="00A864B8" w:rsidRDefault="00000000">
            <w:pPr>
              <w:spacing w:before="20" w:after="10" w:line="240" w:lineRule="auto"/>
              <w:jc w:val="center"/>
            </w:pPr>
            <w:r w:rsidRPr="00A864B8">
              <w:rPr>
                <w:sz w:val="20"/>
              </w:rPr>
              <w:t>1.203.486,0 €</w:t>
            </w:r>
          </w:p>
        </w:tc>
      </w:tr>
      <w:tr w:rsidR="00A806B2" w:rsidRPr="00A864B8" w14:paraId="056F2B02" w14:textId="77777777">
        <w:trPr>
          <w:jc w:val="center"/>
        </w:trPr>
        <w:tc>
          <w:tcPr>
            <w:tcW w:w="4320" w:type="dxa"/>
            <w:tcBorders>
              <w:bottom w:val="single" w:sz="8" w:space="0" w:color="9B9B9B"/>
            </w:tcBorders>
            <w:shd w:val="clear" w:color="auto" w:fill="F0F0F0"/>
            <w:vAlign w:val="center"/>
          </w:tcPr>
          <w:p w14:paraId="28A6A1A2" w14:textId="77777777" w:rsidR="00A806B2" w:rsidRPr="00A864B8" w:rsidRDefault="00000000">
            <w:pPr>
              <w:spacing w:before="20" w:after="10" w:line="240" w:lineRule="auto"/>
              <w:jc w:val="center"/>
            </w:pPr>
            <w:r w:rsidRPr="00A864B8">
              <w:rPr>
                <w:sz w:val="20"/>
              </w:rPr>
              <w:t>Förderquote Anfangsinvestition</w:t>
            </w:r>
          </w:p>
        </w:tc>
        <w:tc>
          <w:tcPr>
            <w:tcW w:w="4320" w:type="dxa"/>
            <w:tcBorders>
              <w:bottom w:val="single" w:sz="8" w:space="0" w:color="9B9B9B"/>
            </w:tcBorders>
            <w:shd w:val="clear" w:color="auto" w:fill="F0F0F0"/>
            <w:vAlign w:val="center"/>
          </w:tcPr>
          <w:p w14:paraId="1B938557" w14:textId="77777777" w:rsidR="00A806B2" w:rsidRPr="00A864B8" w:rsidRDefault="00000000">
            <w:pPr>
              <w:spacing w:before="20" w:after="10" w:line="240" w:lineRule="auto"/>
              <w:jc w:val="center"/>
            </w:pPr>
            <w:r w:rsidRPr="00A864B8">
              <w:rPr>
                <w:sz w:val="20"/>
              </w:rPr>
              <w:t>33,3 %</w:t>
            </w:r>
          </w:p>
        </w:tc>
      </w:tr>
      <w:tr w:rsidR="00A806B2" w:rsidRPr="00A864B8" w14:paraId="44B8D847" w14:textId="77777777">
        <w:trPr>
          <w:jc w:val="center"/>
        </w:trPr>
        <w:tc>
          <w:tcPr>
            <w:tcW w:w="4320" w:type="dxa"/>
            <w:tcBorders>
              <w:bottom w:val="single" w:sz="8" w:space="0" w:color="9B9B9B"/>
            </w:tcBorders>
            <w:shd w:val="clear" w:color="auto" w:fill="CFCFCF"/>
            <w:vAlign w:val="center"/>
          </w:tcPr>
          <w:p w14:paraId="14D19B62" w14:textId="77777777" w:rsidR="00A806B2" w:rsidRPr="00A864B8" w:rsidRDefault="00000000">
            <w:pPr>
              <w:spacing w:before="20" w:after="10" w:line="240" w:lineRule="auto"/>
              <w:jc w:val="center"/>
            </w:pPr>
            <w:r w:rsidRPr="00A864B8">
              <w:rPr>
                <w:sz w:val="20"/>
              </w:rPr>
              <w:t>Gesamtkosten (exkl. aller Erlöse und Förderungen)</w:t>
            </w:r>
          </w:p>
        </w:tc>
        <w:tc>
          <w:tcPr>
            <w:tcW w:w="4320" w:type="dxa"/>
            <w:tcBorders>
              <w:bottom w:val="single" w:sz="8" w:space="0" w:color="9B9B9B"/>
            </w:tcBorders>
            <w:shd w:val="clear" w:color="auto" w:fill="CFCFCF"/>
            <w:vAlign w:val="center"/>
          </w:tcPr>
          <w:p w14:paraId="4842C628" w14:textId="77777777" w:rsidR="00A806B2" w:rsidRPr="00A864B8" w:rsidRDefault="00000000">
            <w:pPr>
              <w:spacing w:before="20" w:after="10" w:line="240" w:lineRule="auto"/>
              <w:jc w:val="center"/>
            </w:pPr>
            <w:r w:rsidRPr="00A864B8">
              <w:rPr>
                <w:sz w:val="20"/>
              </w:rPr>
              <w:t>5.162.090 €</w:t>
            </w:r>
          </w:p>
        </w:tc>
      </w:tr>
      <w:tr w:rsidR="00A806B2" w:rsidRPr="00A864B8" w14:paraId="114F33EC" w14:textId="77777777">
        <w:trPr>
          <w:jc w:val="center"/>
        </w:trPr>
        <w:tc>
          <w:tcPr>
            <w:tcW w:w="4320" w:type="dxa"/>
            <w:tcBorders>
              <w:bottom w:val="single" w:sz="8" w:space="0" w:color="9B9B9B"/>
            </w:tcBorders>
            <w:shd w:val="clear" w:color="auto" w:fill="F0F0F0"/>
            <w:vAlign w:val="center"/>
          </w:tcPr>
          <w:p w14:paraId="024DFD47" w14:textId="77777777" w:rsidR="00A806B2" w:rsidRPr="00A864B8" w:rsidRDefault="00000000">
            <w:pPr>
              <w:spacing w:before="20" w:after="10" w:line="240" w:lineRule="auto"/>
              <w:jc w:val="center"/>
            </w:pPr>
            <w:r w:rsidRPr="00A864B8">
              <w:rPr>
                <w:sz w:val="20"/>
              </w:rPr>
              <w:t>Gesamtförderung im Betrachtungshorizont</w:t>
            </w:r>
          </w:p>
        </w:tc>
        <w:tc>
          <w:tcPr>
            <w:tcW w:w="4320" w:type="dxa"/>
            <w:tcBorders>
              <w:bottom w:val="single" w:sz="8" w:space="0" w:color="9B9B9B"/>
            </w:tcBorders>
            <w:shd w:val="clear" w:color="auto" w:fill="F0F0F0"/>
            <w:vAlign w:val="center"/>
          </w:tcPr>
          <w:p w14:paraId="04FA4C56" w14:textId="77777777" w:rsidR="00A806B2" w:rsidRPr="00A864B8" w:rsidRDefault="00000000">
            <w:pPr>
              <w:spacing w:before="20" w:after="10" w:line="240" w:lineRule="auto"/>
              <w:jc w:val="center"/>
            </w:pPr>
            <w:r w:rsidRPr="00A864B8">
              <w:rPr>
                <w:sz w:val="20"/>
              </w:rPr>
              <w:t>1.253.335,0 €</w:t>
            </w:r>
          </w:p>
        </w:tc>
      </w:tr>
      <w:tr w:rsidR="00A806B2" w:rsidRPr="00A864B8" w14:paraId="5F6E879E" w14:textId="77777777">
        <w:trPr>
          <w:jc w:val="center"/>
        </w:trPr>
        <w:tc>
          <w:tcPr>
            <w:tcW w:w="4320" w:type="dxa"/>
            <w:tcBorders>
              <w:bottom w:val="single" w:sz="8" w:space="0" w:color="9B9B9B"/>
            </w:tcBorders>
            <w:shd w:val="clear" w:color="auto" w:fill="CFCFCF"/>
            <w:vAlign w:val="center"/>
          </w:tcPr>
          <w:p w14:paraId="2687A371" w14:textId="77777777" w:rsidR="00A806B2" w:rsidRPr="00A864B8" w:rsidRDefault="00000000">
            <w:pPr>
              <w:spacing w:before="20" w:after="10" w:line="240" w:lineRule="auto"/>
              <w:jc w:val="center"/>
            </w:pPr>
            <w:r w:rsidRPr="00A864B8">
              <w:rPr>
                <w:sz w:val="20"/>
              </w:rPr>
              <w:t>Förderquote (gesamt)</w:t>
            </w:r>
          </w:p>
        </w:tc>
        <w:tc>
          <w:tcPr>
            <w:tcW w:w="4320" w:type="dxa"/>
            <w:tcBorders>
              <w:bottom w:val="single" w:sz="8" w:space="0" w:color="9B9B9B"/>
            </w:tcBorders>
            <w:shd w:val="clear" w:color="auto" w:fill="CFCFCF"/>
            <w:vAlign w:val="center"/>
          </w:tcPr>
          <w:p w14:paraId="3C95F1EB" w14:textId="77777777" w:rsidR="00A806B2" w:rsidRPr="00A864B8" w:rsidRDefault="00000000">
            <w:pPr>
              <w:spacing w:before="20" w:after="10" w:line="240" w:lineRule="auto"/>
              <w:jc w:val="center"/>
            </w:pPr>
            <w:r w:rsidRPr="00A864B8">
              <w:rPr>
                <w:sz w:val="20"/>
              </w:rPr>
              <w:t>24,3 %</w:t>
            </w:r>
          </w:p>
        </w:tc>
      </w:tr>
    </w:tbl>
    <w:p w14:paraId="2E55A63F" w14:textId="77777777" w:rsidR="00A806B2" w:rsidRPr="00A864B8" w:rsidRDefault="00A806B2"/>
    <w:p w14:paraId="26D77D4E" w14:textId="77777777" w:rsidR="00A806B2" w:rsidRPr="00A864B8" w:rsidRDefault="00000000">
      <w:r w:rsidRPr="00A864B8">
        <w:rPr>
          <w:b/>
          <w:sz w:val="28"/>
        </w:rPr>
        <w:t>Kosten- und Erlösaufstellung</w:t>
      </w:r>
    </w:p>
    <w:p w14:paraId="33EED894" w14:textId="7FF81BC5" w:rsidR="00A806B2" w:rsidRPr="00A864B8" w:rsidRDefault="00000000">
      <w:pPr>
        <w:pStyle w:val="CaptionStyle"/>
        <w:spacing w:before="40" w:after="0"/>
        <w:jc w:val="center"/>
        <w:rPr>
          <w:lang w:val="de-DE"/>
        </w:rPr>
      </w:pPr>
      <w:bookmarkStart w:id="168" w:name="_Toc240363558"/>
      <w:r w:rsidRPr="00A864B8">
        <w:rPr>
          <w:lang w:val="de-DE"/>
        </w:rPr>
        <w:t xml:space="preserve">Tabelle </w:t>
      </w:r>
      <w:bookmarkStart w:id="169" w:name="results_cash_flow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30</w:t>
      </w:r>
      <w:r w:rsidRPr="00A864B8">
        <w:rPr>
          <w:lang w:val="de-DE"/>
        </w:rPr>
        <w:fldChar w:fldCharType="end"/>
      </w:r>
      <w:bookmarkStart w:id="170" w:name="results_cash_flow"/>
      <w:bookmarkEnd w:id="169"/>
      <w:bookmarkEnd w:id="170"/>
      <w:r w:rsidRPr="00A864B8">
        <w:rPr>
          <w:lang w:val="de-DE"/>
        </w:rPr>
        <w:t>: Variante 1: Kostenaufstellung in €</w:t>
      </w:r>
      <w:bookmarkEnd w:id="168"/>
    </w:p>
    <w:tbl>
      <w:tblPr>
        <w:tblW w:w="0" w:type="auto"/>
        <w:jc w:val="center"/>
        <w:tblLook w:val="04A0" w:firstRow="1" w:lastRow="0" w:firstColumn="1" w:lastColumn="0" w:noHBand="0" w:noVBand="1"/>
      </w:tblPr>
      <w:tblGrid>
        <w:gridCol w:w="2206"/>
        <w:gridCol w:w="1005"/>
        <w:gridCol w:w="1004"/>
        <w:gridCol w:w="854"/>
        <w:gridCol w:w="854"/>
        <w:gridCol w:w="854"/>
        <w:gridCol w:w="371"/>
        <w:gridCol w:w="854"/>
        <w:gridCol w:w="854"/>
      </w:tblGrid>
      <w:tr w:rsidR="00A806B2" w:rsidRPr="00A864B8" w14:paraId="41317B89" w14:textId="77777777">
        <w:trPr>
          <w:jc w:val="center"/>
        </w:trPr>
        <w:tc>
          <w:tcPr>
            <w:tcW w:w="960" w:type="dxa"/>
            <w:tcBorders>
              <w:bottom w:val="single" w:sz="22" w:space="0" w:color="C00000"/>
            </w:tcBorders>
            <w:shd w:val="clear" w:color="auto" w:fill="343A40"/>
          </w:tcPr>
          <w:p w14:paraId="6CF764EE" w14:textId="77777777" w:rsidR="00A806B2" w:rsidRPr="00A864B8" w:rsidRDefault="00000000">
            <w:pPr>
              <w:spacing w:before="20" w:after="10" w:line="240" w:lineRule="auto"/>
              <w:jc w:val="center"/>
            </w:pPr>
            <w:r w:rsidRPr="00A864B8">
              <w:rPr>
                <w:color w:val="FFFFFF"/>
                <w:sz w:val="20"/>
              </w:rPr>
              <w:t> </w:t>
            </w:r>
          </w:p>
        </w:tc>
        <w:tc>
          <w:tcPr>
            <w:tcW w:w="960" w:type="dxa"/>
            <w:tcBorders>
              <w:bottom w:val="single" w:sz="22" w:space="0" w:color="C00000"/>
            </w:tcBorders>
            <w:shd w:val="clear" w:color="auto" w:fill="343A40"/>
          </w:tcPr>
          <w:p w14:paraId="69E7DD05" w14:textId="77777777" w:rsidR="00A806B2" w:rsidRPr="00A864B8" w:rsidRDefault="00000000">
            <w:pPr>
              <w:spacing w:before="20" w:after="10" w:line="240" w:lineRule="auto"/>
              <w:jc w:val="center"/>
            </w:pPr>
            <w:r w:rsidRPr="00A864B8">
              <w:rPr>
                <w:color w:val="FFFFFF"/>
                <w:sz w:val="20"/>
              </w:rPr>
              <w:t>Summe</w:t>
            </w:r>
          </w:p>
        </w:tc>
        <w:tc>
          <w:tcPr>
            <w:tcW w:w="960" w:type="dxa"/>
            <w:tcBorders>
              <w:bottom w:val="single" w:sz="22" w:space="0" w:color="C00000"/>
            </w:tcBorders>
            <w:shd w:val="clear" w:color="auto" w:fill="343A40"/>
          </w:tcPr>
          <w:p w14:paraId="7F16EBA5" w14:textId="77777777" w:rsidR="00A806B2" w:rsidRPr="00A864B8" w:rsidRDefault="00000000">
            <w:pPr>
              <w:spacing w:before="20" w:after="10" w:line="240" w:lineRule="auto"/>
              <w:jc w:val="center"/>
            </w:pPr>
            <w:r w:rsidRPr="00A864B8">
              <w:rPr>
                <w:color w:val="FFFFFF"/>
                <w:sz w:val="20"/>
              </w:rPr>
              <w:t>2027</w:t>
            </w:r>
          </w:p>
        </w:tc>
        <w:tc>
          <w:tcPr>
            <w:tcW w:w="960" w:type="dxa"/>
            <w:tcBorders>
              <w:bottom w:val="single" w:sz="22" w:space="0" w:color="C00000"/>
            </w:tcBorders>
            <w:shd w:val="clear" w:color="auto" w:fill="343A40"/>
          </w:tcPr>
          <w:p w14:paraId="2D5B092F" w14:textId="77777777" w:rsidR="00A806B2" w:rsidRPr="00A864B8" w:rsidRDefault="00000000">
            <w:pPr>
              <w:spacing w:before="20" w:after="10" w:line="240" w:lineRule="auto"/>
              <w:jc w:val="center"/>
            </w:pPr>
            <w:r w:rsidRPr="00A864B8">
              <w:rPr>
                <w:color w:val="FFFFFF"/>
                <w:sz w:val="20"/>
              </w:rPr>
              <w:t>2028</w:t>
            </w:r>
          </w:p>
        </w:tc>
        <w:tc>
          <w:tcPr>
            <w:tcW w:w="960" w:type="dxa"/>
            <w:tcBorders>
              <w:bottom w:val="single" w:sz="22" w:space="0" w:color="C00000"/>
            </w:tcBorders>
            <w:shd w:val="clear" w:color="auto" w:fill="343A40"/>
          </w:tcPr>
          <w:p w14:paraId="187C2DD0" w14:textId="77777777" w:rsidR="00A806B2" w:rsidRPr="00A864B8" w:rsidRDefault="00000000">
            <w:pPr>
              <w:spacing w:before="20" w:after="10" w:line="240" w:lineRule="auto"/>
              <w:jc w:val="center"/>
            </w:pPr>
            <w:r w:rsidRPr="00A864B8">
              <w:rPr>
                <w:color w:val="FFFFFF"/>
                <w:sz w:val="20"/>
              </w:rPr>
              <w:t>2029</w:t>
            </w:r>
          </w:p>
        </w:tc>
        <w:tc>
          <w:tcPr>
            <w:tcW w:w="960" w:type="dxa"/>
            <w:tcBorders>
              <w:bottom w:val="single" w:sz="22" w:space="0" w:color="C00000"/>
            </w:tcBorders>
            <w:shd w:val="clear" w:color="auto" w:fill="343A40"/>
          </w:tcPr>
          <w:p w14:paraId="6EF640F4" w14:textId="77777777" w:rsidR="00A806B2" w:rsidRPr="00A864B8" w:rsidRDefault="00000000">
            <w:pPr>
              <w:spacing w:before="20" w:after="10" w:line="240" w:lineRule="auto"/>
              <w:jc w:val="center"/>
            </w:pPr>
            <w:r w:rsidRPr="00A864B8">
              <w:rPr>
                <w:color w:val="FFFFFF"/>
                <w:sz w:val="20"/>
              </w:rPr>
              <w:t>2030</w:t>
            </w:r>
          </w:p>
        </w:tc>
        <w:tc>
          <w:tcPr>
            <w:tcW w:w="960" w:type="dxa"/>
            <w:tcBorders>
              <w:bottom w:val="single" w:sz="22" w:space="0" w:color="C00000"/>
            </w:tcBorders>
            <w:shd w:val="clear" w:color="auto" w:fill="343A40"/>
          </w:tcPr>
          <w:p w14:paraId="7826B9E9" w14:textId="77777777" w:rsidR="00A806B2" w:rsidRPr="00A864B8" w:rsidRDefault="00000000">
            <w:pPr>
              <w:spacing w:before="20" w:after="10" w:line="240" w:lineRule="auto"/>
              <w:jc w:val="center"/>
            </w:pPr>
            <w:r w:rsidRPr="00A864B8">
              <w:rPr>
                <w:color w:val="FFFFFF"/>
                <w:sz w:val="20"/>
              </w:rPr>
              <w:t>...</w:t>
            </w:r>
          </w:p>
        </w:tc>
        <w:tc>
          <w:tcPr>
            <w:tcW w:w="960" w:type="dxa"/>
            <w:tcBorders>
              <w:bottom w:val="single" w:sz="22" w:space="0" w:color="C00000"/>
            </w:tcBorders>
            <w:shd w:val="clear" w:color="auto" w:fill="343A40"/>
          </w:tcPr>
          <w:p w14:paraId="00B727CB" w14:textId="77777777" w:rsidR="00A806B2" w:rsidRPr="00A864B8" w:rsidRDefault="00000000">
            <w:pPr>
              <w:spacing w:before="20" w:after="10" w:line="240" w:lineRule="auto"/>
              <w:jc w:val="center"/>
            </w:pPr>
            <w:r w:rsidRPr="00A864B8">
              <w:rPr>
                <w:color w:val="FFFFFF"/>
                <w:sz w:val="20"/>
              </w:rPr>
              <w:t>2046</w:t>
            </w:r>
          </w:p>
        </w:tc>
        <w:tc>
          <w:tcPr>
            <w:tcW w:w="960" w:type="dxa"/>
            <w:tcBorders>
              <w:bottom w:val="single" w:sz="22" w:space="0" w:color="C00000"/>
            </w:tcBorders>
            <w:shd w:val="clear" w:color="auto" w:fill="343A40"/>
          </w:tcPr>
          <w:p w14:paraId="0D7E4BE0" w14:textId="77777777" w:rsidR="00A806B2" w:rsidRPr="00A864B8" w:rsidRDefault="00000000">
            <w:pPr>
              <w:spacing w:before="20" w:after="10" w:line="240" w:lineRule="auto"/>
              <w:jc w:val="center"/>
            </w:pPr>
            <w:r w:rsidRPr="00A864B8">
              <w:rPr>
                <w:color w:val="FFFFFF"/>
                <w:sz w:val="20"/>
              </w:rPr>
              <w:t>2047</w:t>
            </w:r>
          </w:p>
        </w:tc>
      </w:tr>
      <w:tr w:rsidR="00A806B2" w:rsidRPr="00A864B8" w14:paraId="06C04372" w14:textId="77777777">
        <w:trPr>
          <w:jc w:val="center"/>
        </w:trPr>
        <w:tc>
          <w:tcPr>
            <w:tcW w:w="960" w:type="dxa"/>
            <w:tcBorders>
              <w:bottom w:val="single" w:sz="8" w:space="0" w:color="9B9B9B"/>
            </w:tcBorders>
            <w:shd w:val="clear" w:color="auto" w:fill="F0F0F0"/>
            <w:vAlign w:val="center"/>
          </w:tcPr>
          <w:p w14:paraId="225D0DBA" w14:textId="77777777" w:rsidR="00A806B2" w:rsidRPr="00A864B8" w:rsidRDefault="00000000">
            <w:pPr>
              <w:spacing w:before="20" w:after="10" w:line="240" w:lineRule="auto"/>
              <w:jc w:val="center"/>
            </w:pPr>
            <w:r w:rsidRPr="00A864B8">
              <w:rPr>
                <w:b/>
                <w:sz w:val="20"/>
              </w:rPr>
              <w:t>Gesamtkosten</w:t>
            </w:r>
          </w:p>
        </w:tc>
        <w:tc>
          <w:tcPr>
            <w:tcW w:w="960" w:type="dxa"/>
            <w:tcBorders>
              <w:bottom w:val="single" w:sz="8" w:space="0" w:color="9B9B9B"/>
            </w:tcBorders>
            <w:shd w:val="clear" w:color="auto" w:fill="F0F0F0"/>
            <w:vAlign w:val="center"/>
          </w:tcPr>
          <w:p w14:paraId="66E4575C" w14:textId="77777777" w:rsidR="00A806B2" w:rsidRPr="00A864B8" w:rsidRDefault="00000000">
            <w:pPr>
              <w:spacing w:before="20" w:after="10" w:line="240" w:lineRule="auto"/>
              <w:jc w:val="center"/>
            </w:pPr>
            <w:r w:rsidRPr="00A864B8">
              <w:rPr>
                <w:b/>
                <w:sz w:val="20"/>
              </w:rPr>
              <w:t>-639.921</w:t>
            </w:r>
          </w:p>
        </w:tc>
        <w:tc>
          <w:tcPr>
            <w:tcW w:w="960" w:type="dxa"/>
            <w:tcBorders>
              <w:bottom w:val="single" w:sz="8" w:space="0" w:color="9B9B9B"/>
            </w:tcBorders>
            <w:shd w:val="clear" w:color="auto" w:fill="F0F0F0"/>
            <w:vAlign w:val="center"/>
          </w:tcPr>
          <w:p w14:paraId="60F84680" w14:textId="77777777" w:rsidR="00A806B2" w:rsidRPr="00A864B8" w:rsidRDefault="00000000">
            <w:pPr>
              <w:spacing w:before="20" w:after="10" w:line="240" w:lineRule="auto"/>
              <w:jc w:val="center"/>
            </w:pPr>
            <w:r w:rsidRPr="00A864B8">
              <w:rPr>
                <w:b/>
                <w:sz w:val="20"/>
              </w:rPr>
              <w:t>2.032.678</w:t>
            </w:r>
          </w:p>
        </w:tc>
        <w:tc>
          <w:tcPr>
            <w:tcW w:w="960" w:type="dxa"/>
            <w:tcBorders>
              <w:bottom w:val="single" w:sz="8" w:space="0" w:color="9B9B9B"/>
            </w:tcBorders>
            <w:shd w:val="clear" w:color="auto" w:fill="F0F0F0"/>
            <w:vAlign w:val="center"/>
          </w:tcPr>
          <w:p w14:paraId="2FB593CA" w14:textId="77777777" w:rsidR="00A806B2" w:rsidRPr="00A864B8" w:rsidRDefault="00000000">
            <w:pPr>
              <w:spacing w:before="20" w:after="10" w:line="240" w:lineRule="auto"/>
              <w:jc w:val="center"/>
            </w:pPr>
            <w:r w:rsidRPr="00A864B8">
              <w:rPr>
                <w:b/>
                <w:sz w:val="20"/>
              </w:rPr>
              <w:t>-176.079</w:t>
            </w:r>
          </w:p>
        </w:tc>
        <w:tc>
          <w:tcPr>
            <w:tcW w:w="960" w:type="dxa"/>
            <w:tcBorders>
              <w:bottom w:val="single" w:sz="8" w:space="0" w:color="9B9B9B"/>
            </w:tcBorders>
            <w:shd w:val="clear" w:color="auto" w:fill="F0F0F0"/>
            <w:vAlign w:val="center"/>
          </w:tcPr>
          <w:p w14:paraId="63F36673" w14:textId="77777777" w:rsidR="00A806B2" w:rsidRPr="00A864B8" w:rsidRDefault="00000000">
            <w:pPr>
              <w:spacing w:before="20" w:after="10" w:line="240" w:lineRule="auto"/>
              <w:jc w:val="center"/>
            </w:pPr>
            <w:r w:rsidRPr="00A864B8">
              <w:rPr>
                <w:b/>
                <w:sz w:val="20"/>
              </w:rPr>
              <w:t>-167.694</w:t>
            </w:r>
          </w:p>
        </w:tc>
        <w:tc>
          <w:tcPr>
            <w:tcW w:w="960" w:type="dxa"/>
            <w:tcBorders>
              <w:bottom w:val="single" w:sz="8" w:space="0" w:color="9B9B9B"/>
            </w:tcBorders>
            <w:shd w:val="clear" w:color="auto" w:fill="F0F0F0"/>
            <w:vAlign w:val="center"/>
          </w:tcPr>
          <w:p w14:paraId="0BAE4137" w14:textId="77777777" w:rsidR="00A806B2" w:rsidRPr="00A864B8" w:rsidRDefault="00000000">
            <w:pPr>
              <w:spacing w:before="20" w:after="10" w:line="240" w:lineRule="auto"/>
              <w:jc w:val="center"/>
            </w:pPr>
            <w:r w:rsidRPr="00A864B8">
              <w:rPr>
                <w:b/>
                <w:sz w:val="20"/>
              </w:rPr>
              <w:t>-159.709</w:t>
            </w:r>
          </w:p>
        </w:tc>
        <w:tc>
          <w:tcPr>
            <w:tcW w:w="960" w:type="dxa"/>
            <w:tcBorders>
              <w:bottom w:val="single" w:sz="8" w:space="0" w:color="9B9B9B"/>
            </w:tcBorders>
            <w:shd w:val="clear" w:color="auto" w:fill="F0F0F0"/>
            <w:vAlign w:val="center"/>
          </w:tcPr>
          <w:p w14:paraId="3708A2FD"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1618CBD" w14:textId="77777777" w:rsidR="00A806B2" w:rsidRPr="00A864B8" w:rsidRDefault="00000000">
            <w:pPr>
              <w:spacing w:before="20" w:after="10" w:line="240" w:lineRule="auto"/>
              <w:jc w:val="center"/>
            </w:pPr>
            <w:r w:rsidRPr="00A864B8">
              <w:rPr>
                <w:b/>
                <w:sz w:val="20"/>
              </w:rPr>
              <w:t>-73.164</w:t>
            </w:r>
          </w:p>
        </w:tc>
        <w:tc>
          <w:tcPr>
            <w:tcW w:w="960" w:type="dxa"/>
            <w:tcBorders>
              <w:bottom w:val="single" w:sz="8" w:space="0" w:color="9B9B9B"/>
            </w:tcBorders>
            <w:shd w:val="clear" w:color="auto" w:fill="F0F0F0"/>
            <w:vAlign w:val="center"/>
          </w:tcPr>
          <w:p w14:paraId="76611DC7" w14:textId="77777777" w:rsidR="00A806B2" w:rsidRPr="00A864B8" w:rsidRDefault="00000000">
            <w:pPr>
              <w:spacing w:before="20" w:after="10" w:line="240" w:lineRule="auto"/>
              <w:jc w:val="center"/>
            </w:pPr>
            <w:r w:rsidRPr="00A864B8">
              <w:rPr>
                <w:b/>
                <w:sz w:val="20"/>
              </w:rPr>
              <w:t>-471.573</w:t>
            </w:r>
          </w:p>
        </w:tc>
      </w:tr>
      <w:tr w:rsidR="00A806B2" w:rsidRPr="00A864B8" w14:paraId="751F5CE7" w14:textId="77777777">
        <w:trPr>
          <w:jc w:val="center"/>
        </w:trPr>
        <w:tc>
          <w:tcPr>
            <w:tcW w:w="960" w:type="dxa"/>
            <w:tcBorders>
              <w:bottom w:val="single" w:sz="8" w:space="0" w:color="9B9B9B"/>
            </w:tcBorders>
            <w:shd w:val="clear" w:color="auto" w:fill="CFCFCF"/>
            <w:vAlign w:val="center"/>
          </w:tcPr>
          <w:p w14:paraId="18E8327A" w14:textId="77777777" w:rsidR="00A806B2" w:rsidRPr="00A864B8" w:rsidRDefault="00000000">
            <w:pPr>
              <w:spacing w:before="20" w:after="10" w:line="240" w:lineRule="auto"/>
              <w:jc w:val="center"/>
            </w:pPr>
            <w:r w:rsidRPr="00A864B8">
              <w:rPr>
                <w:b/>
                <w:sz w:val="20"/>
              </w:rPr>
              <w:t>Investitionskosten</w:t>
            </w:r>
          </w:p>
        </w:tc>
        <w:tc>
          <w:tcPr>
            <w:tcW w:w="960" w:type="dxa"/>
            <w:tcBorders>
              <w:bottom w:val="single" w:sz="8" w:space="0" w:color="9B9B9B"/>
            </w:tcBorders>
            <w:shd w:val="clear" w:color="auto" w:fill="CFCFCF"/>
            <w:vAlign w:val="center"/>
          </w:tcPr>
          <w:p w14:paraId="1EE51F6E" w14:textId="77777777" w:rsidR="00A806B2" w:rsidRPr="00A864B8" w:rsidRDefault="00000000">
            <w:pPr>
              <w:spacing w:before="20" w:after="10" w:line="240" w:lineRule="auto"/>
              <w:jc w:val="center"/>
            </w:pPr>
            <w:r w:rsidRPr="00A864B8">
              <w:rPr>
                <w:b/>
                <w:sz w:val="20"/>
              </w:rPr>
              <w:t>3.243.622</w:t>
            </w:r>
          </w:p>
        </w:tc>
        <w:tc>
          <w:tcPr>
            <w:tcW w:w="960" w:type="dxa"/>
            <w:tcBorders>
              <w:bottom w:val="single" w:sz="8" w:space="0" w:color="9B9B9B"/>
            </w:tcBorders>
            <w:shd w:val="clear" w:color="auto" w:fill="CFCFCF"/>
            <w:vAlign w:val="center"/>
          </w:tcPr>
          <w:p w14:paraId="56F37FC6" w14:textId="77777777" w:rsidR="00A806B2" w:rsidRPr="00A864B8" w:rsidRDefault="00000000">
            <w:pPr>
              <w:spacing w:before="20" w:after="10" w:line="240" w:lineRule="auto"/>
              <w:jc w:val="center"/>
            </w:pPr>
            <w:r w:rsidRPr="00A864B8">
              <w:rPr>
                <w:b/>
                <w:sz w:val="20"/>
              </w:rPr>
              <w:t>3.612.164</w:t>
            </w:r>
          </w:p>
        </w:tc>
        <w:tc>
          <w:tcPr>
            <w:tcW w:w="960" w:type="dxa"/>
            <w:tcBorders>
              <w:bottom w:val="single" w:sz="8" w:space="0" w:color="9B9B9B"/>
            </w:tcBorders>
            <w:shd w:val="clear" w:color="auto" w:fill="CFCFCF"/>
            <w:vAlign w:val="center"/>
          </w:tcPr>
          <w:p w14:paraId="5679AD5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4FBB75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7B5BBE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1F58BD1"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401AC0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F31D0AD" w14:textId="77777777" w:rsidR="00A806B2" w:rsidRPr="00A864B8" w:rsidRDefault="00000000">
            <w:pPr>
              <w:spacing w:before="20" w:after="10" w:line="240" w:lineRule="auto"/>
              <w:jc w:val="center"/>
            </w:pPr>
            <w:r w:rsidRPr="00A864B8">
              <w:rPr>
                <w:b/>
                <w:sz w:val="20"/>
              </w:rPr>
              <w:t>-401.892</w:t>
            </w:r>
          </w:p>
        </w:tc>
      </w:tr>
      <w:tr w:rsidR="00A806B2" w:rsidRPr="00A864B8" w14:paraId="3C49AA55" w14:textId="77777777">
        <w:trPr>
          <w:jc w:val="center"/>
        </w:trPr>
        <w:tc>
          <w:tcPr>
            <w:tcW w:w="960" w:type="dxa"/>
            <w:tcBorders>
              <w:bottom w:val="single" w:sz="8" w:space="0" w:color="9B9B9B"/>
            </w:tcBorders>
            <w:shd w:val="clear" w:color="auto" w:fill="F0F0F0"/>
            <w:vAlign w:val="center"/>
          </w:tcPr>
          <w:p w14:paraId="4F3C04E0"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F0F0F0"/>
            <w:vAlign w:val="center"/>
          </w:tcPr>
          <w:p w14:paraId="4C93E210" w14:textId="77777777" w:rsidR="00A806B2" w:rsidRPr="00A864B8" w:rsidRDefault="00000000">
            <w:pPr>
              <w:spacing w:before="20" w:after="10" w:line="240" w:lineRule="auto"/>
              <w:jc w:val="center"/>
            </w:pPr>
            <w:r w:rsidRPr="00A864B8">
              <w:rPr>
                <w:b/>
                <w:sz w:val="20"/>
              </w:rPr>
              <w:t>492.771</w:t>
            </w:r>
          </w:p>
        </w:tc>
        <w:tc>
          <w:tcPr>
            <w:tcW w:w="960" w:type="dxa"/>
            <w:tcBorders>
              <w:bottom w:val="single" w:sz="8" w:space="0" w:color="9B9B9B"/>
            </w:tcBorders>
            <w:shd w:val="clear" w:color="auto" w:fill="F0F0F0"/>
            <w:vAlign w:val="center"/>
          </w:tcPr>
          <w:p w14:paraId="60544DBC" w14:textId="77777777" w:rsidR="00A806B2" w:rsidRPr="00A864B8" w:rsidRDefault="00000000">
            <w:pPr>
              <w:spacing w:before="20" w:after="10" w:line="240" w:lineRule="auto"/>
              <w:jc w:val="center"/>
            </w:pPr>
            <w:r w:rsidRPr="00A864B8">
              <w:rPr>
                <w:b/>
                <w:sz w:val="20"/>
              </w:rPr>
              <w:t>563.133</w:t>
            </w:r>
          </w:p>
        </w:tc>
        <w:tc>
          <w:tcPr>
            <w:tcW w:w="960" w:type="dxa"/>
            <w:tcBorders>
              <w:bottom w:val="single" w:sz="8" w:space="0" w:color="9B9B9B"/>
            </w:tcBorders>
            <w:shd w:val="clear" w:color="auto" w:fill="F0F0F0"/>
            <w:vAlign w:val="center"/>
          </w:tcPr>
          <w:p w14:paraId="1D3721E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671C776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A1CA39F"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7BDED5E"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5C480A7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2C720FF" w14:textId="77777777" w:rsidR="00A806B2" w:rsidRPr="00A864B8" w:rsidRDefault="00000000">
            <w:pPr>
              <w:spacing w:before="20" w:after="10" w:line="240" w:lineRule="auto"/>
              <w:jc w:val="center"/>
            </w:pPr>
            <w:r w:rsidRPr="00A864B8">
              <w:rPr>
                <w:b/>
                <w:sz w:val="20"/>
              </w:rPr>
              <w:t>-70.362</w:t>
            </w:r>
          </w:p>
        </w:tc>
      </w:tr>
      <w:tr w:rsidR="00A806B2" w:rsidRPr="00A864B8" w14:paraId="32B40F30" w14:textId="77777777">
        <w:trPr>
          <w:jc w:val="center"/>
        </w:trPr>
        <w:tc>
          <w:tcPr>
            <w:tcW w:w="960" w:type="dxa"/>
            <w:tcBorders>
              <w:bottom w:val="single" w:sz="8" w:space="0" w:color="9B9B9B"/>
            </w:tcBorders>
            <w:shd w:val="clear" w:color="auto" w:fill="CFCFCF"/>
            <w:vAlign w:val="center"/>
          </w:tcPr>
          <w:p w14:paraId="71185498"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CFCFCF"/>
            <w:vAlign w:val="center"/>
          </w:tcPr>
          <w:p w14:paraId="4D7243A1" w14:textId="77777777" w:rsidR="00A806B2" w:rsidRPr="00A864B8" w:rsidRDefault="00000000">
            <w:pPr>
              <w:spacing w:before="20" w:after="10" w:line="240" w:lineRule="auto"/>
              <w:jc w:val="center"/>
            </w:pPr>
            <w:r w:rsidRPr="00A864B8">
              <w:rPr>
                <w:sz w:val="20"/>
              </w:rPr>
              <w:t>5.590</w:t>
            </w:r>
          </w:p>
        </w:tc>
        <w:tc>
          <w:tcPr>
            <w:tcW w:w="960" w:type="dxa"/>
            <w:tcBorders>
              <w:bottom w:val="single" w:sz="8" w:space="0" w:color="9B9B9B"/>
            </w:tcBorders>
            <w:shd w:val="clear" w:color="auto" w:fill="CFCFCF"/>
            <w:vAlign w:val="center"/>
          </w:tcPr>
          <w:p w14:paraId="33994D6F" w14:textId="77777777" w:rsidR="00A806B2" w:rsidRPr="00A864B8" w:rsidRDefault="00000000">
            <w:pPr>
              <w:spacing w:before="20" w:after="10" w:line="240" w:lineRule="auto"/>
              <w:jc w:val="center"/>
            </w:pPr>
            <w:r w:rsidRPr="00A864B8">
              <w:rPr>
                <w:sz w:val="20"/>
              </w:rPr>
              <w:t>5.590</w:t>
            </w:r>
          </w:p>
        </w:tc>
        <w:tc>
          <w:tcPr>
            <w:tcW w:w="960" w:type="dxa"/>
            <w:tcBorders>
              <w:bottom w:val="single" w:sz="8" w:space="0" w:color="9B9B9B"/>
            </w:tcBorders>
            <w:shd w:val="clear" w:color="auto" w:fill="CFCFCF"/>
            <w:vAlign w:val="center"/>
          </w:tcPr>
          <w:p w14:paraId="1B3C5BE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59EE98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C7127B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C0CC11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05858B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8501149" w14:textId="77777777" w:rsidR="00A806B2" w:rsidRPr="00A864B8" w:rsidRDefault="00000000">
            <w:pPr>
              <w:spacing w:before="20" w:after="10" w:line="240" w:lineRule="auto"/>
              <w:jc w:val="center"/>
            </w:pPr>
            <w:r w:rsidRPr="00A864B8">
              <w:rPr>
                <w:sz w:val="20"/>
              </w:rPr>
              <w:t>0</w:t>
            </w:r>
          </w:p>
        </w:tc>
      </w:tr>
      <w:tr w:rsidR="00A806B2" w:rsidRPr="00A864B8" w14:paraId="74846FFF" w14:textId="77777777">
        <w:trPr>
          <w:jc w:val="center"/>
        </w:trPr>
        <w:tc>
          <w:tcPr>
            <w:tcW w:w="960" w:type="dxa"/>
            <w:tcBorders>
              <w:bottom w:val="single" w:sz="8" w:space="0" w:color="9B9B9B"/>
            </w:tcBorders>
            <w:shd w:val="clear" w:color="auto" w:fill="F0F0F0"/>
            <w:vAlign w:val="center"/>
          </w:tcPr>
          <w:p w14:paraId="40B76D0B"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F0F0F0"/>
            <w:vAlign w:val="center"/>
          </w:tcPr>
          <w:p w14:paraId="57DF1935" w14:textId="77777777" w:rsidR="00A806B2" w:rsidRPr="00A864B8" w:rsidRDefault="00000000">
            <w:pPr>
              <w:spacing w:before="20" w:after="10" w:line="240" w:lineRule="auto"/>
              <w:jc w:val="center"/>
            </w:pPr>
            <w:r w:rsidRPr="00A864B8">
              <w:rPr>
                <w:sz w:val="20"/>
              </w:rPr>
              <w:t>82.005</w:t>
            </w:r>
          </w:p>
        </w:tc>
        <w:tc>
          <w:tcPr>
            <w:tcW w:w="960" w:type="dxa"/>
            <w:tcBorders>
              <w:bottom w:val="single" w:sz="8" w:space="0" w:color="9B9B9B"/>
            </w:tcBorders>
            <w:shd w:val="clear" w:color="auto" w:fill="F0F0F0"/>
            <w:vAlign w:val="center"/>
          </w:tcPr>
          <w:p w14:paraId="24D6FAC5" w14:textId="77777777" w:rsidR="00A806B2" w:rsidRPr="00A864B8" w:rsidRDefault="00000000">
            <w:pPr>
              <w:spacing w:before="20" w:after="10" w:line="240" w:lineRule="auto"/>
              <w:jc w:val="center"/>
            </w:pPr>
            <w:r w:rsidRPr="00A864B8">
              <w:rPr>
                <w:sz w:val="20"/>
              </w:rPr>
              <w:t>82.005</w:t>
            </w:r>
          </w:p>
        </w:tc>
        <w:tc>
          <w:tcPr>
            <w:tcW w:w="960" w:type="dxa"/>
            <w:tcBorders>
              <w:bottom w:val="single" w:sz="8" w:space="0" w:color="9B9B9B"/>
            </w:tcBorders>
            <w:shd w:val="clear" w:color="auto" w:fill="F0F0F0"/>
            <w:vAlign w:val="center"/>
          </w:tcPr>
          <w:p w14:paraId="665F1C5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9CF78C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759E44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E9669A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B6015E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035A194" w14:textId="77777777" w:rsidR="00A806B2" w:rsidRPr="00A864B8" w:rsidRDefault="00000000">
            <w:pPr>
              <w:spacing w:before="20" w:after="10" w:line="240" w:lineRule="auto"/>
              <w:jc w:val="center"/>
            </w:pPr>
            <w:r w:rsidRPr="00A864B8">
              <w:rPr>
                <w:sz w:val="20"/>
              </w:rPr>
              <w:t>0</w:t>
            </w:r>
          </w:p>
        </w:tc>
      </w:tr>
      <w:tr w:rsidR="00A806B2" w:rsidRPr="00A864B8" w14:paraId="52A5EC4D" w14:textId="77777777">
        <w:trPr>
          <w:jc w:val="center"/>
        </w:trPr>
        <w:tc>
          <w:tcPr>
            <w:tcW w:w="960" w:type="dxa"/>
            <w:tcBorders>
              <w:bottom w:val="single" w:sz="8" w:space="0" w:color="9B9B9B"/>
            </w:tcBorders>
            <w:shd w:val="clear" w:color="auto" w:fill="CFCFCF"/>
            <w:vAlign w:val="center"/>
          </w:tcPr>
          <w:p w14:paraId="17C9838C" w14:textId="77777777" w:rsidR="00A806B2" w:rsidRPr="00A864B8" w:rsidRDefault="00000000">
            <w:pPr>
              <w:spacing w:before="20" w:after="10" w:line="240" w:lineRule="auto"/>
              <w:jc w:val="center"/>
            </w:pPr>
            <w:r w:rsidRPr="00A864B8">
              <w:rPr>
                <w:sz w:val="20"/>
              </w:rPr>
              <w:t>Luftgekühlte Kältemaschine</w:t>
            </w:r>
          </w:p>
        </w:tc>
        <w:tc>
          <w:tcPr>
            <w:tcW w:w="960" w:type="dxa"/>
            <w:tcBorders>
              <w:bottom w:val="single" w:sz="8" w:space="0" w:color="9B9B9B"/>
            </w:tcBorders>
            <w:shd w:val="clear" w:color="auto" w:fill="CFCFCF"/>
            <w:vAlign w:val="center"/>
          </w:tcPr>
          <w:p w14:paraId="28C859B8" w14:textId="77777777" w:rsidR="00A806B2" w:rsidRPr="00A864B8" w:rsidRDefault="00000000">
            <w:pPr>
              <w:spacing w:before="20" w:after="10" w:line="240" w:lineRule="auto"/>
              <w:jc w:val="center"/>
            </w:pPr>
            <w:r w:rsidRPr="00A864B8">
              <w:rPr>
                <w:sz w:val="20"/>
              </w:rPr>
              <w:t>77.242</w:t>
            </w:r>
          </w:p>
        </w:tc>
        <w:tc>
          <w:tcPr>
            <w:tcW w:w="960" w:type="dxa"/>
            <w:tcBorders>
              <w:bottom w:val="single" w:sz="8" w:space="0" w:color="9B9B9B"/>
            </w:tcBorders>
            <w:shd w:val="clear" w:color="auto" w:fill="CFCFCF"/>
            <w:vAlign w:val="center"/>
          </w:tcPr>
          <w:p w14:paraId="2926A2BD" w14:textId="77777777" w:rsidR="00A806B2" w:rsidRPr="00A864B8" w:rsidRDefault="00000000">
            <w:pPr>
              <w:spacing w:before="20" w:after="10" w:line="240" w:lineRule="auto"/>
              <w:jc w:val="center"/>
            </w:pPr>
            <w:r w:rsidRPr="00A864B8">
              <w:rPr>
                <w:sz w:val="20"/>
              </w:rPr>
              <w:t>77.242</w:t>
            </w:r>
          </w:p>
        </w:tc>
        <w:tc>
          <w:tcPr>
            <w:tcW w:w="960" w:type="dxa"/>
            <w:tcBorders>
              <w:bottom w:val="single" w:sz="8" w:space="0" w:color="9B9B9B"/>
            </w:tcBorders>
            <w:shd w:val="clear" w:color="auto" w:fill="CFCFCF"/>
            <w:vAlign w:val="center"/>
          </w:tcPr>
          <w:p w14:paraId="4A3DFDA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738FD6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05F584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4CA642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371D7C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170E24A" w14:textId="77777777" w:rsidR="00A806B2" w:rsidRPr="00A864B8" w:rsidRDefault="00000000">
            <w:pPr>
              <w:spacing w:before="20" w:after="10" w:line="240" w:lineRule="auto"/>
              <w:jc w:val="center"/>
            </w:pPr>
            <w:r w:rsidRPr="00A864B8">
              <w:rPr>
                <w:sz w:val="20"/>
              </w:rPr>
              <w:t>0</w:t>
            </w:r>
          </w:p>
        </w:tc>
      </w:tr>
      <w:tr w:rsidR="00A806B2" w:rsidRPr="00A864B8" w14:paraId="1F5B3DA6" w14:textId="77777777">
        <w:trPr>
          <w:jc w:val="center"/>
        </w:trPr>
        <w:tc>
          <w:tcPr>
            <w:tcW w:w="960" w:type="dxa"/>
            <w:tcBorders>
              <w:bottom w:val="single" w:sz="8" w:space="0" w:color="9B9B9B"/>
            </w:tcBorders>
            <w:shd w:val="clear" w:color="auto" w:fill="F0F0F0"/>
            <w:vAlign w:val="center"/>
          </w:tcPr>
          <w:p w14:paraId="42672163" w14:textId="77777777" w:rsidR="00A806B2" w:rsidRPr="00A864B8" w:rsidRDefault="00000000">
            <w:pPr>
              <w:spacing w:before="20" w:after="10" w:line="240" w:lineRule="auto"/>
              <w:jc w:val="center"/>
            </w:pPr>
            <w:r w:rsidRPr="00A864B8">
              <w:rPr>
                <w:sz w:val="20"/>
              </w:rPr>
              <w:t>Speicher (TWW)</w:t>
            </w:r>
          </w:p>
        </w:tc>
        <w:tc>
          <w:tcPr>
            <w:tcW w:w="960" w:type="dxa"/>
            <w:tcBorders>
              <w:bottom w:val="single" w:sz="8" w:space="0" w:color="9B9B9B"/>
            </w:tcBorders>
            <w:shd w:val="clear" w:color="auto" w:fill="F0F0F0"/>
            <w:vAlign w:val="center"/>
          </w:tcPr>
          <w:p w14:paraId="09789D86" w14:textId="77777777" w:rsidR="00A806B2" w:rsidRPr="00A864B8" w:rsidRDefault="00000000">
            <w:pPr>
              <w:spacing w:before="20" w:after="10" w:line="240" w:lineRule="auto"/>
              <w:jc w:val="center"/>
            </w:pPr>
            <w:r w:rsidRPr="00A864B8">
              <w:rPr>
                <w:sz w:val="20"/>
              </w:rPr>
              <w:t>65.341</w:t>
            </w:r>
          </w:p>
        </w:tc>
        <w:tc>
          <w:tcPr>
            <w:tcW w:w="960" w:type="dxa"/>
            <w:tcBorders>
              <w:bottom w:val="single" w:sz="8" w:space="0" w:color="9B9B9B"/>
            </w:tcBorders>
            <w:shd w:val="clear" w:color="auto" w:fill="F0F0F0"/>
            <w:vAlign w:val="center"/>
          </w:tcPr>
          <w:p w14:paraId="733FC6E3" w14:textId="77777777" w:rsidR="00A806B2" w:rsidRPr="00A864B8" w:rsidRDefault="00000000">
            <w:pPr>
              <w:spacing w:before="20" w:after="10" w:line="240" w:lineRule="auto"/>
              <w:jc w:val="center"/>
            </w:pPr>
            <w:r w:rsidRPr="00A864B8">
              <w:rPr>
                <w:sz w:val="20"/>
              </w:rPr>
              <w:t>74.730</w:t>
            </w:r>
          </w:p>
        </w:tc>
        <w:tc>
          <w:tcPr>
            <w:tcW w:w="960" w:type="dxa"/>
            <w:tcBorders>
              <w:bottom w:val="single" w:sz="8" w:space="0" w:color="9B9B9B"/>
            </w:tcBorders>
            <w:shd w:val="clear" w:color="auto" w:fill="F0F0F0"/>
            <w:vAlign w:val="center"/>
          </w:tcPr>
          <w:p w14:paraId="70BDEEE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183A25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1F7858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FCB309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112E2F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C99478F" w14:textId="77777777" w:rsidR="00A806B2" w:rsidRPr="00A864B8" w:rsidRDefault="00000000">
            <w:pPr>
              <w:spacing w:before="20" w:after="10" w:line="240" w:lineRule="auto"/>
              <w:jc w:val="center"/>
            </w:pPr>
            <w:r w:rsidRPr="00A864B8">
              <w:rPr>
                <w:sz w:val="20"/>
              </w:rPr>
              <w:t>-9.388</w:t>
            </w:r>
          </w:p>
        </w:tc>
      </w:tr>
      <w:tr w:rsidR="00A806B2" w:rsidRPr="00A864B8" w14:paraId="745A69AC" w14:textId="77777777">
        <w:trPr>
          <w:jc w:val="center"/>
        </w:trPr>
        <w:tc>
          <w:tcPr>
            <w:tcW w:w="960" w:type="dxa"/>
            <w:tcBorders>
              <w:bottom w:val="single" w:sz="8" w:space="0" w:color="9B9B9B"/>
            </w:tcBorders>
            <w:shd w:val="clear" w:color="auto" w:fill="CFCFCF"/>
            <w:vAlign w:val="center"/>
          </w:tcPr>
          <w:p w14:paraId="0A58D729"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CFCFCF"/>
            <w:vAlign w:val="center"/>
          </w:tcPr>
          <w:p w14:paraId="0D42E8CF" w14:textId="77777777" w:rsidR="00A806B2" w:rsidRPr="00A864B8" w:rsidRDefault="00000000">
            <w:pPr>
              <w:spacing w:before="20" w:after="10" w:line="240" w:lineRule="auto"/>
              <w:jc w:val="center"/>
            </w:pPr>
            <w:r w:rsidRPr="00A864B8">
              <w:rPr>
                <w:sz w:val="20"/>
              </w:rPr>
              <w:t>262.590</w:t>
            </w:r>
          </w:p>
        </w:tc>
        <w:tc>
          <w:tcPr>
            <w:tcW w:w="960" w:type="dxa"/>
            <w:tcBorders>
              <w:bottom w:val="single" w:sz="8" w:space="0" w:color="9B9B9B"/>
            </w:tcBorders>
            <w:shd w:val="clear" w:color="auto" w:fill="CFCFCF"/>
            <w:vAlign w:val="center"/>
          </w:tcPr>
          <w:p w14:paraId="5AEA076B" w14:textId="77777777" w:rsidR="00A806B2" w:rsidRPr="00A864B8" w:rsidRDefault="00000000">
            <w:pPr>
              <w:spacing w:before="20" w:after="10" w:line="240" w:lineRule="auto"/>
              <w:jc w:val="center"/>
            </w:pPr>
            <w:r w:rsidRPr="00A864B8">
              <w:rPr>
                <w:sz w:val="20"/>
              </w:rPr>
              <w:t>323.564</w:t>
            </w:r>
          </w:p>
        </w:tc>
        <w:tc>
          <w:tcPr>
            <w:tcW w:w="960" w:type="dxa"/>
            <w:tcBorders>
              <w:bottom w:val="single" w:sz="8" w:space="0" w:color="9B9B9B"/>
            </w:tcBorders>
            <w:shd w:val="clear" w:color="auto" w:fill="CFCFCF"/>
            <w:vAlign w:val="center"/>
          </w:tcPr>
          <w:p w14:paraId="5F2B72E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0E307D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0B1993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8502E2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70726B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866370B" w14:textId="77777777" w:rsidR="00A806B2" w:rsidRPr="00A864B8" w:rsidRDefault="00000000">
            <w:pPr>
              <w:spacing w:before="20" w:after="10" w:line="240" w:lineRule="auto"/>
              <w:jc w:val="center"/>
            </w:pPr>
            <w:r w:rsidRPr="00A864B8">
              <w:rPr>
                <w:sz w:val="20"/>
              </w:rPr>
              <w:t>-60.974</w:t>
            </w:r>
          </w:p>
        </w:tc>
      </w:tr>
      <w:tr w:rsidR="00A806B2" w:rsidRPr="00A864B8" w14:paraId="68D71600" w14:textId="77777777">
        <w:trPr>
          <w:jc w:val="center"/>
        </w:trPr>
        <w:tc>
          <w:tcPr>
            <w:tcW w:w="960" w:type="dxa"/>
            <w:tcBorders>
              <w:bottom w:val="single" w:sz="8" w:space="0" w:color="9B9B9B"/>
            </w:tcBorders>
            <w:shd w:val="clear" w:color="auto" w:fill="F0F0F0"/>
            <w:vAlign w:val="center"/>
          </w:tcPr>
          <w:p w14:paraId="4B94F307"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F0F0F0"/>
            <w:vAlign w:val="center"/>
          </w:tcPr>
          <w:p w14:paraId="2C3C4403" w14:textId="77777777" w:rsidR="00A806B2" w:rsidRPr="00A864B8" w:rsidRDefault="00000000">
            <w:pPr>
              <w:spacing w:before="20" w:after="10" w:line="240" w:lineRule="auto"/>
              <w:jc w:val="center"/>
            </w:pPr>
            <w:r w:rsidRPr="00A864B8">
              <w:rPr>
                <w:b/>
                <w:sz w:val="20"/>
              </w:rPr>
              <w:t>1.015.929</w:t>
            </w:r>
          </w:p>
        </w:tc>
        <w:tc>
          <w:tcPr>
            <w:tcW w:w="960" w:type="dxa"/>
            <w:tcBorders>
              <w:bottom w:val="single" w:sz="8" w:space="0" w:color="9B9B9B"/>
            </w:tcBorders>
            <w:shd w:val="clear" w:color="auto" w:fill="F0F0F0"/>
            <w:vAlign w:val="center"/>
          </w:tcPr>
          <w:p w14:paraId="1F09F338" w14:textId="77777777" w:rsidR="00A806B2" w:rsidRPr="00A864B8" w:rsidRDefault="00000000">
            <w:pPr>
              <w:spacing w:before="20" w:after="10" w:line="240" w:lineRule="auto"/>
              <w:jc w:val="center"/>
            </w:pPr>
            <w:r w:rsidRPr="00A864B8">
              <w:rPr>
                <w:b/>
                <w:sz w:val="20"/>
              </w:rPr>
              <w:t>1.251.830</w:t>
            </w:r>
          </w:p>
        </w:tc>
        <w:tc>
          <w:tcPr>
            <w:tcW w:w="960" w:type="dxa"/>
            <w:tcBorders>
              <w:bottom w:val="single" w:sz="8" w:space="0" w:color="9B9B9B"/>
            </w:tcBorders>
            <w:shd w:val="clear" w:color="auto" w:fill="F0F0F0"/>
            <w:vAlign w:val="center"/>
          </w:tcPr>
          <w:p w14:paraId="5BC473C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A9B4BC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2B5DB24"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25A4DE7A"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40F7C57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7C5F2338" w14:textId="77777777" w:rsidR="00A806B2" w:rsidRPr="00A864B8" w:rsidRDefault="00000000">
            <w:pPr>
              <w:spacing w:before="20" w:after="10" w:line="240" w:lineRule="auto"/>
              <w:jc w:val="center"/>
            </w:pPr>
            <w:r w:rsidRPr="00A864B8">
              <w:rPr>
                <w:b/>
                <w:sz w:val="20"/>
              </w:rPr>
              <w:t>-235.900</w:t>
            </w:r>
          </w:p>
        </w:tc>
      </w:tr>
      <w:tr w:rsidR="00A806B2" w:rsidRPr="00A864B8" w14:paraId="4A278D47" w14:textId="77777777">
        <w:trPr>
          <w:jc w:val="center"/>
        </w:trPr>
        <w:tc>
          <w:tcPr>
            <w:tcW w:w="960" w:type="dxa"/>
            <w:tcBorders>
              <w:bottom w:val="single" w:sz="8" w:space="0" w:color="9B9B9B"/>
            </w:tcBorders>
            <w:shd w:val="clear" w:color="auto" w:fill="CFCFCF"/>
            <w:vAlign w:val="center"/>
          </w:tcPr>
          <w:p w14:paraId="1E73E52E"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CFCFCF"/>
            <w:vAlign w:val="center"/>
          </w:tcPr>
          <w:p w14:paraId="5F2BCDC1" w14:textId="77777777" w:rsidR="00A806B2" w:rsidRPr="00A864B8" w:rsidRDefault="00000000">
            <w:pPr>
              <w:spacing w:before="20" w:after="10" w:line="240" w:lineRule="auto"/>
              <w:jc w:val="center"/>
            </w:pPr>
            <w:r w:rsidRPr="00A864B8">
              <w:rPr>
                <w:sz w:val="20"/>
              </w:rPr>
              <w:t>418.062</w:t>
            </w:r>
          </w:p>
        </w:tc>
        <w:tc>
          <w:tcPr>
            <w:tcW w:w="960" w:type="dxa"/>
            <w:tcBorders>
              <w:bottom w:val="single" w:sz="8" w:space="0" w:color="9B9B9B"/>
            </w:tcBorders>
            <w:shd w:val="clear" w:color="auto" w:fill="CFCFCF"/>
            <w:vAlign w:val="center"/>
          </w:tcPr>
          <w:p w14:paraId="2E816039" w14:textId="77777777" w:rsidR="00A806B2" w:rsidRPr="00A864B8" w:rsidRDefault="00000000">
            <w:pPr>
              <w:spacing w:before="20" w:after="10" w:line="240" w:lineRule="auto"/>
              <w:jc w:val="center"/>
            </w:pPr>
            <w:r w:rsidRPr="00A864B8">
              <w:rPr>
                <w:sz w:val="20"/>
              </w:rPr>
              <w:t>515.137</w:t>
            </w:r>
          </w:p>
        </w:tc>
        <w:tc>
          <w:tcPr>
            <w:tcW w:w="960" w:type="dxa"/>
            <w:tcBorders>
              <w:bottom w:val="single" w:sz="8" w:space="0" w:color="9B9B9B"/>
            </w:tcBorders>
            <w:shd w:val="clear" w:color="auto" w:fill="CFCFCF"/>
            <w:vAlign w:val="center"/>
          </w:tcPr>
          <w:p w14:paraId="34552EE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2F4C5E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359306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FA267BC"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472775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659B2A7" w14:textId="77777777" w:rsidR="00A806B2" w:rsidRPr="00A864B8" w:rsidRDefault="00000000">
            <w:pPr>
              <w:spacing w:before="20" w:after="10" w:line="240" w:lineRule="auto"/>
              <w:jc w:val="center"/>
            </w:pPr>
            <w:r w:rsidRPr="00A864B8">
              <w:rPr>
                <w:sz w:val="20"/>
              </w:rPr>
              <w:t>-97.075</w:t>
            </w:r>
          </w:p>
        </w:tc>
      </w:tr>
      <w:tr w:rsidR="00A806B2" w:rsidRPr="00A864B8" w14:paraId="24F05D63" w14:textId="77777777">
        <w:trPr>
          <w:jc w:val="center"/>
        </w:trPr>
        <w:tc>
          <w:tcPr>
            <w:tcW w:w="960" w:type="dxa"/>
            <w:tcBorders>
              <w:bottom w:val="single" w:sz="8" w:space="0" w:color="9B9B9B"/>
            </w:tcBorders>
            <w:shd w:val="clear" w:color="auto" w:fill="F0F0F0"/>
            <w:vAlign w:val="center"/>
          </w:tcPr>
          <w:p w14:paraId="6A63CA1C"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F0F0F0"/>
            <w:vAlign w:val="center"/>
          </w:tcPr>
          <w:p w14:paraId="114D94E7" w14:textId="77777777" w:rsidR="00A806B2" w:rsidRPr="00A864B8" w:rsidRDefault="00000000">
            <w:pPr>
              <w:spacing w:before="20" w:after="10" w:line="240" w:lineRule="auto"/>
              <w:jc w:val="center"/>
            </w:pPr>
            <w:r w:rsidRPr="00A864B8">
              <w:rPr>
                <w:sz w:val="20"/>
              </w:rPr>
              <w:t>597.866</w:t>
            </w:r>
          </w:p>
        </w:tc>
        <w:tc>
          <w:tcPr>
            <w:tcW w:w="960" w:type="dxa"/>
            <w:tcBorders>
              <w:bottom w:val="single" w:sz="8" w:space="0" w:color="9B9B9B"/>
            </w:tcBorders>
            <w:shd w:val="clear" w:color="auto" w:fill="F0F0F0"/>
            <w:vAlign w:val="center"/>
          </w:tcPr>
          <w:p w14:paraId="685617A4" w14:textId="77777777" w:rsidR="00A806B2" w:rsidRPr="00A864B8" w:rsidRDefault="00000000">
            <w:pPr>
              <w:spacing w:before="20" w:after="10" w:line="240" w:lineRule="auto"/>
              <w:jc w:val="center"/>
            </w:pPr>
            <w:r w:rsidRPr="00A864B8">
              <w:rPr>
                <w:sz w:val="20"/>
              </w:rPr>
              <w:t>736.692</w:t>
            </w:r>
          </w:p>
        </w:tc>
        <w:tc>
          <w:tcPr>
            <w:tcW w:w="960" w:type="dxa"/>
            <w:tcBorders>
              <w:bottom w:val="single" w:sz="8" w:space="0" w:color="9B9B9B"/>
            </w:tcBorders>
            <w:shd w:val="clear" w:color="auto" w:fill="F0F0F0"/>
            <w:vAlign w:val="center"/>
          </w:tcPr>
          <w:p w14:paraId="49D5D17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AD252E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1C2F4A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F30A63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865C6B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384B3BE" w14:textId="77777777" w:rsidR="00A806B2" w:rsidRPr="00A864B8" w:rsidRDefault="00000000">
            <w:pPr>
              <w:spacing w:before="20" w:after="10" w:line="240" w:lineRule="auto"/>
              <w:jc w:val="center"/>
            </w:pPr>
            <w:r w:rsidRPr="00A864B8">
              <w:rPr>
                <w:sz w:val="20"/>
              </w:rPr>
              <w:t>-138.825</w:t>
            </w:r>
          </w:p>
        </w:tc>
      </w:tr>
      <w:tr w:rsidR="00A806B2" w:rsidRPr="00A864B8" w14:paraId="1F70AED0" w14:textId="77777777">
        <w:trPr>
          <w:jc w:val="center"/>
        </w:trPr>
        <w:tc>
          <w:tcPr>
            <w:tcW w:w="960" w:type="dxa"/>
            <w:tcBorders>
              <w:bottom w:val="single" w:sz="8" w:space="0" w:color="9B9B9B"/>
            </w:tcBorders>
            <w:shd w:val="clear" w:color="auto" w:fill="CFCFCF"/>
            <w:vAlign w:val="center"/>
          </w:tcPr>
          <w:p w14:paraId="343B5EE1"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CFCFCF"/>
            <w:vAlign w:val="center"/>
          </w:tcPr>
          <w:p w14:paraId="64B3B541" w14:textId="77777777" w:rsidR="00A806B2" w:rsidRPr="00A864B8" w:rsidRDefault="00000000">
            <w:pPr>
              <w:spacing w:before="20" w:after="10" w:line="240" w:lineRule="auto"/>
              <w:jc w:val="center"/>
            </w:pPr>
            <w:r w:rsidRPr="00A864B8">
              <w:rPr>
                <w:b/>
                <w:sz w:val="20"/>
              </w:rPr>
              <w:t>1.454.921</w:t>
            </w:r>
          </w:p>
        </w:tc>
        <w:tc>
          <w:tcPr>
            <w:tcW w:w="960" w:type="dxa"/>
            <w:tcBorders>
              <w:bottom w:val="single" w:sz="8" w:space="0" w:color="9B9B9B"/>
            </w:tcBorders>
            <w:shd w:val="clear" w:color="auto" w:fill="CFCFCF"/>
            <w:vAlign w:val="center"/>
          </w:tcPr>
          <w:p w14:paraId="5D3D5E72" w14:textId="77777777" w:rsidR="00A806B2" w:rsidRPr="00A864B8" w:rsidRDefault="00000000">
            <w:pPr>
              <w:spacing w:before="20" w:after="10" w:line="240" w:lineRule="auto"/>
              <w:jc w:val="center"/>
            </w:pPr>
            <w:r w:rsidRPr="00A864B8">
              <w:rPr>
                <w:b/>
                <w:sz w:val="20"/>
              </w:rPr>
              <w:t>1.517.200</w:t>
            </w:r>
          </w:p>
        </w:tc>
        <w:tc>
          <w:tcPr>
            <w:tcW w:w="960" w:type="dxa"/>
            <w:tcBorders>
              <w:bottom w:val="single" w:sz="8" w:space="0" w:color="9B9B9B"/>
            </w:tcBorders>
            <w:shd w:val="clear" w:color="auto" w:fill="CFCFCF"/>
            <w:vAlign w:val="center"/>
          </w:tcPr>
          <w:p w14:paraId="165D217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DD9BB35"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4EFA61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28C37EEC"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6EE8F0F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971D7CC" w14:textId="77777777" w:rsidR="00A806B2" w:rsidRPr="00A864B8" w:rsidRDefault="00000000">
            <w:pPr>
              <w:spacing w:before="20" w:after="10" w:line="240" w:lineRule="auto"/>
              <w:jc w:val="center"/>
            </w:pPr>
            <w:r w:rsidRPr="00A864B8">
              <w:rPr>
                <w:b/>
                <w:sz w:val="20"/>
              </w:rPr>
              <w:t>-95.629</w:t>
            </w:r>
          </w:p>
        </w:tc>
      </w:tr>
      <w:tr w:rsidR="00A806B2" w:rsidRPr="00A864B8" w14:paraId="35144EF1" w14:textId="77777777">
        <w:trPr>
          <w:jc w:val="center"/>
        </w:trPr>
        <w:tc>
          <w:tcPr>
            <w:tcW w:w="960" w:type="dxa"/>
            <w:tcBorders>
              <w:bottom w:val="single" w:sz="8" w:space="0" w:color="9B9B9B"/>
            </w:tcBorders>
            <w:shd w:val="clear" w:color="auto" w:fill="F0F0F0"/>
            <w:vAlign w:val="center"/>
          </w:tcPr>
          <w:p w14:paraId="40EF2539" w14:textId="77777777" w:rsidR="00A806B2" w:rsidRPr="00A864B8" w:rsidRDefault="00000000">
            <w:pPr>
              <w:spacing w:before="20" w:after="10" w:line="240" w:lineRule="auto"/>
              <w:jc w:val="center"/>
            </w:pPr>
            <w:r w:rsidRPr="00A864B8">
              <w:rPr>
                <w:sz w:val="20"/>
              </w:rPr>
              <w:t>Biomasse-BHKW 1</w:t>
            </w:r>
          </w:p>
        </w:tc>
        <w:tc>
          <w:tcPr>
            <w:tcW w:w="960" w:type="dxa"/>
            <w:tcBorders>
              <w:bottom w:val="single" w:sz="8" w:space="0" w:color="9B9B9B"/>
            </w:tcBorders>
            <w:shd w:val="clear" w:color="auto" w:fill="F0F0F0"/>
            <w:vAlign w:val="center"/>
          </w:tcPr>
          <w:p w14:paraId="3173D65F" w14:textId="77777777" w:rsidR="00A806B2" w:rsidRPr="00A864B8" w:rsidRDefault="00000000">
            <w:pPr>
              <w:spacing w:before="20" w:after="10" w:line="240" w:lineRule="auto"/>
              <w:jc w:val="center"/>
            </w:pPr>
            <w:r w:rsidRPr="00A864B8">
              <w:rPr>
                <w:sz w:val="20"/>
              </w:rPr>
              <w:t>87.858</w:t>
            </w:r>
          </w:p>
        </w:tc>
        <w:tc>
          <w:tcPr>
            <w:tcW w:w="960" w:type="dxa"/>
            <w:tcBorders>
              <w:bottom w:val="single" w:sz="8" w:space="0" w:color="9B9B9B"/>
            </w:tcBorders>
            <w:shd w:val="clear" w:color="auto" w:fill="F0F0F0"/>
            <w:vAlign w:val="center"/>
          </w:tcPr>
          <w:p w14:paraId="43F3CC1C" w14:textId="77777777" w:rsidR="00A806B2" w:rsidRPr="00A864B8" w:rsidRDefault="00000000">
            <w:pPr>
              <w:spacing w:before="20" w:after="10" w:line="240" w:lineRule="auto"/>
              <w:jc w:val="center"/>
            </w:pPr>
            <w:r w:rsidRPr="00A864B8">
              <w:rPr>
                <w:sz w:val="20"/>
              </w:rPr>
              <w:t>72.800</w:t>
            </w:r>
          </w:p>
        </w:tc>
        <w:tc>
          <w:tcPr>
            <w:tcW w:w="960" w:type="dxa"/>
            <w:tcBorders>
              <w:bottom w:val="single" w:sz="8" w:space="0" w:color="9B9B9B"/>
            </w:tcBorders>
            <w:shd w:val="clear" w:color="auto" w:fill="F0F0F0"/>
            <w:vAlign w:val="center"/>
          </w:tcPr>
          <w:p w14:paraId="7AEA209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2F1399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B3A3B2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3FB377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78B659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9C4FC6B" w14:textId="77777777" w:rsidR="00A806B2" w:rsidRPr="00A864B8" w:rsidRDefault="00000000">
            <w:pPr>
              <w:spacing w:before="20" w:after="10" w:line="240" w:lineRule="auto"/>
              <w:jc w:val="center"/>
            </w:pPr>
            <w:r w:rsidRPr="00A864B8">
              <w:rPr>
                <w:sz w:val="20"/>
              </w:rPr>
              <w:t>-18.291</w:t>
            </w:r>
          </w:p>
        </w:tc>
      </w:tr>
      <w:tr w:rsidR="00A806B2" w:rsidRPr="00A864B8" w14:paraId="7D61B99E" w14:textId="77777777">
        <w:trPr>
          <w:jc w:val="center"/>
        </w:trPr>
        <w:tc>
          <w:tcPr>
            <w:tcW w:w="960" w:type="dxa"/>
            <w:tcBorders>
              <w:bottom w:val="single" w:sz="8" w:space="0" w:color="9B9B9B"/>
            </w:tcBorders>
            <w:shd w:val="clear" w:color="auto" w:fill="CFCFCF"/>
            <w:vAlign w:val="center"/>
          </w:tcPr>
          <w:p w14:paraId="6725449F" w14:textId="77777777" w:rsidR="00A806B2" w:rsidRPr="00A864B8" w:rsidRDefault="00000000">
            <w:pPr>
              <w:spacing w:before="20" w:after="10" w:line="240" w:lineRule="auto"/>
              <w:jc w:val="center"/>
            </w:pPr>
            <w:r w:rsidRPr="00A864B8">
              <w:rPr>
                <w:sz w:val="20"/>
              </w:rPr>
              <w:t>Photovoltaik</w:t>
            </w:r>
          </w:p>
        </w:tc>
        <w:tc>
          <w:tcPr>
            <w:tcW w:w="960" w:type="dxa"/>
            <w:tcBorders>
              <w:bottom w:val="single" w:sz="8" w:space="0" w:color="9B9B9B"/>
            </w:tcBorders>
            <w:shd w:val="clear" w:color="auto" w:fill="CFCFCF"/>
            <w:vAlign w:val="center"/>
          </w:tcPr>
          <w:p w14:paraId="1BC67622" w14:textId="77777777" w:rsidR="00A806B2" w:rsidRPr="00A864B8" w:rsidRDefault="00000000">
            <w:pPr>
              <w:spacing w:before="20" w:after="10" w:line="240" w:lineRule="auto"/>
              <w:jc w:val="center"/>
            </w:pPr>
            <w:r w:rsidRPr="00A864B8">
              <w:rPr>
                <w:sz w:val="20"/>
              </w:rPr>
              <w:t>246.400</w:t>
            </w:r>
          </w:p>
        </w:tc>
        <w:tc>
          <w:tcPr>
            <w:tcW w:w="960" w:type="dxa"/>
            <w:tcBorders>
              <w:bottom w:val="single" w:sz="8" w:space="0" w:color="9B9B9B"/>
            </w:tcBorders>
            <w:shd w:val="clear" w:color="auto" w:fill="CFCFCF"/>
            <w:vAlign w:val="center"/>
          </w:tcPr>
          <w:p w14:paraId="27AEBF2F" w14:textId="77777777" w:rsidR="00A806B2" w:rsidRPr="00A864B8" w:rsidRDefault="00000000">
            <w:pPr>
              <w:spacing w:before="20" w:after="10" w:line="240" w:lineRule="auto"/>
              <w:jc w:val="center"/>
            </w:pPr>
            <w:r w:rsidRPr="00A864B8">
              <w:rPr>
                <w:sz w:val="20"/>
              </w:rPr>
              <w:t>246.400</w:t>
            </w:r>
          </w:p>
        </w:tc>
        <w:tc>
          <w:tcPr>
            <w:tcW w:w="960" w:type="dxa"/>
            <w:tcBorders>
              <w:bottom w:val="single" w:sz="8" w:space="0" w:color="9B9B9B"/>
            </w:tcBorders>
            <w:shd w:val="clear" w:color="auto" w:fill="CFCFCF"/>
            <w:vAlign w:val="center"/>
          </w:tcPr>
          <w:p w14:paraId="75E936D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EE94B2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6F576A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1D6C4AF"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7442E6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DB46A60" w14:textId="77777777" w:rsidR="00A806B2" w:rsidRPr="00A864B8" w:rsidRDefault="00000000">
            <w:pPr>
              <w:spacing w:before="20" w:after="10" w:line="240" w:lineRule="auto"/>
              <w:jc w:val="center"/>
            </w:pPr>
            <w:r w:rsidRPr="00A864B8">
              <w:rPr>
                <w:sz w:val="20"/>
              </w:rPr>
              <w:t>0</w:t>
            </w:r>
          </w:p>
        </w:tc>
      </w:tr>
      <w:tr w:rsidR="00A806B2" w:rsidRPr="00A864B8" w14:paraId="66806012" w14:textId="77777777">
        <w:trPr>
          <w:jc w:val="center"/>
        </w:trPr>
        <w:tc>
          <w:tcPr>
            <w:tcW w:w="960" w:type="dxa"/>
            <w:tcBorders>
              <w:bottom w:val="single" w:sz="8" w:space="0" w:color="9B9B9B"/>
            </w:tcBorders>
            <w:shd w:val="clear" w:color="auto" w:fill="F0F0F0"/>
            <w:vAlign w:val="center"/>
          </w:tcPr>
          <w:p w14:paraId="291ACCF3" w14:textId="77777777" w:rsidR="00A806B2" w:rsidRPr="00A864B8" w:rsidRDefault="00000000">
            <w:pPr>
              <w:spacing w:before="20" w:after="10" w:line="240" w:lineRule="auto"/>
              <w:jc w:val="center"/>
            </w:pPr>
            <w:r w:rsidRPr="00A864B8">
              <w:rPr>
                <w:sz w:val="20"/>
              </w:rPr>
              <w:t>Solarthermie</w:t>
            </w:r>
          </w:p>
        </w:tc>
        <w:tc>
          <w:tcPr>
            <w:tcW w:w="960" w:type="dxa"/>
            <w:tcBorders>
              <w:bottom w:val="single" w:sz="8" w:space="0" w:color="9B9B9B"/>
            </w:tcBorders>
            <w:shd w:val="clear" w:color="auto" w:fill="F0F0F0"/>
            <w:vAlign w:val="center"/>
          </w:tcPr>
          <w:p w14:paraId="04354525" w14:textId="77777777" w:rsidR="00A806B2" w:rsidRPr="00A864B8" w:rsidRDefault="00000000">
            <w:pPr>
              <w:spacing w:before="20" w:after="10" w:line="240" w:lineRule="auto"/>
              <w:jc w:val="center"/>
            </w:pPr>
            <w:r w:rsidRPr="00A864B8">
              <w:rPr>
                <w:sz w:val="20"/>
              </w:rPr>
              <w:t>400.000</w:t>
            </w:r>
          </w:p>
        </w:tc>
        <w:tc>
          <w:tcPr>
            <w:tcW w:w="960" w:type="dxa"/>
            <w:tcBorders>
              <w:bottom w:val="single" w:sz="8" w:space="0" w:color="9B9B9B"/>
            </w:tcBorders>
            <w:shd w:val="clear" w:color="auto" w:fill="F0F0F0"/>
            <w:vAlign w:val="center"/>
          </w:tcPr>
          <w:p w14:paraId="0AAA5F22" w14:textId="77777777" w:rsidR="00A806B2" w:rsidRPr="00A864B8" w:rsidRDefault="00000000">
            <w:pPr>
              <w:spacing w:before="20" w:after="10" w:line="240" w:lineRule="auto"/>
              <w:jc w:val="center"/>
            </w:pPr>
            <w:r w:rsidRPr="00A864B8">
              <w:rPr>
                <w:sz w:val="20"/>
              </w:rPr>
              <w:t>400.000</w:t>
            </w:r>
          </w:p>
        </w:tc>
        <w:tc>
          <w:tcPr>
            <w:tcW w:w="960" w:type="dxa"/>
            <w:tcBorders>
              <w:bottom w:val="single" w:sz="8" w:space="0" w:color="9B9B9B"/>
            </w:tcBorders>
            <w:shd w:val="clear" w:color="auto" w:fill="F0F0F0"/>
            <w:vAlign w:val="center"/>
          </w:tcPr>
          <w:p w14:paraId="451041C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BB8C33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A24FC5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7F1E27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589939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9EF258C" w14:textId="77777777" w:rsidR="00A806B2" w:rsidRPr="00A864B8" w:rsidRDefault="00000000">
            <w:pPr>
              <w:spacing w:before="20" w:after="10" w:line="240" w:lineRule="auto"/>
              <w:jc w:val="center"/>
            </w:pPr>
            <w:r w:rsidRPr="00A864B8">
              <w:rPr>
                <w:sz w:val="20"/>
              </w:rPr>
              <w:t>0</w:t>
            </w:r>
          </w:p>
        </w:tc>
      </w:tr>
      <w:tr w:rsidR="00A806B2" w:rsidRPr="00A864B8" w14:paraId="0B26F8E5" w14:textId="77777777">
        <w:trPr>
          <w:jc w:val="center"/>
        </w:trPr>
        <w:tc>
          <w:tcPr>
            <w:tcW w:w="960" w:type="dxa"/>
            <w:tcBorders>
              <w:bottom w:val="single" w:sz="8" w:space="0" w:color="9B9B9B"/>
            </w:tcBorders>
            <w:shd w:val="clear" w:color="auto" w:fill="CFCFCF"/>
            <w:vAlign w:val="center"/>
          </w:tcPr>
          <w:p w14:paraId="65F28840" w14:textId="77777777" w:rsidR="00A806B2" w:rsidRPr="00A864B8" w:rsidRDefault="00000000">
            <w:pPr>
              <w:spacing w:before="20" w:after="10" w:line="240" w:lineRule="auto"/>
              <w:jc w:val="center"/>
            </w:pPr>
            <w:r w:rsidRPr="00A864B8">
              <w:rPr>
                <w:sz w:val="20"/>
              </w:rPr>
              <w:t>Geothermie-Sonden 1</w:t>
            </w:r>
          </w:p>
        </w:tc>
        <w:tc>
          <w:tcPr>
            <w:tcW w:w="960" w:type="dxa"/>
            <w:tcBorders>
              <w:bottom w:val="single" w:sz="8" w:space="0" w:color="9B9B9B"/>
            </w:tcBorders>
            <w:shd w:val="clear" w:color="auto" w:fill="CFCFCF"/>
            <w:vAlign w:val="center"/>
          </w:tcPr>
          <w:p w14:paraId="2461E6CE" w14:textId="77777777" w:rsidR="00A806B2" w:rsidRPr="00A864B8" w:rsidRDefault="00000000">
            <w:pPr>
              <w:spacing w:before="20" w:after="10" w:line="240" w:lineRule="auto"/>
              <w:jc w:val="center"/>
            </w:pPr>
            <w:r w:rsidRPr="00A864B8">
              <w:rPr>
                <w:sz w:val="20"/>
              </w:rPr>
              <w:t>264.662</w:t>
            </w:r>
          </w:p>
        </w:tc>
        <w:tc>
          <w:tcPr>
            <w:tcW w:w="960" w:type="dxa"/>
            <w:tcBorders>
              <w:bottom w:val="single" w:sz="8" w:space="0" w:color="9B9B9B"/>
            </w:tcBorders>
            <w:shd w:val="clear" w:color="auto" w:fill="CFCFCF"/>
            <w:vAlign w:val="center"/>
          </w:tcPr>
          <w:p w14:paraId="5AE0215C" w14:textId="77777777" w:rsidR="00A806B2" w:rsidRPr="00A864B8" w:rsidRDefault="00000000">
            <w:pPr>
              <w:spacing w:before="20" w:after="10" w:line="240" w:lineRule="auto"/>
              <w:jc w:val="center"/>
            </w:pPr>
            <w:r w:rsidRPr="00A864B8">
              <w:rPr>
                <w:sz w:val="20"/>
              </w:rPr>
              <w:t>342.000</w:t>
            </w:r>
          </w:p>
        </w:tc>
        <w:tc>
          <w:tcPr>
            <w:tcW w:w="960" w:type="dxa"/>
            <w:tcBorders>
              <w:bottom w:val="single" w:sz="8" w:space="0" w:color="9B9B9B"/>
            </w:tcBorders>
            <w:shd w:val="clear" w:color="auto" w:fill="CFCFCF"/>
            <w:vAlign w:val="center"/>
          </w:tcPr>
          <w:p w14:paraId="636CACE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B32C62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5E8C00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D1AA72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28C47C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AA9B238" w14:textId="77777777" w:rsidR="00A806B2" w:rsidRPr="00A864B8" w:rsidRDefault="00000000">
            <w:pPr>
              <w:spacing w:before="20" w:after="10" w:line="240" w:lineRule="auto"/>
              <w:jc w:val="center"/>
            </w:pPr>
            <w:r w:rsidRPr="00A864B8">
              <w:rPr>
                <w:sz w:val="20"/>
              </w:rPr>
              <w:t>-77.337</w:t>
            </w:r>
          </w:p>
        </w:tc>
      </w:tr>
      <w:tr w:rsidR="00A806B2" w:rsidRPr="00A864B8" w14:paraId="789FAB7B" w14:textId="77777777">
        <w:trPr>
          <w:jc w:val="center"/>
        </w:trPr>
        <w:tc>
          <w:tcPr>
            <w:tcW w:w="960" w:type="dxa"/>
            <w:tcBorders>
              <w:bottom w:val="single" w:sz="8" w:space="0" w:color="9B9B9B"/>
            </w:tcBorders>
            <w:shd w:val="clear" w:color="auto" w:fill="F0F0F0"/>
            <w:vAlign w:val="center"/>
          </w:tcPr>
          <w:p w14:paraId="712727E7" w14:textId="77777777" w:rsidR="00A806B2" w:rsidRPr="00A864B8" w:rsidRDefault="00000000">
            <w:pPr>
              <w:spacing w:before="20" w:after="10" w:line="240" w:lineRule="auto"/>
              <w:jc w:val="center"/>
            </w:pPr>
            <w:r w:rsidRPr="00A864B8">
              <w:rPr>
                <w:sz w:val="20"/>
              </w:rPr>
              <w:t>Wärmepumpe (Geothermie-Sonden 1)</w:t>
            </w:r>
          </w:p>
        </w:tc>
        <w:tc>
          <w:tcPr>
            <w:tcW w:w="960" w:type="dxa"/>
            <w:tcBorders>
              <w:bottom w:val="single" w:sz="8" w:space="0" w:color="9B9B9B"/>
            </w:tcBorders>
            <w:shd w:val="clear" w:color="auto" w:fill="F0F0F0"/>
            <w:vAlign w:val="center"/>
          </w:tcPr>
          <w:p w14:paraId="0632CA66" w14:textId="77777777" w:rsidR="00A806B2" w:rsidRPr="00A864B8" w:rsidRDefault="00000000">
            <w:pPr>
              <w:spacing w:before="20" w:after="10" w:line="240" w:lineRule="auto"/>
              <w:jc w:val="center"/>
            </w:pPr>
            <w:r w:rsidRPr="00A864B8">
              <w:rPr>
                <w:sz w:val="20"/>
              </w:rPr>
              <w:t>456.000</w:t>
            </w:r>
          </w:p>
        </w:tc>
        <w:tc>
          <w:tcPr>
            <w:tcW w:w="960" w:type="dxa"/>
            <w:tcBorders>
              <w:bottom w:val="single" w:sz="8" w:space="0" w:color="9B9B9B"/>
            </w:tcBorders>
            <w:shd w:val="clear" w:color="auto" w:fill="F0F0F0"/>
            <w:vAlign w:val="center"/>
          </w:tcPr>
          <w:p w14:paraId="658B59BC" w14:textId="77777777" w:rsidR="00A806B2" w:rsidRPr="00A864B8" w:rsidRDefault="00000000">
            <w:pPr>
              <w:spacing w:before="20" w:after="10" w:line="240" w:lineRule="auto"/>
              <w:jc w:val="center"/>
            </w:pPr>
            <w:r w:rsidRPr="00A864B8">
              <w:rPr>
                <w:sz w:val="20"/>
              </w:rPr>
              <w:t>456.000</w:t>
            </w:r>
          </w:p>
        </w:tc>
        <w:tc>
          <w:tcPr>
            <w:tcW w:w="960" w:type="dxa"/>
            <w:tcBorders>
              <w:bottom w:val="single" w:sz="8" w:space="0" w:color="9B9B9B"/>
            </w:tcBorders>
            <w:shd w:val="clear" w:color="auto" w:fill="F0F0F0"/>
            <w:vAlign w:val="center"/>
          </w:tcPr>
          <w:p w14:paraId="2DFE615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2E9B4A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AC4474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6EF5C1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7AD9EE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AB5B9A5" w14:textId="77777777" w:rsidR="00A806B2" w:rsidRPr="00A864B8" w:rsidRDefault="00000000">
            <w:pPr>
              <w:spacing w:before="20" w:after="10" w:line="240" w:lineRule="auto"/>
              <w:jc w:val="center"/>
            </w:pPr>
            <w:r w:rsidRPr="00A864B8">
              <w:rPr>
                <w:sz w:val="20"/>
              </w:rPr>
              <w:t>0</w:t>
            </w:r>
          </w:p>
        </w:tc>
      </w:tr>
      <w:tr w:rsidR="00A806B2" w:rsidRPr="00A864B8" w14:paraId="6B9A586E" w14:textId="77777777">
        <w:trPr>
          <w:jc w:val="center"/>
        </w:trPr>
        <w:tc>
          <w:tcPr>
            <w:tcW w:w="960" w:type="dxa"/>
            <w:tcBorders>
              <w:bottom w:val="single" w:sz="8" w:space="0" w:color="9B9B9B"/>
            </w:tcBorders>
            <w:shd w:val="clear" w:color="auto" w:fill="CFCFCF"/>
            <w:vAlign w:val="center"/>
          </w:tcPr>
          <w:p w14:paraId="208284E6"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CFCFCF"/>
            <w:vAlign w:val="center"/>
          </w:tcPr>
          <w:p w14:paraId="4A311EBB" w14:textId="77777777" w:rsidR="00A806B2" w:rsidRPr="00A864B8" w:rsidRDefault="00000000">
            <w:pPr>
              <w:spacing w:before="20" w:after="10" w:line="240" w:lineRule="auto"/>
              <w:jc w:val="center"/>
            </w:pPr>
            <w:r w:rsidRPr="00A864B8">
              <w:rPr>
                <w:b/>
                <w:sz w:val="20"/>
              </w:rPr>
              <w:t>280.000</w:t>
            </w:r>
          </w:p>
        </w:tc>
        <w:tc>
          <w:tcPr>
            <w:tcW w:w="960" w:type="dxa"/>
            <w:tcBorders>
              <w:bottom w:val="single" w:sz="8" w:space="0" w:color="9B9B9B"/>
            </w:tcBorders>
            <w:shd w:val="clear" w:color="auto" w:fill="CFCFCF"/>
            <w:vAlign w:val="center"/>
          </w:tcPr>
          <w:p w14:paraId="5974C818" w14:textId="77777777" w:rsidR="00A806B2" w:rsidRPr="00A864B8" w:rsidRDefault="00000000">
            <w:pPr>
              <w:spacing w:before="20" w:after="10" w:line="240" w:lineRule="auto"/>
              <w:jc w:val="center"/>
            </w:pPr>
            <w:r w:rsidRPr="00A864B8">
              <w:rPr>
                <w:b/>
                <w:sz w:val="20"/>
              </w:rPr>
              <w:t>280.000</w:t>
            </w:r>
          </w:p>
        </w:tc>
        <w:tc>
          <w:tcPr>
            <w:tcW w:w="960" w:type="dxa"/>
            <w:tcBorders>
              <w:bottom w:val="single" w:sz="8" w:space="0" w:color="9B9B9B"/>
            </w:tcBorders>
            <w:shd w:val="clear" w:color="auto" w:fill="CFCFCF"/>
            <w:vAlign w:val="center"/>
          </w:tcPr>
          <w:p w14:paraId="702D2A9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FC7D5F3"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0677EC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D7683CA"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66AA8F6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84C8BC2" w14:textId="77777777" w:rsidR="00A806B2" w:rsidRPr="00A864B8" w:rsidRDefault="00000000">
            <w:pPr>
              <w:spacing w:before="20" w:after="10" w:line="240" w:lineRule="auto"/>
              <w:jc w:val="center"/>
            </w:pPr>
            <w:r w:rsidRPr="00A864B8">
              <w:rPr>
                <w:b/>
                <w:sz w:val="20"/>
              </w:rPr>
              <w:t>0</w:t>
            </w:r>
          </w:p>
        </w:tc>
      </w:tr>
      <w:tr w:rsidR="00A806B2" w:rsidRPr="00A864B8" w14:paraId="4246E06B" w14:textId="77777777">
        <w:trPr>
          <w:jc w:val="center"/>
        </w:trPr>
        <w:tc>
          <w:tcPr>
            <w:tcW w:w="960" w:type="dxa"/>
            <w:tcBorders>
              <w:bottom w:val="single" w:sz="8" w:space="0" w:color="9B9B9B"/>
            </w:tcBorders>
            <w:shd w:val="clear" w:color="auto" w:fill="F0F0F0"/>
            <w:vAlign w:val="center"/>
          </w:tcPr>
          <w:p w14:paraId="1B3F74B1" w14:textId="77777777" w:rsidR="00A806B2" w:rsidRPr="00A864B8" w:rsidRDefault="00000000">
            <w:pPr>
              <w:spacing w:before="20" w:after="10" w:line="240" w:lineRule="auto"/>
              <w:jc w:val="center"/>
            </w:pPr>
            <w:r w:rsidRPr="00A864B8">
              <w:rPr>
                <w:sz w:val="20"/>
              </w:rPr>
              <w:t>Gebäude Energiezentrale</w:t>
            </w:r>
          </w:p>
        </w:tc>
        <w:tc>
          <w:tcPr>
            <w:tcW w:w="960" w:type="dxa"/>
            <w:tcBorders>
              <w:bottom w:val="single" w:sz="8" w:space="0" w:color="9B9B9B"/>
            </w:tcBorders>
            <w:shd w:val="clear" w:color="auto" w:fill="F0F0F0"/>
            <w:vAlign w:val="center"/>
          </w:tcPr>
          <w:p w14:paraId="6C6C602C" w14:textId="77777777" w:rsidR="00A806B2" w:rsidRPr="00A864B8" w:rsidRDefault="00000000">
            <w:pPr>
              <w:spacing w:before="20" w:after="10" w:line="240" w:lineRule="auto"/>
              <w:jc w:val="center"/>
            </w:pPr>
            <w:r w:rsidRPr="00A864B8">
              <w:rPr>
                <w:sz w:val="20"/>
              </w:rPr>
              <w:t>150.000</w:t>
            </w:r>
          </w:p>
        </w:tc>
        <w:tc>
          <w:tcPr>
            <w:tcW w:w="960" w:type="dxa"/>
            <w:tcBorders>
              <w:bottom w:val="single" w:sz="8" w:space="0" w:color="9B9B9B"/>
            </w:tcBorders>
            <w:shd w:val="clear" w:color="auto" w:fill="F0F0F0"/>
            <w:vAlign w:val="center"/>
          </w:tcPr>
          <w:p w14:paraId="14B268D4" w14:textId="77777777" w:rsidR="00A806B2" w:rsidRPr="00A864B8" w:rsidRDefault="00000000">
            <w:pPr>
              <w:spacing w:before="20" w:after="10" w:line="240" w:lineRule="auto"/>
              <w:jc w:val="center"/>
            </w:pPr>
            <w:r w:rsidRPr="00A864B8">
              <w:rPr>
                <w:sz w:val="20"/>
              </w:rPr>
              <w:t>150.000</w:t>
            </w:r>
          </w:p>
        </w:tc>
        <w:tc>
          <w:tcPr>
            <w:tcW w:w="960" w:type="dxa"/>
            <w:tcBorders>
              <w:bottom w:val="single" w:sz="8" w:space="0" w:color="9B9B9B"/>
            </w:tcBorders>
            <w:shd w:val="clear" w:color="auto" w:fill="F0F0F0"/>
            <w:vAlign w:val="center"/>
          </w:tcPr>
          <w:p w14:paraId="1B6C55C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6234EB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38FAEC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A2FE7A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AD6945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5066B15" w14:textId="77777777" w:rsidR="00A806B2" w:rsidRPr="00A864B8" w:rsidRDefault="00000000">
            <w:pPr>
              <w:spacing w:before="20" w:after="10" w:line="240" w:lineRule="auto"/>
              <w:jc w:val="center"/>
            </w:pPr>
            <w:r w:rsidRPr="00A864B8">
              <w:rPr>
                <w:sz w:val="20"/>
              </w:rPr>
              <w:t>0</w:t>
            </w:r>
          </w:p>
        </w:tc>
      </w:tr>
      <w:tr w:rsidR="00A806B2" w:rsidRPr="00A864B8" w14:paraId="07E45000" w14:textId="77777777">
        <w:trPr>
          <w:jc w:val="center"/>
        </w:trPr>
        <w:tc>
          <w:tcPr>
            <w:tcW w:w="960" w:type="dxa"/>
            <w:tcBorders>
              <w:bottom w:val="single" w:sz="8" w:space="0" w:color="9B9B9B"/>
            </w:tcBorders>
            <w:shd w:val="clear" w:color="auto" w:fill="CFCFCF"/>
            <w:vAlign w:val="center"/>
          </w:tcPr>
          <w:p w14:paraId="341C2FE7"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CFCFCF"/>
            <w:vAlign w:val="center"/>
          </w:tcPr>
          <w:p w14:paraId="38669240" w14:textId="77777777" w:rsidR="00A806B2" w:rsidRPr="00A864B8" w:rsidRDefault="00000000">
            <w:pPr>
              <w:spacing w:before="20" w:after="10" w:line="240" w:lineRule="auto"/>
              <w:jc w:val="center"/>
            </w:pPr>
            <w:r w:rsidRPr="00A864B8">
              <w:rPr>
                <w:sz w:val="20"/>
              </w:rPr>
              <w:t>30.000</w:t>
            </w:r>
          </w:p>
        </w:tc>
        <w:tc>
          <w:tcPr>
            <w:tcW w:w="960" w:type="dxa"/>
            <w:tcBorders>
              <w:bottom w:val="single" w:sz="8" w:space="0" w:color="9B9B9B"/>
            </w:tcBorders>
            <w:shd w:val="clear" w:color="auto" w:fill="CFCFCF"/>
            <w:vAlign w:val="center"/>
          </w:tcPr>
          <w:p w14:paraId="52057937" w14:textId="77777777" w:rsidR="00A806B2" w:rsidRPr="00A864B8" w:rsidRDefault="00000000">
            <w:pPr>
              <w:spacing w:before="20" w:after="10" w:line="240" w:lineRule="auto"/>
              <w:jc w:val="center"/>
            </w:pPr>
            <w:r w:rsidRPr="00A864B8">
              <w:rPr>
                <w:sz w:val="20"/>
              </w:rPr>
              <w:t>30.000</w:t>
            </w:r>
          </w:p>
        </w:tc>
        <w:tc>
          <w:tcPr>
            <w:tcW w:w="960" w:type="dxa"/>
            <w:tcBorders>
              <w:bottom w:val="single" w:sz="8" w:space="0" w:color="9B9B9B"/>
            </w:tcBorders>
            <w:shd w:val="clear" w:color="auto" w:fill="CFCFCF"/>
            <w:vAlign w:val="center"/>
          </w:tcPr>
          <w:p w14:paraId="3708164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C4AD5A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DF3C5F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BFF054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417944C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450B95F" w14:textId="77777777" w:rsidR="00A806B2" w:rsidRPr="00A864B8" w:rsidRDefault="00000000">
            <w:pPr>
              <w:spacing w:before="20" w:after="10" w:line="240" w:lineRule="auto"/>
              <w:jc w:val="center"/>
            </w:pPr>
            <w:r w:rsidRPr="00A864B8">
              <w:rPr>
                <w:sz w:val="20"/>
              </w:rPr>
              <w:t>0</w:t>
            </w:r>
          </w:p>
        </w:tc>
      </w:tr>
      <w:tr w:rsidR="00A806B2" w:rsidRPr="00A864B8" w14:paraId="2712720A" w14:textId="77777777">
        <w:trPr>
          <w:jc w:val="center"/>
        </w:trPr>
        <w:tc>
          <w:tcPr>
            <w:tcW w:w="960" w:type="dxa"/>
            <w:tcBorders>
              <w:bottom w:val="single" w:sz="8" w:space="0" w:color="9B9B9B"/>
            </w:tcBorders>
            <w:shd w:val="clear" w:color="auto" w:fill="F0F0F0"/>
            <w:vAlign w:val="center"/>
          </w:tcPr>
          <w:p w14:paraId="5CDDC559" w14:textId="77777777" w:rsidR="00A806B2" w:rsidRPr="00A864B8" w:rsidRDefault="00000000">
            <w:pPr>
              <w:spacing w:before="20" w:after="10" w:line="240" w:lineRule="auto"/>
              <w:jc w:val="center"/>
            </w:pPr>
            <w:r w:rsidRPr="00A864B8">
              <w:rPr>
                <w:sz w:val="20"/>
              </w:rPr>
              <w:t>Planungskosten</w:t>
            </w:r>
          </w:p>
        </w:tc>
        <w:tc>
          <w:tcPr>
            <w:tcW w:w="960" w:type="dxa"/>
            <w:tcBorders>
              <w:bottom w:val="single" w:sz="8" w:space="0" w:color="9B9B9B"/>
            </w:tcBorders>
            <w:shd w:val="clear" w:color="auto" w:fill="F0F0F0"/>
            <w:vAlign w:val="center"/>
          </w:tcPr>
          <w:p w14:paraId="42E8CDC2" w14:textId="77777777" w:rsidR="00A806B2" w:rsidRPr="00A864B8" w:rsidRDefault="00000000">
            <w:pPr>
              <w:spacing w:before="20" w:after="10" w:line="240" w:lineRule="auto"/>
              <w:jc w:val="center"/>
            </w:pPr>
            <w:r w:rsidRPr="00A864B8">
              <w:rPr>
                <w:sz w:val="20"/>
              </w:rPr>
              <w:t>100.000</w:t>
            </w:r>
          </w:p>
        </w:tc>
        <w:tc>
          <w:tcPr>
            <w:tcW w:w="960" w:type="dxa"/>
            <w:tcBorders>
              <w:bottom w:val="single" w:sz="8" w:space="0" w:color="9B9B9B"/>
            </w:tcBorders>
            <w:shd w:val="clear" w:color="auto" w:fill="F0F0F0"/>
            <w:vAlign w:val="center"/>
          </w:tcPr>
          <w:p w14:paraId="782A70ED" w14:textId="77777777" w:rsidR="00A806B2" w:rsidRPr="00A864B8" w:rsidRDefault="00000000">
            <w:pPr>
              <w:spacing w:before="20" w:after="10" w:line="240" w:lineRule="auto"/>
              <w:jc w:val="center"/>
            </w:pPr>
            <w:r w:rsidRPr="00A864B8">
              <w:rPr>
                <w:sz w:val="20"/>
              </w:rPr>
              <w:t>100.000</w:t>
            </w:r>
          </w:p>
        </w:tc>
        <w:tc>
          <w:tcPr>
            <w:tcW w:w="960" w:type="dxa"/>
            <w:tcBorders>
              <w:bottom w:val="single" w:sz="8" w:space="0" w:color="9B9B9B"/>
            </w:tcBorders>
            <w:shd w:val="clear" w:color="auto" w:fill="F0F0F0"/>
            <w:vAlign w:val="center"/>
          </w:tcPr>
          <w:p w14:paraId="0F3B320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CFC039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B22ED7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5FD6CE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6480FB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58EEC78" w14:textId="77777777" w:rsidR="00A806B2" w:rsidRPr="00A864B8" w:rsidRDefault="00000000">
            <w:pPr>
              <w:spacing w:before="20" w:after="10" w:line="240" w:lineRule="auto"/>
              <w:jc w:val="center"/>
            </w:pPr>
            <w:r w:rsidRPr="00A864B8">
              <w:rPr>
                <w:sz w:val="20"/>
              </w:rPr>
              <w:t>0</w:t>
            </w:r>
          </w:p>
        </w:tc>
      </w:tr>
      <w:tr w:rsidR="00A806B2" w:rsidRPr="00A864B8" w14:paraId="13CE5809" w14:textId="77777777">
        <w:trPr>
          <w:jc w:val="center"/>
        </w:trPr>
        <w:tc>
          <w:tcPr>
            <w:tcW w:w="960" w:type="dxa"/>
            <w:tcBorders>
              <w:bottom w:val="single" w:sz="8" w:space="0" w:color="9B9B9B"/>
            </w:tcBorders>
            <w:shd w:val="clear" w:color="auto" w:fill="CFCFCF"/>
            <w:vAlign w:val="center"/>
          </w:tcPr>
          <w:p w14:paraId="09ADB730" w14:textId="77777777" w:rsidR="00A806B2" w:rsidRPr="00A864B8" w:rsidRDefault="00000000">
            <w:pPr>
              <w:spacing w:before="20" w:after="10" w:line="240" w:lineRule="auto"/>
              <w:jc w:val="center"/>
            </w:pPr>
            <w:r w:rsidRPr="00A864B8">
              <w:rPr>
                <w:b/>
                <w:sz w:val="20"/>
              </w:rPr>
              <w:t>Wartungskosten</w:t>
            </w:r>
          </w:p>
        </w:tc>
        <w:tc>
          <w:tcPr>
            <w:tcW w:w="960" w:type="dxa"/>
            <w:tcBorders>
              <w:bottom w:val="single" w:sz="8" w:space="0" w:color="9B9B9B"/>
            </w:tcBorders>
            <w:shd w:val="clear" w:color="auto" w:fill="CFCFCF"/>
            <w:vAlign w:val="center"/>
          </w:tcPr>
          <w:p w14:paraId="68595FD6" w14:textId="77777777" w:rsidR="00A806B2" w:rsidRPr="00A864B8" w:rsidRDefault="00000000">
            <w:pPr>
              <w:spacing w:before="20" w:after="10" w:line="240" w:lineRule="auto"/>
              <w:jc w:val="center"/>
            </w:pPr>
            <w:r w:rsidRPr="00A864B8">
              <w:rPr>
                <w:b/>
                <w:sz w:val="20"/>
              </w:rPr>
              <w:t>532.171</w:t>
            </w:r>
          </w:p>
        </w:tc>
        <w:tc>
          <w:tcPr>
            <w:tcW w:w="960" w:type="dxa"/>
            <w:tcBorders>
              <w:bottom w:val="single" w:sz="8" w:space="0" w:color="9B9B9B"/>
            </w:tcBorders>
            <w:shd w:val="clear" w:color="auto" w:fill="CFCFCF"/>
            <w:vAlign w:val="center"/>
          </w:tcPr>
          <w:p w14:paraId="47BE85CF"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32033B5" w14:textId="77777777" w:rsidR="00A806B2" w:rsidRPr="00A864B8" w:rsidRDefault="00000000">
            <w:pPr>
              <w:spacing w:before="20" w:after="10" w:line="240" w:lineRule="auto"/>
              <w:jc w:val="center"/>
            </w:pPr>
            <w:r w:rsidRPr="00A864B8">
              <w:rPr>
                <w:b/>
                <w:sz w:val="20"/>
              </w:rPr>
              <w:t>40.669</w:t>
            </w:r>
          </w:p>
        </w:tc>
        <w:tc>
          <w:tcPr>
            <w:tcW w:w="960" w:type="dxa"/>
            <w:tcBorders>
              <w:bottom w:val="single" w:sz="8" w:space="0" w:color="9B9B9B"/>
            </w:tcBorders>
            <w:shd w:val="clear" w:color="auto" w:fill="CFCFCF"/>
            <w:vAlign w:val="center"/>
          </w:tcPr>
          <w:p w14:paraId="356C9AF8" w14:textId="77777777" w:rsidR="00A806B2" w:rsidRPr="00A864B8" w:rsidRDefault="00000000">
            <w:pPr>
              <w:spacing w:before="20" w:after="10" w:line="240" w:lineRule="auto"/>
              <w:jc w:val="center"/>
            </w:pPr>
            <w:r w:rsidRPr="00A864B8">
              <w:rPr>
                <w:b/>
                <w:sz w:val="20"/>
              </w:rPr>
              <w:t>38.732</w:t>
            </w:r>
          </w:p>
        </w:tc>
        <w:tc>
          <w:tcPr>
            <w:tcW w:w="960" w:type="dxa"/>
            <w:tcBorders>
              <w:bottom w:val="single" w:sz="8" w:space="0" w:color="9B9B9B"/>
            </w:tcBorders>
            <w:shd w:val="clear" w:color="auto" w:fill="CFCFCF"/>
            <w:vAlign w:val="center"/>
          </w:tcPr>
          <w:p w14:paraId="2281EB72" w14:textId="77777777" w:rsidR="00A806B2" w:rsidRPr="00A864B8" w:rsidRDefault="00000000">
            <w:pPr>
              <w:spacing w:before="20" w:after="10" w:line="240" w:lineRule="auto"/>
              <w:jc w:val="center"/>
            </w:pPr>
            <w:r w:rsidRPr="00A864B8">
              <w:rPr>
                <w:b/>
                <w:sz w:val="20"/>
              </w:rPr>
              <w:t>36.888</w:t>
            </w:r>
          </w:p>
        </w:tc>
        <w:tc>
          <w:tcPr>
            <w:tcW w:w="960" w:type="dxa"/>
            <w:tcBorders>
              <w:bottom w:val="single" w:sz="8" w:space="0" w:color="9B9B9B"/>
            </w:tcBorders>
            <w:shd w:val="clear" w:color="auto" w:fill="CFCFCF"/>
            <w:vAlign w:val="center"/>
          </w:tcPr>
          <w:p w14:paraId="6D323599"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A3F2FD6" w14:textId="77777777" w:rsidR="00A806B2" w:rsidRPr="00A864B8" w:rsidRDefault="00000000">
            <w:pPr>
              <w:spacing w:before="20" w:after="10" w:line="240" w:lineRule="auto"/>
              <w:jc w:val="center"/>
            </w:pPr>
            <w:r w:rsidRPr="00A864B8">
              <w:rPr>
                <w:b/>
                <w:sz w:val="20"/>
              </w:rPr>
              <w:t>16.898</w:t>
            </w:r>
          </w:p>
        </w:tc>
        <w:tc>
          <w:tcPr>
            <w:tcW w:w="960" w:type="dxa"/>
            <w:tcBorders>
              <w:bottom w:val="single" w:sz="8" w:space="0" w:color="9B9B9B"/>
            </w:tcBorders>
            <w:shd w:val="clear" w:color="auto" w:fill="CFCFCF"/>
            <w:vAlign w:val="center"/>
          </w:tcPr>
          <w:p w14:paraId="251AE4F5" w14:textId="77777777" w:rsidR="00A806B2" w:rsidRPr="00A864B8" w:rsidRDefault="00000000">
            <w:pPr>
              <w:spacing w:before="20" w:after="10" w:line="240" w:lineRule="auto"/>
              <w:jc w:val="center"/>
            </w:pPr>
            <w:r w:rsidRPr="00A864B8">
              <w:rPr>
                <w:b/>
                <w:sz w:val="20"/>
              </w:rPr>
              <w:t>16.094</w:t>
            </w:r>
          </w:p>
        </w:tc>
      </w:tr>
      <w:tr w:rsidR="00A806B2" w:rsidRPr="00A864B8" w14:paraId="07F8DB83" w14:textId="77777777">
        <w:trPr>
          <w:jc w:val="center"/>
        </w:trPr>
        <w:tc>
          <w:tcPr>
            <w:tcW w:w="960" w:type="dxa"/>
            <w:tcBorders>
              <w:bottom w:val="single" w:sz="8" w:space="0" w:color="9B9B9B"/>
            </w:tcBorders>
            <w:shd w:val="clear" w:color="auto" w:fill="F0F0F0"/>
            <w:vAlign w:val="center"/>
          </w:tcPr>
          <w:p w14:paraId="6E13FA41"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F0F0F0"/>
            <w:vAlign w:val="center"/>
          </w:tcPr>
          <w:p w14:paraId="0F74772B" w14:textId="77777777" w:rsidR="00A806B2" w:rsidRPr="00A864B8" w:rsidRDefault="00000000">
            <w:pPr>
              <w:spacing w:before="20" w:after="10" w:line="240" w:lineRule="auto"/>
              <w:jc w:val="center"/>
            </w:pPr>
            <w:r w:rsidRPr="00A864B8">
              <w:rPr>
                <w:b/>
                <w:sz w:val="20"/>
              </w:rPr>
              <w:t>80.711</w:t>
            </w:r>
          </w:p>
        </w:tc>
        <w:tc>
          <w:tcPr>
            <w:tcW w:w="960" w:type="dxa"/>
            <w:tcBorders>
              <w:bottom w:val="single" w:sz="8" w:space="0" w:color="9B9B9B"/>
            </w:tcBorders>
            <w:shd w:val="clear" w:color="auto" w:fill="F0F0F0"/>
            <w:vAlign w:val="center"/>
          </w:tcPr>
          <w:p w14:paraId="020C614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2FFD6EB0" w14:textId="77777777" w:rsidR="00A806B2" w:rsidRPr="00A864B8" w:rsidRDefault="00000000">
            <w:pPr>
              <w:spacing w:before="20" w:after="10" w:line="240" w:lineRule="auto"/>
              <w:jc w:val="center"/>
            </w:pPr>
            <w:r w:rsidRPr="00A864B8">
              <w:rPr>
                <w:b/>
                <w:sz w:val="20"/>
              </w:rPr>
              <w:t>6.168</w:t>
            </w:r>
          </w:p>
        </w:tc>
        <w:tc>
          <w:tcPr>
            <w:tcW w:w="960" w:type="dxa"/>
            <w:tcBorders>
              <w:bottom w:val="single" w:sz="8" w:space="0" w:color="9B9B9B"/>
            </w:tcBorders>
            <w:shd w:val="clear" w:color="auto" w:fill="F0F0F0"/>
            <w:vAlign w:val="center"/>
          </w:tcPr>
          <w:p w14:paraId="288C13C2" w14:textId="77777777" w:rsidR="00A806B2" w:rsidRPr="00A864B8" w:rsidRDefault="00000000">
            <w:pPr>
              <w:spacing w:before="20" w:after="10" w:line="240" w:lineRule="auto"/>
              <w:jc w:val="center"/>
            </w:pPr>
            <w:r w:rsidRPr="00A864B8">
              <w:rPr>
                <w:b/>
                <w:sz w:val="20"/>
              </w:rPr>
              <w:t>5.874</w:t>
            </w:r>
          </w:p>
        </w:tc>
        <w:tc>
          <w:tcPr>
            <w:tcW w:w="960" w:type="dxa"/>
            <w:tcBorders>
              <w:bottom w:val="single" w:sz="8" w:space="0" w:color="9B9B9B"/>
            </w:tcBorders>
            <w:shd w:val="clear" w:color="auto" w:fill="F0F0F0"/>
            <w:vAlign w:val="center"/>
          </w:tcPr>
          <w:p w14:paraId="20DEBE57" w14:textId="77777777" w:rsidR="00A806B2" w:rsidRPr="00A864B8" w:rsidRDefault="00000000">
            <w:pPr>
              <w:spacing w:before="20" w:after="10" w:line="240" w:lineRule="auto"/>
              <w:jc w:val="center"/>
            </w:pPr>
            <w:r w:rsidRPr="00A864B8">
              <w:rPr>
                <w:b/>
                <w:sz w:val="20"/>
              </w:rPr>
              <w:t>5.594</w:t>
            </w:r>
          </w:p>
        </w:tc>
        <w:tc>
          <w:tcPr>
            <w:tcW w:w="960" w:type="dxa"/>
            <w:tcBorders>
              <w:bottom w:val="single" w:sz="8" w:space="0" w:color="9B9B9B"/>
            </w:tcBorders>
            <w:shd w:val="clear" w:color="auto" w:fill="F0F0F0"/>
            <w:vAlign w:val="center"/>
          </w:tcPr>
          <w:p w14:paraId="1C38C050"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48367316" w14:textId="77777777" w:rsidR="00A806B2" w:rsidRPr="00A864B8" w:rsidRDefault="00000000">
            <w:pPr>
              <w:spacing w:before="20" w:after="10" w:line="240" w:lineRule="auto"/>
              <w:jc w:val="center"/>
            </w:pPr>
            <w:r w:rsidRPr="00A864B8">
              <w:rPr>
                <w:b/>
                <w:sz w:val="20"/>
              </w:rPr>
              <w:t>2.562</w:t>
            </w:r>
          </w:p>
        </w:tc>
        <w:tc>
          <w:tcPr>
            <w:tcW w:w="960" w:type="dxa"/>
            <w:tcBorders>
              <w:bottom w:val="single" w:sz="8" w:space="0" w:color="9B9B9B"/>
            </w:tcBorders>
            <w:shd w:val="clear" w:color="auto" w:fill="F0F0F0"/>
            <w:vAlign w:val="center"/>
          </w:tcPr>
          <w:p w14:paraId="6BE9EB68" w14:textId="77777777" w:rsidR="00A806B2" w:rsidRPr="00A864B8" w:rsidRDefault="00000000">
            <w:pPr>
              <w:spacing w:before="20" w:after="10" w:line="240" w:lineRule="auto"/>
              <w:jc w:val="center"/>
            </w:pPr>
            <w:r w:rsidRPr="00A864B8">
              <w:rPr>
                <w:b/>
                <w:sz w:val="20"/>
              </w:rPr>
              <w:t>2.440</w:t>
            </w:r>
          </w:p>
        </w:tc>
      </w:tr>
      <w:tr w:rsidR="00A806B2" w:rsidRPr="00A864B8" w14:paraId="35B3EA6E" w14:textId="77777777">
        <w:trPr>
          <w:jc w:val="center"/>
        </w:trPr>
        <w:tc>
          <w:tcPr>
            <w:tcW w:w="960" w:type="dxa"/>
            <w:tcBorders>
              <w:bottom w:val="single" w:sz="8" w:space="0" w:color="9B9B9B"/>
            </w:tcBorders>
            <w:shd w:val="clear" w:color="auto" w:fill="CFCFCF"/>
            <w:vAlign w:val="center"/>
          </w:tcPr>
          <w:p w14:paraId="7109E543"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CFCFCF"/>
            <w:vAlign w:val="center"/>
          </w:tcPr>
          <w:p w14:paraId="23AD2FC8" w14:textId="77777777" w:rsidR="00A806B2" w:rsidRPr="00A864B8" w:rsidRDefault="00000000">
            <w:pPr>
              <w:spacing w:before="20" w:after="10" w:line="240" w:lineRule="auto"/>
              <w:jc w:val="center"/>
            </w:pPr>
            <w:r w:rsidRPr="00A864B8">
              <w:rPr>
                <w:sz w:val="20"/>
              </w:rPr>
              <w:t>696</w:t>
            </w:r>
          </w:p>
        </w:tc>
        <w:tc>
          <w:tcPr>
            <w:tcW w:w="960" w:type="dxa"/>
            <w:tcBorders>
              <w:bottom w:val="single" w:sz="8" w:space="0" w:color="9B9B9B"/>
            </w:tcBorders>
            <w:shd w:val="clear" w:color="auto" w:fill="CFCFCF"/>
            <w:vAlign w:val="center"/>
          </w:tcPr>
          <w:p w14:paraId="460EC99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059BAEB" w14:textId="77777777" w:rsidR="00A806B2" w:rsidRPr="00A864B8" w:rsidRDefault="00000000">
            <w:pPr>
              <w:spacing w:before="20" w:after="10" w:line="240" w:lineRule="auto"/>
              <w:jc w:val="center"/>
            </w:pPr>
            <w:r w:rsidRPr="00A864B8">
              <w:rPr>
                <w:sz w:val="20"/>
              </w:rPr>
              <w:t>53</w:t>
            </w:r>
          </w:p>
        </w:tc>
        <w:tc>
          <w:tcPr>
            <w:tcW w:w="960" w:type="dxa"/>
            <w:tcBorders>
              <w:bottom w:val="single" w:sz="8" w:space="0" w:color="9B9B9B"/>
            </w:tcBorders>
            <w:shd w:val="clear" w:color="auto" w:fill="CFCFCF"/>
            <w:vAlign w:val="center"/>
          </w:tcPr>
          <w:p w14:paraId="4D64A143" w14:textId="77777777" w:rsidR="00A806B2" w:rsidRPr="00A864B8" w:rsidRDefault="00000000">
            <w:pPr>
              <w:spacing w:before="20" w:after="10" w:line="240" w:lineRule="auto"/>
              <w:jc w:val="center"/>
            </w:pPr>
            <w:r w:rsidRPr="00A864B8">
              <w:rPr>
                <w:sz w:val="20"/>
              </w:rPr>
              <w:t>50</w:t>
            </w:r>
          </w:p>
        </w:tc>
        <w:tc>
          <w:tcPr>
            <w:tcW w:w="960" w:type="dxa"/>
            <w:tcBorders>
              <w:bottom w:val="single" w:sz="8" w:space="0" w:color="9B9B9B"/>
            </w:tcBorders>
            <w:shd w:val="clear" w:color="auto" w:fill="CFCFCF"/>
            <w:vAlign w:val="center"/>
          </w:tcPr>
          <w:p w14:paraId="288B63A7" w14:textId="77777777" w:rsidR="00A806B2" w:rsidRPr="00A864B8" w:rsidRDefault="00000000">
            <w:pPr>
              <w:spacing w:before="20" w:after="10" w:line="240" w:lineRule="auto"/>
              <w:jc w:val="center"/>
            </w:pPr>
            <w:r w:rsidRPr="00A864B8">
              <w:rPr>
                <w:sz w:val="20"/>
              </w:rPr>
              <w:t>48</w:t>
            </w:r>
          </w:p>
        </w:tc>
        <w:tc>
          <w:tcPr>
            <w:tcW w:w="960" w:type="dxa"/>
            <w:tcBorders>
              <w:bottom w:val="single" w:sz="8" w:space="0" w:color="9B9B9B"/>
            </w:tcBorders>
            <w:shd w:val="clear" w:color="auto" w:fill="CFCFCF"/>
            <w:vAlign w:val="center"/>
          </w:tcPr>
          <w:p w14:paraId="067ACF1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0687662" w14:textId="77777777" w:rsidR="00A806B2" w:rsidRPr="00A864B8" w:rsidRDefault="00000000">
            <w:pPr>
              <w:spacing w:before="20" w:after="10" w:line="240" w:lineRule="auto"/>
              <w:jc w:val="center"/>
            </w:pPr>
            <w:r w:rsidRPr="00A864B8">
              <w:rPr>
                <w:sz w:val="20"/>
              </w:rPr>
              <w:t>22</w:t>
            </w:r>
          </w:p>
        </w:tc>
        <w:tc>
          <w:tcPr>
            <w:tcW w:w="960" w:type="dxa"/>
            <w:tcBorders>
              <w:bottom w:val="single" w:sz="8" w:space="0" w:color="9B9B9B"/>
            </w:tcBorders>
            <w:shd w:val="clear" w:color="auto" w:fill="CFCFCF"/>
            <w:vAlign w:val="center"/>
          </w:tcPr>
          <w:p w14:paraId="32926831" w14:textId="77777777" w:rsidR="00A806B2" w:rsidRPr="00A864B8" w:rsidRDefault="00000000">
            <w:pPr>
              <w:spacing w:before="20" w:after="10" w:line="240" w:lineRule="auto"/>
              <w:jc w:val="center"/>
            </w:pPr>
            <w:r w:rsidRPr="00A864B8">
              <w:rPr>
                <w:sz w:val="20"/>
              </w:rPr>
              <w:t>21</w:t>
            </w:r>
          </w:p>
        </w:tc>
      </w:tr>
      <w:tr w:rsidR="00A806B2" w:rsidRPr="00A864B8" w14:paraId="075A30C0" w14:textId="77777777">
        <w:trPr>
          <w:jc w:val="center"/>
        </w:trPr>
        <w:tc>
          <w:tcPr>
            <w:tcW w:w="960" w:type="dxa"/>
            <w:tcBorders>
              <w:bottom w:val="single" w:sz="8" w:space="0" w:color="9B9B9B"/>
            </w:tcBorders>
            <w:shd w:val="clear" w:color="auto" w:fill="F0F0F0"/>
            <w:vAlign w:val="center"/>
          </w:tcPr>
          <w:p w14:paraId="52355481"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F0F0F0"/>
            <w:vAlign w:val="center"/>
          </w:tcPr>
          <w:p w14:paraId="62F7AAD5" w14:textId="77777777" w:rsidR="00A806B2" w:rsidRPr="00A864B8" w:rsidRDefault="00000000">
            <w:pPr>
              <w:spacing w:before="20" w:after="10" w:line="240" w:lineRule="auto"/>
              <w:jc w:val="center"/>
            </w:pPr>
            <w:r w:rsidRPr="00A864B8">
              <w:rPr>
                <w:sz w:val="20"/>
              </w:rPr>
              <w:t>20.439</w:t>
            </w:r>
          </w:p>
        </w:tc>
        <w:tc>
          <w:tcPr>
            <w:tcW w:w="960" w:type="dxa"/>
            <w:tcBorders>
              <w:bottom w:val="single" w:sz="8" w:space="0" w:color="9B9B9B"/>
            </w:tcBorders>
            <w:shd w:val="clear" w:color="auto" w:fill="F0F0F0"/>
            <w:vAlign w:val="center"/>
          </w:tcPr>
          <w:p w14:paraId="5261A2A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6A951B0" w14:textId="77777777" w:rsidR="00A806B2" w:rsidRPr="00A864B8" w:rsidRDefault="00000000">
            <w:pPr>
              <w:spacing w:before="20" w:after="10" w:line="240" w:lineRule="auto"/>
              <w:jc w:val="center"/>
            </w:pPr>
            <w:r w:rsidRPr="00A864B8">
              <w:rPr>
                <w:sz w:val="20"/>
              </w:rPr>
              <w:t>1.562</w:t>
            </w:r>
          </w:p>
        </w:tc>
        <w:tc>
          <w:tcPr>
            <w:tcW w:w="960" w:type="dxa"/>
            <w:tcBorders>
              <w:bottom w:val="single" w:sz="8" w:space="0" w:color="9B9B9B"/>
            </w:tcBorders>
            <w:shd w:val="clear" w:color="auto" w:fill="F0F0F0"/>
            <w:vAlign w:val="center"/>
          </w:tcPr>
          <w:p w14:paraId="28AF73D4" w14:textId="77777777" w:rsidR="00A806B2" w:rsidRPr="00A864B8" w:rsidRDefault="00000000">
            <w:pPr>
              <w:spacing w:before="20" w:after="10" w:line="240" w:lineRule="auto"/>
              <w:jc w:val="center"/>
            </w:pPr>
            <w:r w:rsidRPr="00A864B8">
              <w:rPr>
                <w:sz w:val="20"/>
              </w:rPr>
              <w:t>1.487</w:t>
            </w:r>
          </w:p>
        </w:tc>
        <w:tc>
          <w:tcPr>
            <w:tcW w:w="960" w:type="dxa"/>
            <w:tcBorders>
              <w:bottom w:val="single" w:sz="8" w:space="0" w:color="9B9B9B"/>
            </w:tcBorders>
            <w:shd w:val="clear" w:color="auto" w:fill="F0F0F0"/>
            <w:vAlign w:val="center"/>
          </w:tcPr>
          <w:p w14:paraId="6DFB49E7" w14:textId="77777777" w:rsidR="00A806B2" w:rsidRPr="00A864B8" w:rsidRDefault="00000000">
            <w:pPr>
              <w:spacing w:before="20" w:after="10" w:line="240" w:lineRule="auto"/>
              <w:jc w:val="center"/>
            </w:pPr>
            <w:r w:rsidRPr="00A864B8">
              <w:rPr>
                <w:sz w:val="20"/>
              </w:rPr>
              <w:t>1.416</w:t>
            </w:r>
          </w:p>
        </w:tc>
        <w:tc>
          <w:tcPr>
            <w:tcW w:w="960" w:type="dxa"/>
            <w:tcBorders>
              <w:bottom w:val="single" w:sz="8" w:space="0" w:color="9B9B9B"/>
            </w:tcBorders>
            <w:shd w:val="clear" w:color="auto" w:fill="F0F0F0"/>
            <w:vAlign w:val="center"/>
          </w:tcPr>
          <w:p w14:paraId="5C4F247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336EBAE" w14:textId="77777777" w:rsidR="00A806B2" w:rsidRPr="00A864B8" w:rsidRDefault="00000000">
            <w:pPr>
              <w:spacing w:before="20" w:after="10" w:line="240" w:lineRule="auto"/>
              <w:jc w:val="center"/>
            </w:pPr>
            <w:r w:rsidRPr="00A864B8">
              <w:rPr>
                <w:sz w:val="20"/>
              </w:rPr>
              <w:t>649</w:t>
            </w:r>
          </w:p>
        </w:tc>
        <w:tc>
          <w:tcPr>
            <w:tcW w:w="960" w:type="dxa"/>
            <w:tcBorders>
              <w:bottom w:val="single" w:sz="8" w:space="0" w:color="9B9B9B"/>
            </w:tcBorders>
            <w:shd w:val="clear" w:color="auto" w:fill="F0F0F0"/>
            <w:vAlign w:val="center"/>
          </w:tcPr>
          <w:p w14:paraId="4CFC551E" w14:textId="77777777" w:rsidR="00A806B2" w:rsidRPr="00A864B8" w:rsidRDefault="00000000">
            <w:pPr>
              <w:spacing w:before="20" w:after="10" w:line="240" w:lineRule="auto"/>
              <w:jc w:val="center"/>
            </w:pPr>
            <w:r w:rsidRPr="00A864B8">
              <w:rPr>
                <w:sz w:val="20"/>
              </w:rPr>
              <w:t>618</w:t>
            </w:r>
          </w:p>
        </w:tc>
      </w:tr>
      <w:tr w:rsidR="00A806B2" w:rsidRPr="00A864B8" w14:paraId="0899A79F" w14:textId="77777777">
        <w:trPr>
          <w:jc w:val="center"/>
        </w:trPr>
        <w:tc>
          <w:tcPr>
            <w:tcW w:w="960" w:type="dxa"/>
            <w:tcBorders>
              <w:bottom w:val="single" w:sz="8" w:space="0" w:color="9B9B9B"/>
            </w:tcBorders>
            <w:shd w:val="clear" w:color="auto" w:fill="CFCFCF"/>
            <w:vAlign w:val="center"/>
          </w:tcPr>
          <w:p w14:paraId="2A0CE8DA" w14:textId="77777777" w:rsidR="00A806B2" w:rsidRPr="00A864B8" w:rsidRDefault="00000000">
            <w:pPr>
              <w:spacing w:before="20" w:after="10" w:line="240" w:lineRule="auto"/>
              <w:jc w:val="center"/>
            </w:pPr>
            <w:r w:rsidRPr="00A864B8">
              <w:rPr>
                <w:sz w:val="20"/>
              </w:rPr>
              <w:t>Luftgekühlte Kältemaschine</w:t>
            </w:r>
          </w:p>
        </w:tc>
        <w:tc>
          <w:tcPr>
            <w:tcW w:w="960" w:type="dxa"/>
            <w:tcBorders>
              <w:bottom w:val="single" w:sz="8" w:space="0" w:color="9B9B9B"/>
            </w:tcBorders>
            <w:shd w:val="clear" w:color="auto" w:fill="CFCFCF"/>
            <w:vAlign w:val="center"/>
          </w:tcPr>
          <w:p w14:paraId="4C4DC863" w14:textId="77777777" w:rsidR="00A806B2" w:rsidRPr="00A864B8" w:rsidRDefault="00000000">
            <w:pPr>
              <w:spacing w:before="20" w:after="10" w:line="240" w:lineRule="auto"/>
              <w:jc w:val="center"/>
            </w:pPr>
            <w:r w:rsidRPr="00A864B8">
              <w:rPr>
                <w:sz w:val="20"/>
              </w:rPr>
              <w:t>19.252</w:t>
            </w:r>
          </w:p>
        </w:tc>
        <w:tc>
          <w:tcPr>
            <w:tcW w:w="960" w:type="dxa"/>
            <w:tcBorders>
              <w:bottom w:val="single" w:sz="8" w:space="0" w:color="9B9B9B"/>
            </w:tcBorders>
            <w:shd w:val="clear" w:color="auto" w:fill="CFCFCF"/>
            <w:vAlign w:val="center"/>
          </w:tcPr>
          <w:p w14:paraId="5F0D6BF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0F388B9" w14:textId="77777777" w:rsidR="00A806B2" w:rsidRPr="00A864B8" w:rsidRDefault="00000000">
            <w:pPr>
              <w:spacing w:before="20" w:after="10" w:line="240" w:lineRule="auto"/>
              <w:jc w:val="center"/>
            </w:pPr>
            <w:r w:rsidRPr="00A864B8">
              <w:rPr>
                <w:sz w:val="20"/>
              </w:rPr>
              <w:t>1.471</w:t>
            </w:r>
          </w:p>
        </w:tc>
        <w:tc>
          <w:tcPr>
            <w:tcW w:w="960" w:type="dxa"/>
            <w:tcBorders>
              <w:bottom w:val="single" w:sz="8" w:space="0" w:color="9B9B9B"/>
            </w:tcBorders>
            <w:shd w:val="clear" w:color="auto" w:fill="CFCFCF"/>
            <w:vAlign w:val="center"/>
          </w:tcPr>
          <w:p w14:paraId="39D0D835" w14:textId="77777777" w:rsidR="00A806B2" w:rsidRPr="00A864B8" w:rsidRDefault="00000000">
            <w:pPr>
              <w:spacing w:before="20" w:after="10" w:line="240" w:lineRule="auto"/>
              <w:jc w:val="center"/>
            </w:pPr>
            <w:r w:rsidRPr="00A864B8">
              <w:rPr>
                <w:sz w:val="20"/>
              </w:rPr>
              <w:t>1.401</w:t>
            </w:r>
          </w:p>
        </w:tc>
        <w:tc>
          <w:tcPr>
            <w:tcW w:w="960" w:type="dxa"/>
            <w:tcBorders>
              <w:bottom w:val="single" w:sz="8" w:space="0" w:color="9B9B9B"/>
            </w:tcBorders>
            <w:shd w:val="clear" w:color="auto" w:fill="CFCFCF"/>
            <w:vAlign w:val="center"/>
          </w:tcPr>
          <w:p w14:paraId="1C03292C" w14:textId="77777777" w:rsidR="00A806B2" w:rsidRPr="00A864B8" w:rsidRDefault="00000000">
            <w:pPr>
              <w:spacing w:before="20" w:after="10" w:line="240" w:lineRule="auto"/>
              <w:jc w:val="center"/>
            </w:pPr>
            <w:r w:rsidRPr="00A864B8">
              <w:rPr>
                <w:sz w:val="20"/>
              </w:rPr>
              <w:t>1.334</w:t>
            </w:r>
          </w:p>
        </w:tc>
        <w:tc>
          <w:tcPr>
            <w:tcW w:w="960" w:type="dxa"/>
            <w:tcBorders>
              <w:bottom w:val="single" w:sz="8" w:space="0" w:color="9B9B9B"/>
            </w:tcBorders>
            <w:shd w:val="clear" w:color="auto" w:fill="CFCFCF"/>
            <w:vAlign w:val="center"/>
          </w:tcPr>
          <w:p w14:paraId="404F2E2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8A9D48D" w14:textId="77777777" w:rsidR="00A806B2" w:rsidRPr="00A864B8" w:rsidRDefault="00000000">
            <w:pPr>
              <w:spacing w:before="20" w:after="10" w:line="240" w:lineRule="auto"/>
              <w:jc w:val="center"/>
            </w:pPr>
            <w:r w:rsidRPr="00A864B8">
              <w:rPr>
                <w:sz w:val="20"/>
              </w:rPr>
              <w:t>611</w:t>
            </w:r>
          </w:p>
        </w:tc>
        <w:tc>
          <w:tcPr>
            <w:tcW w:w="960" w:type="dxa"/>
            <w:tcBorders>
              <w:bottom w:val="single" w:sz="8" w:space="0" w:color="9B9B9B"/>
            </w:tcBorders>
            <w:shd w:val="clear" w:color="auto" w:fill="CFCFCF"/>
            <w:vAlign w:val="center"/>
          </w:tcPr>
          <w:p w14:paraId="664BE4E9" w14:textId="77777777" w:rsidR="00A806B2" w:rsidRPr="00A864B8" w:rsidRDefault="00000000">
            <w:pPr>
              <w:spacing w:before="20" w:after="10" w:line="240" w:lineRule="auto"/>
              <w:jc w:val="center"/>
            </w:pPr>
            <w:r w:rsidRPr="00A864B8">
              <w:rPr>
                <w:sz w:val="20"/>
              </w:rPr>
              <w:t>582</w:t>
            </w:r>
          </w:p>
        </w:tc>
      </w:tr>
      <w:tr w:rsidR="00A806B2" w:rsidRPr="00A864B8" w14:paraId="281198B8" w14:textId="77777777">
        <w:trPr>
          <w:jc w:val="center"/>
        </w:trPr>
        <w:tc>
          <w:tcPr>
            <w:tcW w:w="960" w:type="dxa"/>
            <w:tcBorders>
              <w:bottom w:val="single" w:sz="8" w:space="0" w:color="9B9B9B"/>
            </w:tcBorders>
            <w:shd w:val="clear" w:color="auto" w:fill="F0F0F0"/>
            <w:vAlign w:val="center"/>
          </w:tcPr>
          <w:p w14:paraId="09C04499"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F0F0F0"/>
            <w:vAlign w:val="center"/>
          </w:tcPr>
          <w:p w14:paraId="30146026" w14:textId="77777777" w:rsidR="00A806B2" w:rsidRPr="00A864B8" w:rsidRDefault="00000000">
            <w:pPr>
              <w:spacing w:before="20" w:after="10" w:line="240" w:lineRule="auto"/>
              <w:jc w:val="center"/>
            </w:pPr>
            <w:r w:rsidRPr="00A864B8">
              <w:rPr>
                <w:sz w:val="20"/>
              </w:rPr>
              <w:t>40.323</w:t>
            </w:r>
          </w:p>
        </w:tc>
        <w:tc>
          <w:tcPr>
            <w:tcW w:w="960" w:type="dxa"/>
            <w:tcBorders>
              <w:bottom w:val="single" w:sz="8" w:space="0" w:color="9B9B9B"/>
            </w:tcBorders>
            <w:shd w:val="clear" w:color="auto" w:fill="F0F0F0"/>
            <w:vAlign w:val="center"/>
          </w:tcPr>
          <w:p w14:paraId="18B95EF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A7DA079" w14:textId="77777777" w:rsidR="00A806B2" w:rsidRPr="00A864B8" w:rsidRDefault="00000000">
            <w:pPr>
              <w:spacing w:before="20" w:after="10" w:line="240" w:lineRule="auto"/>
              <w:jc w:val="center"/>
            </w:pPr>
            <w:r w:rsidRPr="00A864B8">
              <w:rPr>
                <w:sz w:val="20"/>
              </w:rPr>
              <w:t>3.081</w:t>
            </w:r>
          </w:p>
        </w:tc>
        <w:tc>
          <w:tcPr>
            <w:tcW w:w="960" w:type="dxa"/>
            <w:tcBorders>
              <w:bottom w:val="single" w:sz="8" w:space="0" w:color="9B9B9B"/>
            </w:tcBorders>
            <w:shd w:val="clear" w:color="auto" w:fill="F0F0F0"/>
            <w:vAlign w:val="center"/>
          </w:tcPr>
          <w:p w14:paraId="6081FAE7" w14:textId="77777777" w:rsidR="00A806B2" w:rsidRPr="00A864B8" w:rsidRDefault="00000000">
            <w:pPr>
              <w:spacing w:before="20" w:after="10" w:line="240" w:lineRule="auto"/>
              <w:jc w:val="center"/>
            </w:pPr>
            <w:r w:rsidRPr="00A864B8">
              <w:rPr>
                <w:sz w:val="20"/>
              </w:rPr>
              <w:t>2.934</w:t>
            </w:r>
          </w:p>
        </w:tc>
        <w:tc>
          <w:tcPr>
            <w:tcW w:w="960" w:type="dxa"/>
            <w:tcBorders>
              <w:bottom w:val="single" w:sz="8" w:space="0" w:color="9B9B9B"/>
            </w:tcBorders>
            <w:shd w:val="clear" w:color="auto" w:fill="F0F0F0"/>
            <w:vAlign w:val="center"/>
          </w:tcPr>
          <w:p w14:paraId="75834B8D" w14:textId="77777777" w:rsidR="00A806B2" w:rsidRPr="00A864B8" w:rsidRDefault="00000000">
            <w:pPr>
              <w:spacing w:before="20" w:after="10" w:line="240" w:lineRule="auto"/>
              <w:jc w:val="center"/>
            </w:pPr>
            <w:r w:rsidRPr="00A864B8">
              <w:rPr>
                <w:sz w:val="20"/>
              </w:rPr>
              <w:t>2.795</w:t>
            </w:r>
          </w:p>
        </w:tc>
        <w:tc>
          <w:tcPr>
            <w:tcW w:w="960" w:type="dxa"/>
            <w:tcBorders>
              <w:bottom w:val="single" w:sz="8" w:space="0" w:color="9B9B9B"/>
            </w:tcBorders>
            <w:shd w:val="clear" w:color="auto" w:fill="F0F0F0"/>
            <w:vAlign w:val="center"/>
          </w:tcPr>
          <w:p w14:paraId="48F6660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FB59DB9" w14:textId="77777777" w:rsidR="00A806B2" w:rsidRPr="00A864B8" w:rsidRDefault="00000000">
            <w:pPr>
              <w:spacing w:before="20" w:after="10" w:line="240" w:lineRule="auto"/>
              <w:jc w:val="center"/>
            </w:pPr>
            <w:r w:rsidRPr="00A864B8">
              <w:rPr>
                <w:sz w:val="20"/>
              </w:rPr>
              <w:t>1.280</w:t>
            </w:r>
          </w:p>
        </w:tc>
        <w:tc>
          <w:tcPr>
            <w:tcW w:w="960" w:type="dxa"/>
            <w:tcBorders>
              <w:bottom w:val="single" w:sz="8" w:space="0" w:color="9B9B9B"/>
            </w:tcBorders>
            <w:shd w:val="clear" w:color="auto" w:fill="F0F0F0"/>
            <w:vAlign w:val="center"/>
          </w:tcPr>
          <w:p w14:paraId="657080FF" w14:textId="77777777" w:rsidR="00A806B2" w:rsidRPr="00A864B8" w:rsidRDefault="00000000">
            <w:pPr>
              <w:spacing w:before="20" w:after="10" w:line="240" w:lineRule="auto"/>
              <w:jc w:val="center"/>
            </w:pPr>
            <w:r w:rsidRPr="00A864B8">
              <w:rPr>
                <w:sz w:val="20"/>
              </w:rPr>
              <w:t>1.219</w:t>
            </w:r>
          </w:p>
        </w:tc>
      </w:tr>
      <w:tr w:rsidR="00A806B2" w:rsidRPr="00A864B8" w14:paraId="4E7B998D" w14:textId="77777777">
        <w:trPr>
          <w:jc w:val="center"/>
        </w:trPr>
        <w:tc>
          <w:tcPr>
            <w:tcW w:w="960" w:type="dxa"/>
            <w:tcBorders>
              <w:bottom w:val="single" w:sz="8" w:space="0" w:color="9B9B9B"/>
            </w:tcBorders>
            <w:shd w:val="clear" w:color="auto" w:fill="CFCFCF"/>
            <w:vAlign w:val="center"/>
          </w:tcPr>
          <w:p w14:paraId="461C9BC4"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CFCFCF"/>
            <w:vAlign w:val="center"/>
          </w:tcPr>
          <w:p w14:paraId="52908EA3" w14:textId="77777777" w:rsidR="00A806B2" w:rsidRPr="00A864B8" w:rsidRDefault="00000000">
            <w:pPr>
              <w:spacing w:before="20" w:after="10" w:line="240" w:lineRule="auto"/>
              <w:jc w:val="center"/>
            </w:pPr>
            <w:r w:rsidRPr="00A864B8">
              <w:rPr>
                <w:b/>
                <w:sz w:val="20"/>
              </w:rPr>
              <w:t>156.005</w:t>
            </w:r>
          </w:p>
        </w:tc>
        <w:tc>
          <w:tcPr>
            <w:tcW w:w="960" w:type="dxa"/>
            <w:tcBorders>
              <w:bottom w:val="single" w:sz="8" w:space="0" w:color="9B9B9B"/>
            </w:tcBorders>
            <w:shd w:val="clear" w:color="auto" w:fill="CFCFCF"/>
            <w:vAlign w:val="center"/>
          </w:tcPr>
          <w:p w14:paraId="0EBCD44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D28E2E3" w14:textId="77777777" w:rsidR="00A806B2" w:rsidRPr="00A864B8" w:rsidRDefault="00000000">
            <w:pPr>
              <w:spacing w:before="20" w:after="10" w:line="240" w:lineRule="auto"/>
              <w:jc w:val="center"/>
            </w:pPr>
            <w:r w:rsidRPr="00A864B8">
              <w:rPr>
                <w:b/>
                <w:sz w:val="20"/>
              </w:rPr>
              <w:t>11.922</w:t>
            </w:r>
          </w:p>
        </w:tc>
        <w:tc>
          <w:tcPr>
            <w:tcW w:w="960" w:type="dxa"/>
            <w:tcBorders>
              <w:bottom w:val="single" w:sz="8" w:space="0" w:color="9B9B9B"/>
            </w:tcBorders>
            <w:shd w:val="clear" w:color="auto" w:fill="CFCFCF"/>
            <w:vAlign w:val="center"/>
          </w:tcPr>
          <w:p w14:paraId="24950DA9" w14:textId="77777777" w:rsidR="00A806B2" w:rsidRPr="00A864B8" w:rsidRDefault="00000000">
            <w:pPr>
              <w:spacing w:before="20" w:after="10" w:line="240" w:lineRule="auto"/>
              <w:jc w:val="center"/>
            </w:pPr>
            <w:r w:rsidRPr="00A864B8">
              <w:rPr>
                <w:b/>
                <w:sz w:val="20"/>
              </w:rPr>
              <w:t>11.354</w:t>
            </w:r>
          </w:p>
        </w:tc>
        <w:tc>
          <w:tcPr>
            <w:tcW w:w="960" w:type="dxa"/>
            <w:tcBorders>
              <w:bottom w:val="single" w:sz="8" w:space="0" w:color="9B9B9B"/>
            </w:tcBorders>
            <w:shd w:val="clear" w:color="auto" w:fill="CFCFCF"/>
            <w:vAlign w:val="center"/>
          </w:tcPr>
          <w:p w14:paraId="0539D527" w14:textId="77777777" w:rsidR="00A806B2" w:rsidRPr="00A864B8" w:rsidRDefault="00000000">
            <w:pPr>
              <w:spacing w:before="20" w:after="10" w:line="240" w:lineRule="auto"/>
              <w:jc w:val="center"/>
            </w:pPr>
            <w:r w:rsidRPr="00A864B8">
              <w:rPr>
                <w:b/>
                <w:sz w:val="20"/>
              </w:rPr>
              <w:t>10.813</w:t>
            </w:r>
          </w:p>
        </w:tc>
        <w:tc>
          <w:tcPr>
            <w:tcW w:w="960" w:type="dxa"/>
            <w:tcBorders>
              <w:bottom w:val="single" w:sz="8" w:space="0" w:color="9B9B9B"/>
            </w:tcBorders>
            <w:shd w:val="clear" w:color="auto" w:fill="CFCFCF"/>
            <w:vAlign w:val="center"/>
          </w:tcPr>
          <w:p w14:paraId="16B2FAF5"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6B524EE9" w14:textId="77777777" w:rsidR="00A806B2" w:rsidRPr="00A864B8" w:rsidRDefault="00000000">
            <w:pPr>
              <w:spacing w:before="20" w:after="10" w:line="240" w:lineRule="auto"/>
              <w:jc w:val="center"/>
            </w:pPr>
            <w:r w:rsidRPr="00A864B8">
              <w:rPr>
                <w:b/>
                <w:sz w:val="20"/>
              </w:rPr>
              <w:t>4.953</w:t>
            </w:r>
          </w:p>
        </w:tc>
        <w:tc>
          <w:tcPr>
            <w:tcW w:w="960" w:type="dxa"/>
            <w:tcBorders>
              <w:bottom w:val="single" w:sz="8" w:space="0" w:color="9B9B9B"/>
            </w:tcBorders>
            <w:shd w:val="clear" w:color="auto" w:fill="CFCFCF"/>
            <w:vAlign w:val="center"/>
          </w:tcPr>
          <w:p w14:paraId="4FAA2C8A" w14:textId="77777777" w:rsidR="00A806B2" w:rsidRPr="00A864B8" w:rsidRDefault="00000000">
            <w:pPr>
              <w:spacing w:before="20" w:after="10" w:line="240" w:lineRule="auto"/>
              <w:jc w:val="center"/>
            </w:pPr>
            <w:r w:rsidRPr="00A864B8">
              <w:rPr>
                <w:b/>
                <w:sz w:val="20"/>
              </w:rPr>
              <w:t>4.718</w:t>
            </w:r>
          </w:p>
        </w:tc>
      </w:tr>
      <w:tr w:rsidR="00A806B2" w:rsidRPr="00A864B8" w14:paraId="0B3D95A9" w14:textId="77777777">
        <w:trPr>
          <w:jc w:val="center"/>
        </w:trPr>
        <w:tc>
          <w:tcPr>
            <w:tcW w:w="960" w:type="dxa"/>
            <w:tcBorders>
              <w:bottom w:val="single" w:sz="8" w:space="0" w:color="9B9B9B"/>
            </w:tcBorders>
            <w:shd w:val="clear" w:color="auto" w:fill="F0F0F0"/>
            <w:vAlign w:val="center"/>
          </w:tcPr>
          <w:p w14:paraId="76BE93E1"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F0F0F0"/>
            <w:vAlign w:val="center"/>
          </w:tcPr>
          <w:p w14:paraId="083C20E4" w14:textId="77777777" w:rsidR="00A806B2" w:rsidRPr="00A864B8" w:rsidRDefault="00000000">
            <w:pPr>
              <w:spacing w:before="20" w:after="10" w:line="240" w:lineRule="auto"/>
              <w:jc w:val="center"/>
            </w:pPr>
            <w:r w:rsidRPr="00A864B8">
              <w:rPr>
                <w:sz w:val="20"/>
              </w:rPr>
              <w:t>64.197</w:t>
            </w:r>
          </w:p>
        </w:tc>
        <w:tc>
          <w:tcPr>
            <w:tcW w:w="960" w:type="dxa"/>
            <w:tcBorders>
              <w:bottom w:val="single" w:sz="8" w:space="0" w:color="9B9B9B"/>
            </w:tcBorders>
            <w:shd w:val="clear" w:color="auto" w:fill="F0F0F0"/>
            <w:vAlign w:val="center"/>
          </w:tcPr>
          <w:p w14:paraId="05C691F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DD96620" w14:textId="77777777" w:rsidR="00A806B2" w:rsidRPr="00A864B8" w:rsidRDefault="00000000">
            <w:pPr>
              <w:spacing w:before="20" w:after="10" w:line="240" w:lineRule="auto"/>
              <w:jc w:val="center"/>
            </w:pPr>
            <w:r w:rsidRPr="00A864B8">
              <w:rPr>
                <w:sz w:val="20"/>
              </w:rPr>
              <w:t>4.906</w:t>
            </w:r>
          </w:p>
        </w:tc>
        <w:tc>
          <w:tcPr>
            <w:tcW w:w="960" w:type="dxa"/>
            <w:tcBorders>
              <w:bottom w:val="single" w:sz="8" w:space="0" w:color="9B9B9B"/>
            </w:tcBorders>
            <w:shd w:val="clear" w:color="auto" w:fill="F0F0F0"/>
            <w:vAlign w:val="center"/>
          </w:tcPr>
          <w:p w14:paraId="082FAD79" w14:textId="77777777" w:rsidR="00A806B2" w:rsidRPr="00A864B8" w:rsidRDefault="00000000">
            <w:pPr>
              <w:spacing w:before="20" w:after="10" w:line="240" w:lineRule="auto"/>
              <w:jc w:val="center"/>
            </w:pPr>
            <w:r w:rsidRPr="00A864B8">
              <w:rPr>
                <w:sz w:val="20"/>
              </w:rPr>
              <w:t>4.672</w:t>
            </w:r>
          </w:p>
        </w:tc>
        <w:tc>
          <w:tcPr>
            <w:tcW w:w="960" w:type="dxa"/>
            <w:tcBorders>
              <w:bottom w:val="single" w:sz="8" w:space="0" w:color="9B9B9B"/>
            </w:tcBorders>
            <w:shd w:val="clear" w:color="auto" w:fill="F0F0F0"/>
            <w:vAlign w:val="center"/>
          </w:tcPr>
          <w:p w14:paraId="281EB840" w14:textId="77777777" w:rsidR="00A806B2" w:rsidRPr="00A864B8" w:rsidRDefault="00000000">
            <w:pPr>
              <w:spacing w:before="20" w:after="10" w:line="240" w:lineRule="auto"/>
              <w:jc w:val="center"/>
            </w:pPr>
            <w:r w:rsidRPr="00A864B8">
              <w:rPr>
                <w:sz w:val="20"/>
              </w:rPr>
              <w:t>4.449</w:t>
            </w:r>
          </w:p>
        </w:tc>
        <w:tc>
          <w:tcPr>
            <w:tcW w:w="960" w:type="dxa"/>
            <w:tcBorders>
              <w:bottom w:val="single" w:sz="8" w:space="0" w:color="9B9B9B"/>
            </w:tcBorders>
            <w:shd w:val="clear" w:color="auto" w:fill="F0F0F0"/>
            <w:vAlign w:val="center"/>
          </w:tcPr>
          <w:p w14:paraId="3D8F390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A8CA4B4" w14:textId="77777777" w:rsidR="00A806B2" w:rsidRPr="00A864B8" w:rsidRDefault="00000000">
            <w:pPr>
              <w:spacing w:before="20" w:after="10" w:line="240" w:lineRule="auto"/>
              <w:jc w:val="center"/>
            </w:pPr>
            <w:r w:rsidRPr="00A864B8">
              <w:rPr>
                <w:sz w:val="20"/>
              </w:rPr>
              <w:t>2.038</w:t>
            </w:r>
          </w:p>
        </w:tc>
        <w:tc>
          <w:tcPr>
            <w:tcW w:w="960" w:type="dxa"/>
            <w:tcBorders>
              <w:bottom w:val="single" w:sz="8" w:space="0" w:color="9B9B9B"/>
            </w:tcBorders>
            <w:shd w:val="clear" w:color="auto" w:fill="F0F0F0"/>
            <w:vAlign w:val="center"/>
          </w:tcPr>
          <w:p w14:paraId="40976655" w14:textId="77777777" w:rsidR="00A806B2" w:rsidRPr="00A864B8" w:rsidRDefault="00000000">
            <w:pPr>
              <w:spacing w:before="20" w:after="10" w:line="240" w:lineRule="auto"/>
              <w:jc w:val="center"/>
            </w:pPr>
            <w:r w:rsidRPr="00A864B8">
              <w:rPr>
                <w:sz w:val="20"/>
              </w:rPr>
              <w:t>1.941</w:t>
            </w:r>
          </w:p>
        </w:tc>
      </w:tr>
      <w:tr w:rsidR="00A806B2" w:rsidRPr="00A864B8" w14:paraId="787C0A1C" w14:textId="77777777">
        <w:trPr>
          <w:jc w:val="center"/>
        </w:trPr>
        <w:tc>
          <w:tcPr>
            <w:tcW w:w="960" w:type="dxa"/>
            <w:tcBorders>
              <w:bottom w:val="single" w:sz="8" w:space="0" w:color="9B9B9B"/>
            </w:tcBorders>
            <w:shd w:val="clear" w:color="auto" w:fill="CFCFCF"/>
            <w:vAlign w:val="center"/>
          </w:tcPr>
          <w:p w14:paraId="54A33282"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CFCFCF"/>
            <w:vAlign w:val="center"/>
          </w:tcPr>
          <w:p w14:paraId="13D59553" w14:textId="77777777" w:rsidR="00A806B2" w:rsidRPr="00A864B8" w:rsidRDefault="00000000">
            <w:pPr>
              <w:spacing w:before="20" w:after="10" w:line="240" w:lineRule="auto"/>
              <w:jc w:val="center"/>
            </w:pPr>
            <w:r w:rsidRPr="00A864B8">
              <w:rPr>
                <w:sz w:val="20"/>
              </w:rPr>
              <w:t>91.808</w:t>
            </w:r>
          </w:p>
        </w:tc>
        <w:tc>
          <w:tcPr>
            <w:tcW w:w="960" w:type="dxa"/>
            <w:tcBorders>
              <w:bottom w:val="single" w:sz="8" w:space="0" w:color="9B9B9B"/>
            </w:tcBorders>
            <w:shd w:val="clear" w:color="auto" w:fill="CFCFCF"/>
            <w:vAlign w:val="center"/>
          </w:tcPr>
          <w:p w14:paraId="03CE3A7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9A4B7C0" w14:textId="77777777" w:rsidR="00A806B2" w:rsidRPr="00A864B8" w:rsidRDefault="00000000">
            <w:pPr>
              <w:spacing w:before="20" w:after="10" w:line="240" w:lineRule="auto"/>
              <w:jc w:val="center"/>
            </w:pPr>
            <w:r w:rsidRPr="00A864B8">
              <w:rPr>
                <w:sz w:val="20"/>
              </w:rPr>
              <w:t>7.016</w:t>
            </w:r>
          </w:p>
        </w:tc>
        <w:tc>
          <w:tcPr>
            <w:tcW w:w="960" w:type="dxa"/>
            <w:tcBorders>
              <w:bottom w:val="single" w:sz="8" w:space="0" w:color="9B9B9B"/>
            </w:tcBorders>
            <w:shd w:val="clear" w:color="auto" w:fill="CFCFCF"/>
            <w:vAlign w:val="center"/>
          </w:tcPr>
          <w:p w14:paraId="5F2A0B27" w14:textId="77777777" w:rsidR="00A806B2" w:rsidRPr="00A864B8" w:rsidRDefault="00000000">
            <w:pPr>
              <w:spacing w:before="20" w:after="10" w:line="240" w:lineRule="auto"/>
              <w:jc w:val="center"/>
            </w:pPr>
            <w:r w:rsidRPr="00A864B8">
              <w:rPr>
                <w:sz w:val="20"/>
              </w:rPr>
              <w:t>6.682</w:t>
            </w:r>
          </w:p>
        </w:tc>
        <w:tc>
          <w:tcPr>
            <w:tcW w:w="960" w:type="dxa"/>
            <w:tcBorders>
              <w:bottom w:val="single" w:sz="8" w:space="0" w:color="9B9B9B"/>
            </w:tcBorders>
            <w:shd w:val="clear" w:color="auto" w:fill="CFCFCF"/>
            <w:vAlign w:val="center"/>
          </w:tcPr>
          <w:p w14:paraId="6AFABF2B" w14:textId="77777777" w:rsidR="00A806B2" w:rsidRPr="00A864B8" w:rsidRDefault="00000000">
            <w:pPr>
              <w:spacing w:before="20" w:after="10" w:line="240" w:lineRule="auto"/>
              <w:jc w:val="center"/>
            </w:pPr>
            <w:r w:rsidRPr="00A864B8">
              <w:rPr>
                <w:sz w:val="20"/>
              </w:rPr>
              <w:t>6.363</w:t>
            </w:r>
          </w:p>
        </w:tc>
        <w:tc>
          <w:tcPr>
            <w:tcW w:w="960" w:type="dxa"/>
            <w:tcBorders>
              <w:bottom w:val="single" w:sz="8" w:space="0" w:color="9B9B9B"/>
            </w:tcBorders>
            <w:shd w:val="clear" w:color="auto" w:fill="CFCFCF"/>
            <w:vAlign w:val="center"/>
          </w:tcPr>
          <w:p w14:paraId="3084B2F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6DD22EDA" w14:textId="77777777" w:rsidR="00A806B2" w:rsidRPr="00A864B8" w:rsidRDefault="00000000">
            <w:pPr>
              <w:spacing w:before="20" w:after="10" w:line="240" w:lineRule="auto"/>
              <w:jc w:val="center"/>
            </w:pPr>
            <w:r w:rsidRPr="00A864B8">
              <w:rPr>
                <w:sz w:val="20"/>
              </w:rPr>
              <w:t>2.915</w:t>
            </w:r>
          </w:p>
        </w:tc>
        <w:tc>
          <w:tcPr>
            <w:tcW w:w="960" w:type="dxa"/>
            <w:tcBorders>
              <w:bottom w:val="single" w:sz="8" w:space="0" w:color="9B9B9B"/>
            </w:tcBorders>
            <w:shd w:val="clear" w:color="auto" w:fill="CFCFCF"/>
            <w:vAlign w:val="center"/>
          </w:tcPr>
          <w:p w14:paraId="335C56D5" w14:textId="77777777" w:rsidR="00A806B2" w:rsidRPr="00A864B8" w:rsidRDefault="00000000">
            <w:pPr>
              <w:spacing w:before="20" w:after="10" w:line="240" w:lineRule="auto"/>
              <w:jc w:val="center"/>
            </w:pPr>
            <w:r w:rsidRPr="00A864B8">
              <w:rPr>
                <w:sz w:val="20"/>
              </w:rPr>
              <w:t>2.776</w:t>
            </w:r>
          </w:p>
        </w:tc>
      </w:tr>
      <w:tr w:rsidR="00A806B2" w:rsidRPr="00A864B8" w14:paraId="3A48DD3F" w14:textId="77777777">
        <w:trPr>
          <w:jc w:val="center"/>
        </w:trPr>
        <w:tc>
          <w:tcPr>
            <w:tcW w:w="960" w:type="dxa"/>
            <w:tcBorders>
              <w:bottom w:val="single" w:sz="8" w:space="0" w:color="9B9B9B"/>
            </w:tcBorders>
            <w:shd w:val="clear" w:color="auto" w:fill="F0F0F0"/>
            <w:vAlign w:val="center"/>
          </w:tcPr>
          <w:p w14:paraId="499CC11E"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F0F0F0"/>
            <w:vAlign w:val="center"/>
          </w:tcPr>
          <w:p w14:paraId="1DA979F0" w14:textId="77777777" w:rsidR="00A806B2" w:rsidRPr="00A864B8" w:rsidRDefault="00000000">
            <w:pPr>
              <w:spacing w:before="20" w:after="10" w:line="240" w:lineRule="auto"/>
              <w:jc w:val="center"/>
            </w:pPr>
            <w:r w:rsidRPr="00A864B8">
              <w:rPr>
                <w:b/>
                <w:sz w:val="20"/>
              </w:rPr>
              <w:t>291.715</w:t>
            </w:r>
          </w:p>
        </w:tc>
        <w:tc>
          <w:tcPr>
            <w:tcW w:w="960" w:type="dxa"/>
            <w:tcBorders>
              <w:bottom w:val="single" w:sz="8" w:space="0" w:color="9B9B9B"/>
            </w:tcBorders>
            <w:shd w:val="clear" w:color="auto" w:fill="F0F0F0"/>
            <w:vAlign w:val="center"/>
          </w:tcPr>
          <w:p w14:paraId="09B79E1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6438B125" w14:textId="77777777" w:rsidR="00A806B2" w:rsidRPr="00A864B8" w:rsidRDefault="00000000">
            <w:pPr>
              <w:spacing w:before="20" w:after="10" w:line="240" w:lineRule="auto"/>
              <w:jc w:val="center"/>
            </w:pPr>
            <w:r w:rsidRPr="00A864B8">
              <w:rPr>
                <w:b/>
                <w:sz w:val="20"/>
              </w:rPr>
              <w:t>22.293</w:t>
            </w:r>
          </w:p>
        </w:tc>
        <w:tc>
          <w:tcPr>
            <w:tcW w:w="960" w:type="dxa"/>
            <w:tcBorders>
              <w:bottom w:val="single" w:sz="8" w:space="0" w:color="9B9B9B"/>
            </w:tcBorders>
            <w:shd w:val="clear" w:color="auto" w:fill="F0F0F0"/>
            <w:vAlign w:val="center"/>
          </w:tcPr>
          <w:p w14:paraId="6DF0BBA5" w14:textId="77777777" w:rsidR="00A806B2" w:rsidRPr="00A864B8" w:rsidRDefault="00000000">
            <w:pPr>
              <w:spacing w:before="20" w:after="10" w:line="240" w:lineRule="auto"/>
              <w:jc w:val="center"/>
            </w:pPr>
            <w:r w:rsidRPr="00A864B8">
              <w:rPr>
                <w:b/>
                <w:sz w:val="20"/>
              </w:rPr>
              <w:t>21.231</w:t>
            </w:r>
          </w:p>
        </w:tc>
        <w:tc>
          <w:tcPr>
            <w:tcW w:w="960" w:type="dxa"/>
            <w:tcBorders>
              <w:bottom w:val="single" w:sz="8" w:space="0" w:color="9B9B9B"/>
            </w:tcBorders>
            <w:shd w:val="clear" w:color="auto" w:fill="F0F0F0"/>
            <w:vAlign w:val="center"/>
          </w:tcPr>
          <w:p w14:paraId="475B95AA" w14:textId="77777777" w:rsidR="00A806B2" w:rsidRPr="00A864B8" w:rsidRDefault="00000000">
            <w:pPr>
              <w:spacing w:before="20" w:after="10" w:line="240" w:lineRule="auto"/>
              <w:jc w:val="center"/>
            </w:pPr>
            <w:r w:rsidRPr="00A864B8">
              <w:rPr>
                <w:b/>
                <w:sz w:val="20"/>
              </w:rPr>
              <w:t>20.220</w:t>
            </w:r>
          </w:p>
        </w:tc>
        <w:tc>
          <w:tcPr>
            <w:tcW w:w="960" w:type="dxa"/>
            <w:tcBorders>
              <w:bottom w:val="single" w:sz="8" w:space="0" w:color="9B9B9B"/>
            </w:tcBorders>
            <w:shd w:val="clear" w:color="auto" w:fill="F0F0F0"/>
            <w:vAlign w:val="center"/>
          </w:tcPr>
          <w:p w14:paraId="1F8963D1"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74C70038" w14:textId="77777777" w:rsidR="00A806B2" w:rsidRPr="00A864B8" w:rsidRDefault="00000000">
            <w:pPr>
              <w:spacing w:before="20" w:after="10" w:line="240" w:lineRule="auto"/>
              <w:jc w:val="center"/>
            </w:pPr>
            <w:r w:rsidRPr="00A864B8">
              <w:rPr>
                <w:b/>
                <w:sz w:val="20"/>
              </w:rPr>
              <w:t>9.263</w:t>
            </w:r>
          </w:p>
        </w:tc>
        <w:tc>
          <w:tcPr>
            <w:tcW w:w="960" w:type="dxa"/>
            <w:tcBorders>
              <w:bottom w:val="single" w:sz="8" w:space="0" w:color="9B9B9B"/>
            </w:tcBorders>
            <w:shd w:val="clear" w:color="auto" w:fill="F0F0F0"/>
            <w:vAlign w:val="center"/>
          </w:tcPr>
          <w:p w14:paraId="1160667F" w14:textId="77777777" w:rsidR="00A806B2" w:rsidRPr="00A864B8" w:rsidRDefault="00000000">
            <w:pPr>
              <w:spacing w:before="20" w:after="10" w:line="240" w:lineRule="auto"/>
              <w:jc w:val="center"/>
            </w:pPr>
            <w:r w:rsidRPr="00A864B8">
              <w:rPr>
                <w:b/>
                <w:sz w:val="20"/>
              </w:rPr>
              <w:t>8.822</w:t>
            </w:r>
          </w:p>
        </w:tc>
      </w:tr>
      <w:tr w:rsidR="00A806B2" w:rsidRPr="00A864B8" w14:paraId="633F09DD" w14:textId="77777777">
        <w:trPr>
          <w:jc w:val="center"/>
        </w:trPr>
        <w:tc>
          <w:tcPr>
            <w:tcW w:w="960" w:type="dxa"/>
            <w:tcBorders>
              <w:bottom w:val="single" w:sz="8" w:space="0" w:color="9B9B9B"/>
            </w:tcBorders>
            <w:shd w:val="clear" w:color="auto" w:fill="CFCFCF"/>
            <w:vAlign w:val="center"/>
          </w:tcPr>
          <w:p w14:paraId="185C7BD4" w14:textId="77777777" w:rsidR="00A806B2" w:rsidRPr="00A864B8" w:rsidRDefault="00000000">
            <w:pPr>
              <w:spacing w:before="20" w:after="10" w:line="240" w:lineRule="auto"/>
              <w:jc w:val="center"/>
            </w:pPr>
            <w:r w:rsidRPr="00A864B8">
              <w:rPr>
                <w:sz w:val="20"/>
              </w:rPr>
              <w:t>Biomasse-BHKW 1</w:t>
            </w:r>
          </w:p>
        </w:tc>
        <w:tc>
          <w:tcPr>
            <w:tcW w:w="960" w:type="dxa"/>
            <w:tcBorders>
              <w:bottom w:val="single" w:sz="8" w:space="0" w:color="9B9B9B"/>
            </w:tcBorders>
            <w:shd w:val="clear" w:color="auto" w:fill="CFCFCF"/>
            <w:vAlign w:val="center"/>
          </w:tcPr>
          <w:p w14:paraId="2F072180" w14:textId="77777777" w:rsidR="00A806B2" w:rsidRPr="00A864B8" w:rsidRDefault="00000000">
            <w:pPr>
              <w:spacing w:before="20" w:after="10" w:line="240" w:lineRule="auto"/>
              <w:jc w:val="center"/>
            </w:pPr>
            <w:r w:rsidRPr="00A864B8">
              <w:rPr>
                <w:sz w:val="20"/>
              </w:rPr>
              <w:t>72.579</w:t>
            </w:r>
          </w:p>
        </w:tc>
        <w:tc>
          <w:tcPr>
            <w:tcW w:w="960" w:type="dxa"/>
            <w:tcBorders>
              <w:bottom w:val="single" w:sz="8" w:space="0" w:color="9B9B9B"/>
            </w:tcBorders>
            <w:shd w:val="clear" w:color="auto" w:fill="CFCFCF"/>
            <w:vAlign w:val="center"/>
          </w:tcPr>
          <w:p w14:paraId="3F9CE8C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19B7D8E" w14:textId="77777777" w:rsidR="00A806B2" w:rsidRPr="00A864B8" w:rsidRDefault="00000000">
            <w:pPr>
              <w:spacing w:before="20" w:after="10" w:line="240" w:lineRule="auto"/>
              <w:jc w:val="center"/>
            </w:pPr>
            <w:r w:rsidRPr="00A864B8">
              <w:rPr>
                <w:sz w:val="20"/>
              </w:rPr>
              <w:t>5.546</w:t>
            </w:r>
          </w:p>
        </w:tc>
        <w:tc>
          <w:tcPr>
            <w:tcW w:w="960" w:type="dxa"/>
            <w:tcBorders>
              <w:bottom w:val="single" w:sz="8" w:space="0" w:color="9B9B9B"/>
            </w:tcBorders>
            <w:shd w:val="clear" w:color="auto" w:fill="CFCFCF"/>
            <w:vAlign w:val="center"/>
          </w:tcPr>
          <w:p w14:paraId="452C60D7" w14:textId="77777777" w:rsidR="00A806B2" w:rsidRPr="00A864B8" w:rsidRDefault="00000000">
            <w:pPr>
              <w:spacing w:before="20" w:after="10" w:line="240" w:lineRule="auto"/>
              <w:jc w:val="center"/>
            </w:pPr>
            <w:r w:rsidRPr="00A864B8">
              <w:rPr>
                <w:sz w:val="20"/>
              </w:rPr>
              <w:t>5.282</w:t>
            </w:r>
          </w:p>
        </w:tc>
        <w:tc>
          <w:tcPr>
            <w:tcW w:w="960" w:type="dxa"/>
            <w:tcBorders>
              <w:bottom w:val="single" w:sz="8" w:space="0" w:color="9B9B9B"/>
            </w:tcBorders>
            <w:shd w:val="clear" w:color="auto" w:fill="CFCFCF"/>
            <w:vAlign w:val="center"/>
          </w:tcPr>
          <w:p w14:paraId="528BF10C" w14:textId="77777777" w:rsidR="00A806B2" w:rsidRPr="00A864B8" w:rsidRDefault="00000000">
            <w:pPr>
              <w:spacing w:before="20" w:after="10" w:line="240" w:lineRule="auto"/>
              <w:jc w:val="center"/>
            </w:pPr>
            <w:r w:rsidRPr="00A864B8">
              <w:rPr>
                <w:sz w:val="20"/>
              </w:rPr>
              <w:t>5.030</w:t>
            </w:r>
          </w:p>
        </w:tc>
        <w:tc>
          <w:tcPr>
            <w:tcW w:w="960" w:type="dxa"/>
            <w:tcBorders>
              <w:bottom w:val="single" w:sz="8" w:space="0" w:color="9B9B9B"/>
            </w:tcBorders>
            <w:shd w:val="clear" w:color="auto" w:fill="CFCFCF"/>
            <w:vAlign w:val="center"/>
          </w:tcPr>
          <w:p w14:paraId="5DAB2F9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B4E0369" w14:textId="77777777" w:rsidR="00A806B2" w:rsidRPr="00A864B8" w:rsidRDefault="00000000">
            <w:pPr>
              <w:spacing w:before="20" w:after="10" w:line="240" w:lineRule="auto"/>
              <w:jc w:val="center"/>
            </w:pPr>
            <w:r w:rsidRPr="00A864B8">
              <w:rPr>
                <w:sz w:val="20"/>
              </w:rPr>
              <w:t>2.304</w:t>
            </w:r>
          </w:p>
        </w:tc>
        <w:tc>
          <w:tcPr>
            <w:tcW w:w="960" w:type="dxa"/>
            <w:tcBorders>
              <w:bottom w:val="single" w:sz="8" w:space="0" w:color="9B9B9B"/>
            </w:tcBorders>
            <w:shd w:val="clear" w:color="auto" w:fill="CFCFCF"/>
            <w:vAlign w:val="center"/>
          </w:tcPr>
          <w:p w14:paraId="4AE58C2A" w14:textId="77777777" w:rsidR="00A806B2" w:rsidRPr="00A864B8" w:rsidRDefault="00000000">
            <w:pPr>
              <w:spacing w:before="20" w:after="10" w:line="240" w:lineRule="auto"/>
              <w:jc w:val="center"/>
            </w:pPr>
            <w:r w:rsidRPr="00A864B8">
              <w:rPr>
                <w:sz w:val="20"/>
              </w:rPr>
              <w:t>2.195</w:t>
            </w:r>
          </w:p>
        </w:tc>
      </w:tr>
      <w:tr w:rsidR="00A806B2" w:rsidRPr="00A864B8" w14:paraId="4AE9E6F7" w14:textId="77777777">
        <w:trPr>
          <w:jc w:val="center"/>
        </w:trPr>
        <w:tc>
          <w:tcPr>
            <w:tcW w:w="960" w:type="dxa"/>
            <w:tcBorders>
              <w:bottom w:val="single" w:sz="8" w:space="0" w:color="9B9B9B"/>
            </w:tcBorders>
            <w:shd w:val="clear" w:color="auto" w:fill="F0F0F0"/>
            <w:vAlign w:val="center"/>
          </w:tcPr>
          <w:p w14:paraId="046A3EA0" w14:textId="77777777" w:rsidR="00A806B2" w:rsidRPr="00A864B8" w:rsidRDefault="00000000">
            <w:pPr>
              <w:spacing w:before="20" w:after="10" w:line="240" w:lineRule="auto"/>
              <w:jc w:val="center"/>
            </w:pPr>
            <w:r w:rsidRPr="00A864B8">
              <w:rPr>
                <w:sz w:val="20"/>
              </w:rPr>
              <w:t>Photovoltaik</w:t>
            </w:r>
          </w:p>
        </w:tc>
        <w:tc>
          <w:tcPr>
            <w:tcW w:w="960" w:type="dxa"/>
            <w:tcBorders>
              <w:bottom w:val="single" w:sz="8" w:space="0" w:color="9B9B9B"/>
            </w:tcBorders>
            <w:shd w:val="clear" w:color="auto" w:fill="F0F0F0"/>
            <w:vAlign w:val="center"/>
          </w:tcPr>
          <w:p w14:paraId="7AF143B5" w14:textId="77777777" w:rsidR="00A806B2" w:rsidRPr="00A864B8" w:rsidRDefault="00000000">
            <w:pPr>
              <w:spacing w:before="20" w:after="10" w:line="240" w:lineRule="auto"/>
              <w:jc w:val="center"/>
            </w:pPr>
            <w:r w:rsidRPr="00A864B8">
              <w:rPr>
                <w:sz w:val="20"/>
              </w:rPr>
              <w:t>30.706</w:t>
            </w:r>
          </w:p>
        </w:tc>
        <w:tc>
          <w:tcPr>
            <w:tcW w:w="960" w:type="dxa"/>
            <w:tcBorders>
              <w:bottom w:val="single" w:sz="8" w:space="0" w:color="9B9B9B"/>
            </w:tcBorders>
            <w:shd w:val="clear" w:color="auto" w:fill="F0F0F0"/>
            <w:vAlign w:val="center"/>
          </w:tcPr>
          <w:p w14:paraId="14BF70D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F57B15C" w14:textId="77777777" w:rsidR="00A806B2" w:rsidRPr="00A864B8" w:rsidRDefault="00000000">
            <w:pPr>
              <w:spacing w:before="20" w:after="10" w:line="240" w:lineRule="auto"/>
              <w:jc w:val="center"/>
            </w:pPr>
            <w:r w:rsidRPr="00A864B8">
              <w:rPr>
                <w:sz w:val="20"/>
              </w:rPr>
              <w:t>2.346</w:t>
            </w:r>
          </w:p>
        </w:tc>
        <w:tc>
          <w:tcPr>
            <w:tcW w:w="960" w:type="dxa"/>
            <w:tcBorders>
              <w:bottom w:val="single" w:sz="8" w:space="0" w:color="9B9B9B"/>
            </w:tcBorders>
            <w:shd w:val="clear" w:color="auto" w:fill="F0F0F0"/>
            <w:vAlign w:val="center"/>
          </w:tcPr>
          <w:p w14:paraId="323BC913" w14:textId="77777777" w:rsidR="00A806B2" w:rsidRPr="00A864B8" w:rsidRDefault="00000000">
            <w:pPr>
              <w:spacing w:before="20" w:after="10" w:line="240" w:lineRule="auto"/>
              <w:jc w:val="center"/>
            </w:pPr>
            <w:r w:rsidRPr="00A864B8">
              <w:rPr>
                <w:sz w:val="20"/>
              </w:rPr>
              <w:t>2.234</w:t>
            </w:r>
          </w:p>
        </w:tc>
        <w:tc>
          <w:tcPr>
            <w:tcW w:w="960" w:type="dxa"/>
            <w:tcBorders>
              <w:bottom w:val="single" w:sz="8" w:space="0" w:color="9B9B9B"/>
            </w:tcBorders>
            <w:shd w:val="clear" w:color="auto" w:fill="F0F0F0"/>
            <w:vAlign w:val="center"/>
          </w:tcPr>
          <w:p w14:paraId="3A9DAFA6" w14:textId="77777777" w:rsidR="00A806B2" w:rsidRPr="00A864B8" w:rsidRDefault="00000000">
            <w:pPr>
              <w:spacing w:before="20" w:after="10" w:line="240" w:lineRule="auto"/>
              <w:jc w:val="center"/>
            </w:pPr>
            <w:r w:rsidRPr="00A864B8">
              <w:rPr>
                <w:sz w:val="20"/>
              </w:rPr>
              <w:t>2.128</w:t>
            </w:r>
          </w:p>
        </w:tc>
        <w:tc>
          <w:tcPr>
            <w:tcW w:w="960" w:type="dxa"/>
            <w:tcBorders>
              <w:bottom w:val="single" w:sz="8" w:space="0" w:color="9B9B9B"/>
            </w:tcBorders>
            <w:shd w:val="clear" w:color="auto" w:fill="F0F0F0"/>
            <w:vAlign w:val="center"/>
          </w:tcPr>
          <w:p w14:paraId="4E6853A9"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35E6ADD" w14:textId="77777777" w:rsidR="00A806B2" w:rsidRPr="00A864B8" w:rsidRDefault="00000000">
            <w:pPr>
              <w:spacing w:before="20" w:after="10" w:line="240" w:lineRule="auto"/>
              <w:jc w:val="center"/>
            </w:pPr>
            <w:r w:rsidRPr="00A864B8">
              <w:rPr>
                <w:sz w:val="20"/>
              </w:rPr>
              <w:t>975</w:t>
            </w:r>
          </w:p>
        </w:tc>
        <w:tc>
          <w:tcPr>
            <w:tcW w:w="960" w:type="dxa"/>
            <w:tcBorders>
              <w:bottom w:val="single" w:sz="8" w:space="0" w:color="9B9B9B"/>
            </w:tcBorders>
            <w:shd w:val="clear" w:color="auto" w:fill="F0F0F0"/>
            <w:vAlign w:val="center"/>
          </w:tcPr>
          <w:p w14:paraId="28366C6A" w14:textId="77777777" w:rsidR="00A806B2" w:rsidRPr="00A864B8" w:rsidRDefault="00000000">
            <w:pPr>
              <w:spacing w:before="20" w:after="10" w:line="240" w:lineRule="auto"/>
              <w:jc w:val="center"/>
            </w:pPr>
            <w:r w:rsidRPr="00A864B8">
              <w:rPr>
                <w:sz w:val="20"/>
              </w:rPr>
              <w:t>928</w:t>
            </w:r>
          </w:p>
        </w:tc>
      </w:tr>
      <w:tr w:rsidR="00A806B2" w:rsidRPr="00A864B8" w14:paraId="6639E71F" w14:textId="77777777">
        <w:trPr>
          <w:jc w:val="center"/>
        </w:trPr>
        <w:tc>
          <w:tcPr>
            <w:tcW w:w="960" w:type="dxa"/>
            <w:tcBorders>
              <w:bottom w:val="single" w:sz="8" w:space="0" w:color="9B9B9B"/>
            </w:tcBorders>
            <w:shd w:val="clear" w:color="auto" w:fill="CFCFCF"/>
            <w:vAlign w:val="center"/>
          </w:tcPr>
          <w:p w14:paraId="0A4E5E03" w14:textId="77777777" w:rsidR="00A806B2" w:rsidRPr="00A864B8" w:rsidRDefault="00000000">
            <w:pPr>
              <w:spacing w:before="20" w:after="10" w:line="240" w:lineRule="auto"/>
              <w:jc w:val="center"/>
            </w:pPr>
            <w:r w:rsidRPr="00A864B8">
              <w:rPr>
                <w:sz w:val="20"/>
              </w:rPr>
              <w:t>Solarthermie</w:t>
            </w:r>
          </w:p>
        </w:tc>
        <w:tc>
          <w:tcPr>
            <w:tcW w:w="960" w:type="dxa"/>
            <w:tcBorders>
              <w:bottom w:val="single" w:sz="8" w:space="0" w:color="9B9B9B"/>
            </w:tcBorders>
            <w:shd w:val="clear" w:color="auto" w:fill="CFCFCF"/>
            <w:vAlign w:val="center"/>
          </w:tcPr>
          <w:p w14:paraId="7B79491E" w14:textId="77777777" w:rsidR="00A806B2" w:rsidRPr="00A864B8" w:rsidRDefault="00000000">
            <w:pPr>
              <w:spacing w:before="20" w:after="10" w:line="240" w:lineRule="auto"/>
              <w:jc w:val="center"/>
            </w:pPr>
            <w:r w:rsidRPr="00A864B8">
              <w:rPr>
                <w:sz w:val="20"/>
              </w:rPr>
              <w:t>74.773</w:t>
            </w:r>
          </w:p>
        </w:tc>
        <w:tc>
          <w:tcPr>
            <w:tcW w:w="960" w:type="dxa"/>
            <w:tcBorders>
              <w:bottom w:val="single" w:sz="8" w:space="0" w:color="9B9B9B"/>
            </w:tcBorders>
            <w:shd w:val="clear" w:color="auto" w:fill="CFCFCF"/>
            <w:vAlign w:val="center"/>
          </w:tcPr>
          <w:p w14:paraId="76F6EE4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A20B0BF" w14:textId="77777777" w:rsidR="00A806B2" w:rsidRPr="00A864B8" w:rsidRDefault="00000000">
            <w:pPr>
              <w:spacing w:before="20" w:after="10" w:line="240" w:lineRule="auto"/>
              <w:jc w:val="center"/>
            </w:pPr>
            <w:r w:rsidRPr="00A864B8">
              <w:rPr>
                <w:sz w:val="20"/>
              </w:rPr>
              <w:t>5.714</w:t>
            </w:r>
          </w:p>
        </w:tc>
        <w:tc>
          <w:tcPr>
            <w:tcW w:w="960" w:type="dxa"/>
            <w:tcBorders>
              <w:bottom w:val="single" w:sz="8" w:space="0" w:color="9B9B9B"/>
            </w:tcBorders>
            <w:shd w:val="clear" w:color="auto" w:fill="CFCFCF"/>
            <w:vAlign w:val="center"/>
          </w:tcPr>
          <w:p w14:paraId="5329992E" w14:textId="77777777" w:rsidR="00A806B2" w:rsidRPr="00A864B8" w:rsidRDefault="00000000">
            <w:pPr>
              <w:spacing w:before="20" w:after="10" w:line="240" w:lineRule="auto"/>
              <w:jc w:val="center"/>
            </w:pPr>
            <w:r w:rsidRPr="00A864B8">
              <w:rPr>
                <w:sz w:val="20"/>
              </w:rPr>
              <w:t>5.442</w:t>
            </w:r>
          </w:p>
        </w:tc>
        <w:tc>
          <w:tcPr>
            <w:tcW w:w="960" w:type="dxa"/>
            <w:tcBorders>
              <w:bottom w:val="single" w:sz="8" w:space="0" w:color="9B9B9B"/>
            </w:tcBorders>
            <w:shd w:val="clear" w:color="auto" w:fill="CFCFCF"/>
            <w:vAlign w:val="center"/>
          </w:tcPr>
          <w:p w14:paraId="7DE6550C" w14:textId="77777777" w:rsidR="00A806B2" w:rsidRPr="00A864B8" w:rsidRDefault="00000000">
            <w:pPr>
              <w:spacing w:before="20" w:after="10" w:line="240" w:lineRule="auto"/>
              <w:jc w:val="center"/>
            </w:pPr>
            <w:r w:rsidRPr="00A864B8">
              <w:rPr>
                <w:sz w:val="20"/>
              </w:rPr>
              <w:t>5.183</w:t>
            </w:r>
          </w:p>
        </w:tc>
        <w:tc>
          <w:tcPr>
            <w:tcW w:w="960" w:type="dxa"/>
            <w:tcBorders>
              <w:bottom w:val="single" w:sz="8" w:space="0" w:color="9B9B9B"/>
            </w:tcBorders>
            <w:shd w:val="clear" w:color="auto" w:fill="CFCFCF"/>
            <w:vAlign w:val="center"/>
          </w:tcPr>
          <w:p w14:paraId="0859975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700E858B" w14:textId="77777777" w:rsidR="00A806B2" w:rsidRPr="00A864B8" w:rsidRDefault="00000000">
            <w:pPr>
              <w:spacing w:before="20" w:after="10" w:line="240" w:lineRule="auto"/>
              <w:jc w:val="center"/>
            </w:pPr>
            <w:r w:rsidRPr="00A864B8">
              <w:rPr>
                <w:sz w:val="20"/>
              </w:rPr>
              <w:t>2.374</w:t>
            </w:r>
          </w:p>
        </w:tc>
        <w:tc>
          <w:tcPr>
            <w:tcW w:w="960" w:type="dxa"/>
            <w:tcBorders>
              <w:bottom w:val="single" w:sz="8" w:space="0" w:color="9B9B9B"/>
            </w:tcBorders>
            <w:shd w:val="clear" w:color="auto" w:fill="CFCFCF"/>
            <w:vAlign w:val="center"/>
          </w:tcPr>
          <w:p w14:paraId="78260926" w14:textId="77777777" w:rsidR="00A806B2" w:rsidRPr="00A864B8" w:rsidRDefault="00000000">
            <w:pPr>
              <w:spacing w:before="20" w:after="10" w:line="240" w:lineRule="auto"/>
              <w:jc w:val="center"/>
            </w:pPr>
            <w:r w:rsidRPr="00A864B8">
              <w:rPr>
                <w:sz w:val="20"/>
              </w:rPr>
              <w:t>2.261</w:t>
            </w:r>
          </w:p>
        </w:tc>
      </w:tr>
      <w:tr w:rsidR="00A806B2" w:rsidRPr="00A864B8" w14:paraId="5EA23B18" w14:textId="77777777">
        <w:trPr>
          <w:jc w:val="center"/>
        </w:trPr>
        <w:tc>
          <w:tcPr>
            <w:tcW w:w="960" w:type="dxa"/>
            <w:tcBorders>
              <w:bottom w:val="single" w:sz="8" w:space="0" w:color="9B9B9B"/>
            </w:tcBorders>
            <w:shd w:val="clear" w:color="auto" w:fill="F0F0F0"/>
            <w:vAlign w:val="center"/>
          </w:tcPr>
          <w:p w14:paraId="566474E4" w14:textId="77777777" w:rsidR="00A806B2" w:rsidRPr="00A864B8" w:rsidRDefault="00000000">
            <w:pPr>
              <w:spacing w:before="20" w:after="10" w:line="240" w:lineRule="auto"/>
              <w:jc w:val="center"/>
            </w:pPr>
            <w:r w:rsidRPr="00A864B8">
              <w:rPr>
                <w:sz w:val="20"/>
              </w:rPr>
              <w:t>Wärmepumpe (Geothermie-Sonden 1)</w:t>
            </w:r>
          </w:p>
        </w:tc>
        <w:tc>
          <w:tcPr>
            <w:tcW w:w="960" w:type="dxa"/>
            <w:tcBorders>
              <w:bottom w:val="single" w:sz="8" w:space="0" w:color="9B9B9B"/>
            </w:tcBorders>
            <w:shd w:val="clear" w:color="auto" w:fill="F0F0F0"/>
            <w:vAlign w:val="center"/>
          </w:tcPr>
          <w:p w14:paraId="66E5267E" w14:textId="77777777" w:rsidR="00A806B2" w:rsidRPr="00A864B8" w:rsidRDefault="00000000">
            <w:pPr>
              <w:spacing w:before="20" w:after="10" w:line="240" w:lineRule="auto"/>
              <w:jc w:val="center"/>
            </w:pPr>
            <w:r w:rsidRPr="00A864B8">
              <w:rPr>
                <w:sz w:val="20"/>
              </w:rPr>
              <w:t>113.655</w:t>
            </w:r>
          </w:p>
        </w:tc>
        <w:tc>
          <w:tcPr>
            <w:tcW w:w="960" w:type="dxa"/>
            <w:tcBorders>
              <w:bottom w:val="single" w:sz="8" w:space="0" w:color="9B9B9B"/>
            </w:tcBorders>
            <w:shd w:val="clear" w:color="auto" w:fill="F0F0F0"/>
            <w:vAlign w:val="center"/>
          </w:tcPr>
          <w:p w14:paraId="00029D8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F62BB4E" w14:textId="77777777" w:rsidR="00A806B2" w:rsidRPr="00A864B8" w:rsidRDefault="00000000">
            <w:pPr>
              <w:spacing w:before="20" w:after="10" w:line="240" w:lineRule="auto"/>
              <w:jc w:val="center"/>
            </w:pPr>
            <w:r w:rsidRPr="00A864B8">
              <w:rPr>
                <w:sz w:val="20"/>
              </w:rPr>
              <w:t>8.685</w:t>
            </w:r>
          </w:p>
        </w:tc>
        <w:tc>
          <w:tcPr>
            <w:tcW w:w="960" w:type="dxa"/>
            <w:tcBorders>
              <w:bottom w:val="single" w:sz="8" w:space="0" w:color="9B9B9B"/>
            </w:tcBorders>
            <w:shd w:val="clear" w:color="auto" w:fill="F0F0F0"/>
            <w:vAlign w:val="center"/>
          </w:tcPr>
          <w:p w14:paraId="09B88911" w14:textId="77777777" w:rsidR="00A806B2" w:rsidRPr="00A864B8" w:rsidRDefault="00000000">
            <w:pPr>
              <w:spacing w:before="20" w:after="10" w:line="240" w:lineRule="auto"/>
              <w:jc w:val="center"/>
            </w:pPr>
            <w:r w:rsidRPr="00A864B8">
              <w:rPr>
                <w:sz w:val="20"/>
              </w:rPr>
              <w:t>8.272</w:t>
            </w:r>
          </w:p>
        </w:tc>
        <w:tc>
          <w:tcPr>
            <w:tcW w:w="960" w:type="dxa"/>
            <w:tcBorders>
              <w:bottom w:val="single" w:sz="8" w:space="0" w:color="9B9B9B"/>
            </w:tcBorders>
            <w:shd w:val="clear" w:color="auto" w:fill="F0F0F0"/>
            <w:vAlign w:val="center"/>
          </w:tcPr>
          <w:p w14:paraId="076EF778" w14:textId="77777777" w:rsidR="00A806B2" w:rsidRPr="00A864B8" w:rsidRDefault="00000000">
            <w:pPr>
              <w:spacing w:before="20" w:after="10" w:line="240" w:lineRule="auto"/>
              <w:jc w:val="center"/>
            </w:pPr>
            <w:r w:rsidRPr="00A864B8">
              <w:rPr>
                <w:sz w:val="20"/>
              </w:rPr>
              <w:t>7.878</w:t>
            </w:r>
          </w:p>
        </w:tc>
        <w:tc>
          <w:tcPr>
            <w:tcW w:w="960" w:type="dxa"/>
            <w:tcBorders>
              <w:bottom w:val="single" w:sz="8" w:space="0" w:color="9B9B9B"/>
            </w:tcBorders>
            <w:shd w:val="clear" w:color="auto" w:fill="F0F0F0"/>
            <w:vAlign w:val="center"/>
          </w:tcPr>
          <w:p w14:paraId="4718631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D9EB23E" w14:textId="77777777" w:rsidR="00A806B2" w:rsidRPr="00A864B8" w:rsidRDefault="00000000">
            <w:pPr>
              <w:spacing w:before="20" w:after="10" w:line="240" w:lineRule="auto"/>
              <w:jc w:val="center"/>
            </w:pPr>
            <w:r w:rsidRPr="00A864B8">
              <w:rPr>
                <w:sz w:val="20"/>
              </w:rPr>
              <w:t>3.609</w:t>
            </w:r>
          </w:p>
        </w:tc>
        <w:tc>
          <w:tcPr>
            <w:tcW w:w="960" w:type="dxa"/>
            <w:tcBorders>
              <w:bottom w:val="single" w:sz="8" w:space="0" w:color="9B9B9B"/>
            </w:tcBorders>
            <w:shd w:val="clear" w:color="auto" w:fill="F0F0F0"/>
            <w:vAlign w:val="center"/>
          </w:tcPr>
          <w:p w14:paraId="1C28A72D" w14:textId="77777777" w:rsidR="00A806B2" w:rsidRPr="00A864B8" w:rsidRDefault="00000000">
            <w:pPr>
              <w:spacing w:before="20" w:after="10" w:line="240" w:lineRule="auto"/>
              <w:jc w:val="center"/>
            </w:pPr>
            <w:r w:rsidRPr="00A864B8">
              <w:rPr>
                <w:sz w:val="20"/>
              </w:rPr>
              <w:t>3.437</w:t>
            </w:r>
          </w:p>
        </w:tc>
      </w:tr>
      <w:tr w:rsidR="00A806B2" w:rsidRPr="00A864B8" w14:paraId="4F6096F4" w14:textId="77777777">
        <w:trPr>
          <w:jc w:val="center"/>
        </w:trPr>
        <w:tc>
          <w:tcPr>
            <w:tcW w:w="960" w:type="dxa"/>
            <w:tcBorders>
              <w:bottom w:val="single" w:sz="8" w:space="0" w:color="9B9B9B"/>
            </w:tcBorders>
            <w:shd w:val="clear" w:color="auto" w:fill="CFCFCF"/>
            <w:vAlign w:val="center"/>
          </w:tcPr>
          <w:p w14:paraId="10C1E814"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CFCFCF"/>
            <w:vAlign w:val="center"/>
          </w:tcPr>
          <w:p w14:paraId="79F1115E" w14:textId="77777777" w:rsidR="00A806B2" w:rsidRPr="00A864B8" w:rsidRDefault="00000000">
            <w:pPr>
              <w:spacing w:before="20" w:after="10" w:line="240" w:lineRule="auto"/>
              <w:jc w:val="center"/>
            </w:pPr>
            <w:r w:rsidRPr="00A864B8">
              <w:rPr>
                <w:b/>
                <w:sz w:val="20"/>
              </w:rPr>
              <w:t>3.738</w:t>
            </w:r>
          </w:p>
        </w:tc>
        <w:tc>
          <w:tcPr>
            <w:tcW w:w="960" w:type="dxa"/>
            <w:tcBorders>
              <w:bottom w:val="single" w:sz="8" w:space="0" w:color="9B9B9B"/>
            </w:tcBorders>
            <w:shd w:val="clear" w:color="auto" w:fill="CFCFCF"/>
            <w:vAlign w:val="center"/>
          </w:tcPr>
          <w:p w14:paraId="303435A4"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5DFA9D08" w14:textId="77777777" w:rsidR="00A806B2" w:rsidRPr="00A864B8" w:rsidRDefault="00000000">
            <w:pPr>
              <w:spacing w:before="20" w:after="10" w:line="240" w:lineRule="auto"/>
              <w:jc w:val="center"/>
            </w:pPr>
            <w:r w:rsidRPr="00A864B8">
              <w:rPr>
                <w:b/>
                <w:sz w:val="20"/>
              </w:rPr>
              <w:t>285</w:t>
            </w:r>
          </w:p>
        </w:tc>
        <w:tc>
          <w:tcPr>
            <w:tcW w:w="960" w:type="dxa"/>
            <w:tcBorders>
              <w:bottom w:val="single" w:sz="8" w:space="0" w:color="9B9B9B"/>
            </w:tcBorders>
            <w:shd w:val="clear" w:color="auto" w:fill="CFCFCF"/>
            <w:vAlign w:val="center"/>
          </w:tcPr>
          <w:p w14:paraId="72672E8B" w14:textId="77777777" w:rsidR="00A806B2" w:rsidRPr="00A864B8" w:rsidRDefault="00000000">
            <w:pPr>
              <w:spacing w:before="20" w:after="10" w:line="240" w:lineRule="auto"/>
              <w:jc w:val="center"/>
            </w:pPr>
            <w:r w:rsidRPr="00A864B8">
              <w:rPr>
                <w:b/>
                <w:sz w:val="20"/>
              </w:rPr>
              <w:t>272</w:t>
            </w:r>
          </w:p>
        </w:tc>
        <w:tc>
          <w:tcPr>
            <w:tcW w:w="960" w:type="dxa"/>
            <w:tcBorders>
              <w:bottom w:val="single" w:sz="8" w:space="0" w:color="9B9B9B"/>
            </w:tcBorders>
            <w:shd w:val="clear" w:color="auto" w:fill="CFCFCF"/>
            <w:vAlign w:val="center"/>
          </w:tcPr>
          <w:p w14:paraId="7B718740" w14:textId="77777777" w:rsidR="00A806B2" w:rsidRPr="00A864B8" w:rsidRDefault="00000000">
            <w:pPr>
              <w:spacing w:before="20" w:after="10" w:line="240" w:lineRule="auto"/>
              <w:jc w:val="center"/>
            </w:pPr>
            <w:r w:rsidRPr="00A864B8">
              <w:rPr>
                <w:b/>
                <w:sz w:val="20"/>
              </w:rPr>
              <w:t>259</w:t>
            </w:r>
          </w:p>
        </w:tc>
        <w:tc>
          <w:tcPr>
            <w:tcW w:w="960" w:type="dxa"/>
            <w:tcBorders>
              <w:bottom w:val="single" w:sz="8" w:space="0" w:color="9B9B9B"/>
            </w:tcBorders>
            <w:shd w:val="clear" w:color="auto" w:fill="CFCFCF"/>
            <w:vAlign w:val="center"/>
          </w:tcPr>
          <w:p w14:paraId="4D5E8CB9"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F497364" w14:textId="77777777" w:rsidR="00A806B2" w:rsidRPr="00A864B8" w:rsidRDefault="00000000">
            <w:pPr>
              <w:spacing w:before="20" w:after="10" w:line="240" w:lineRule="auto"/>
              <w:jc w:val="center"/>
            </w:pPr>
            <w:r w:rsidRPr="00A864B8">
              <w:rPr>
                <w:b/>
                <w:sz w:val="20"/>
              </w:rPr>
              <w:t>118</w:t>
            </w:r>
          </w:p>
        </w:tc>
        <w:tc>
          <w:tcPr>
            <w:tcW w:w="960" w:type="dxa"/>
            <w:tcBorders>
              <w:bottom w:val="single" w:sz="8" w:space="0" w:color="9B9B9B"/>
            </w:tcBorders>
            <w:shd w:val="clear" w:color="auto" w:fill="CFCFCF"/>
            <w:vAlign w:val="center"/>
          </w:tcPr>
          <w:p w14:paraId="7FDCA987" w14:textId="77777777" w:rsidR="00A806B2" w:rsidRPr="00A864B8" w:rsidRDefault="00000000">
            <w:pPr>
              <w:spacing w:before="20" w:after="10" w:line="240" w:lineRule="auto"/>
              <w:jc w:val="center"/>
            </w:pPr>
            <w:r w:rsidRPr="00A864B8">
              <w:rPr>
                <w:b/>
                <w:sz w:val="20"/>
              </w:rPr>
              <w:t>113</w:t>
            </w:r>
          </w:p>
        </w:tc>
      </w:tr>
      <w:tr w:rsidR="00A806B2" w:rsidRPr="00A864B8" w14:paraId="78C58163" w14:textId="77777777">
        <w:trPr>
          <w:jc w:val="center"/>
        </w:trPr>
        <w:tc>
          <w:tcPr>
            <w:tcW w:w="960" w:type="dxa"/>
            <w:tcBorders>
              <w:bottom w:val="single" w:sz="8" w:space="0" w:color="9B9B9B"/>
            </w:tcBorders>
            <w:shd w:val="clear" w:color="auto" w:fill="F0F0F0"/>
            <w:vAlign w:val="center"/>
          </w:tcPr>
          <w:p w14:paraId="478BF2AB"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F0F0F0"/>
            <w:vAlign w:val="center"/>
          </w:tcPr>
          <w:p w14:paraId="5EE976C4" w14:textId="77777777" w:rsidR="00A806B2" w:rsidRPr="00A864B8" w:rsidRDefault="00000000">
            <w:pPr>
              <w:spacing w:before="20" w:after="10" w:line="240" w:lineRule="auto"/>
              <w:jc w:val="center"/>
            </w:pPr>
            <w:r w:rsidRPr="00A864B8">
              <w:rPr>
                <w:sz w:val="20"/>
              </w:rPr>
              <w:t>3.738</w:t>
            </w:r>
          </w:p>
        </w:tc>
        <w:tc>
          <w:tcPr>
            <w:tcW w:w="960" w:type="dxa"/>
            <w:tcBorders>
              <w:bottom w:val="single" w:sz="8" w:space="0" w:color="9B9B9B"/>
            </w:tcBorders>
            <w:shd w:val="clear" w:color="auto" w:fill="F0F0F0"/>
            <w:vAlign w:val="center"/>
          </w:tcPr>
          <w:p w14:paraId="3D7E259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B747995" w14:textId="77777777" w:rsidR="00A806B2" w:rsidRPr="00A864B8" w:rsidRDefault="00000000">
            <w:pPr>
              <w:spacing w:before="20" w:after="10" w:line="240" w:lineRule="auto"/>
              <w:jc w:val="center"/>
            </w:pPr>
            <w:r w:rsidRPr="00A864B8">
              <w:rPr>
                <w:sz w:val="20"/>
              </w:rPr>
              <w:t>285</w:t>
            </w:r>
          </w:p>
        </w:tc>
        <w:tc>
          <w:tcPr>
            <w:tcW w:w="960" w:type="dxa"/>
            <w:tcBorders>
              <w:bottom w:val="single" w:sz="8" w:space="0" w:color="9B9B9B"/>
            </w:tcBorders>
            <w:shd w:val="clear" w:color="auto" w:fill="F0F0F0"/>
            <w:vAlign w:val="center"/>
          </w:tcPr>
          <w:p w14:paraId="2E69024D" w14:textId="77777777" w:rsidR="00A806B2" w:rsidRPr="00A864B8" w:rsidRDefault="00000000">
            <w:pPr>
              <w:spacing w:before="20" w:after="10" w:line="240" w:lineRule="auto"/>
              <w:jc w:val="center"/>
            </w:pPr>
            <w:r w:rsidRPr="00A864B8">
              <w:rPr>
                <w:sz w:val="20"/>
              </w:rPr>
              <w:t>272</w:t>
            </w:r>
          </w:p>
        </w:tc>
        <w:tc>
          <w:tcPr>
            <w:tcW w:w="960" w:type="dxa"/>
            <w:tcBorders>
              <w:bottom w:val="single" w:sz="8" w:space="0" w:color="9B9B9B"/>
            </w:tcBorders>
            <w:shd w:val="clear" w:color="auto" w:fill="F0F0F0"/>
            <w:vAlign w:val="center"/>
          </w:tcPr>
          <w:p w14:paraId="0D8A0E28" w14:textId="77777777" w:rsidR="00A806B2" w:rsidRPr="00A864B8" w:rsidRDefault="00000000">
            <w:pPr>
              <w:spacing w:before="20" w:after="10" w:line="240" w:lineRule="auto"/>
              <w:jc w:val="center"/>
            </w:pPr>
            <w:r w:rsidRPr="00A864B8">
              <w:rPr>
                <w:sz w:val="20"/>
              </w:rPr>
              <w:t>259</w:t>
            </w:r>
          </w:p>
        </w:tc>
        <w:tc>
          <w:tcPr>
            <w:tcW w:w="960" w:type="dxa"/>
            <w:tcBorders>
              <w:bottom w:val="single" w:sz="8" w:space="0" w:color="9B9B9B"/>
            </w:tcBorders>
            <w:shd w:val="clear" w:color="auto" w:fill="F0F0F0"/>
            <w:vAlign w:val="center"/>
          </w:tcPr>
          <w:p w14:paraId="044DC14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5FC120A" w14:textId="77777777" w:rsidR="00A806B2" w:rsidRPr="00A864B8" w:rsidRDefault="00000000">
            <w:pPr>
              <w:spacing w:before="20" w:after="10" w:line="240" w:lineRule="auto"/>
              <w:jc w:val="center"/>
            </w:pPr>
            <w:r w:rsidRPr="00A864B8">
              <w:rPr>
                <w:sz w:val="20"/>
              </w:rPr>
              <w:t>118</w:t>
            </w:r>
          </w:p>
        </w:tc>
        <w:tc>
          <w:tcPr>
            <w:tcW w:w="960" w:type="dxa"/>
            <w:tcBorders>
              <w:bottom w:val="single" w:sz="8" w:space="0" w:color="9B9B9B"/>
            </w:tcBorders>
            <w:shd w:val="clear" w:color="auto" w:fill="F0F0F0"/>
            <w:vAlign w:val="center"/>
          </w:tcPr>
          <w:p w14:paraId="224CD649" w14:textId="77777777" w:rsidR="00A806B2" w:rsidRPr="00A864B8" w:rsidRDefault="00000000">
            <w:pPr>
              <w:spacing w:before="20" w:after="10" w:line="240" w:lineRule="auto"/>
              <w:jc w:val="center"/>
            </w:pPr>
            <w:r w:rsidRPr="00A864B8">
              <w:rPr>
                <w:sz w:val="20"/>
              </w:rPr>
              <w:t>113</w:t>
            </w:r>
          </w:p>
        </w:tc>
      </w:tr>
      <w:tr w:rsidR="00A806B2" w:rsidRPr="00A864B8" w14:paraId="6CFFD6E3" w14:textId="77777777">
        <w:trPr>
          <w:jc w:val="center"/>
        </w:trPr>
        <w:tc>
          <w:tcPr>
            <w:tcW w:w="960" w:type="dxa"/>
            <w:tcBorders>
              <w:bottom w:val="single" w:sz="8" w:space="0" w:color="9B9B9B"/>
            </w:tcBorders>
            <w:shd w:val="clear" w:color="auto" w:fill="CFCFCF"/>
            <w:vAlign w:val="center"/>
          </w:tcPr>
          <w:p w14:paraId="4C01AF1F" w14:textId="77777777" w:rsidR="00A806B2" w:rsidRPr="00A864B8" w:rsidRDefault="00000000">
            <w:pPr>
              <w:spacing w:before="20" w:after="10" w:line="240" w:lineRule="auto"/>
              <w:jc w:val="center"/>
            </w:pPr>
            <w:r w:rsidRPr="00A864B8">
              <w:rPr>
                <w:b/>
                <w:sz w:val="20"/>
              </w:rPr>
              <w:t>Sonstige Betriebskosten</w:t>
            </w:r>
          </w:p>
        </w:tc>
        <w:tc>
          <w:tcPr>
            <w:tcW w:w="960" w:type="dxa"/>
            <w:tcBorders>
              <w:bottom w:val="single" w:sz="8" w:space="0" w:color="9B9B9B"/>
            </w:tcBorders>
            <w:shd w:val="clear" w:color="auto" w:fill="CFCFCF"/>
            <w:vAlign w:val="center"/>
          </w:tcPr>
          <w:p w14:paraId="77A81159" w14:textId="77777777" w:rsidR="00A806B2" w:rsidRPr="00A864B8" w:rsidRDefault="00000000">
            <w:pPr>
              <w:spacing w:before="20" w:after="10" w:line="240" w:lineRule="auto"/>
              <w:jc w:val="center"/>
            </w:pPr>
            <w:r w:rsidRPr="00A864B8">
              <w:rPr>
                <w:b/>
                <w:sz w:val="20"/>
              </w:rPr>
              <w:t>124.622</w:t>
            </w:r>
          </w:p>
        </w:tc>
        <w:tc>
          <w:tcPr>
            <w:tcW w:w="960" w:type="dxa"/>
            <w:tcBorders>
              <w:bottom w:val="single" w:sz="8" w:space="0" w:color="9B9B9B"/>
            </w:tcBorders>
            <w:shd w:val="clear" w:color="auto" w:fill="CFCFCF"/>
            <w:vAlign w:val="center"/>
          </w:tcPr>
          <w:p w14:paraId="05AE826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2CDD262" w14:textId="77777777" w:rsidR="00A806B2" w:rsidRPr="00A864B8" w:rsidRDefault="00000000">
            <w:pPr>
              <w:spacing w:before="20" w:after="10" w:line="240" w:lineRule="auto"/>
              <w:jc w:val="center"/>
            </w:pPr>
            <w:r w:rsidRPr="00A864B8">
              <w:rPr>
                <w:b/>
                <w:sz w:val="20"/>
              </w:rPr>
              <w:t>9.523</w:t>
            </w:r>
          </w:p>
        </w:tc>
        <w:tc>
          <w:tcPr>
            <w:tcW w:w="960" w:type="dxa"/>
            <w:tcBorders>
              <w:bottom w:val="single" w:sz="8" w:space="0" w:color="9B9B9B"/>
            </w:tcBorders>
            <w:shd w:val="clear" w:color="auto" w:fill="CFCFCF"/>
            <w:vAlign w:val="center"/>
          </w:tcPr>
          <w:p w14:paraId="7D0CC414" w14:textId="77777777" w:rsidR="00A806B2" w:rsidRPr="00A864B8" w:rsidRDefault="00000000">
            <w:pPr>
              <w:spacing w:before="20" w:after="10" w:line="240" w:lineRule="auto"/>
              <w:jc w:val="center"/>
            </w:pPr>
            <w:r w:rsidRPr="00A864B8">
              <w:rPr>
                <w:b/>
                <w:sz w:val="20"/>
              </w:rPr>
              <w:t>9.070</w:t>
            </w:r>
          </w:p>
        </w:tc>
        <w:tc>
          <w:tcPr>
            <w:tcW w:w="960" w:type="dxa"/>
            <w:tcBorders>
              <w:bottom w:val="single" w:sz="8" w:space="0" w:color="9B9B9B"/>
            </w:tcBorders>
            <w:shd w:val="clear" w:color="auto" w:fill="CFCFCF"/>
            <w:vAlign w:val="center"/>
          </w:tcPr>
          <w:p w14:paraId="6DCB223B" w14:textId="77777777" w:rsidR="00A806B2" w:rsidRPr="00A864B8" w:rsidRDefault="00000000">
            <w:pPr>
              <w:spacing w:before="20" w:after="10" w:line="240" w:lineRule="auto"/>
              <w:jc w:val="center"/>
            </w:pPr>
            <w:r w:rsidRPr="00A864B8">
              <w:rPr>
                <w:b/>
                <w:sz w:val="20"/>
              </w:rPr>
              <w:t>8.638</w:t>
            </w:r>
          </w:p>
        </w:tc>
        <w:tc>
          <w:tcPr>
            <w:tcW w:w="960" w:type="dxa"/>
            <w:tcBorders>
              <w:bottom w:val="single" w:sz="8" w:space="0" w:color="9B9B9B"/>
            </w:tcBorders>
            <w:shd w:val="clear" w:color="auto" w:fill="CFCFCF"/>
            <w:vAlign w:val="center"/>
          </w:tcPr>
          <w:p w14:paraId="24ED3216"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AA74B30" w14:textId="77777777" w:rsidR="00A806B2" w:rsidRPr="00A864B8" w:rsidRDefault="00000000">
            <w:pPr>
              <w:spacing w:before="20" w:after="10" w:line="240" w:lineRule="auto"/>
              <w:jc w:val="center"/>
            </w:pPr>
            <w:r w:rsidRPr="00A864B8">
              <w:rPr>
                <w:b/>
                <w:sz w:val="20"/>
              </w:rPr>
              <w:t>3.957</w:t>
            </w:r>
          </w:p>
        </w:tc>
        <w:tc>
          <w:tcPr>
            <w:tcW w:w="960" w:type="dxa"/>
            <w:tcBorders>
              <w:bottom w:val="single" w:sz="8" w:space="0" w:color="9B9B9B"/>
            </w:tcBorders>
            <w:shd w:val="clear" w:color="auto" w:fill="CFCFCF"/>
            <w:vAlign w:val="center"/>
          </w:tcPr>
          <w:p w14:paraId="3EFC3812" w14:textId="77777777" w:rsidR="00A806B2" w:rsidRPr="00A864B8" w:rsidRDefault="00000000">
            <w:pPr>
              <w:spacing w:before="20" w:after="10" w:line="240" w:lineRule="auto"/>
              <w:jc w:val="center"/>
            </w:pPr>
            <w:r w:rsidRPr="00A864B8">
              <w:rPr>
                <w:b/>
                <w:sz w:val="20"/>
              </w:rPr>
              <w:t>3.768</w:t>
            </w:r>
          </w:p>
        </w:tc>
      </w:tr>
      <w:tr w:rsidR="00A806B2" w:rsidRPr="00A864B8" w14:paraId="0897401E" w14:textId="77777777">
        <w:trPr>
          <w:jc w:val="center"/>
        </w:trPr>
        <w:tc>
          <w:tcPr>
            <w:tcW w:w="960" w:type="dxa"/>
            <w:tcBorders>
              <w:bottom w:val="single" w:sz="8" w:space="0" w:color="9B9B9B"/>
            </w:tcBorders>
            <w:shd w:val="clear" w:color="auto" w:fill="F0F0F0"/>
            <w:vAlign w:val="center"/>
          </w:tcPr>
          <w:p w14:paraId="2DE3C631" w14:textId="77777777" w:rsidR="00A806B2" w:rsidRPr="00A864B8" w:rsidRDefault="00000000">
            <w:pPr>
              <w:spacing w:before="20" w:after="10" w:line="240" w:lineRule="auto"/>
              <w:jc w:val="center"/>
            </w:pPr>
            <w:r w:rsidRPr="00A864B8">
              <w:rPr>
                <w:sz w:val="20"/>
              </w:rPr>
              <w:t>Verwaltung</w:t>
            </w:r>
          </w:p>
        </w:tc>
        <w:tc>
          <w:tcPr>
            <w:tcW w:w="960" w:type="dxa"/>
            <w:tcBorders>
              <w:bottom w:val="single" w:sz="8" w:space="0" w:color="9B9B9B"/>
            </w:tcBorders>
            <w:shd w:val="clear" w:color="auto" w:fill="F0F0F0"/>
            <w:vAlign w:val="center"/>
          </w:tcPr>
          <w:p w14:paraId="163705DE" w14:textId="77777777" w:rsidR="00A806B2" w:rsidRPr="00A864B8" w:rsidRDefault="00000000">
            <w:pPr>
              <w:spacing w:before="20" w:after="10" w:line="240" w:lineRule="auto"/>
              <w:jc w:val="center"/>
            </w:pPr>
            <w:r w:rsidRPr="00A864B8">
              <w:rPr>
                <w:sz w:val="20"/>
              </w:rPr>
              <w:t>124.622</w:t>
            </w:r>
          </w:p>
        </w:tc>
        <w:tc>
          <w:tcPr>
            <w:tcW w:w="960" w:type="dxa"/>
            <w:tcBorders>
              <w:bottom w:val="single" w:sz="8" w:space="0" w:color="9B9B9B"/>
            </w:tcBorders>
            <w:shd w:val="clear" w:color="auto" w:fill="F0F0F0"/>
            <w:vAlign w:val="center"/>
          </w:tcPr>
          <w:p w14:paraId="57E8D4B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A362E41" w14:textId="77777777" w:rsidR="00A806B2" w:rsidRPr="00A864B8" w:rsidRDefault="00000000">
            <w:pPr>
              <w:spacing w:before="20" w:after="10" w:line="240" w:lineRule="auto"/>
              <w:jc w:val="center"/>
            </w:pPr>
            <w:r w:rsidRPr="00A864B8">
              <w:rPr>
                <w:sz w:val="20"/>
              </w:rPr>
              <w:t>9.523</w:t>
            </w:r>
          </w:p>
        </w:tc>
        <w:tc>
          <w:tcPr>
            <w:tcW w:w="960" w:type="dxa"/>
            <w:tcBorders>
              <w:bottom w:val="single" w:sz="8" w:space="0" w:color="9B9B9B"/>
            </w:tcBorders>
            <w:shd w:val="clear" w:color="auto" w:fill="F0F0F0"/>
            <w:vAlign w:val="center"/>
          </w:tcPr>
          <w:p w14:paraId="2B99340E" w14:textId="77777777" w:rsidR="00A806B2" w:rsidRPr="00A864B8" w:rsidRDefault="00000000">
            <w:pPr>
              <w:spacing w:before="20" w:after="10" w:line="240" w:lineRule="auto"/>
              <w:jc w:val="center"/>
            </w:pPr>
            <w:r w:rsidRPr="00A864B8">
              <w:rPr>
                <w:sz w:val="20"/>
              </w:rPr>
              <w:t>9.070</w:t>
            </w:r>
          </w:p>
        </w:tc>
        <w:tc>
          <w:tcPr>
            <w:tcW w:w="960" w:type="dxa"/>
            <w:tcBorders>
              <w:bottom w:val="single" w:sz="8" w:space="0" w:color="9B9B9B"/>
            </w:tcBorders>
            <w:shd w:val="clear" w:color="auto" w:fill="F0F0F0"/>
            <w:vAlign w:val="center"/>
          </w:tcPr>
          <w:p w14:paraId="2F6EB8A8" w14:textId="77777777" w:rsidR="00A806B2" w:rsidRPr="00A864B8" w:rsidRDefault="00000000">
            <w:pPr>
              <w:spacing w:before="20" w:after="10" w:line="240" w:lineRule="auto"/>
              <w:jc w:val="center"/>
            </w:pPr>
            <w:r w:rsidRPr="00A864B8">
              <w:rPr>
                <w:sz w:val="20"/>
              </w:rPr>
              <w:t>8.638</w:t>
            </w:r>
          </w:p>
        </w:tc>
        <w:tc>
          <w:tcPr>
            <w:tcW w:w="960" w:type="dxa"/>
            <w:tcBorders>
              <w:bottom w:val="single" w:sz="8" w:space="0" w:color="9B9B9B"/>
            </w:tcBorders>
            <w:shd w:val="clear" w:color="auto" w:fill="F0F0F0"/>
            <w:vAlign w:val="center"/>
          </w:tcPr>
          <w:p w14:paraId="45AEC80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D3C2A20" w14:textId="77777777" w:rsidR="00A806B2" w:rsidRPr="00A864B8" w:rsidRDefault="00000000">
            <w:pPr>
              <w:spacing w:before="20" w:after="10" w:line="240" w:lineRule="auto"/>
              <w:jc w:val="center"/>
            </w:pPr>
            <w:r w:rsidRPr="00A864B8">
              <w:rPr>
                <w:sz w:val="20"/>
              </w:rPr>
              <w:t>3.957</w:t>
            </w:r>
          </w:p>
        </w:tc>
        <w:tc>
          <w:tcPr>
            <w:tcW w:w="960" w:type="dxa"/>
            <w:tcBorders>
              <w:bottom w:val="single" w:sz="8" w:space="0" w:color="9B9B9B"/>
            </w:tcBorders>
            <w:shd w:val="clear" w:color="auto" w:fill="F0F0F0"/>
            <w:vAlign w:val="center"/>
          </w:tcPr>
          <w:p w14:paraId="6829044F" w14:textId="77777777" w:rsidR="00A806B2" w:rsidRPr="00A864B8" w:rsidRDefault="00000000">
            <w:pPr>
              <w:spacing w:before="20" w:after="10" w:line="240" w:lineRule="auto"/>
              <w:jc w:val="center"/>
            </w:pPr>
            <w:r w:rsidRPr="00A864B8">
              <w:rPr>
                <w:sz w:val="20"/>
              </w:rPr>
              <w:t>3.768</w:t>
            </w:r>
          </w:p>
        </w:tc>
      </w:tr>
      <w:tr w:rsidR="00A806B2" w:rsidRPr="00A864B8" w14:paraId="0C131793" w14:textId="77777777">
        <w:trPr>
          <w:jc w:val="center"/>
        </w:trPr>
        <w:tc>
          <w:tcPr>
            <w:tcW w:w="960" w:type="dxa"/>
            <w:tcBorders>
              <w:bottom w:val="single" w:sz="8" w:space="0" w:color="9B9B9B"/>
            </w:tcBorders>
            <w:shd w:val="clear" w:color="auto" w:fill="CFCFCF"/>
            <w:vAlign w:val="center"/>
          </w:tcPr>
          <w:p w14:paraId="2D836437" w14:textId="77777777" w:rsidR="00A806B2" w:rsidRPr="00A864B8" w:rsidRDefault="00000000">
            <w:pPr>
              <w:spacing w:before="20" w:after="10" w:line="240" w:lineRule="auto"/>
              <w:jc w:val="center"/>
            </w:pPr>
            <w:r w:rsidRPr="00A864B8">
              <w:rPr>
                <w:b/>
                <w:sz w:val="20"/>
              </w:rPr>
              <w:t>Energiekosten</w:t>
            </w:r>
          </w:p>
        </w:tc>
        <w:tc>
          <w:tcPr>
            <w:tcW w:w="960" w:type="dxa"/>
            <w:tcBorders>
              <w:bottom w:val="single" w:sz="8" w:space="0" w:color="9B9B9B"/>
            </w:tcBorders>
            <w:shd w:val="clear" w:color="auto" w:fill="CFCFCF"/>
            <w:vAlign w:val="center"/>
          </w:tcPr>
          <w:p w14:paraId="24A856FE" w14:textId="77777777" w:rsidR="00A806B2" w:rsidRPr="00A864B8" w:rsidRDefault="00000000">
            <w:pPr>
              <w:spacing w:before="20" w:after="10" w:line="240" w:lineRule="auto"/>
              <w:jc w:val="center"/>
            </w:pPr>
            <w:r w:rsidRPr="00A864B8">
              <w:rPr>
                <w:b/>
                <w:sz w:val="20"/>
              </w:rPr>
              <w:t>1.311.523</w:t>
            </w:r>
          </w:p>
        </w:tc>
        <w:tc>
          <w:tcPr>
            <w:tcW w:w="960" w:type="dxa"/>
            <w:tcBorders>
              <w:bottom w:val="single" w:sz="8" w:space="0" w:color="9B9B9B"/>
            </w:tcBorders>
            <w:shd w:val="clear" w:color="auto" w:fill="CFCFCF"/>
            <w:vAlign w:val="center"/>
          </w:tcPr>
          <w:p w14:paraId="691E0CE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0E24127" w14:textId="77777777" w:rsidR="00A806B2" w:rsidRPr="00A864B8" w:rsidRDefault="00000000">
            <w:pPr>
              <w:spacing w:before="20" w:after="10" w:line="240" w:lineRule="auto"/>
              <w:jc w:val="center"/>
            </w:pPr>
            <w:r w:rsidRPr="00A864B8">
              <w:rPr>
                <w:b/>
                <w:sz w:val="20"/>
              </w:rPr>
              <w:t>100.228</w:t>
            </w:r>
          </w:p>
        </w:tc>
        <w:tc>
          <w:tcPr>
            <w:tcW w:w="960" w:type="dxa"/>
            <w:tcBorders>
              <w:bottom w:val="single" w:sz="8" w:space="0" w:color="9B9B9B"/>
            </w:tcBorders>
            <w:shd w:val="clear" w:color="auto" w:fill="CFCFCF"/>
            <w:vAlign w:val="center"/>
          </w:tcPr>
          <w:p w14:paraId="42EA4E55" w14:textId="77777777" w:rsidR="00A806B2" w:rsidRPr="00A864B8" w:rsidRDefault="00000000">
            <w:pPr>
              <w:spacing w:before="20" w:after="10" w:line="240" w:lineRule="auto"/>
              <w:jc w:val="center"/>
            </w:pPr>
            <w:r w:rsidRPr="00A864B8">
              <w:rPr>
                <w:b/>
                <w:sz w:val="20"/>
              </w:rPr>
              <w:t>95.455</w:t>
            </w:r>
          </w:p>
        </w:tc>
        <w:tc>
          <w:tcPr>
            <w:tcW w:w="960" w:type="dxa"/>
            <w:tcBorders>
              <w:bottom w:val="single" w:sz="8" w:space="0" w:color="9B9B9B"/>
            </w:tcBorders>
            <w:shd w:val="clear" w:color="auto" w:fill="CFCFCF"/>
            <w:vAlign w:val="center"/>
          </w:tcPr>
          <w:p w14:paraId="31CBF290" w14:textId="77777777" w:rsidR="00A806B2" w:rsidRPr="00A864B8" w:rsidRDefault="00000000">
            <w:pPr>
              <w:spacing w:before="20" w:after="10" w:line="240" w:lineRule="auto"/>
              <w:jc w:val="center"/>
            </w:pPr>
            <w:r w:rsidRPr="00A864B8">
              <w:rPr>
                <w:b/>
                <w:sz w:val="20"/>
              </w:rPr>
              <w:t>90.910</w:t>
            </w:r>
          </w:p>
        </w:tc>
        <w:tc>
          <w:tcPr>
            <w:tcW w:w="960" w:type="dxa"/>
            <w:tcBorders>
              <w:bottom w:val="single" w:sz="8" w:space="0" w:color="9B9B9B"/>
            </w:tcBorders>
            <w:shd w:val="clear" w:color="auto" w:fill="CFCFCF"/>
            <w:vAlign w:val="center"/>
          </w:tcPr>
          <w:p w14:paraId="7825566D"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4B7184D0" w14:textId="77777777" w:rsidR="00A806B2" w:rsidRPr="00A864B8" w:rsidRDefault="00000000">
            <w:pPr>
              <w:spacing w:before="20" w:after="10" w:line="240" w:lineRule="auto"/>
              <w:jc w:val="center"/>
            </w:pPr>
            <w:r w:rsidRPr="00A864B8">
              <w:rPr>
                <w:b/>
                <w:sz w:val="20"/>
              </w:rPr>
              <w:t>41.647</w:t>
            </w:r>
          </w:p>
        </w:tc>
        <w:tc>
          <w:tcPr>
            <w:tcW w:w="960" w:type="dxa"/>
            <w:tcBorders>
              <w:bottom w:val="single" w:sz="8" w:space="0" w:color="9B9B9B"/>
            </w:tcBorders>
            <w:shd w:val="clear" w:color="auto" w:fill="CFCFCF"/>
            <w:vAlign w:val="center"/>
          </w:tcPr>
          <w:p w14:paraId="5D010B15" w14:textId="77777777" w:rsidR="00A806B2" w:rsidRPr="00A864B8" w:rsidRDefault="00000000">
            <w:pPr>
              <w:spacing w:before="20" w:after="10" w:line="240" w:lineRule="auto"/>
              <w:jc w:val="center"/>
            </w:pPr>
            <w:r w:rsidRPr="00A864B8">
              <w:rPr>
                <w:b/>
                <w:sz w:val="20"/>
              </w:rPr>
              <w:t>39.663</w:t>
            </w:r>
          </w:p>
        </w:tc>
      </w:tr>
      <w:tr w:rsidR="00A806B2" w:rsidRPr="00A864B8" w14:paraId="036B0B31" w14:textId="77777777">
        <w:trPr>
          <w:jc w:val="center"/>
        </w:trPr>
        <w:tc>
          <w:tcPr>
            <w:tcW w:w="960" w:type="dxa"/>
            <w:tcBorders>
              <w:bottom w:val="single" w:sz="8" w:space="0" w:color="9B9B9B"/>
            </w:tcBorders>
            <w:shd w:val="clear" w:color="auto" w:fill="F0F0F0"/>
            <w:vAlign w:val="center"/>
          </w:tcPr>
          <w:p w14:paraId="537C07F1"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F0F0F0"/>
            <w:vAlign w:val="center"/>
          </w:tcPr>
          <w:p w14:paraId="58498277" w14:textId="77777777" w:rsidR="00A806B2" w:rsidRPr="00A864B8" w:rsidRDefault="00000000">
            <w:pPr>
              <w:spacing w:before="20" w:after="10" w:line="240" w:lineRule="auto"/>
              <w:jc w:val="center"/>
            </w:pPr>
            <w:r w:rsidRPr="00A864B8">
              <w:rPr>
                <w:b/>
                <w:sz w:val="20"/>
              </w:rPr>
              <w:t>1.311.523</w:t>
            </w:r>
          </w:p>
        </w:tc>
        <w:tc>
          <w:tcPr>
            <w:tcW w:w="960" w:type="dxa"/>
            <w:tcBorders>
              <w:bottom w:val="single" w:sz="8" w:space="0" w:color="9B9B9B"/>
            </w:tcBorders>
            <w:shd w:val="clear" w:color="auto" w:fill="F0F0F0"/>
            <w:vAlign w:val="center"/>
          </w:tcPr>
          <w:p w14:paraId="171EE7E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7B22B48" w14:textId="77777777" w:rsidR="00A806B2" w:rsidRPr="00A864B8" w:rsidRDefault="00000000">
            <w:pPr>
              <w:spacing w:before="20" w:after="10" w:line="240" w:lineRule="auto"/>
              <w:jc w:val="center"/>
            </w:pPr>
            <w:r w:rsidRPr="00A864B8">
              <w:rPr>
                <w:b/>
                <w:sz w:val="20"/>
              </w:rPr>
              <w:t>100.228</w:t>
            </w:r>
          </w:p>
        </w:tc>
        <w:tc>
          <w:tcPr>
            <w:tcW w:w="960" w:type="dxa"/>
            <w:tcBorders>
              <w:bottom w:val="single" w:sz="8" w:space="0" w:color="9B9B9B"/>
            </w:tcBorders>
            <w:shd w:val="clear" w:color="auto" w:fill="F0F0F0"/>
            <w:vAlign w:val="center"/>
          </w:tcPr>
          <w:p w14:paraId="293337C2" w14:textId="77777777" w:rsidR="00A806B2" w:rsidRPr="00A864B8" w:rsidRDefault="00000000">
            <w:pPr>
              <w:spacing w:before="20" w:after="10" w:line="240" w:lineRule="auto"/>
              <w:jc w:val="center"/>
            </w:pPr>
            <w:r w:rsidRPr="00A864B8">
              <w:rPr>
                <w:b/>
                <w:sz w:val="20"/>
              </w:rPr>
              <w:t>95.455</w:t>
            </w:r>
          </w:p>
        </w:tc>
        <w:tc>
          <w:tcPr>
            <w:tcW w:w="960" w:type="dxa"/>
            <w:tcBorders>
              <w:bottom w:val="single" w:sz="8" w:space="0" w:color="9B9B9B"/>
            </w:tcBorders>
            <w:shd w:val="clear" w:color="auto" w:fill="F0F0F0"/>
            <w:vAlign w:val="center"/>
          </w:tcPr>
          <w:p w14:paraId="2CEED5B5" w14:textId="77777777" w:rsidR="00A806B2" w:rsidRPr="00A864B8" w:rsidRDefault="00000000">
            <w:pPr>
              <w:spacing w:before="20" w:after="10" w:line="240" w:lineRule="auto"/>
              <w:jc w:val="center"/>
            </w:pPr>
            <w:r w:rsidRPr="00A864B8">
              <w:rPr>
                <w:b/>
                <w:sz w:val="20"/>
              </w:rPr>
              <w:t>90.910</w:t>
            </w:r>
          </w:p>
        </w:tc>
        <w:tc>
          <w:tcPr>
            <w:tcW w:w="960" w:type="dxa"/>
            <w:tcBorders>
              <w:bottom w:val="single" w:sz="8" w:space="0" w:color="9B9B9B"/>
            </w:tcBorders>
            <w:shd w:val="clear" w:color="auto" w:fill="F0F0F0"/>
            <w:vAlign w:val="center"/>
          </w:tcPr>
          <w:p w14:paraId="61895E7D"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DFAC42A" w14:textId="77777777" w:rsidR="00A806B2" w:rsidRPr="00A864B8" w:rsidRDefault="00000000">
            <w:pPr>
              <w:spacing w:before="20" w:after="10" w:line="240" w:lineRule="auto"/>
              <w:jc w:val="center"/>
            </w:pPr>
            <w:r w:rsidRPr="00A864B8">
              <w:rPr>
                <w:b/>
                <w:sz w:val="20"/>
              </w:rPr>
              <w:t>41.647</w:t>
            </w:r>
          </w:p>
        </w:tc>
        <w:tc>
          <w:tcPr>
            <w:tcW w:w="960" w:type="dxa"/>
            <w:tcBorders>
              <w:bottom w:val="single" w:sz="8" w:space="0" w:color="9B9B9B"/>
            </w:tcBorders>
            <w:shd w:val="clear" w:color="auto" w:fill="F0F0F0"/>
            <w:vAlign w:val="center"/>
          </w:tcPr>
          <w:p w14:paraId="48446888" w14:textId="77777777" w:rsidR="00A806B2" w:rsidRPr="00A864B8" w:rsidRDefault="00000000">
            <w:pPr>
              <w:spacing w:before="20" w:after="10" w:line="240" w:lineRule="auto"/>
              <w:jc w:val="center"/>
            </w:pPr>
            <w:r w:rsidRPr="00A864B8">
              <w:rPr>
                <w:b/>
                <w:sz w:val="20"/>
              </w:rPr>
              <w:t>39.663</w:t>
            </w:r>
          </w:p>
        </w:tc>
      </w:tr>
      <w:tr w:rsidR="00A806B2" w:rsidRPr="00A864B8" w14:paraId="01EBAE20" w14:textId="77777777">
        <w:trPr>
          <w:jc w:val="center"/>
        </w:trPr>
        <w:tc>
          <w:tcPr>
            <w:tcW w:w="960" w:type="dxa"/>
            <w:tcBorders>
              <w:bottom w:val="single" w:sz="8" w:space="0" w:color="9B9B9B"/>
            </w:tcBorders>
            <w:shd w:val="clear" w:color="auto" w:fill="CFCFCF"/>
            <w:vAlign w:val="center"/>
          </w:tcPr>
          <w:p w14:paraId="3C990BDA" w14:textId="77777777" w:rsidR="00A806B2" w:rsidRPr="00A864B8" w:rsidRDefault="00000000">
            <w:pPr>
              <w:spacing w:before="20" w:after="10" w:line="240" w:lineRule="auto"/>
              <w:jc w:val="center"/>
            </w:pPr>
            <w:r w:rsidRPr="00A864B8">
              <w:rPr>
                <w:sz w:val="20"/>
              </w:rPr>
              <w:t>Strom</w:t>
            </w:r>
          </w:p>
        </w:tc>
        <w:tc>
          <w:tcPr>
            <w:tcW w:w="960" w:type="dxa"/>
            <w:tcBorders>
              <w:bottom w:val="single" w:sz="8" w:space="0" w:color="9B9B9B"/>
            </w:tcBorders>
            <w:shd w:val="clear" w:color="auto" w:fill="CFCFCF"/>
            <w:vAlign w:val="center"/>
          </w:tcPr>
          <w:p w14:paraId="566874BF" w14:textId="77777777" w:rsidR="00A806B2" w:rsidRPr="00A864B8" w:rsidRDefault="00000000">
            <w:pPr>
              <w:spacing w:before="20" w:after="10" w:line="240" w:lineRule="auto"/>
              <w:jc w:val="center"/>
            </w:pPr>
            <w:r w:rsidRPr="00A864B8">
              <w:rPr>
                <w:sz w:val="20"/>
              </w:rPr>
              <w:t>550.829</w:t>
            </w:r>
          </w:p>
        </w:tc>
        <w:tc>
          <w:tcPr>
            <w:tcW w:w="960" w:type="dxa"/>
            <w:tcBorders>
              <w:bottom w:val="single" w:sz="8" w:space="0" w:color="9B9B9B"/>
            </w:tcBorders>
            <w:shd w:val="clear" w:color="auto" w:fill="CFCFCF"/>
            <w:vAlign w:val="center"/>
          </w:tcPr>
          <w:p w14:paraId="0053B95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6F97B3F" w14:textId="77777777" w:rsidR="00A806B2" w:rsidRPr="00A864B8" w:rsidRDefault="00000000">
            <w:pPr>
              <w:spacing w:before="20" w:after="10" w:line="240" w:lineRule="auto"/>
              <w:jc w:val="center"/>
            </w:pPr>
            <w:r w:rsidRPr="00A864B8">
              <w:rPr>
                <w:sz w:val="20"/>
              </w:rPr>
              <w:t>42.095</w:t>
            </w:r>
          </w:p>
        </w:tc>
        <w:tc>
          <w:tcPr>
            <w:tcW w:w="960" w:type="dxa"/>
            <w:tcBorders>
              <w:bottom w:val="single" w:sz="8" w:space="0" w:color="9B9B9B"/>
            </w:tcBorders>
            <w:shd w:val="clear" w:color="auto" w:fill="CFCFCF"/>
            <w:vAlign w:val="center"/>
          </w:tcPr>
          <w:p w14:paraId="4BF9EE6A" w14:textId="77777777" w:rsidR="00A806B2" w:rsidRPr="00A864B8" w:rsidRDefault="00000000">
            <w:pPr>
              <w:spacing w:before="20" w:after="10" w:line="240" w:lineRule="auto"/>
              <w:jc w:val="center"/>
            </w:pPr>
            <w:r w:rsidRPr="00A864B8">
              <w:rPr>
                <w:sz w:val="20"/>
              </w:rPr>
              <w:t>40.090</w:t>
            </w:r>
          </w:p>
        </w:tc>
        <w:tc>
          <w:tcPr>
            <w:tcW w:w="960" w:type="dxa"/>
            <w:tcBorders>
              <w:bottom w:val="single" w:sz="8" w:space="0" w:color="9B9B9B"/>
            </w:tcBorders>
            <w:shd w:val="clear" w:color="auto" w:fill="CFCFCF"/>
            <w:vAlign w:val="center"/>
          </w:tcPr>
          <w:p w14:paraId="4E3C2828" w14:textId="77777777" w:rsidR="00A806B2" w:rsidRPr="00A864B8" w:rsidRDefault="00000000">
            <w:pPr>
              <w:spacing w:before="20" w:after="10" w:line="240" w:lineRule="auto"/>
              <w:jc w:val="center"/>
            </w:pPr>
            <w:r w:rsidRPr="00A864B8">
              <w:rPr>
                <w:sz w:val="20"/>
              </w:rPr>
              <w:t>38.181</w:t>
            </w:r>
          </w:p>
        </w:tc>
        <w:tc>
          <w:tcPr>
            <w:tcW w:w="960" w:type="dxa"/>
            <w:tcBorders>
              <w:bottom w:val="single" w:sz="8" w:space="0" w:color="9B9B9B"/>
            </w:tcBorders>
            <w:shd w:val="clear" w:color="auto" w:fill="CFCFCF"/>
            <w:vAlign w:val="center"/>
          </w:tcPr>
          <w:p w14:paraId="74DD6397"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6C42889F" w14:textId="77777777" w:rsidR="00A806B2" w:rsidRPr="00A864B8" w:rsidRDefault="00000000">
            <w:pPr>
              <w:spacing w:before="20" w:after="10" w:line="240" w:lineRule="auto"/>
              <w:jc w:val="center"/>
            </w:pPr>
            <w:r w:rsidRPr="00A864B8">
              <w:rPr>
                <w:sz w:val="20"/>
              </w:rPr>
              <w:t>17.491</w:t>
            </w:r>
          </w:p>
        </w:tc>
        <w:tc>
          <w:tcPr>
            <w:tcW w:w="960" w:type="dxa"/>
            <w:tcBorders>
              <w:bottom w:val="single" w:sz="8" w:space="0" w:color="9B9B9B"/>
            </w:tcBorders>
            <w:shd w:val="clear" w:color="auto" w:fill="CFCFCF"/>
            <w:vAlign w:val="center"/>
          </w:tcPr>
          <w:p w14:paraId="4F8023D6" w14:textId="77777777" w:rsidR="00A806B2" w:rsidRPr="00A864B8" w:rsidRDefault="00000000">
            <w:pPr>
              <w:spacing w:before="20" w:after="10" w:line="240" w:lineRule="auto"/>
              <w:jc w:val="center"/>
            </w:pPr>
            <w:r w:rsidRPr="00A864B8">
              <w:rPr>
                <w:sz w:val="20"/>
              </w:rPr>
              <w:t>16.658</w:t>
            </w:r>
          </w:p>
        </w:tc>
      </w:tr>
      <w:tr w:rsidR="00A806B2" w:rsidRPr="00A864B8" w14:paraId="7939AB87" w14:textId="77777777">
        <w:trPr>
          <w:jc w:val="center"/>
        </w:trPr>
        <w:tc>
          <w:tcPr>
            <w:tcW w:w="960" w:type="dxa"/>
            <w:tcBorders>
              <w:bottom w:val="single" w:sz="8" w:space="0" w:color="9B9B9B"/>
            </w:tcBorders>
            <w:shd w:val="clear" w:color="auto" w:fill="F0F0F0"/>
            <w:vAlign w:val="center"/>
          </w:tcPr>
          <w:p w14:paraId="4983ABE2"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5B65E806" w14:textId="77777777" w:rsidR="00A806B2" w:rsidRPr="00A864B8" w:rsidRDefault="00000000">
            <w:pPr>
              <w:spacing w:before="20" w:after="10" w:line="240" w:lineRule="auto"/>
              <w:jc w:val="center"/>
            </w:pPr>
            <w:r w:rsidRPr="00A864B8">
              <w:rPr>
                <w:sz w:val="20"/>
              </w:rPr>
              <w:t>550.829</w:t>
            </w:r>
          </w:p>
        </w:tc>
        <w:tc>
          <w:tcPr>
            <w:tcW w:w="960" w:type="dxa"/>
            <w:tcBorders>
              <w:bottom w:val="single" w:sz="8" w:space="0" w:color="9B9B9B"/>
            </w:tcBorders>
            <w:shd w:val="clear" w:color="auto" w:fill="F0F0F0"/>
            <w:vAlign w:val="center"/>
          </w:tcPr>
          <w:p w14:paraId="6F8326B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5720478" w14:textId="77777777" w:rsidR="00A806B2" w:rsidRPr="00A864B8" w:rsidRDefault="00000000">
            <w:pPr>
              <w:spacing w:before="20" w:after="10" w:line="240" w:lineRule="auto"/>
              <w:jc w:val="center"/>
            </w:pPr>
            <w:r w:rsidRPr="00A864B8">
              <w:rPr>
                <w:sz w:val="20"/>
              </w:rPr>
              <w:t>42.095</w:t>
            </w:r>
          </w:p>
        </w:tc>
        <w:tc>
          <w:tcPr>
            <w:tcW w:w="960" w:type="dxa"/>
            <w:tcBorders>
              <w:bottom w:val="single" w:sz="8" w:space="0" w:color="9B9B9B"/>
            </w:tcBorders>
            <w:shd w:val="clear" w:color="auto" w:fill="F0F0F0"/>
            <w:vAlign w:val="center"/>
          </w:tcPr>
          <w:p w14:paraId="522220F9" w14:textId="77777777" w:rsidR="00A806B2" w:rsidRPr="00A864B8" w:rsidRDefault="00000000">
            <w:pPr>
              <w:spacing w:before="20" w:after="10" w:line="240" w:lineRule="auto"/>
              <w:jc w:val="center"/>
            </w:pPr>
            <w:r w:rsidRPr="00A864B8">
              <w:rPr>
                <w:sz w:val="20"/>
              </w:rPr>
              <w:t>40.090</w:t>
            </w:r>
          </w:p>
        </w:tc>
        <w:tc>
          <w:tcPr>
            <w:tcW w:w="960" w:type="dxa"/>
            <w:tcBorders>
              <w:bottom w:val="single" w:sz="8" w:space="0" w:color="9B9B9B"/>
            </w:tcBorders>
            <w:shd w:val="clear" w:color="auto" w:fill="F0F0F0"/>
            <w:vAlign w:val="center"/>
          </w:tcPr>
          <w:p w14:paraId="0257BED6" w14:textId="77777777" w:rsidR="00A806B2" w:rsidRPr="00A864B8" w:rsidRDefault="00000000">
            <w:pPr>
              <w:spacing w:before="20" w:after="10" w:line="240" w:lineRule="auto"/>
              <w:jc w:val="center"/>
            </w:pPr>
            <w:r w:rsidRPr="00A864B8">
              <w:rPr>
                <w:sz w:val="20"/>
              </w:rPr>
              <w:t>38.181</w:t>
            </w:r>
          </w:p>
        </w:tc>
        <w:tc>
          <w:tcPr>
            <w:tcW w:w="960" w:type="dxa"/>
            <w:tcBorders>
              <w:bottom w:val="single" w:sz="8" w:space="0" w:color="9B9B9B"/>
            </w:tcBorders>
            <w:shd w:val="clear" w:color="auto" w:fill="F0F0F0"/>
            <w:vAlign w:val="center"/>
          </w:tcPr>
          <w:p w14:paraId="7B40CB1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FBB3546" w14:textId="77777777" w:rsidR="00A806B2" w:rsidRPr="00A864B8" w:rsidRDefault="00000000">
            <w:pPr>
              <w:spacing w:before="20" w:after="10" w:line="240" w:lineRule="auto"/>
              <w:jc w:val="center"/>
            </w:pPr>
            <w:r w:rsidRPr="00A864B8">
              <w:rPr>
                <w:sz w:val="20"/>
              </w:rPr>
              <w:t>17.491</w:t>
            </w:r>
          </w:p>
        </w:tc>
        <w:tc>
          <w:tcPr>
            <w:tcW w:w="960" w:type="dxa"/>
            <w:tcBorders>
              <w:bottom w:val="single" w:sz="8" w:space="0" w:color="9B9B9B"/>
            </w:tcBorders>
            <w:shd w:val="clear" w:color="auto" w:fill="F0F0F0"/>
            <w:vAlign w:val="center"/>
          </w:tcPr>
          <w:p w14:paraId="4BF7B724" w14:textId="77777777" w:rsidR="00A806B2" w:rsidRPr="00A864B8" w:rsidRDefault="00000000">
            <w:pPr>
              <w:spacing w:before="20" w:after="10" w:line="240" w:lineRule="auto"/>
              <w:jc w:val="center"/>
            </w:pPr>
            <w:r w:rsidRPr="00A864B8">
              <w:rPr>
                <w:sz w:val="20"/>
              </w:rPr>
              <w:t>16.658</w:t>
            </w:r>
          </w:p>
        </w:tc>
      </w:tr>
      <w:tr w:rsidR="00A806B2" w:rsidRPr="00A864B8" w14:paraId="0EFC1FF1" w14:textId="77777777">
        <w:trPr>
          <w:jc w:val="center"/>
        </w:trPr>
        <w:tc>
          <w:tcPr>
            <w:tcW w:w="960" w:type="dxa"/>
            <w:tcBorders>
              <w:bottom w:val="single" w:sz="8" w:space="0" w:color="9B9B9B"/>
            </w:tcBorders>
            <w:shd w:val="clear" w:color="auto" w:fill="CFCFCF"/>
            <w:vAlign w:val="center"/>
          </w:tcPr>
          <w:p w14:paraId="347656E0" w14:textId="77777777" w:rsidR="00A806B2" w:rsidRPr="00A864B8" w:rsidRDefault="00000000">
            <w:pPr>
              <w:spacing w:before="20" w:after="10" w:line="240" w:lineRule="auto"/>
              <w:jc w:val="center"/>
            </w:pPr>
            <w:r w:rsidRPr="00A864B8">
              <w:rPr>
                <w:sz w:val="20"/>
              </w:rPr>
              <w:t>Biomasse</w:t>
            </w:r>
          </w:p>
        </w:tc>
        <w:tc>
          <w:tcPr>
            <w:tcW w:w="960" w:type="dxa"/>
            <w:tcBorders>
              <w:bottom w:val="single" w:sz="8" w:space="0" w:color="9B9B9B"/>
            </w:tcBorders>
            <w:shd w:val="clear" w:color="auto" w:fill="CFCFCF"/>
            <w:vAlign w:val="center"/>
          </w:tcPr>
          <w:p w14:paraId="3AEF9A87" w14:textId="77777777" w:rsidR="00A806B2" w:rsidRPr="00A864B8" w:rsidRDefault="00000000">
            <w:pPr>
              <w:spacing w:before="20" w:after="10" w:line="240" w:lineRule="auto"/>
              <w:jc w:val="center"/>
            </w:pPr>
            <w:r w:rsidRPr="00A864B8">
              <w:rPr>
                <w:sz w:val="20"/>
              </w:rPr>
              <w:t>760.693</w:t>
            </w:r>
          </w:p>
        </w:tc>
        <w:tc>
          <w:tcPr>
            <w:tcW w:w="960" w:type="dxa"/>
            <w:tcBorders>
              <w:bottom w:val="single" w:sz="8" w:space="0" w:color="9B9B9B"/>
            </w:tcBorders>
            <w:shd w:val="clear" w:color="auto" w:fill="CFCFCF"/>
            <w:vAlign w:val="center"/>
          </w:tcPr>
          <w:p w14:paraId="15080E0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10DF17C" w14:textId="77777777" w:rsidR="00A806B2" w:rsidRPr="00A864B8" w:rsidRDefault="00000000">
            <w:pPr>
              <w:spacing w:before="20" w:after="10" w:line="240" w:lineRule="auto"/>
              <w:jc w:val="center"/>
            </w:pPr>
            <w:r w:rsidRPr="00A864B8">
              <w:rPr>
                <w:sz w:val="20"/>
              </w:rPr>
              <w:t>58.133</w:t>
            </w:r>
          </w:p>
        </w:tc>
        <w:tc>
          <w:tcPr>
            <w:tcW w:w="960" w:type="dxa"/>
            <w:tcBorders>
              <w:bottom w:val="single" w:sz="8" w:space="0" w:color="9B9B9B"/>
            </w:tcBorders>
            <w:shd w:val="clear" w:color="auto" w:fill="CFCFCF"/>
            <w:vAlign w:val="center"/>
          </w:tcPr>
          <w:p w14:paraId="3EF619EF" w14:textId="77777777" w:rsidR="00A806B2" w:rsidRPr="00A864B8" w:rsidRDefault="00000000">
            <w:pPr>
              <w:spacing w:before="20" w:after="10" w:line="240" w:lineRule="auto"/>
              <w:jc w:val="center"/>
            </w:pPr>
            <w:r w:rsidRPr="00A864B8">
              <w:rPr>
                <w:sz w:val="20"/>
              </w:rPr>
              <w:t>55.365</w:t>
            </w:r>
          </w:p>
        </w:tc>
        <w:tc>
          <w:tcPr>
            <w:tcW w:w="960" w:type="dxa"/>
            <w:tcBorders>
              <w:bottom w:val="single" w:sz="8" w:space="0" w:color="9B9B9B"/>
            </w:tcBorders>
            <w:shd w:val="clear" w:color="auto" w:fill="CFCFCF"/>
            <w:vAlign w:val="center"/>
          </w:tcPr>
          <w:p w14:paraId="024DB148" w14:textId="77777777" w:rsidR="00A806B2" w:rsidRPr="00A864B8" w:rsidRDefault="00000000">
            <w:pPr>
              <w:spacing w:before="20" w:after="10" w:line="240" w:lineRule="auto"/>
              <w:jc w:val="center"/>
            </w:pPr>
            <w:r w:rsidRPr="00A864B8">
              <w:rPr>
                <w:sz w:val="20"/>
              </w:rPr>
              <w:t>52.728</w:t>
            </w:r>
          </w:p>
        </w:tc>
        <w:tc>
          <w:tcPr>
            <w:tcW w:w="960" w:type="dxa"/>
            <w:tcBorders>
              <w:bottom w:val="single" w:sz="8" w:space="0" w:color="9B9B9B"/>
            </w:tcBorders>
            <w:shd w:val="clear" w:color="auto" w:fill="CFCFCF"/>
            <w:vAlign w:val="center"/>
          </w:tcPr>
          <w:p w14:paraId="7996C74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8672059" w14:textId="77777777" w:rsidR="00A806B2" w:rsidRPr="00A864B8" w:rsidRDefault="00000000">
            <w:pPr>
              <w:spacing w:before="20" w:after="10" w:line="240" w:lineRule="auto"/>
              <w:jc w:val="center"/>
            </w:pPr>
            <w:r w:rsidRPr="00A864B8">
              <w:rPr>
                <w:sz w:val="20"/>
              </w:rPr>
              <w:t>24.155</w:t>
            </w:r>
          </w:p>
        </w:tc>
        <w:tc>
          <w:tcPr>
            <w:tcW w:w="960" w:type="dxa"/>
            <w:tcBorders>
              <w:bottom w:val="single" w:sz="8" w:space="0" w:color="9B9B9B"/>
            </w:tcBorders>
            <w:shd w:val="clear" w:color="auto" w:fill="CFCFCF"/>
            <w:vAlign w:val="center"/>
          </w:tcPr>
          <w:p w14:paraId="1750B9FF" w14:textId="77777777" w:rsidR="00A806B2" w:rsidRPr="00A864B8" w:rsidRDefault="00000000">
            <w:pPr>
              <w:spacing w:before="20" w:after="10" w:line="240" w:lineRule="auto"/>
              <w:jc w:val="center"/>
            </w:pPr>
            <w:r w:rsidRPr="00A864B8">
              <w:rPr>
                <w:sz w:val="20"/>
              </w:rPr>
              <w:t>23.005</w:t>
            </w:r>
          </w:p>
        </w:tc>
      </w:tr>
      <w:tr w:rsidR="00A806B2" w:rsidRPr="00A864B8" w14:paraId="67A8830B" w14:textId="77777777">
        <w:trPr>
          <w:jc w:val="center"/>
        </w:trPr>
        <w:tc>
          <w:tcPr>
            <w:tcW w:w="960" w:type="dxa"/>
            <w:tcBorders>
              <w:bottom w:val="single" w:sz="8" w:space="0" w:color="9B9B9B"/>
            </w:tcBorders>
            <w:shd w:val="clear" w:color="auto" w:fill="F0F0F0"/>
            <w:vAlign w:val="center"/>
          </w:tcPr>
          <w:p w14:paraId="79620BC8"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416AF071" w14:textId="77777777" w:rsidR="00A806B2" w:rsidRPr="00A864B8" w:rsidRDefault="00000000">
            <w:pPr>
              <w:spacing w:before="20" w:after="10" w:line="240" w:lineRule="auto"/>
              <w:jc w:val="center"/>
            </w:pPr>
            <w:r w:rsidRPr="00A864B8">
              <w:rPr>
                <w:sz w:val="20"/>
              </w:rPr>
              <w:t>760.693</w:t>
            </w:r>
          </w:p>
        </w:tc>
        <w:tc>
          <w:tcPr>
            <w:tcW w:w="960" w:type="dxa"/>
            <w:tcBorders>
              <w:bottom w:val="single" w:sz="8" w:space="0" w:color="9B9B9B"/>
            </w:tcBorders>
            <w:shd w:val="clear" w:color="auto" w:fill="F0F0F0"/>
            <w:vAlign w:val="center"/>
          </w:tcPr>
          <w:p w14:paraId="3E96F16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FB7A16F" w14:textId="77777777" w:rsidR="00A806B2" w:rsidRPr="00A864B8" w:rsidRDefault="00000000">
            <w:pPr>
              <w:spacing w:before="20" w:after="10" w:line="240" w:lineRule="auto"/>
              <w:jc w:val="center"/>
            </w:pPr>
            <w:r w:rsidRPr="00A864B8">
              <w:rPr>
                <w:sz w:val="20"/>
              </w:rPr>
              <w:t>58.133</w:t>
            </w:r>
          </w:p>
        </w:tc>
        <w:tc>
          <w:tcPr>
            <w:tcW w:w="960" w:type="dxa"/>
            <w:tcBorders>
              <w:bottom w:val="single" w:sz="8" w:space="0" w:color="9B9B9B"/>
            </w:tcBorders>
            <w:shd w:val="clear" w:color="auto" w:fill="F0F0F0"/>
            <w:vAlign w:val="center"/>
          </w:tcPr>
          <w:p w14:paraId="02B8EED4" w14:textId="77777777" w:rsidR="00A806B2" w:rsidRPr="00A864B8" w:rsidRDefault="00000000">
            <w:pPr>
              <w:spacing w:before="20" w:after="10" w:line="240" w:lineRule="auto"/>
              <w:jc w:val="center"/>
            </w:pPr>
            <w:r w:rsidRPr="00A864B8">
              <w:rPr>
                <w:sz w:val="20"/>
              </w:rPr>
              <w:t>55.365</w:t>
            </w:r>
          </w:p>
        </w:tc>
        <w:tc>
          <w:tcPr>
            <w:tcW w:w="960" w:type="dxa"/>
            <w:tcBorders>
              <w:bottom w:val="single" w:sz="8" w:space="0" w:color="9B9B9B"/>
            </w:tcBorders>
            <w:shd w:val="clear" w:color="auto" w:fill="F0F0F0"/>
            <w:vAlign w:val="center"/>
          </w:tcPr>
          <w:p w14:paraId="0BAEE3C8" w14:textId="77777777" w:rsidR="00A806B2" w:rsidRPr="00A864B8" w:rsidRDefault="00000000">
            <w:pPr>
              <w:spacing w:before="20" w:after="10" w:line="240" w:lineRule="auto"/>
              <w:jc w:val="center"/>
            </w:pPr>
            <w:r w:rsidRPr="00A864B8">
              <w:rPr>
                <w:sz w:val="20"/>
              </w:rPr>
              <w:t>52.728</w:t>
            </w:r>
          </w:p>
        </w:tc>
        <w:tc>
          <w:tcPr>
            <w:tcW w:w="960" w:type="dxa"/>
            <w:tcBorders>
              <w:bottom w:val="single" w:sz="8" w:space="0" w:color="9B9B9B"/>
            </w:tcBorders>
            <w:shd w:val="clear" w:color="auto" w:fill="F0F0F0"/>
            <w:vAlign w:val="center"/>
          </w:tcPr>
          <w:p w14:paraId="4F651BF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4EDC46E" w14:textId="77777777" w:rsidR="00A806B2" w:rsidRPr="00A864B8" w:rsidRDefault="00000000">
            <w:pPr>
              <w:spacing w:before="20" w:after="10" w:line="240" w:lineRule="auto"/>
              <w:jc w:val="center"/>
            </w:pPr>
            <w:r w:rsidRPr="00A864B8">
              <w:rPr>
                <w:sz w:val="20"/>
              </w:rPr>
              <w:t>24.155</w:t>
            </w:r>
          </w:p>
        </w:tc>
        <w:tc>
          <w:tcPr>
            <w:tcW w:w="960" w:type="dxa"/>
            <w:tcBorders>
              <w:bottom w:val="single" w:sz="8" w:space="0" w:color="9B9B9B"/>
            </w:tcBorders>
            <w:shd w:val="clear" w:color="auto" w:fill="F0F0F0"/>
            <w:vAlign w:val="center"/>
          </w:tcPr>
          <w:p w14:paraId="6095A359" w14:textId="77777777" w:rsidR="00A806B2" w:rsidRPr="00A864B8" w:rsidRDefault="00000000">
            <w:pPr>
              <w:spacing w:before="20" w:after="10" w:line="240" w:lineRule="auto"/>
              <w:jc w:val="center"/>
            </w:pPr>
            <w:r w:rsidRPr="00A864B8">
              <w:rPr>
                <w:sz w:val="20"/>
              </w:rPr>
              <w:t>23.005</w:t>
            </w:r>
          </w:p>
        </w:tc>
      </w:tr>
      <w:tr w:rsidR="00A806B2" w:rsidRPr="00A864B8" w14:paraId="069A345A" w14:textId="77777777">
        <w:trPr>
          <w:jc w:val="center"/>
        </w:trPr>
        <w:tc>
          <w:tcPr>
            <w:tcW w:w="960" w:type="dxa"/>
            <w:tcBorders>
              <w:bottom w:val="single" w:sz="8" w:space="0" w:color="9B9B9B"/>
            </w:tcBorders>
            <w:shd w:val="clear" w:color="auto" w:fill="CFCFCF"/>
            <w:vAlign w:val="center"/>
          </w:tcPr>
          <w:p w14:paraId="46B8248C" w14:textId="77777777" w:rsidR="00A806B2" w:rsidRPr="00A864B8" w:rsidRDefault="00000000">
            <w:pPr>
              <w:spacing w:before="20" w:after="10" w:line="240" w:lineRule="auto"/>
              <w:jc w:val="center"/>
            </w:pPr>
            <w:r w:rsidRPr="00A864B8">
              <w:rPr>
                <w:b/>
                <w:sz w:val="20"/>
              </w:rPr>
              <w:t>Erlöse</w:t>
            </w:r>
          </w:p>
        </w:tc>
        <w:tc>
          <w:tcPr>
            <w:tcW w:w="960" w:type="dxa"/>
            <w:tcBorders>
              <w:bottom w:val="single" w:sz="8" w:space="0" w:color="9B9B9B"/>
            </w:tcBorders>
            <w:shd w:val="clear" w:color="auto" w:fill="CFCFCF"/>
            <w:vAlign w:val="center"/>
          </w:tcPr>
          <w:p w14:paraId="215EE9C0" w14:textId="77777777" w:rsidR="00A806B2" w:rsidRPr="00A864B8" w:rsidRDefault="00000000">
            <w:pPr>
              <w:spacing w:before="20" w:after="10" w:line="240" w:lineRule="auto"/>
              <w:jc w:val="center"/>
            </w:pPr>
            <w:r w:rsidRPr="00A864B8">
              <w:rPr>
                <w:b/>
                <w:sz w:val="20"/>
              </w:rPr>
              <w:t>-4.598.525</w:t>
            </w:r>
          </w:p>
        </w:tc>
        <w:tc>
          <w:tcPr>
            <w:tcW w:w="960" w:type="dxa"/>
            <w:tcBorders>
              <w:bottom w:val="single" w:sz="8" w:space="0" w:color="9B9B9B"/>
            </w:tcBorders>
            <w:shd w:val="clear" w:color="auto" w:fill="CFCFCF"/>
            <w:vAlign w:val="center"/>
          </w:tcPr>
          <w:p w14:paraId="513A2AE3" w14:textId="77777777" w:rsidR="00A806B2" w:rsidRPr="00A864B8" w:rsidRDefault="00000000">
            <w:pPr>
              <w:spacing w:before="20" w:after="10" w:line="240" w:lineRule="auto"/>
              <w:jc w:val="center"/>
            </w:pPr>
            <w:r w:rsidRPr="00A864B8">
              <w:rPr>
                <w:b/>
                <w:sz w:val="20"/>
              </w:rPr>
              <w:t>-376.000</w:t>
            </w:r>
          </w:p>
        </w:tc>
        <w:tc>
          <w:tcPr>
            <w:tcW w:w="960" w:type="dxa"/>
            <w:tcBorders>
              <w:bottom w:val="single" w:sz="8" w:space="0" w:color="9B9B9B"/>
            </w:tcBorders>
            <w:shd w:val="clear" w:color="auto" w:fill="CFCFCF"/>
            <w:vAlign w:val="center"/>
          </w:tcPr>
          <w:p w14:paraId="3F8C32E3" w14:textId="77777777" w:rsidR="00A806B2" w:rsidRPr="00A864B8" w:rsidRDefault="00000000">
            <w:pPr>
              <w:spacing w:before="20" w:after="10" w:line="240" w:lineRule="auto"/>
              <w:jc w:val="center"/>
            </w:pPr>
            <w:r w:rsidRPr="00A864B8">
              <w:rPr>
                <w:b/>
                <w:sz w:val="20"/>
              </w:rPr>
              <w:t>-322.691</w:t>
            </w:r>
          </w:p>
        </w:tc>
        <w:tc>
          <w:tcPr>
            <w:tcW w:w="960" w:type="dxa"/>
            <w:tcBorders>
              <w:bottom w:val="single" w:sz="8" w:space="0" w:color="9B9B9B"/>
            </w:tcBorders>
            <w:shd w:val="clear" w:color="auto" w:fill="CFCFCF"/>
            <w:vAlign w:val="center"/>
          </w:tcPr>
          <w:p w14:paraId="008901F0" w14:textId="77777777" w:rsidR="00A806B2" w:rsidRPr="00A864B8" w:rsidRDefault="00000000">
            <w:pPr>
              <w:spacing w:before="20" w:after="10" w:line="240" w:lineRule="auto"/>
              <w:jc w:val="center"/>
            </w:pPr>
            <w:r w:rsidRPr="00A864B8">
              <w:rPr>
                <w:b/>
                <w:sz w:val="20"/>
              </w:rPr>
              <w:t>-307.325</w:t>
            </w:r>
          </w:p>
        </w:tc>
        <w:tc>
          <w:tcPr>
            <w:tcW w:w="960" w:type="dxa"/>
            <w:tcBorders>
              <w:bottom w:val="single" w:sz="8" w:space="0" w:color="9B9B9B"/>
            </w:tcBorders>
            <w:shd w:val="clear" w:color="auto" w:fill="CFCFCF"/>
            <w:vAlign w:val="center"/>
          </w:tcPr>
          <w:p w14:paraId="231C1501" w14:textId="77777777" w:rsidR="00A806B2" w:rsidRPr="00A864B8" w:rsidRDefault="00000000">
            <w:pPr>
              <w:spacing w:before="20" w:after="10" w:line="240" w:lineRule="auto"/>
              <w:jc w:val="center"/>
            </w:pPr>
            <w:r w:rsidRPr="00A864B8">
              <w:rPr>
                <w:b/>
                <w:sz w:val="20"/>
              </w:rPr>
              <w:t>-292.690</w:t>
            </w:r>
          </w:p>
        </w:tc>
        <w:tc>
          <w:tcPr>
            <w:tcW w:w="960" w:type="dxa"/>
            <w:tcBorders>
              <w:bottom w:val="single" w:sz="8" w:space="0" w:color="9B9B9B"/>
            </w:tcBorders>
            <w:shd w:val="clear" w:color="auto" w:fill="CFCFCF"/>
            <w:vAlign w:val="center"/>
          </w:tcPr>
          <w:p w14:paraId="075E7F6A"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4F4ABF64" w14:textId="77777777" w:rsidR="00A806B2" w:rsidRPr="00A864B8" w:rsidRDefault="00000000">
            <w:pPr>
              <w:spacing w:before="20" w:after="10" w:line="240" w:lineRule="auto"/>
              <w:jc w:val="center"/>
            </w:pPr>
            <w:r w:rsidRPr="00A864B8">
              <w:rPr>
                <w:b/>
                <w:sz w:val="20"/>
              </w:rPr>
              <w:t>-134.085</w:t>
            </w:r>
          </w:p>
        </w:tc>
        <w:tc>
          <w:tcPr>
            <w:tcW w:w="960" w:type="dxa"/>
            <w:tcBorders>
              <w:bottom w:val="single" w:sz="8" w:space="0" w:color="9B9B9B"/>
            </w:tcBorders>
            <w:shd w:val="clear" w:color="auto" w:fill="CFCFCF"/>
            <w:vAlign w:val="center"/>
          </w:tcPr>
          <w:p w14:paraId="019D322A" w14:textId="77777777" w:rsidR="00A806B2" w:rsidRPr="00A864B8" w:rsidRDefault="00000000">
            <w:pPr>
              <w:spacing w:before="20" w:after="10" w:line="240" w:lineRule="auto"/>
              <w:jc w:val="center"/>
            </w:pPr>
            <w:r w:rsidRPr="00A864B8">
              <w:rPr>
                <w:b/>
                <w:sz w:val="20"/>
              </w:rPr>
              <w:t>-127.700</w:t>
            </w:r>
          </w:p>
        </w:tc>
      </w:tr>
      <w:tr w:rsidR="00A806B2" w:rsidRPr="00A864B8" w14:paraId="2FE2398B" w14:textId="77777777">
        <w:trPr>
          <w:jc w:val="center"/>
        </w:trPr>
        <w:tc>
          <w:tcPr>
            <w:tcW w:w="960" w:type="dxa"/>
            <w:tcBorders>
              <w:bottom w:val="single" w:sz="8" w:space="0" w:color="9B9B9B"/>
            </w:tcBorders>
            <w:shd w:val="clear" w:color="auto" w:fill="F0F0F0"/>
            <w:vAlign w:val="center"/>
          </w:tcPr>
          <w:p w14:paraId="64D711EC" w14:textId="77777777" w:rsidR="00A806B2" w:rsidRPr="00A864B8" w:rsidRDefault="00000000">
            <w:pPr>
              <w:spacing w:before="20" w:after="10" w:line="240" w:lineRule="auto"/>
              <w:jc w:val="center"/>
            </w:pPr>
            <w:r w:rsidRPr="00A864B8">
              <w:rPr>
                <w:b/>
                <w:sz w:val="20"/>
              </w:rPr>
              <w:t>Einspeisung</w:t>
            </w:r>
          </w:p>
        </w:tc>
        <w:tc>
          <w:tcPr>
            <w:tcW w:w="960" w:type="dxa"/>
            <w:tcBorders>
              <w:bottom w:val="single" w:sz="8" w:space="0" w:color="9B9B9B"/>
            </w:tcBorders>
            <w:shd w:val="clear" w:color="auto" w:fill="F0F0F0"/>
            <w:vAlign w:val="center"/>
          </w:tcPr>
          <w:p w14:paraId="29D77D09" w14:textId="77777777" w:rsidR="00A806B2" w:rsidRPr="00A864B8" w:rsidRDefault="00000000">
            <w:pPr>
              <w:spacing w:before="20" w:after="10" w:line="240" w:lineRule="auto"/>
              <w:jc w:val="center"/>
            </w:pPr>
            <w:r w:rsidRPr="00A864B8">
              <w:rPr>
                <w:b/>
                <w:sz w:val="20"/>
              </w:rPr>
              <w:t>-33.897</w:t>
            </w:r>
          </w:p>
        </w:tc>
        <w:tc>
          <w:tcPr>
            <w:tcW w:w="960" w:type="dxa"/>
            <w:tcBorders>
              <w:bottom w:val="single" w:sz="8" w:space="0" w:color="9B9B9B"/>
            </w:tcBorders>
            <w:shd w:val="clear" w:color="auto" w:fill="F0F0F0"/>
            <w:vAlign w:val="center"/>
          </w:tcPr>
          <w:p w14:paraId="4AE484E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BCA97EF" w14:textId="77777777" w:rsidR="00A806B2" w:rsidRPr="00A864B8" w:rsidRDefault="00000000">
            <w:pPr>
              <w:spacing w:before="20" w:after="10" w:line="240" w:lineRule="auto"/>
              <w:jc w:val="center"/>
            </w:pPr>
            <w:r w:rsidRPr="00A864B8">
              <w:rPr>
                <w:b/>
                <w:sz w:val="20"/>
              </w:rPr>
              <w:t>-2.590</w:t>
            </w:r>
          </w:p>
        </w:tc>
        <w:tc>
          <w:tcPr>
            <w:tcW w:w="960" w:type="dxa"/>
            <w:tcBorders>
              <w:bottom w:val="single" w:sz="8" w:space="0" w:color="9B9B9B"/>
            </w:tcBorders>
            <w:shd w:val="clear" w:color="auto" w:fill="F0F0F0"/>
            <w:vAlign w:val="center"/>
          </w:tcPr>
          <w:p w14:paraId="663390C0" w14:textId="77777777" w:rsidR="00A806B2" w:rsidRPr="00A864B8" w:rsidRDefault="00000000">
            <w:pPr>
              <w:spacing w:before="20" w:after="10" w:line="240" w:lineRule="auto"/>
              <w:jc w:val="center"/>
            </w:pPr>
            <w:r w:rsidRPr="00A864B8">
              <w:rPr>
                <w:b/>
                <w:sz w:val="20"/>
              </w:rPr>
              <w:t>-2.467</w:t>
            </w:r>
          </w:p>
        </w:tc>
        <w:tc>
          <w:tcPr>
            <w:tcW w:w="960" w:type="dxa"/>
            <w:tcBorders>
              <w:bottom w:val="single" w:sz="8" w:space="0" w:color="9B9B9B"/>
            </w:tcBorders>
            <w:shd w:val="clear" w:color="auto" w:fill="F0F0F0"/>
            <w:vAlign w:val="center"/>
          </w:tcPr>
          <w:p w14:paraId="6345094A" w14:textId="77777777" w:rsidR="00A806B2" w:rsidRPr="00A864B8" w:rsidRDefault="00000000">
            <w:pPr>
              <w:spacing w:before="20" w:after="10" w:line="240" w:lineRule="auto"/>
              <w:jc w:val="center"/>
            </w:pPr>
            <w:r w:rsidRPr="00A864B8">
              <w:rPr>
                <w:b/>
                <w:sz w:val="20"/>
              </w:rPr>
              <w:t>-2.349</w:t>
            </w:r>
          </w:p>
        </w:tc>
        <w:tc>
          <w:tcPr>
            <w:tcW w:w="960" w:type="dxa"/>
            <w:tcBorders>
              <w:bottom w:val="single" w:sz="8" w:space="0" w:color="9B9B9B"/>
            </w:tcBorders>
            <w:shd w:val="clear" w:color="auto" w:fill="F0F0F0"/>
            <w:vAlign w:val="center"/>
          </w:tcPr>
          <w:p w14:paraId="6A82392B"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20D805EF" w14:textId="77777777" w:rsidR="00A806B2" w:rsidRPr="00A864B8" w:rsidRDefault="00000000">
            <w:pPr>
              <w:spacing w:before="20" w:after="10" w:line="240" w:lineRule="auto"/>
              <w:jc w:val="center"/>
            </w:pPr>
            <w:r w:rsidRPr="00A864B8">
              <w:rPr>
                <w:b/>
                <w:sz w:val="20"/>
              </w:rPr>
              <w:t>-1.076</w:t>
            </w:r>
          </w:p>
        </w:tc>
        <w:tc>
          <w:tcPr>
            <w:tcW w:w="960" w:type="dxa"/>
            <w:tcBorders>
              <w:bottom w:val="single" w:sz="8" w:space="0" w:color="9B9B9B"/>
            </w:tcBorders>
            <w:shd w:val="clear" w:color="auto" w:fill="F0F0F0"/>
            <w:vAlign w:val="center"/>
          </w:tcPr>
          <w:p w14:paraId="1A68571A" w14:textId="77777777" w:rsidR="00A806B2" w:rsidRPr="00A864B8" w:rsidRDefault="00000000">
            <w:pPr>
              <w:spacing w:before="20" w:after="10" w:line="240" w:lineRule="auto"/>
              <w:jc w:val="center"/>
            </w:pPr>
            <w:r w:rsidRPr="00A864B8">
              <w:rPr>
                <w:b/>
                <w:sz w:val="20"/>
              </w:rPr>
              <w:t>-1.025</w:t>
            </w:r>
          </w:p>
        </w:tc>
      </w:tr>
      <w:tr w:rsidR="00A806B2" w:rsidRPr="00A864B8" w14:paraId="3BDEAE18" w14:textId="77777777">
        <w:trPr>
          <w:jc w:val="center"/>
        </w:trPr>
        <w:tc>
          <w:tcPr>
            <w:tcW w:w="960" w:type="dxa"/>
            <w:tcBorders>
              <w:bottom w:val="single" w:sz="8" w:space="0" w:color="9B9B9B"/>
            </w:tcBorders>
            <w:shd w:val="clear" w:color="auto" w:fill="CFCFCF"/>
            <w:vAlign w:val="center"/>
          </w:tcPr>
          <w:p w14:paraId="14C64CB6" w14:textId="77777777" w:rsidR="00A806B2" w:rsidRPr="00A864B8" w:rsidRDefault="00000000">
            <w:pPr>
              <w:spacing w:before="20" w:after="10" w:line="240" w:lineRule="auto"/>
              <w:jc w:val="center"/>
            </w:pPr>
            <w:r w:rsidRPr="00A864B8">
              <w:rPr>
                <w:sz w:val="20"/>
              </w:rPr>
              <w:t>Strom</w:t>
            </w:r>
          </w:p>
        </w:tc>
        <w:tc>
          <w:tcPr>
            <w:tcW w:w="960" w:type="dxa"/>
            <w:tcBorders>
              <w:bottom w:val="single" w:sz="8" w:space="0" w:color="9B9B9B"/>
            </w:tcBorders>
            <w:shd w:val="clear" w:color="auto" w:fill="CFCFCF"/>
            <w:vAlign w:val="center"/>
          </w:tcPr>
          <w:p w14:paraId="167992F9" w14:textId="77777777" w:rsidR="00A806B2" w:rsidRPr="00A864B8" w:rsidRDefault="00000000">
            <w:pPr>
              <w:spacing w:before="20" w:after="10" w:line="240" w:lineRule="auto"/>
              <w:jc w:val="center"/>
            </w:pPr>
            <w:r w:rsidRPr="00A864B8">
              <w:rPr>
                <w:sz w:val="20"/>
              </w:rPr>
              <w:t>-33.897</w:t>
            </w:r>
          </w:p>
        </w:tc>
        <w:tc>
          <w:tcPr>
            <w:tcW w:w="960" w:type="dxa"/>
            <w:tcBorders>
              <w:bottom w:val="single" w:sz="8" w:space="0" w:color="9B9B9B"/>
            </w:tcBorders>
            <w:shd w:val="clear" w:color="auto" w:fill="CFCFCF"/>
            <w:vAlign w:val="center"/>
          </w:tcPr>
          <w:p w14:paraId="51081E6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F83BF0B" w14:textId="77777777" w:rsidR="00A806B2" w:rsidRPr="00A864B8" w:rsidRDefault="00000000">
            <w:pPr>
              <w:spacing w:before="20" w:after="10" w:line="240" w:lineRule="auto"/>
              <w:jc w:val="center"/>
            </w:pPr>
            <w:r w:rsidRPr="00A864B8">
              <w:rPr>
                <w:sz w:val="20"/>
              </w:rPr>
              <w:t>-2.590</w:t>
            </w:r>
          </w:p>
        </w:tc>
        <w:tc>
          <w:tcPr>
            <w:tcW w:w="960" w:type="dxa"/>
            <w:tcBorders>
              <w:bottom w:val="single" w:sz="8" w:space="0" w:color="9B9B9B"/>
            </w:tcBorders>
            <w:shd w:val="clear" w:color="auto" w:fill="CFCFCF"/>
            <w:vAlign w:val="center"/>
          </w:tcPr>
          <w:p w14:paraId="3C44F079" w14:textId="77777777" w:rsidR="00A806B2" w:rsidRPr="00A864B8" w:rsidRDefault="00000000">
            <w:pPr>
              <w:spacing w:before="20" w:after="10" w:line="240" w:lineRule="auto"/>
              <w:jc w:val="center"/>
            </w:pPr>
            <w:r w:rsidRPr="00A864B8">
              <w:rPr>
                <w:sz w:val="20"/>
              </w:rPr>
              <w:t>-2.467</w:t>
            </w:r>
          </w:p>
        </w:tc>
        <w:tc>
          <w:tcPr>
            <w:tcW w:w="960" w:type="dxa"/>
            <w:tcBorders>
              <w:bottom w:val="single" w:sz="8" w:space="0" w:color="9B9B9B"/>
            </w:tcBorders>
            <w:shd w:val="clear" w:color="auto" w:fill="CFCFCF"/>
            <w:vAlign w:val="center"/>
          </w:tcPr>
          <w:p w14:paraId="3BCA25E1" w14:textId="77777777" w:rsidR="00A806B2" w:rsidRPr="00A864B8" w:rsidRDefault="00000000">
            <w:pPr>
              <w:spacing w:before="20" w:after="10" w:line="240" w:lineRule="auto"/>
              <w:jc w:val="center"/>
            </w:pPr>
            <w:r w:rsidRPr="00A864B8">
              <w:rPr>
                <w:sz w:val="20"/>
              </w:rPr>
              <w:t>-2.349</w:t>
            </w:r>
          </w:p>
        </w:tc>
        <w:tc>
          <w:tcPr>
            <w:tcW w:w="960" w:type="dxa"/>
            <w:tcBorders>
              <w:bottom w:val="single" w:sz="8" w:space="0" w:color="9B9B9B"/>
            </w:tcBorders>
            <w:shd w:val="clear" w:color="auto" w:fill="CFCFCF"/>
            <w:vAlign w:val="center"/>
          </w:tcPr>
          <w:p w14:paraId="551BECFF"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B5FDEAF" w14:textId="77777777" w:rsidR="00A806B2" w:rsidRPr="00A864B8" w:rsidRDefault="00000000">
            <w:pPr>
              <w:spacing w:before="20" w:after="10" w:line="240" w:lineRule="auto"/>
              <w:jc w:val="center"/>
            </w:pPr>
            <w:r w:rsidRPr="00A864B8">
              <w:rPr>
                <w:sz w:val="20"/>
              </w:rPr>
              <w:t>-1.076</w:t>
            </w:r>
          </w:p>
        </w:tc>
        <w:tc>
          <w:tcPr>
            <w:tcW w:w="960" w:type="dxa"/>
            <w:tcBorders>
              <w:bottom w:val="single" w:sz="8" w:space="0" w:color="9B9B9B"/>
            </w:tcBorders>
            <w:shd w:val="clear" w:color="auto" w:fill="CFCFCF"/>
            <w:vAlign w:val="center"/>
          </w:tcPr>
          <w:p w14:paraId="17EEB692" w14:textId="77777777" w:rsidR="00A806B2" w:rsidRPr="00A864B8" w:rsidRDefault="00000000">
            <w:pPr>
              <w:spacing w:before="20" w:after="10" w:line="240" w:lineRule="auto"/>
              <w:jc w:val="center"/>
            </w:pPr>
            <w:r w:rsidRPr="00A864B8">
              <w:rPr>
                <w:sz w:val="20"/>
              </w:rPr>
              <w:t>-1.025</w:t>
            </w:r>
          </w:p>
        </w:tc>
      </w:tr>
      <w:tr w:rsidR="00A806B2" w:rsidRPr="00A864B8" w14:paraId="2690EC06" w14:textId="77777777">
        <w:trPr>
          <w:jc w:val="center"/>
        </w:trPr>
        <w:tc>
          <w:tcPr>
            <w:tcW w:w="960" w:type="dxa"/>
            <w:tcBorders>
              <w:bottom w:val="single" w:sz="8" w:space="0" w:color="9B9B9B"/>
            </w:tcBorders>
            <w:shd w:val="clear" w:color="auto" w:fill="F0F0F0"/>
            <w:vAlign w:val="center"/>
          </w:tcPr>
          <w:p w14:paraId="68C9AB41" w14:textId="77777777" w:rsidR="00A806B2" w:rsidRPr="00A864B8" w:rsidRDefault="00000000">
            <w:pPr>
              <w:spacing w:before="20" w:after="10" w:line="240" w:lineRule="auto"/>
              <w:jc w:val="center"/>
            </w:pPr>
            <w:r w:rsidRPr="00A864B8">
              <w:rPr>
                <w:b/>
                <w:sz w:val="20"/>
              </w:rPr>
              <w:t>Deckung der Bedarfe</w:t>
            </w:r>
          </w:p>
        </w:tc>
        <w:tc>
          <w:tcPr>
            <w:tcW w:w="960" w:type="dxa"/>
            <w:tcBorders>
              <w:bottom w:val="single" w:sz="8" w:space="0" w:color="9B9B9B"/>
            </w:tcBorders>
            <w:shd w:val="clear" w:color="auto" w:fill="F0F0F0"/>
            <w:vAlign w:val="center"/>
          </w:tcPr>
          <w:p w14:paraId="1BBBC2F8" w14:textId="77777777" w:rsidR="00A806B2" w:rsidRPr="00A864B8" w:rsidRDefault="00000000">
            <w:pPr>
              <w:spacing w:before="20" w:after="10" w:line="240" w:lineRule="auto"/>
              <w:jc w:val="center"/>
            </w:pPr>
            <w:r w:rsidRPr="00A864B8">
              <w:rPr>
                <w:b/>
                <w:sz w:val="20"/>
              </w:rPr>
              <w:t>-4.564.628</w:t>
            </w:r>
          </w:p>
        </w:tc>
        <w:tc>
          <w:tcPr>
            <w:tcW w:w="960" w:type="dxa"/>
            <w:tcBorders>
              <w:bottom w:val="single" w:sz="8" w:space="0" w:color="9B9B9B"/>
            </w:tcBorders>
            <w:shd w:val="clear" w:color="auto" w:fill="F0F0F0"/>
            <w:vAlign w:val="center"/>
          </w:tcPr>
          <w:p w14:paraId="0D335C38" w14:textId="77777777" w:rsidR="00A806B2" w:rsidRPr="00A864B8" w:rsidRDefault="00000000">
            <w:pPr>
              <w:spacing w:before="20" w:after="10" w:line="240" w:lineRule="auto"/>
              <w:jc w:val="center"/>
            </w:pPr>
            <w:r w:rsidRPr="00A864B8">
              <w:rPr>
                <w:b/>
                <w:sz w:val="20"/>
              </w:rPr>
              <w:t>-376.000</w:t>
            </w:r>
          </w:p>
        </w:tc>
        <w:tc>
          <w:tcPr>
            <w:tcW w:w="960" w:type="dxa"/>
            <w:tcBorders>
              <w:bottom w:val="single" w:sz="8" w:space="0" w:color="9B9B9B"/>
            </w:tcBorders>
            <w:shd w:val="clear" w:color="auto" w:fill="F0F0F0"/>
            <w:vAlign w:val="center"/>
          </w:tcPr>
          <w:p w14:paraId="066585B2" w14:textId="77777777" w:rsidR="00A806B2" w:rsidRPr="00A864B8" w:rsidRDefault="00000000">
            <w:pPr>
              <w:spacing w:before="20" w:after="10" w:line="240" w:lineRule="auto"/>
              <w:jc w:val="center"/>
            </w:pPr>
            <w:r w:rsidRPr="00A864B8">
              <w:rPr>
                <w:b/>
                <w:sz w:val="20"/>
              </w:rPr>
              <w:t>-320.101</w:t>
            </w:r>
          </w:p>
        </w:tc>
        <w:tc>
          <w:tcPr>
            <w:tcW w:w="960" w:type="dxa"/>
            <w:tcBorders>
              <w:bottom w:val="single" w:sz="8" w:space="0" w:color="9B9B9B"/>
            </w:tcBorders>
            <w:shd w:val="clear" w:color="auto" w:fill="F0F0F0"/>
            <w:vAlign w:val="center"/>
          </w:tcPr>
          <w:p w14:paraId="7FC6BDB9" w14:textId="77777777" w:rsidR="00A806B2" w:rsidRPr="00A864B8" w:rsidRDefault="00000000">
            <w:pPr>
              <w:spacing w:before="20" w:after="10" w:line="240" w:lineRule="auto"/>
              <w:jc w:val="center"/>
            </w:pPr>
            <w:r w:rsidRPr="00A864B8">
              <w:rPr>
                <w:b/>
                <w:sz w:val="20"/>
              </w:rPr>
              <w:t>-304.858</w:t>
            </w:r>
          </w:p>
        </w:tc>
        <w:tc>
          <w:tcPr>
            <w:tcW w:w="960" w:type="dxa"/>
            <w:tcBorders>
              <w:bottom w:val="single" w:sz="8" w:space="0" w:color="9B9B9B"/>
            </w:tcBorders>
            <w:shd w:val="clear" w:color="auto" w:fill="F0F0F0"/>
            <w:vAlign w:val="center"/>
          </w:tcPr>
          <w:p w14:paraId="06696E07" w14:textId="77777777" w:rsidR="00A806B2" w:rsidRPr="00A864B8" w:rsidRDefault="00000000">
            <w:pPr>
              <w:spacing w:before="20" w:after="10" w:line="240" w:lineRule="auto"/>
              <w:jc w:val="center"/>
            </w:pPr>
            <w:r w:rsidRPr="00A864B8">
              <w:rPr>
                <w:b/>
                <w:sz w:val="20"/>
              </w:rPr>
              <w:t>-290.341</w:t>
            </w:r>
          </w:p>
        </w:tc>
        <w:tc>
          <w:tcPr>
            <w:tcW w:w="960" w:type="dxa"/>
            <w:tcBorders>
              <w:bottom w:val="single" w:sz="8" w:space="0" w:color="9B9B9B"/>
            </w:tcBorders>
            <w:shd w:val="clear" w:color="auto" w:fill="F0F0F0"/>
            <w:vAlign w:val="center"/>
          </w:tcPr>
          <w:p w14:paraId="15AEB3EC"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A39331B" w14:textId="77777777" w:rsidR="00A806B2" w:rsidRPr="00A864B8" w:rsidRDefault="00000000">
            <w:pPr>
              <w:spacing w:before="20" w:after="10" w:line="240" w:lineRule="auto"/>
              <w:jc w:val="center"/>
            </w:pPr>
            <w:r w:rsidRPr="00A864B8">
              <w:rPr>
                <w:b/>
                <w:sz w:val="20"/>
              </w:rPr>
              <w:t>-133.008</w:t>
            </w:r>
          </w:p>
        </w:tc>
        <w:tc>
          <w:tcPr>
            <w:tcW w:w="960" w:type="dxa"/>
            <w:tcBorders>
              <w:bottom w:val="single" w:sz="8" w:space="0" w:color="9B9B9B"/>
            </w:tcBorders>
            <w:shd w:val="clear" w:color="auto" w:fill="F0F0F0"/>
            <w:vAlign w:val="center"/>
          </w:tcPr>
          <w:p w14:paraId="2F6A92DD" w14:textId="77777777" w:rsidR="00A806B2" w:rsidRPr="00A864B8" w:rsidRDefault="00000000">
            <w:pPr>
              <w:spacing w:before="20" w:after="10" w:line="240" w:lineRule="auto"/>
              <w:jc w:val="center"/>
            </w:pPr>
            <w:r w:rsidRPr="00A864B8">
              <w:rPr>
                <w:b/>
                <w:sz w:val="20"/>
              </w:rPr>
              <w:t>-126.674</w:t>
            </w:r>
          </w:p>
        </w:tc>
      </w:tr>
      <w:tr w:rsidR="00A806B2" w:rsidRPr="00A864B8" w14:paraId="49F5F926" w14:textId="77777777">
        <w:trPr>
          <w:jc w:val="center"/>
        </w:trPr>
        <w:tc>
          <w:tcPr>
            <w:tcW w:w="960" w:type="dxa"/>
            <w:tcBorders>
              <w:bottom w:val="single" w:sz="8" w:space="0" w:color="9B9B9B"/>
            </w:tcBorders>
            <w:shd w:val="clear" w:color="auto" w:fill="CFCFCF"/>
            <w:vAlign w:val="center"/>
          </w:tcPr>
          <w:p w14:paraId="20BB5D73" w14:textId="77777777" w:rsidR="00A806B2" w:rsidRPr="00A864B8" w:rsidRDefault="00000000">
            <w:pPr>
              <w:spacing w:before="20" w:after="10" w:line="240" w:lineRule="auto"/>
              <w:jc w:val="center"/>
            </w:pPr>
            <w:r w:rsidRPr="00A864B8">
              <w:rPr>
                <w:b/>
                <w:sz w:val="20"/>
              </w:rPr>
              <w:t>Wärmebedarf</w:t>
            </w:r>
          </w:p>
        </w:tc>
        <w:tc>
          <w:tcPr>
            <w:tcW w:w="960" w:type="dxa"/>
            <w:tcBorders>
              <w:bottom w:val="single" w:sz="8" w:space="0" w:color="9B9B9B"/>
            </w:tcBorders>
            <w:shd w:val="clear" w:color="auto" w:fill="CFCFCF"/>
            <w:vAlign w:val="center"/>
          </w:tcPr>
          <w:p w14:paraId="4EFCD241" w14:textId="77777777" w:rsidR="00A806B2" w:rsidRPr="00A864B8" w:rsidRDefault="00000000">
            <w:pPr>
              <w:spacing w:before="20" w:after="10" w:line="240" w:lineRule="auto"/>
              <w:jc w:val="center"/>
            </w:pPr>
            <w:r w:rsidRPr="00A864B8">
              <w:rPr>
                <w:b/>
                <w:sz w:val="20"/>
              </w:rPr>
              <w:t>-2.096.628</w:t>
            </w:r>
          </w:p>
        </w:tc>
        <w:tc>
          <w:tcPr>
            <w:tcW w:w="960" w:type="dxa"/>
            <w:tcBorders>
              <w:bottom w:val="single" w:sz="8" w:space="0" w:color="9B9B9B"/>
            </w:tcBorders>
            <w:shd w:val="clear" w:color="auto" w:fill="CFCFCF"/>
            <w:vAlign w:val="center"/>
          </w:tcPr>
          <w:p w14:paraId="541ADA6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2539BCF9" w14:textId="77777777" w:rsidR="00A806B2" w:rsidRPr="00A864B8" w:rsidRDefault="00000000">
            <w:pPr>
              <w:spacing w:before="20" w:after="10" w:line="240" w:lineRule="auto"/>
              <w:jc w:val="center"/>
            </w:pPr>
            <w:r w:rsidRPr="00A864B8">
              <w:rPr>
                <w:b/>
                <w:sz w:val="20"/>
              </w:rPr>
              <w:t>-160.227</w:t>
            </w:r>
          </w:p>
        </w:tc>
        <w:tc>
          <w:tcPr>
            <w:tcW w:w="960" w:type="dxa"/>
            <w:tcBorders>
              <w:bottom w:val="single" w:sz="8" w:space="0" w:color="9B9B9B"/>
            </w:tcBorders>
            <w:shd w:val="clear" w:color="auto" w:fill="CFCFCF"/>
            <w:vAlign w:val="center"/>
          </w:tcPr>
          <w:p w14:paraId="3313533B" w14:textId="77777777" w:rsidR="00A806B2" w:rsidRPr="00A864B8" w:rsidRDefault="00000000">
            <w:pPr>
              <w:spacing w:before="20" w:after="10" w:line="240" w:lineRule="auto"/>
              <w:jc w:val="center"/>
            </w:pPr>
            <w:r w:rsidRPr="00A864B8">
              <w:rPr>
                <w:b/>
                <w:sz w:val="20"/>
              </w:rPr>
              <w:t>-152.597</w:t>
            </w:r>
          </w:p>
        </w:tc>
        <w:tc>
          <w:tcPr>
            <w:tcW w:w="960" w:type="dxa"/>
            <w:tcBorders>
              <w:bottom w:val="single" w:sz="8" w:space="0" w:color="9B9B9B"/>
            </w:tcBorders>
            <w:shd w:val="clear" w:color="auto" w:fill="CFCFCF"/>
            <w:vAlign w:val="center"/>
          </w:tcPr>
          <w:p w14:paraId="076CCFCF" w14:textId="77777777" w:rsidR="00A806B2" w:rsidRPr="00A864B8" w:rsidRDefault="00000000">
            <w:pPr>
              <w:spacing w:before="20" w:after="10" w:line="240" w:lineRule="auto"/>
              <w:jc w:val="center"/>
            </w:pPr>
            <w:r w:rsidRPr="00A864B8">
              <w:rPr>
                <w:b/>
                <w:sz w:val="20"/>
              </w:rPr>
              <w:t>-145.331</w:t>
            </w:r>
          </w:p>
        </w:tc>
        <w:tc>
          <w:tcPr>
            <w:tcW w:w="960" w:type="dxa"/>
            <w:tcBorders>
              <w:bottom w:val="single" w:sz="8" w:space="0" w:color="9B9B9B"/>
            </w:tcBorders>
            <w:shd w:val="clear" w:color="auto" w:fill="CFCFCF"/>
            <w:vAlign w:val="center"/>
          </w:tcPr>
          <w:p w14:paraId="746CF5B6"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131B4C31" w14:textId="77777777" w:rsidR="00A806B2" w:rsidRPr="00A864B8" w:rsidRDefault="00000000">
            <w:pPr>
              <w:spacing w:before="20" w:after="10" w:line="240" w:lineRule="auto"/>
              <w:jc w:val="center"/>
            </w:pPr>
            <w:r w:rsidRPr="00A864B8">
              <w:rPr>
                <w:b/>
                <w:sz w:val="20"/>
              </w:rPr>
              <w:t>-66.577</w:t>
            </w:r>
          </w:p>
        </w:tc>
        <w:tc>
          <w:tcPr>
            <w:tcW w:w="960" w:type="dxa"/>
            <w:tcBorders>
              <w:bottom w:val="single" w:sz="8" w:space="0" w:color="9B9B9B"/>
            </w:tcBorders>
            <w:shd w:val="clear" w:color="auto" w:fill="CFCFCF"/>
            <w:vAlign w:val="center"/>
          </w:tcPr>
          <w:p w14:paraId="1946BE0F" w14:textId="77777777" w:rsidR="00A806B2" w:rsidRPr="00A864B8" w:rsidRDefault="00000000">
            <w:pPr>
              <w:spacing w:before="20" w:after="10" w:line="240" w:lineRule="auto"/>
              <w:jc w:val="center"/>
            </w:pPr>
            <w:r w:rsidRPr="00A864B8">
              <w:rPr>
                <w:b/>
                <w:sz w:val="20"/>
              </w:rPr>
              <w:t>-63.407</w:t>
            </w:r>
          </w:p>
        </w:tc>
      </w:tr>
      <w:tr w:rsidR="00A806B2" w:rsidRPr="00A864B8" w14:paraId="5B216610" w14:textId="77777777">
        <w:trPr>
          <w:jc w:val="center"/>
        </w:trPr>
        <w:tc>
          <w:tcPr>
            <w:tcW w:w="960" w:type="dxa"/>
            <w:tcBorders>
              <w:bottom w:val="single" w:sz="8" w:space="0" w:color="9B9B9B"/>
            </w:tcBorders>
            <w:shd w:val="clear" w:color="auto" w:fill="F0F0F0"/>
            <w:vAlign w:val="center"/>
          </w:tcPr>
          <w:p w14:paraId="7C640D61"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256235A1" w14:textId="77777777" w:rsidR="00A806B2" w:rsidRPr="00A864B8" w:rsidRDefault="00000000">
            <w:pPr>
              <w:spacing w:before="20" w:after="10" w:line="240" w:lineRule="auto"/>
              <w:jc w:val="center"/>
            </w:pPr>
            <w:r w:rsidRPr="00A864B8">
              <w:rPr>
                <w:sz w:val="20"/>
              </w:rPr>
              <w:t>-1.718.718</w:t>
            </w:r>
          </w:p>
        </w:tc>
        <w:tc>
          <w:tcPr>
            <w:tcW w:w="960" w:type="dxa"/>
            <w:tcBorders>
              <w:bottom w:val="single" w:sz="8" w:space="0" w:color="9B9B9B"/>
            </w:tcBorders>
            <w:shd w:val="clear" w:color="auto" w:fill="F0F0F0"/>
            <w:vAlign w:val="center"/>
          </w:tcPr>
          <w:p w14:paraId="43B030D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94E694B" w14:textId="77777777" w:rsidR="00A806B2" w:rsidRPr="00A864B8" w:rsidRDefault="00000000">
            <w:pPr>
              <w:spacing w:before="20" w:after="10" w:line="240" w:lineRule="auto"/>
              <w:jc w:val="center"/>
            </w:pPr>
            <w:r w:rsidRPr="00A864B8">
              <w:rPr>
                <w:sz w:val="20"/>
              </w:rPr>
              <w:t>-131.347</w:t>
            </w:r>
          </w:p>
        </w:tc>
        <w:tc>
          <w:tcPr>
            <w:tcW w:w="960" w:type="dxa"/>
            <w:tcBorders>
              <w:bottom w:val="single" w:sz="8" w:space="0" w:color="9B9B9B"/>
            </w:tcBorders>
            <w:shd w:val="clear" w:color="auto" w:fill="F0F0F0"/>
            <w:vAlign w:val="center"/>
          </w:tcPr>
          <w:p w14:paraId="302A3D23" w14:textId="77777777" w:rsidR="00A806B2" w:rsidRPr="00A864B8" w:rsidRDefault="00000000">
            <w:pPr>
              <w:spacing w:before="20" w:after="10" w:line="240" w:lineRule="auto"/>
              <w:jc w:val="center"/>
            </w:pPr>
            <w:r w:rsidRPr="00A864B8">
              <w:rPr>
                <w:sz w:val="20"/>
              </w:rPr>
              <w:t>-125.092</w:t>
            </w:r>
          </w:p>
        </w:tc>
        <w:tc>
          <w:tcPr>
            <w:tcW w:w="960" w:type="dxa"/>
            <w:tcBorders>
              <w:bottom w:val="single" w:sz="8" w:space="0" w:color="9B9B9B"/>
            </w:tcBorders>
            <w:shd w:val="clear" w:color="auto" w:fill="F0F0F0"/>
            <w:vAlign w:val="center"/>
          </w:tcPr>
          <w:p w14:paraId="5F7827DA" w14:textId="77777777" w:rsidR="00A806B2" w:rsidRPr="00A864B8" w:rsidRDefault="00000000">
            <w:pPr>
              <w:spacing w:before="20" w:after="10" w:line="240" w:lineRule="auto"/>
              <w:jc w:val="center"/>
            </w:pPr>
            <w:r w:rsidRPr="00A864B8">
              <w:rPr>
                <w:sz w:val="20"/>
              </w:rPr>
              <w:t>-119.135</w:t>
            </w:r>
          </w:p>
        </w:tc>
        <w:tc>
          <w:tcPr>
            <w:tcW w:w="960" w:type="dxa"/>
            <w:tcBorders>
              <w:bottom w:val="single" w:sz="8" w:space="0" w:color="9B9B9B"/>
            </w:tcBorders>
            <w:shd w:val="clear" w:color="auto" w:fill="F0F0F0"/>
            <w:vAlign w:val="center"/>
          </w:tcPr>
          <w:p w14:paraId="1F9DC29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23FFADF" w14:textId="77777777" w:rsidR="00A806B2" w:rsidRPr="00A864B8" w:rsidRDefault="00000000">
            <w:pPr>
              <w:spacing w:before="20" w:after="10" w:line="240" w:lineRule="auto"/>
              <w:jc w:val="center"/>
            </w:pPr>
            <w:r w:rsidRPr="00A864B8">
              <w:rPr>
                <w:sz w:val="20"/>
              </w:rPr>
              <w:t>-54.577</w:t>
            </w:r>
          </w:p>
        </w:tc>
        <w:tc>
          <w:tcPr>
            <w:tcW w:w="960" w:type="dxa"/>
            <w:tcBorders>
              <w:bottom w:val="single" w:sz="8" w:space="0" w:color="9B9B9B"/>
            </w:tcBorders>
            <w:shd w:val="clear" w:color="auto" w:fill="F0F0F0"/>
            <w:vAlign w:val="center"/>
          </w:tcPr>
          <w:p w14:paraId="6B87FDD3" w14:textId="77777777" w:rsidR="00A806B2" w:rsidRPr="00A864B8" w:rsidRDefault="00000000">
            <w:pPr>
              <w:spacing w:before="20" w:after="10" w:line="240" w:lineRule="auto"/>
              <w:jc w:val="center"/>
            </w:pPr>
            <w:r w:rsidRPr="00A864B8">
              <w:rPr>
                <w:sz w:val="20"/>
              </w:rPr>
              <w:t>-51.978</w:t>
            </w:r>
          </w:p>
        </w:tc>
      </w:tr>
      <w:tr w:rsidR="00A806B2" w:rsidRPr="00A864B8" w14:paraId="5D5D1951" w14:textId="77777777">
        <w:trPr>
          <w:jc w:val="center"/>
        </w:trPr>
        <w:tc>
          <w:tcPr>
            <w:tcW w:w="960" w:type="dxa"/>
            <w:tcBorders>
              <w:bottom w:val="single" w:sz="8" w:space="0" w:color="9B9B9B"/>
            </w:tcBorders>
            <w:shd w:val="clear" w:color="auto" w:fill="CFCFCF"/>
            <w:vAlign w:val="center"/>
          </w:tcPr>
          <w:p w14:paraId="2B555FA3"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CFCFCF"/>
            <w:vAlign w:val="center"/>
          </w:tcPr>
          <w:p w14:paraId="0542B24E" w14:textId="77777777" w:rsidR="00A806B2" w:rsidRPr="00A864B8" w:rsidRDefault="00000000">
            <w:pPr>
              <w:spacing w:before="20" w:after="10" w:line="240" w:lineRule="auto"/>
              <w:jc w:val="center"/>
            </w:pPr>
            <w:r w:rsidRPr="00A864B8">
              <w:rPr>
                <w:sz w:val="20"/>
              </w:rPr>
              <w:t>-377.910</w:t>
            </w:r>
          </w:p>
        </w:tc>
        <w:tc>
          <w:tcPr>
            <w:tcW w:w="960" w:type="dxa"/>
            <w:tcBorders>
              <w:bottom w:val="single" w:sz="8" w:space="0" w:color="9B9B9B"/>
            </w:tcBorders>
            <w:shd w:val="clear" w:color="auto" w:fill="CFCFCF"/>
            <w:vAlign w:val="center"/>
          </w:tcPr>
          <w:p w14:paraId="6ABF15C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FB26887" w14:textId="77777777" w:rsidR="00A806B2" w:rsidRPr="00A864B8" w:rsidRDefault="00000000">
            <w:pPr>
              <w:spacing w:before="20" w:after="10" w:line="240" w:lineRule="auto"/>
              <w:jc w:val="center"/>
            </w:pPr>
            <w:r w:rsidRPr="00A864B8">
              <w:rPr>
                <w:sz w:val="20"/>
              </w:rPr>
              <w:t>-28.880</w:t>
            </w:r>
          </w:p>
        </w:tc>
        <w:tc>
          <w:tcPr>
            <w:tcW w:w="960" w:type="dxa"/>
            <w:tcBorders>
              <w:bottom w:val="single" w:sz="8" w:space="0" w:color="9B9B9B"/>
            </w:tcBorders>
            <w:shd w:val="clear" w:color="auto" w:fill="CFCFCF"/>
            <w:vAlign w:val="center"/>
          </w:tcPr>
          <w:p w14:paraId="3A60CD99" w14:textId="77777777" w:rsidR="00A806B2" w:rsidRPr="00A864B8" w:rsidRDefault="00000000">
            <w:pPr>
              <w:spacing w:before="20" w:after="10" w:line="240" w:lineRule="auto"/>
              <w:jc w:val="center"/>
            </w:pPr>
            <w:r w:rsidRPr="00A864B8">
              <w:rPr>
                <w:sz w:val="20"/>
              </w:rPr>
              <w:t>-27.505</w:t>
            </w:r>
          </w:p>
        </w:tc>
        <w:tc>
          <w:tcPr>
            <w:tcW w:w="960" w:type="dxa"/>
            <w:tcBorders>
              <w:bottom w:val="single" w:sz="8" w:space="0" w:color="9B9B9B"/>
            </w:tcBorders>
            <w:shd w:val="clear" w:color="auto" w:fill="CFCFCF"/>
            <w:vAlign w:val="center"/>
          </w:tcPr>
          <w:p w14:paraId="2EBC3628" w14:textId="77777777" w:rsidR="00A806B2" w:rsidRPr="00A864B8" w:rsidRDefault="00000000">
            <w:pPr>
              <w:spacing w:before="20" w:after="10" w:line="240" w:lineRule="auto"/>
              <w:jc w:val="center"/>
            </w:pPr>
            <w:r w:rsidRPr="00A864B8">
              <w:rPr>
                <w:sz w:val="20"/>
              </w:rPr>
              <w:t>-26.195</w:t>
            </w:r>
          </w:p>
        </w:tc>
        <w:tc>
          <w:tcPr>
            <w:tcW w:w="960" w:type="dxa"/>
            <w:tcBorders>
              <w:bottom w:val="single" w:sz="8" w:space="0" w:color="9B9B9B"/>
            </w:tcBorders>
            <w:shd w:val="clear" w:color="auto" w:fill="CFCFCF"/>
            <w:vAlign w:val="center"/>
          </w:tcPr>
          <w:p w14:paraId="057672A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C1832A7"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CFCFCF"/>
            <w:vAlign w:val="center"/>
          </w:tcPr>
          <w:p w14:paraId="375BF1EE" w14:textId="77777777" w:rsidR="00A806B2" w:rsidRPr="00A864B8" w:rsidRDefault="00000000">
            <w:pPr>
              <w:spacing w:before="20" w:after="10" w:line="240" w:lineRule="auto"/>
              <w:jc w:val="center"/>
            </w:pPr>
            <w:r w:rsidRPr="00A864B8">
              <w:rPr>
                <w:sz w:val="20"/>
              </w:rPr>
              <w:t>-11.428</w:t>
            </w:r>
          </w:p>
        </w:tc>
      </w:tr>
      <w:tr w:rsidR="00A806B2" w:rsidRPr="00A864B8" w14:paraId="3269AE14" w14:textId="77777777">
        <w:trPr>
          <w:jc w:val="center"/>
        </w:trPr>
        <w:tc>
          <w:tcPr>
            <w:tcW w:w="960" w:type="dxa"/>
            <w:tcBorders>
              <w:bottom w:val="single" w:sz="8" w:space="0" w:color="9B9B9B"/>
            </w:tcBorders>
            <w:shd w:val="clear" w:color="auto" w:fill="F0F0F0"/>
            <w:vAlign w:val="center"/>
          </w:tcPr>
          <w:p w14:paraId="57A11ACE" w14:textId="77777777" w:rsidR="00A806B2" w:rsidRPr="00A864B8" w:rsidRDefault="00000000">
            <w:pPr>
              <w:spacing w:before="20" w:after="10" w:line="240" w:lineRule="auto"/>
              <w:jc w:val="center"/>
            </w:pPr>
            <w:r w:rsidRPr="00A864B8">
              <w:rPr>
                <w:b/>
                <w:sz w:val="20"/>
              </w:rPr>
              <w:t>Kältebedarf</w:t>
            </w:r>
          </w:p>
        </w:tc>
        <w:tc>
          <w:tcPr>
            <w:tcW w:w="960" w:type="dxa"/>
            <w:tcBorders>
              <w:bottom w:val="single" w:sz="8" w:space="0" w:color="9B9B9B"/>
            </w:tcBorders>
            <w:shd w:val="clear" w:color="auto" w:fill="F0F0F0"/>
            <w:vAlign w:val="center"/>
          </w:tcPr>
          <w:p w14:paraId="5A8E3DA1" w14:textId="77777777" w:rsidR="00A806B2" w:rsidRPr="00A864B8" w:rsidRDefault="00000000">
            <w:pPr>
              <w:spacing w:before="20" w:after="10" w:line="240" w:lineRule="auto"/>
              <w:jc w:val="center"/>
            </w:pPr>
            <w:r w:rsidRPr="00A864B8">
              <w:rPr>
                <w:b/>
                <w:sz w:val="20"/>
              </w:rPr>
              <w:t>-82.890</w:t>
            </w:r>
          </w:p>
        </w:tc>
        <w:tc>
          <w:tcPr>
            <w:tcW w:w="960" w:type="dxa"/>
            <w:tcBorders>
              <w:bottom w:val="single" w:sz="8" w:space="0" w:color="9B9B9B"/>
            </w:tcBorders>
            <w:shd w:val="clear" w:color="auto" w:fill="F0F0F0"/>
            <w:vAlign w:val="center"/>
          </w:tcPr>
          <w:p w14:paraId="1DDF3FC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89F6E0C" w14:textId="77777777" w:rsidR="00A806B2" w:rsidRPr="00A864B8" w:rsidRDefault="00000000">
            <w:pPr>
              <w:spacing w:before="20" w:after="10" w:line="240" w:lineRule="auto"/>
              <w:jc w:val="center"/>
            </w:pPr>
            <w:r w:rsidRPr="00A864B8">
              <w:rPr>
                <w:b/>
                <w:sz w:val="20"/>
              </w:rPr>
              <w:t>-6.334</w:t>
            </w:r>
          </w:p>
        </w:tc>
        <w:tc>
          <w:tcPr>
            <w:tcW w:w="960" w:type="dxa"/>
            <w:tcBorders>
              <w:bottom w:val="single" w:sz="8" w:space="0" w:color="9B9B9B"/>
            </w:tcBorders>
            <w:shd w:val="clear" w:color="auto" w:fill="F0F0F0"/>
            <w:vAlign w:val="center"/>
          </w:tcPr>
          <w:p w14:paraId="374D7C48" w14:textId="77777777" w:rsidR="00A806B2" w:rsidRPr="00A864B8" w:rsidRDefault="00000000">
            <w:pPr>
              <w:spacing w:before="20" w:after="10" w:line="240" w:lineRule="auto"/>
              <w:jc w:val="center"/>
            </w:pPr>
            <w:r w:rsidRPr="00A864B8">
              <w:rPr>
                <w:b/>
                <w:sz w:val="20"/>
              </w:rPr>
              <w:t>-6.032</w:t>
            </w:r>
          </w:p>
        </w:tc>
        <w:tc>
          <w:tcPr>
            <w:tcW w:w="960" w:type="dxa"/>
            <w:tcBorders>
              <w:bottom w:val="single" w:sz="8" w:space="0" w:color="9B9B9B"/>
            </w:tcBorders>
            <w:shd w:val="clear" w:color="auto" w:fill="F0F0F0"/>
            <w:vAlign w:val="center"/>
          </w:tcPr>
          <w:p w14:paraId="32A5994B" w14:textId="77777777" w:rsidR="00A806B2" w:rsidRPr="00A864B8" w:rsidRDefault="00000000">
            <w:pPr>
              <w:spacing w:before="20" w:after="10" w:line="240" w:lineRule="auto"/>
              <w:jc w:val="center"/>
            </w:pPr>
            <w:r w:rsidRPr="00A864B8">
              <w:rPr>
                <w:b/>
                <w:sz w:val="20"/>
              </w:rPr>
              <w:t>-5.745</w:t>
            </w:r>
          </w:p>
        </w:tc>
        <w:tc>
          <w:tcPr>
            <w:tcW w:w="960" w:type="dxa"/>
            <w:tcBorders>
              <w:bottom w:val="single" w:sz="8" w:space="0" w:color="9B9B9B"/>
            </w:tcBorders>
            <w:shd w:val="clear" w:color="auto" w:fill="F0F0F0"/>
            <w:vAlign w:val="center"/>
          </w:tcPr>
          <w:p w14:paraId="15F6A27F"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31C4AA38" w14:textId="77777777" w:rsidR="00A806B2" w:rsidRPr="00A864B8" w:rsidRDefault="00000000">
            <w:pPr>
              <w:spacing w:before="20" w:after="10" w:line="240" w:lineRule="auto"/>
              <w:jc w:val="center"/>
            </w:pPr>
            <w:r w:rsidRPr="00A864B8">
              <w:rPr>
                <w:b/>
                <w:sz w:val="20"/>
              </w:rPr>
              <w:t>-2.632</w:t>
            </w:r>
          </w:p>
        </w:tc>
        <w:tc>
          <w:tcPr>
            <w:tcW w:w="960" w:type="dxa"/>
            <w:tcBorders>
              <w:bottom w:val="single" w:sz="8" w:space="0" w:color="9B9B9B"/>
            </w:tcBorders>
            <w:shd w:val="clear" w:color="auto" w:fill="F0F0F0"/>
            <w:vAlign w:val="center"/>
          </w:tcPr>
          <w:p w14:paraId="60C2F624" w14:textId="77777777" w:rsidR="00A806B2" w:rsidRPr="00A864B8" w:rsidRDefault="00000000">
            <w:pPr>
              <w:spacing w:before="20" w:after="10" w:line="240" w:lineRule="auto"/>
              <w:jc w:val="center"/>
            </w:pPr>
            <w:r w:rsidRPr="00A864B8">
              <w:rPr>
                <w:b/>
                <w:sz w:val="20"/>
              </w:rPr>
              <w:t>-2.506</w:t>
            </w:r>
          </w:p>
        </w:tc>
      </w:tr>
      <w:tr w:rsidR="00A806B2" w:rsidRPr="00A864B8" w14:paraId="035E56A2" w14:textId="77777777">
        <w:trPr>
          <w:jc w:val="center"/>
        </w:trPr>
        <w:tc>
          <w:tcPr>
            <w:tcW w:w="960" w:type="dxa"/>
            <w:tcBorders>
              <w:bottom w:val="single" w:sz="8" w:space="0" w:color="9B9B9B"/>
            </w:tcBorders>
            <w:shd w:val="clear" w:color="auto" w:fill="CFCFCF"/>
            <w:vAlign w:val="center"/>
          </w:tcPr>
          <w:p w14:paraId="1B47F76E"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32EBF959" w14:textId="77777777" w:rsidR="00A806B2" w:rsidRPr="00A864B8" w:rsidRDefault="00000000">
            <w:pPr>
              <w:spacing w:before="20" w:after="10" w:line="240" w:lineRule="auto"/>
              <w:jc w:val="center"/>
            </w:pPr>
            <w:r w:rsidRPr="00A864B8">
              <w:rPr>
                <w:sz w:val="20"/>
              </w:rPr>
              <w:t>-41.833</w:t>
            </w:r>
          </w:p>
        </w:tc>
        <w:tc>
          <w:tcPr>
            <w:tcW w:w="960" w:type="dxa"/>
            <w:tcBorders>
              <w:bottom w:val="single" w:sz="8" w:space="0" w:color="9B9B9B"/>
            </w:tcBorders>
            <w:shd w:val="clear" w:color="auto" w:fill="CFCFCF"/>
            <w:vAlign w:val="center"/>
          </w:tcPr>
          <w:p w14:paraId="21C9A2A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F709F0D" w14:textId="77777777" w:rsidR="00A806B2" w:rsidRPr="00A864B8" w:rsidRDefault="00000000">
            <w:pPr>
              <w:spacing w:before="20" w:after="10" w:line="240" w:lineRule="auto"/>
              <w:jc w:val="center"/>
            </w:pPr>
            <w:r w:rsidRPr="00A864B8">
              <w:rPr>
                <w:sz w:val="20"/>
              </w:rPr>
              <w:t>-3.197</w:t>
            </w:r>
          </w:p>
        </w:tc>
        <w:tc>
          <w:tcPr>
            <w:tcW w:w="960" w:type="dxa"/>
            <w:tcBorders>
              <w:bottom w:val="single" w:sz="8" w:space="0" w:color="9B9B9B"/>
            </w:tcBorders>
            <w:shd w:val="clear" w:color="auto" w:fill="CFCFCF"/>
            <w:vAlign w:val="center"/>
          </w:tcPr>
          <w:p w14:paraId="2E92A824" w14:textId="77777777" w:rsidR="00A806B2" w:rsidRPr="00A864B8" w:rsidRDefault="00000000">
            <w:pPr>
              <w:spacing w:before="20" w:after="10" w:line="240" w:lineRule="auto"/>
              <w:jc w:val="center"/>
            </w:pPr>
            <w:r w:rsidRPr="00A864B8">
              <w:rPr>
                <w:sz w:val="20"/>
              </w:rPr>
              <w:t>-3.044</w:t>
            </w:r>
          </w:p>
        </w:tc>
        <w:tc>
          <w:tcPr>
            <w:tcW w:w="960" w:type="dxa"/>
            <w:tcBorders>
              <w:bottom w:val="single" w:sz="8" w:space="0" w:color="9B9B9B"/>
            </w:tcBorders>
            <w:shd w:val="clear" w:color="auto" w:fill="CFCFCF"/>
            <w:vAlign w:val="center"/>
          </w:tcPr>
          <w:p w14:paraId="4B492E91" w14:textId="77777777" w:rsidR="00A806B2" w:rsidRPr="00A864B8" w:rsidRDefault="00000000">
            <w:pPr>
              <w:spacing w:before="20" w:after="10" w:line="240" w:lineRule="auto"/>
              <w:jc w:val="center"/>
            </w:pPr>
            <w:r w:rsidRPr="00A864B8">
              <w:rPr>
                <w:sz w:val="20"/>
              </w:rPr>
              <w:t>-2.899</w:t>
            </w:r>
          </w:p>
        </w:tc>
        <w:tc>
          <w:tcPr>
            <w:tcW w:w="960" w:type="dxa"/>
            <w:tcBorders>
              <w:bottom w:val="single" w:sz="8" w:space="0" w:color="9B9B9B"/>
            </w:tcBorders>
            <w:shd w:val="clear" w:color="auto" w:fill="CFCFCF"/>
            <w:vAlign w:val="center"/>
          </w:tcPr>
          <w:p w14:paraId="518C411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CA94BEC" w14:textId="77777777" w:rsidR="00A806B2" w:rsidRPr="00A864B8" w:rsidRDefault="00000000">
            <w:pPr>
              <w:spacing w:before="20" w:after="10" w:line="240" w:lineRule="auto"/>
              <w:jc w:val="center"/>
            </w:pPr>
            <w:r w:rsidRPr="00A864B8">
              <w:rPr>
                <w:sz w:val="20"/>
              </w:rPr>
              <w:t>-1.328</w:t>
            </w:r>
          </w:p>
        </w:tc>
        <w:tc>
          <w:tcPr>
            <w:tcW w:w="960" w:type="dxa"/>
            <w:tcBorders>
              <w:bottom w:val="single" w:sz="8" w:space="0" w:color="9B9B9B"/>
            </w:tcBorders>
            <w:shd w:val="clear" w:color="auto" w:fill="CFCFCF"/>
            <w:vAlign w:val="center"/>
          </w:tcPr>
          <w:p w14:paraId="55D2644A" w14:textId="77777777" w:rsidR="00A806B2" w:rsidRPr="00A864B8" w:rsidRDefault="00000000">
            <w:pPr>
              <w:spacing w:before="20" w:after="10" w:line="240" w:lineRule="auto"/>
              <w:jc w:val="center"/>
            </w:pPr>
            <w:r w:rsidRPr="00A864B8">
              <w:rPr>
                <w:sz w:val="20"/>
              </w:rPr>
              <w:t>-1.265</w:t>
            </w:r>
          </w:p>
        </w:tc>
      </w:tr>
      <w:tr w:rsidR="00A806B2" w:rsidRPr="00A864B8" w14:paraId="76B65466" w14:textId="77777777">
        <w:trPr>
          <w:jc w:val="center"/>
        </w:trPr>
        <w:tc>
          <w:tcPr>
            <w:tcW w:w="960" w:type="dxa"/>
            <w:tcBorders>
              <w:bottom w:val="single" w:sz="8" w:space="0" w:color="9B9B9B"/>
            </w:tcBorders>
            <w:shd w:val="clear" w:color="auto" w:fill="F0F0F0"/>
            <w:vAlign w:val="center"/>
          </w:tcPr>
          <w:p w14:paraId="552E3FF8"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F0F0F0"/>
            <w:vAlign w:val="center"/>
          </w:tcPr>
          <w:p w14:paraId="6A58F2FE" w14:textId="77777777" w:rsidR="00A806B2" w:rsidRPr="00A864B8" w:rsidRDefault="00000000">
            <w:pPr>
              <w:spacing w:before="20" w:after="10" w:line="240" w:lineRule="auto"/>
              <w:jc w:val="center"/>
            </w:pPr>
            <w:r w:rsidRPr="00A864B8">
              <w:rPr>
                <w:sz w:val="20"/>
              </w:rPr>
              <w:t>-41.056</w:t>
            </w:r>
          </w:p>
        </w:tc>
        <w:tc>
          <w:tcPr>
            <w:tcW w:w="960" w:type="dxa"/>
            <w:tcBorders>
              <w:bottom w:val="single" w:sz="8" w:space="0" w:color="9B9B9B"/>
            </w:tcBorders>
            <w:shd w:val="clear" w:color="auto" w:fill="F0F0F0"/>
            <w:vAlign w:val="center"/>
          </w:tcPr>
          <w:p w14:paraId="716EFBA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9B9E9EC" w14:textId="77777777" w:rsidR="00A806B2" w:rsidRPr="00A864B8" w:rsidRDefault="00000000">
            <w:pPr>
              <w:spacing w:before="20" w:after="10" w:line="240" w:lineRule="auto"/>
              <w:jc w:val="center"/>
            </w:pPr>
            <w:r w:rsidRPr="00A864B8">
              <w:rPr>
                <w:sz w:val="20"/>
              </w:rPr>
              <w:t>-3.137</w:t>
            </w:r>
          </w:p>
        </w:tc>
        <w:tc>
          <w:tcPr>
            <w:tcW w:w="960" w:type="dxa"/>
            <w:tcBorders>
              <w:bottom w:val="single" w:sz="8" w:space="0" w:color="9B9B9B"/>
            </w:tcBorders>
            <w:shd w:val="clear" w:color="auto" w:fill="F0F0F0"/>
            <w:vAlign w:val="center"/>
          </w:tcPr>
          <w:p w14:paraId="7C4FE70F" w14:textId="77777777" w:rsidR="00A806B2" w:rsidRPr="00A864B8" w:rsidRDefault="00000000">
            <w:pPr>
              <w:spacing w:before="20" w:after="10" w:line="240" w:lineRule="auto"/>
              <w:jc w:val="center"/>
            </w:pPr>
            <w:r w:rsidRPr="00A864B8">
              <w:rPr>
                <w:sz w:val="20"/>
              </w:rPr>
              <w:t>-2.988</w:t>
            </w:r>
          </w:p>
        </w:tc>
        <w:tc>
          <w:tcPr>
            <w:tcW w:w="960" w:type="dxa"/>
            <w:tcBorders>
              <w:bottom w:val="single" w:sz="8" w:space="0" w:color="9B9B9B"/>
            </w:tcBorders>
            <w:shd w:val="clear" w:color="auto" w:fill="F0F0F0"/>
            <w:vAlign w:val="center"/>
          </w:tcPr>
          <w:p w14:paraId="206032F9" w14:textId="77777777" w:rsidR="00A806B2" w:rsidRPr="00A864B8" w:rsidRDefault="00000000">
            <w:pPr>
              <w:spacing w:before="20" w:after="10" w:line="240" w:lineRule="auto"/>
              <w:jc w:val="center"/>
            </w:pPr>
            <w:r w:rsidRPr="00A864B8">
              <w:rPr>
                <w:sz w:val="20"/>
              </w:rPr>
              <w:t>-2.845</w:t>
            </w:r>
          </w:p>
        </w:tc>
        <w:tc>
          <w:tcPr>
            <w:tcW w:w="960" w:type="dxa"/>
            <w:tcBorders>
              <w:bottom w:val="single" w:sz="8" w:space="0" w:color="9B9B9B"/>
            </w:tcBorders>
            <w:shd w:val="clear" w:color="auto" w:fill="F0F0F0"/>
            <w:vAlign w:val="center"/>
          </w:tcPr>
          <w:p w14:paraId="25902C2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6F9FE9A" w14:textId="77777777" w:rsidR="00A806B2" w:rsidRPr="00A864B8" w:rsidRDefault="00000000">
            <w:pPr>
              <w:spacing w:before="20" w:after="10" w:line="240" w:lineRule="auto"/>
              <w:jc w:val="center"/>
            </w:pPr>
            <w:r w:rsidRPr="00A864B8">
              <w:rPr>
                <w:sz w:val="20"/>
              </w:rPr>
              <w:t>-1.303</w:t>
            </w:r>
          </w:p>
        </w:tc>
        <w:tc>
          <w:tcPr>
            <w:tcW w:w="960" w:type="dxa"/>
            <w:tcBorders>
              <w:bottom w:val="single" w:sz="8" w:space="0" w:color="9B9B9B"/>
            </w:tcBorders>
            <w:shd w:val="clear" w:color="auto" w:fill="F0F0F0"/>
            <w:vAlign w:val="center"/>
          </w:tcPr>
          <w:p w14:paraId="5FA92326" w14:textId="77777777" w:rsidR="00A806B2" w:rsidRPr="00A864B8" w:rsidRDefault="00000000">
            <w:pPr>
              <w:spacing w:before="20" w:after="10" w:line="240" w:lineRule="auto"/>
              <w:jc w:val="center"/>
            </w:pPr>
            <w:r w:rsidRPr="00A864B8">
              <w:rPr>
                <w:sz w:val="20"/>
              </w:rPr>
              <w:t>-1.241</w:t>
            </w:r>
          </w:p>
        </w:tc>
      </w:tr>
      <w:tr w:rsidR="00A806B2" w:rsidRPr="00A864B8" w14:paraId="53125F8C" w14:textId="77777777">
        <w:trPr>
          <w:jc w:val="center"/>
        </w:trPr>
        <w:tc>
          <w:tcPr>
            <w:tcW w:w="960" w:type="dxa"/>
            <w:tcBorders>
              <w:bottom w:val="single" w:sz="8" w:space="0" w:color="9B9B9B"/>
            </w:tcBorders>
            <w:shd w:val="clear" w:color="auto" w:fill="CFCFCF"/>
            <w:vAlign w:val="center"/>
          </w:tcPr>
          <w:p w14:paraId="4BD0C6F6" w14:textId="77777777" w:rsidR="00A806B2" w:rsidRPr="00A864B8" w:rsidRDefault="00000000">
            <w:pPr>
              <w:spacing w:before="20" w:after="10" w:line="240" w:lineRule="auto"/>
              <w:jc w:val="center"/>
            </w:pPr>
            <w:r w:rsidRPr="00A864B8">
              <w:rPr>
                <w:b/>
                <w:sz w:val="20"/>
              </w:rPr>
              <w:t>Nutzerstrom</w:t>
            </w:r>
          </w:p>
        </w:tc>
        <w:tc>
          <w:tcPr>
            <w:tcW w:w="960" w:type="dxa"/>
            <w:tcBorders>
              <w:bottom w:val="single" w:sz="8" w:space="0" w:color="9B9B9B"/>
            </w:tcBorders>
            <w:shd w:val="clear" w:color="auto" w:fill="CFCFCF"/>
            <w:vAlign w:val="center"/>
          </w:tcPr>
          <w:p w14:paraId="236DB997" w14:textId="77777777" w:rsidR="00A806B2" w:rsidRPr="00A864B8" w:rsidRDefault="00000000">
            <w:pPr>
              <w:spacing w:before="20" w:after="10" w:line="240" w:lineRule="auto"/>
              <w:jc w:val="center"/>
            </w:pPr>
            <w:r w:rsidRPr="00A864B8">
              <w:rPr>
                <w:b/>
                <w:sz w:val="20"/>
              </w:rPr>
              <w:t>-24.206</w:t>
            </w:r>
          </w:p>
        </w:tc>
        <w:tc>
          <w:tcPr>
            <w:tcW w:w="960" w:type="dxa"/>
            <w:tcBorders>
              <w:bottom w:val="single" w:sz="8" w:space="0" w:color="9B9B9B"/>
            </w:tcBorders>
            <w:shd w:val="clear" w:color="auto" w:fill="CFCFCF"/>
            <w:vAlign w:val="center"/>
          </w:tcPr>
          <w:p w14:paraId="437590C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03EE6C0" w14:textId="77777777" w:rsidR="00A806B2" w:rsidRPr="00A864B8" w:rsidRDefault="00000000">
            <w:pPr>
              <w:spacing w:before="20" w:after="10" w:line="240" w:lineRule="auto"/>
              <w:jc w:val="center"/>
            </w:pPr>
            <w:r w:rsidRPr="00A864B8">
              <w:rPr>
                <w:b/>
                <w:sz w:val="20"/>
              </w:rPr>
              <w:t>-1.849</w:t>
            </w:r>
          </w:p>
        </w:tc>
        <w:tc>
          <w:tcPr>
            <w:tcW w:w="960" w:type="dxa"/>
            <w:tcBorders>
              <w:bottom w:val="single" w:sz="8" w:space="0" w:color="9B9B9B"/>
            </w:tcBorders>
            <w:shd w:val="clear" w:color="auto" w:fill="CFCFCF"/>
            <w:vAlign w:val="center"/>
          </w:tcPr>
          <w:p w14:paraId="582714C9" w14:textId="77777777" w:rsidR="00A806B2" w:rsidRPr="00A864B8" w:rsidRDefault="00000000">
            <w:pPr>
              <w:spacing w:before="20" w:after="10" w:line="240" w:lineRule="auto"/>
              <w:jc w:val="center"/>
            </w:pPr>
            <w:r w:rsidRPr="00A864B8">
              <w:rPr>
                <w:b/>
                <w:sz w:val="20"/>
              </w:rPr>
              <w:t>-1.761</w:t>
            </w:r>
          </w:p>
        </w:tc>
        <w:tc>
          <w:tcPr>
            <w:tcW w:w="960" w:type="dxa"/>
            <w:tcBorders>
              <w:bottom w:val="single" w:sz="8" w:space="0" w:color="9B9B9B"/>
            </w:tcBorders>
            <w:shd w:val="clear" w:color="auto" w:fill="CFCFCF"/>
            <w:vAlign w:val="center"/>
          </w:tcPr>
          <w:p w14:paraId="6E555655" w14:textId="77777777" w:rsidR="00A806B2" w:rsidRPr="00A864B8" w:rsidRDefault="00000000">
            <w:pPr>
              <w:spacing w:before="20" w:after="10" w:line="240" w:lineRule="auto"/>
              <w:jc w:val="center"/>
            </w:pPr>
            <w:r w:rsidRPr="00A864B8">
              <w:rPr>
                <w:b/>
                <w:sz w:val="20"/>
              </w:rPr>
              <w:t>-1.677</w:t>
            </w:r>
          </w:p>
        </w:tc>
        <w:tc>
          <w:tcPr>
            <w:tcW w:w="960" w:type="dxa"/>
            <w:tcBorders>
              <w:bottom w:val="single" w:sz="8" w:space="0" w:color="9B9B9B"/>
            </w:tcBorders>
            <w:shd w:val="clear" w:color="auto" w:fill="CFCFCF"/>
            <w:vAlign w:val="center"/>
          </w:tcPr>
          <w:p w14:paraId="5ADDE99F"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0E586496" w14:textId="77777777" w:rsidR="00A806B2" w:rsidRPr="00A864B8" w:rsidRDefault="00000000">
            <w:pPr>
              <w:spacing w:before="20" w:after="10" w:line="240" w:lineRule="auto"/>
              <w:jc w:val="center"/>
            </w:pPr>
            <w:r w:rsidRPr="00A864B8">
              <w:rPr>
                <w:b/>
                <w:sz w:val="20"/>
              </w:rPr>
              <w:t>-768</w:t>
            </w:r>
          </w:p>
        </w:tc>
        <w:tc>
          <w:tcPr>
            <w:tcW w:w="960" w:type="dxa"/>
            <w:tcBorders>
              <w:bottom w:val="single" w:sz="8" w:space="0" w:color="9B9B9B"/>
            </w:tcBorders>
            <w:shd w:val="clear" w:color="auto" w:fill="CFCFCF"/>
            <w:vAlign w:val="center"/>
          </w:tcPr>
          <w:p w14:paraId="70179094" w14:textId="77777777" w:rsidR="00A806B2" w:rsidRPr="00A864B8" w:rsidRDefault="00000000">
            <w:pPr>
              <w:spacing w:before="20" w:after="10" w:line="240" w:lineRule="auto"/>
              <w:jc w:val="center"/>
            </w:pPr>
            <w:r w:rsidRPr="00A864B8">
              <w:rPr>
                <w:b/>
                <w:sz w:val="20"/>
              </w:rPr>
              <w:t>-732</w:t>
            </w:r>
          </w:p>
        </w:tc>
      </w:tr>
      <w:tr w:rsidR="00A806B2" w:rsidRPr="00A864B8" w14:paraId="225D50D4" w14:textId="77777777">
        <w:trPr>
          <w:jc w:val="center"/>
        </w:trPr>
        <w:tc>
          <w:tcPr>
            <w:tcW w:w="960" w:type="dxa"/>
            <w:tcBorders>
              <w:bottom w:val="single" w:sz="8" w:space="0" w:color="9B9B9B"/>
            </w:tcBorders>
            <w:shd w:val="clear" w:color="auto" w:fill="F0F0F0"/>
            <w:vAlign w:val="center"/>
          </w:tcPr>
          <w:p w14:paraId="02E8595A"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26B87CDB" w14:textId="77777777" w:rsidR="00A806B2" w:rsidRPr="00A864B8" w:rsidRDefault="00000000">
            <w:pPr>
              <w:spacing w:before="20" w:after="10" w:line="240" w:lineRule="auto"/>
              <w:jc w:val="center"/>
            </w:pPr>
            <w:r w:rsidRPr="00A864B8">
              <w:rPr>
                <w:sz w:val="20"/>
              </w:rPr>
              <w:t>-22.536</w:t>
            </w:r>
          </w:p>
        </w:tc>
        <w:tc>
          <w:tcPr>
            <w:tcW w:w="960" w:type="dxa"/>
            <w:tcBorders>
              <w:bottom w:val="single" w:sz="8" w:space="0" w:color="9B9B9B"/>
            </w:tcBorders>
            <w:shd w:val="clear" w:color="auto" w:fill="F0F0F0"/>
            <w:vAlign w:val="center"/>
          </w:tcPr>
          <w:p w14:paraId="0E9AA90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E52C58F" w14:textId="77777777" w:rsidR="00A806B2" w:rsidRPr="00A864B8" w:rsidRDefault="00000000">
            <w:pPr>
              <w:spacing w:before="20" w:after="10" w:line="240" w:lineRule="auto"/>
              <w:jc w:val="center"/>
            </w:pPr>
            <w:r w:rsidRPr="00A864B8">
              <w:rPr>
                <w:sz w:val="20"/>
              </w:rPr>
              <w:t>-1.722</w:t>
            </w:r>
          </w:p>
        </w:tc>
        <w:tc>
          <w:tcPr>
            <w:tcW w:w="960" w:type="dxa"/>
            <w:tcBorders>
              <w:bottom w:val="single" w:sz="8" w:space="0" w:color="9B9B9B"/>
            </w:tcBorders>
            <w:shd w:val="clear" w:color="auto" w:fill="F0F0F0"/>
            <w:vAlign w:val="center"/>
          </w:tcPr>
          <w:p w14:paraId="2871E740" w14:textId="77777777" w:rsidR="00A806B2" w:rsidRPr="00A864B8" w:rsidRDefault="00000000">
            <w:pPr>
              <w:spacing w:before="20" w:after="10" w:line="240" w:lineRule="auto"/>
              <w:jc w:val="center"/>
            </w:pPr>
            <w:r w:rsidRPr="00A864B8">
              <w:rPr>
                <w:sz w:val="20"/>
              </w:rPr>
              <w:t>-1.640</w:t>
            </w:r>
          </w:p>
        </w:tc>
        <w:tc>
          <w:tcPr>
            <w:tcW w:w="960" w:type="dxa"/>
            <w:tcBorders>
              <w:bottom w:val="single" w:sz="8" w:space="0" w:color="9B9B9B"/>
            </w:tcBorders>
            <w:shd w:val="clear" w:color="auto" w:fill="F0F0F0"/>
            <w:vAlign w:val="center"/>
          </w:tcPr>
          <w:p w14:paraId="34C15619" w14:textId="77777777" w:rsidR="00A806B2" w:rsidRPr="00A864B8" w:rsidRDefault="00000000">
            <w:pPr>
              <w:spacing w:before="20" w:after="10" w:line="240" w:lineRule="auto"/>
              <w:jc w:val="center"/>
            </w:pPr>
            <w:r w:rsidRPr="00A864B8">
              <w:rPr>
                <w:sz w:val="20"/>
              </w:rPr>
              <w:t>-1.562</w:t>
            </w:r>
          </w:p>
        </w:tc>
        <w:tc>
          <w:tcPr>
            <w:tcW w:w="960" w:type="dxa"/>
            <w:tcBorders>
              <w:bottom w:val="single" w:sz="8" w:space="0" w:color="9B9B9B"/>
            </w:tcBorders>
            <w:shd w:val="clear" w:color="auto" w:fill="F0F0F0"/>
            <w:vAlign w:val="center"/>
          </w:tcPr>
          <w:p w14:paraId="7810BA5F"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4CABEAE" w14:textId="77777777" w:rsidR="00A806B2" w:rsidRPr="00A864B8" w:rsidRDefault="00000000">
            <w:pPr>
              <w:spacing w:before="20" w:after="10" w:line="240" w:lineRule="auto"/>
              <w:jc w:val="center"/>
            </w:pPr>
            <w:r w:rsidRPr="00A864B8">
              <w:rPr>
                <w:sz w:val="20"/>
              </w:rPr>
              <w:t>-715</w:t>
            </w:r>
          </w:p>
        </w:tc>
        <w:tc>
          <w:tcPr>
            <w:tcW w:w="960" w:type="dxa"/>
            <w:tcBorders>
              <w:bottom w:val="single" w:sz="8" w:space="0" w:color="9B9B9B"/>
            </w:tcBorders>
            <w:shd w:val="clear" w:color="auto" w:fill="F0F0F0"/>
            <w:vAlign w:val="center"/>
          </w:tcPr>
          <w:p w14:paraId="6101EFE7" w14:textId="77777777" w:rsidR="00A806B2" w:rsidRPr="00A864B8" w:rsidRDefault="00000000">
            <w:pPr>
              <w:spacing w:before="20" w:after="10" w:line="240" w:lineRule="auto"/>
              <w:jc w:val="center"/>
            </w:pPr>
            <w:r w:rsidRPr="00A864B8">
              <w:rPr>
                <w:sz w:val="20"/>
              </w:rPr>
              <w:t>-681</w:t>
            </w:r>
          </w:p>
        </w:tc>
      </w:tr>
      <w:tr w:rsidR="00A806B2" w:rsidRPr="00A864B8" w14:paraId="116B9DC1" w14:textId="77777777">
        <w:trPr>
          <w:jc w:val="center"/>
        </w:trPr>
        <w:tc>
          <w:tcPr>
            <w:tcW w:w="960" w:type="dxa"/>
            <w:tcBorders>
              <w:bottom w:val="single" w:sz="8" w:space="0" w:color="9B9B9B"/>
            </w:tcBorders>
            <w:shd w:val="clear" w:color="auto" w:fill="CFCFCF"/>
            <w:vAlign w:val="center"/>
          </w:tcPr>
          <w:p w14:paraId="70F29BAC"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CFCFCF"/>
            <w:vAlign w:val="center"/>
          </w:tcPr>
          <w:p w14:paraId="264AFA57" w14:textId="77777777" w:rsidR="00A806B2" w:rsidRPr="00A864B8" w:rsidRDefault="00000000">
            <w:pPr>
              <w:spacing w:before="20" w:after="10" w:line="240" w:lineRule="auto"/>
              <w:jc w:val="center"/>
            </w:pPr>
            <w:r w:rsidRPr="00A864B8">
              <w:rPr>
                <w:sz w:val="20"/>
              </w:rPr>
              <w:t>-1.669</w:t>
            </w:r>
          </w:p>
        </w:tc>
        <w:tc>
          <w:tcPr>
            <w:tcW w:w="960" w:type="dxa"/>
            <w:tcBorders>
              <w:bottom w:val="single" w:sz="8" w:space="0" w:color="9B9B9B"/>
            </w:tcBorders>
            <w:shd w:val="clear" w:color="auto" w:fill="CFCFCF"/>
            <w:vAlign w:val="center"/>
          </w:tcPr>
          <w:p w14:paraId="2572A1F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9BC49B6" w14:textId="77777777" w:rsidR="00A806B2" w:rsidRPr="00A864B8" w:rsidRDefault="00000000">
            <w:pPr>
              <w:spacing w:before="20" w:after="10" w:line="240" w:lineRule="auto"/>
              <w:jc w:val="center"/>
            </w:pPr>
            <w:r w:rsidRPr="00A864B8">
              <w:rPr>
                <w:sz w:val="20"/>
              </w:rPr>
              <w:t>-127</w:t>
            </w:r>
          </w:p>
        </w:tc>
        <w:tc>
          <w:tcPr>
            <w:tcW w:w="960" w:type="dxa"/>
            <w:tcBorders>
              <w:bottom w:val="single" w:sz="8" w:space="0" w:color="9B9B9B"/>
            </w:tcBorders>
            <w:shd w:val="clear" w:color="auto" w:fill="CFCFCF"/>
            <w:vAlign w:val="center"/>
          </w:tcPr>
          <w:p w14:paraId="0764A1D0" w14:textId="77777777" w:rsidR="00A806B2" w:rsidRPr="00A864B8" w:rsidRDefault="00000000">
            <w:pPr>
              <w:spacing w:before="20" w:after="10" w:line="240" w:lineRule="auto"/>
              <w:jc w:val="center"/>
            </w:pPr>
            <w:r w:rsidRPr="00A864B8">
              <w:rPr>
                <w:sz w:val="20"/>
              </w:rPr>
              <w:t>-121</w:t>
            </w:r>
          </w:p>
        </w:tc>
        <w:tc>
          <w:tcPr>
            <w:tcW w:w="960" w:type="dxa"/>
            <w:tcBorders>
              <w:bottom w:val="single" w:sz="8" w:space="0" w:color="9B9B9B"/>
            </w:tcBorders>
            <w:shd w:val="clear" w:color="auto" w:fill="CFCFCF"/>
            <w:vAlign w:val="center"/>
          </w:tcPr>
          <w:p w14:paraId="3AA0621C" w14:textId="77777777" w:rsidR="00A806B2" w:rsidRPr="00A864B8" w:rsidRDefault="00000000">
            <w:pPr>
              <w:spacing w:before="20" w:after="10" w:line="240" w:lineRule="auto"/>
              <w:jc w:val="center"/>
            </w:pPr>
            <w:r w:rsidRPr="00A864B8">
              <w:rPr>
                <w:sz w:val="20"/>
              </w:rPr>
              <w:t>-115</w:t>
            </w:r>
          </w:p>
        </w:tc>
        <w:tc>
          <w:tcPr>
            <w:tcW w:w="960" w:type="dxa"/>
            <w:tcBorders>
              <w:bottom w:val="single" w:sz="8" w:space="0" w:color="9B9B9B"/>
            </w:tcBorders>
            <w:shd w:val="clear" w:color="auto" w:fill="CFCFCF"/>
            <w:vAlign w:val="center"/>
          </w:tcPr>
          <w:p w14:paraId="35E092D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36DB3E0" w14:textId="77777777" w:rsidR="00A806B2" w:rsidRPr="00A864B8" w:rsidRDefault="00000000">
            <w:pPr>
              <w:spacing w:before="20" w:after="10" w:line="240" w:lineRule="auto"/>
              <w:jc w:val="center"/>
            </w:pPr>
            <w:r w:rsidRPr="00A864B8">
              <w:rPr>
                <w:sz w:val="20"/>
              </w:rPr>
              <w:t>-53</w:t>
            </w:r>
          </w:p>
        </w:tc>
        <w:tc>
          <w:tcPr>
            <w:tcW w:w="960" w:type="dxa"/>
            <w:tcBorders>
              <w:bottom w:val="single" w:sz="8" w:space="0" w:color="9B9B9B"/>
            </w:tcBorders>
            <w:shd w:val="clear" w:color="auto" w:fill="CFCFCF"/>
            <w:vAlign w:val="center"/>
          </w:tcPr>
          <w:p w14:paraId="229A3839" w14:textId="77777777" w:rsidR="00A806B2" w:rsidRPr="00A864B8" w:rsidRDefault="00000000">
            <w:pPr>
              <w:spacing w:before="20" w:after="10" w:line="240" w:lineRule="auto"/>
              <w:jc w:val="center"/>
            </w:pPr>
            <w:r w:rsidRPr="00A864B8">
              <w:rPr>
                <w:sz w:val="20"/>
              </w:rPr>
              <w:t>-50</w:t>
            </w:r>
          </w:p>
        </w:tc>
      </w:tr>
      <w:tr w:rsidR="00A806B2" w:rsidRPr="00A864B8" w14:paraId="58915EE3" w14:textId="77777777">
        <w:trPr>
          <w:jc w:val="center"/>
        </w:trPr>
        <w:tc>
          <w:tcPr>
            <w:tcW w:w="960" w:type="dxa"/>
            <w:tcBorders>
              <w:bottom w:val="single" w:sz="8" w:space="0" w:color="9B9B9B"/>
            </w:tcBorders>
            <w:shd w:val="clear" w:color="auto" w:fill="F0F0F0"/>
            <w:vAlign w:val="center"/>
          </w:tcPr>
          <w:p w14:paraId="688FADAF" w14:textId="77777777" w:rsidR="00A806B2" w:rsidRPr="00A864B8" w:rsidRDefault="00000000">
            <w:pPr>
              <w:spacing w:before="20" w:after="10" w:line="240" w:lineRule="auto"/>
              <w:jc w:val="center"/>
            </w:pPr>
            <w:r w:rsidRPr="00A864B8">
              <w:rPr>
                <w:b/>
                <w:sz w:val="20"/>
              </w:rPr>
              <w:t>Elektromobilität</w:t>
            </w:r>
          </w:p>
        </w:tc>
        <w:tc>
          <w:tcPr>
            <w:tcW w:w="960" w:type="dxa"/>
            <w:tcBorders>
              <w:bottom w:val="single" w:sz="8" w:space="0" w:color="9B9B9B"/>
            </w:tcBorders>
            <w:shd w:val="clear" w:color="auto" w:fill="F0F0F0"/>
            <w:vAlign w:val="center"/>
          </w:tcPr>
          <w:p w14:paraId="6B06F1BB" w14:textId="77777777" w:rsidR="00A806B2" w:rsidRPr="00A864B8" w:rsidRDefault="00000000">
            <w:pPr>
              <w:spacing w:before="20" w:after="10" w:line="240" w:lineRule="auto"/>
              <w:jc w:val="center"/>
            </w:pPr>
            <w:r w:rsidRPr="00A864B8">
              <w:rPr>
                <w:b/>
                <w:sz w:val="20"/>
              </w:rPr>
              <w:t>-1.984.902</w:t>
            </w:r>
          </w:p>
        </w:tc>
        <w:tc>
          <w:tcPr>
            <w:tcW w:w="960" w:type="dxa"/>
            <w:tcBorders>
              <w:bottom w:val="single" w:sz="8" w:space="0" w:color="9B9B9B"/>
            </w:tcBorders>
            <w:shd w:val="clear" w:color="auto" w:fill="F0F0F0"/>
            <w:vAlign w:val="center"/>
          </w:tcPr>
          <w:p w14:paraId="0474870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56BCC6B" w14:textId="77777777" w:rsidR="00A806B2" w:rsidRPr="00A864B8" w:rsidRDefault="00000000">
            <w:pPr>
              <w:spacing w:before="20" w:after="10" w:line="240" w:lineRule="auto"/>
              <w:jc w:val="center"/>
            </w:pPr>
            <w:r w:rsidRPr="00A864B8">
              <w:rPr>
                <w:b/>
                <w:sz w:val="20"/>
              </w:rPr>
              <w:t>-151.689</w:t>
            </w:r>
          </w:p>
        </w:tc>
        <w:tc>
          <w:tcPr>
            <w:tcW w:w="960" w:type="dxa"/>
            <w:tcBorders>
              <w:bottom w:val="single" w:sz="8" w:space="0" w:color="9B9B9B"/>
            </w:tcBorders>
            <w:shd w:val="clear" w:color="auto" w:fill="F0F0F0"/>
            <w:vAlign w:val="center"/>
          </w:tcPr>
          <w:p w14:paraId="138DC7F1" w14:textId="77777777" w:rsidR="00A806B2" w:rsidRPr="00A864B8" w:rsidRDefault="00000000">
            <w:pPr>
              <w:spacing w:before="20" w:after="10" w:line="240" w:lineRule="auto"/>
              <w:jc w:val="center"/>
            </w:pPr>
            <w:r w:rsidRPr="00A864B8">
              <w:rPr>
                <w:b/>
                <w:sz w:val="20"/>
              </w:rPr>
              <w:t>-144.465</w:t>
            </w:r>
          </w:p>
        </w:tc>
        <w:tc>
          <w:tcPr>
            <w:tcW w:w="960" w:type="dxa"/>
            <w:tcBorders>
              <w:bottom w:val="single" w:sz="8" w:space="0" w:color="9B9B9B"/>
            </w:tcBorders>
            <w:shd w:val="clear" w:color="auto" w:fill="F0F0F0"/>
            <w:vAlign w:val="center"/>
          </w:tcPr>
          <w:p w14:paraId="413C1C54" w14:textId="77777777" w:rsidR="00A806B2" w:rsidRPr="00A864B8" w:rsidRDefault="00000000">
            <w:pPr>
              <w:spacing w:before="20" w:after="10" w:line="240" w:lineRule="auto"/>
              <w:jc w:val="center"/>
            </w:pPr>
            <w:r w:rsidRPr="00A864B8">
              <w:rPr>
                <w:b/>
                <w:sz w:val="20"/>
              </w:rPr>
              <w:t>-137.586</w:t>
            </w:r>
          </w:p>
        </w:tc>
        <w:tc>
          <w:tcPr>
            <w:tcW w:w="960" w:type="dxa"/>
            <w:tcBorders>
              <w:bottom w:val="single" w:sz="8" w:space="0" w:color="9B9B9B"/>
            </w:tcBorders>
            <w:shd w:val="clear" w:color="auto" w:fill="F0F0F0"/>
            <w:vAlign w:val="center"/>
          </w:tcPr>
          <w:p w14:paraId="3A1789B3"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340A60EF" w14:textId="77777777" w:rsidR="00A806B2" w:rsidRPr="00A864B8" w:rsidRDefault="00000000">
            <w:pPr>
              <w:spacing w:before="20" w:after="10" w:line="240" w:lineRule="auto"/>
              <w:jc w:val="center"/>
            </w:pPr>
            <w:r w:rsidRPr="00A864B8">
              <w:rPr>
                <w:b/>
                <w:sz w:val="20"/>
              </w:rPr>
              <w:t>-63.030</w:t>
            </w:r>
          </w:p>
        </w:tc>
        <w:tc>
          <w:tcPr>
            <w:tcW w:w="960" w:type="dxa"/>
            <w:tcBorders>
              <w:bottom w:val="single" w:sz="8" w:space="0" w:color="9B9B9B"/>
            </w:tcBorders>
            <w:shd w:val="clear" w:color="auto" w:fill="F0F0F0"/>
            <w:vAlign w:val="center"/>
          </w:tcPr>
          <w:p w14:paraId="0D35808D" w14:textId="77777777" w:rsidR="00A806B2" w:rsidRPr="00A864B8" w:rsidRDefault="00000000">
            <w:pPr>
              <w:spacing w:before="20" w:after="10" w:line="240" w:lineRule="auto"/>
              <w:jc w:val="center"/>
            </w:pPr>
            <w:r w:rsidRPr="00A864B8">
              <w:rPr>
                <w:b/>
                <w:sz w:val="20"/>
              </w:rPr>
              <w:t>-60.028</w:t>
            </w:r>
          </w:p>
        </w:tc>
      </w:tr>
      <w:tr w:rsidR="00A806B2" w:rsidRPr="00A864B8" w14:paraId="36343A17" w14:textId="77777777">
        <w:trPr>
          <w:jc w:val="center"/>
        </w:trPr>
        <w:tc>
          <w:tcPr>
            <w:tcW w:w="960" w:type="dxa"/>
            <w:tcBorders>
              <w:bottom w:val="single" w:sz="8" w:space="0" w:color="9B9B9B"/>
            </w:tcBorders>
            <w:shd w:val="clear" w:color="auto" w:fill="CFCFCF"/>
            <w:vAlign w:val="center"/>
          </w:tcPr>
          <w:p w14:paraId="5BF2171C"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716D758B" w14:textId="77777777" w:rsidR="00A806B2" w:rsidRPr="00A864B8" w:rsidRDefault="00000000">
            <w:pPr>
              <w:spacing w:before="20" w:after="10" w:line="240" w:lineRule="auto"/>
              <w:jc w:val="center"/>
            </w:pPr>
            <w:r w:rsidRPr="00A864B8">
              <w:rPr>
                <w:sz w:val="20"/>
              </w:rPr>
              <w:t>-1.860.280</w:t>
            </w:r>
          </w:p>
        </w:tc>
        <w:tc>
          <w:tcPr>
            <w:tcW w:w="960" w:type="dxa"/>
            <w:tcBorders>
              <w:bottom w:val="single" w:sz="8" w:space="0" w:color="9B9B9B"/>
            </w:tcBorders>
            <w:shd w:val="clear" w:color="auto" w:fill="CFCFCF"/>
            <w:vAlign w:val="center"/>
          </w:tcPr>
          <w:p w14:paraId="0F4356A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560E405" w14:textId="77777777" w:rsidR="00A806B2" w:rsidRPr="00A864B8" w:rsidRDefault="00000000">
            <w:pPr>
              <w:spacing w:before="20" w:after="10" w:line="240" w:lineRule="auto"/>
              <w:jc w:val="center"/>
            </w:pPr>
            <w:r w:rsidRPr="00A864B8">
              <w:rPr>
                <w:sz w:val="20"/>
              </w:rPr>
              <w:t>-142.165</w:t>
            </w:r>
          </w:p>
        </w:tc>
        <w:tc>
          <w:tcPr>
            <w:tcW w:w="960" w:type="dxa"/>
            <w:tcBorders>
              <w:bottom w:val="single" w:sz="8" w:space="0" w:color="9B9B9B"/>
            </w:tcBorders>
            <w:shd w:val="clear" w:color="auto" w:fill="CFCFCF"/>
            <w:vAlign w:val="center"/>
          </w:tcPr>
          <w:p w14:paraId="11185E00" w14:textId="77777777" w:rsidR="00A806B2" w:rsidRPr="00A864B8" w:rsidRDefault="00000000">
            <w:pPr>
              <w:spacing w:before="20" w:after="10" w:line="240" w:lineRule="auto"/>
              <w:jc w:val="center"/>
            </w:pPr>
            <w:r w:rsidRPr="00A864B8">
              <w:rPr>
                <w:sz w:val="20"/>
              </w:rPr>
              <w:t>-135.395</w:t>
            </w:r>
          </w:p>
        </w:tc>
        <w:tc>
          <w:tcPr>
            <w:tcW w:w="960" w:type="dxa"/>
            <w:tcBorders>
              <w:bottom w:val="single" w:sz="8" w:space="0" w:color="9B9B9B"/>
            </w:tcBorders>
            <w:shd w:val="clear" w:color="auto" w:fill="CFCFCF"/>
            <w:vAlign w:val="center"/>
          </w:tcPr>
          <w:p w14:paraId="6EDAD2BB" w14:textId="77777777" w:rsidR="00A806B2" w:rsidRPr="00A864B8" w:rsidRDefault="00000000">
            <w:pPr>
              <w:spacing w:before="20" w:after="10" w:line="240" w:lineRule="auto"/>
              <w:jc w:val="center"/>
            </w:pPr>
            <w:r w:rsidRPr="00A864B8">
              <w:rPr>
                <w:sz w:val="20"/>
              </w:rPr>
              <w:t>-128.948</w:t>
            </w:r>
          </w:p>
        </w:tc>
        <w:tc>
          <w:tcPr>
            <w:tcW w:w="960" w:type="dxa"/>
            <w:tcBorders>
              <w:bottom w:val="single" w:sz="8" w:space="0" w:color="9B9B9B"/>
            </w:tcBorders>
            <w:shd w:val="clear" w:color="auto" w:fill="CFCFCF"/>
            <w:vAlign w:val="center"/>
          </w:tcPr>
          <w:p w14:paraId="5BD33AA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17D2581" w14:textId="77777777" w:rsidR="00A806B2" w:rsidRPr="00A864B8" w:rsidRDefault="00000000">
            <w:pPr>
              <w:spacing w:before="20" w:after="10" w:line="240" w:lineRule="auto"/>
              <w:jc w:val="center"/>
            </w:pPr>
            <w:r w:rsidRPr="00A864B8">
              <w:rPr>
                <w:sz w:val="20"/>
              </w:rPr>
              <w:t>-59.072</w:t>
            </w:r>
          </w:p>
        </w:tc>
        <w:tc>
          <w:tcPr>
            <w:tcW w:w="960" w:type="dxa"/>
            <w:tcBorders>
              <w:bottom w:val="single" w:sz="8" w:space="0" w:color="9B9B9B"/>
            </w:tcBorders>
            <w:shd w:val="clear" w:color="auto" w:fill="CFCFCF"/>
            <w:vAlign w:val="center"/>
          </w:tcPr>
          <w:p w14:paraId="491498BC" w14:textId="77777777" w:rsidR="00A806B2" w:rsidRPr="00A864B8" w:rsidRDefault="00000000">
            <w:pPr>
              <w:spacing w:before="20" w:after="10" w:line="240" w:lineRule="auto"/>
              <w:jc w:val="center"/>
            </w:pPr>
            <w:r w:rsidRPr="00A864B8">
              <w:rPr>
                <w:sz w:val="20"/>
              </w:rPr>
              <w:t>-56.259</w:t>
            </w:r>
          </w:p>
        </w:tc>
      </w:tr>
      <w:tr w:rsidR="00A806B2" w:rsidRPr="00A864B8" w14:paraId="53FF39DC" w14:textId="77777777">
        <w:trPr>
          <w:jc w:val="center"/>
        </w:trPr>
        <w:tc>
          <w:tcPr>
            <w:tcW w:w="960" w:type="dxa"/>
            <w:tcBorders>
              <w:bottom w:val="single" w:sz="8" w:space="0" w:color="9B9B9B"/>
            </w:tcBorders>
            <w:shd w:val="clear" w:color="auto" w:fill="F0F0F0"/>
            <w:vAlign w:val="center"/>
          </w:tcPr>
          <w:p w14:paraId="0CA55D60"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F0F0F0"/>
            <w:vAlign w:val="center"/>
          </w:tcPr>
          <w:p w14:paraId="3EFBD742" w14:textId="77777777" w:rsidR="00A806B2" w:rsidRPr="00A864B8" w:rsidRDefault="00000000">
            <w:pPr>
              <w:spacing w:before="20" w:after="10" w:line="240" w:lineRule="auto"/>
              <w:jc w:val="center"/>
            </w:pPr>
            <w:r w:rsidRPr="00A864B8">
              <w:rPr>
                <w:sz w:val="20"/>
              </w:rPr>
              <w:t>-124.622</w:t>
            </w:r>
          </w:p>
        </w:tc>
        <w:tc>
          <w:tcPr>
            <w:tcW w:w="960" w:type="dxa"/>
            <w:tcBorders>
              <w:bottom w:val="single" w:sz="8" w:space="0" w:color="9B9B9B"/>
            </w:tcBorders>
            <w:shd w:val="clear" w:color="auto" w:fill="F0F0F0"/>
            <w:vAlign w:val="center"/>
          </w:tcPr>
          <w:p w14:paraId="5E7DDF5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DEDB059" w14:textId="77777777" w:rsidR="00A806B2" w:rsidRPr="00A864B8" w:rsidRDefault="00000000">
            <w:pPr>
              <w:spacing w:before="20" w:after="10" w:line="240" w:lineRule="auto"/>
              <w:jc w:val="center"/>
            </w:pPr>
            <w:r w:rsidRPr="00A864B8">
              <w:rPr>
                <w:sz w:val="20"/>
              </w:rPr>
              <w:t>-9.523</w:t>
            </w:r>
          </w:p>
        </w:tc>
        <w:tc>
          <w:tcPr>
            <w:tcW w:w="960" w:type="dxa"/>
            <w:tcBorders>
              <w:bottom w:val="single" w:sz="8" w:space="0" w:color="9B9B9B"/>
            </w:tcBorders>
            <w:shd w:val="clear" w:color="auto" w:fill="F0F0F0"/>
            <w:vAlign w:val="center"/>
          </w:tcPr>
          <w:p w14:paraId="42931276" w14:textId="77777777" w:rsidR="00A806B2" w:rsidRPr="00A864B8" w:rsidRDefault="00000000">
            <w:pPr>
              <w:spacing w:before="20" w:after="10" w:line="240" w:lineRule="auto"/>
              <w:jc w:val="center"/>
            </w:pPr>
            <w:r w:rsidRPr="00A864B8">
              <w:rPr>
                <w:sz w:val="20"/>
              </w:rPr>
              <w:t>-9.070</w:t>
            </w:r>
          </w:p>
        </w:tc>
        <w:tc>
          <w:tcPr>
            <w:tcW w:w="960" w:type="dxa"/>
            <w:tcBorders>
              <w:bottom w:val="single" w:sz="8" w:space="0" w:color="9B9B9B"/>
            </w:tcBorders>
            <w:shd w:val="clear" w:color="auto" w:fill="F0F0F0"/>
            <w:vAlign w:val="center"/>
          </w:tcPr>
          <w:p w14:paraId="1F380153" w14:textId="77777777" w:rsidR="00A806B2" w:rsidRPr="00A864B8" w:rsidRDefault="00000000">
            <w:pPr>
              <w:spacing w:before="20" w:after="10" w:line="240" w:lineRule="auto"/>
              <w:jc w:val="center"/>
            </w:pPr>
            <w:r w:rsidRPr="00A864B8">
              <w:rPr>
                <w:sz w:val="20"/>
              </w:rPr>
              <w:t>-8.638</w:t>
            </w:r>
          </w:p>
        </w:tc>
        <w:tc>
          <w:tcPr>
            <w:tcW w:w="960" w:type="dxa"/>
            <w:tcBorders>
              <w:bottom w:val="single" w:sz="8" w:space="0" w:color="9B9B9B"/>
            </w:tcBorders>
            <w:shd w:val="clear" w:color="auto" w:fill="F0F0F0"/>
            <w:vAlign w:val="center"/>
          </w:tcPr>
          <w:p w14:paraId="4297996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4CE5E75A" w14:textId="77777777" w:rsidR="00A806B2" w:rsidRPr="00A864B8" w:rsidRDefault="00000000">
            <w:pPr>
              <w:spacing w:before="20" w:after="10" w:line="240" w:lineRule="auto"/>
              <w:jc w:val="center"/>
            </w:pPr>
            <w:r w:rsidRPr="00A864B8">
              <w:rPr>
                <w:sz w:val="20"/>
              </w:rPr>
              <w:t>-3.957</w:t>
            </w:r>
          </w:p>
        </w:tc>
        <w:tc>
          <w:tcPr>
            <w:tcW w:w="960" w:type="dxa"/>
            <w:tcBorders>
              <w:bottom w:val="single" w:sz="8" w:space="0" w:color="9B9B9B"/>
            </w:tcBorders>
            <w:shd w:val="clear" w:color="auto" w:fill="F0F0F0"/>
            <w:vAlign w:val="center"/>
          </w:tcPr>
          <w:p w14:paraId="2AE95218" w14:textId="77777777" w:rsidR="00A806B2" w:rsidRPr="00A864B8" w:rsidRDefault="00000000">
            <w:pPr>
              <w:spacing w:before="20" w:after="10" w:line="240" w:lineRule="auto"/>
              <w:jc w:val="center"/>
            </w:pPr>
            <w:r w:rsidRPr="00A864B8">
              <w:rPr>
                <w:sz w:val="20"/>
              </w:rPr>
              <w:t>-3.768</w:t>
            </w:r>
          </w:p>
        </w:tc>
      </w:tr>
      <w:tr w:rsidR="00A806B2" w:rsidRPr="00A864B8" w14:paraId="7965902E" w14:textId="77777777">
        <w:trPr>
          <w:jc w:val="center"/>
        </w:trPr>
        <w:tc>
          <w:tcPr>
            <w:tcW w:w="960" w:type="dxa"/>
            <w:tcBorders>
              <w:bottom w:val="single" w:sz="8" w:space="0" w:color="9B9B9B"/>
            </w:tcBorders>
            <w:shd w:val="clear" w:color="auto" w:fill="CFCFCF"/>
            <w:vAlign w:val="center"/>
          </w:tcPr>
          <w:p w14:paraId="015B9048" w14:textId="77777777" w:rsidR="00A806B2" w:rsidRPr="00A864B8" w:rsidRDefault="00000000">
            <w:pPr>
              <w:spacing w:before="20" w:after="10" w:line="240" w:lineRule="auto"/>
              <w:jc w:val="center"/>
            </w:pPr>
            <w:r w:rsidRPr="00A864B8">
              <w:rPr>
                <w:sz w:val="20"/>
              </w:rPr>
              <w:t>Einmalige Anschlussgebühren</w:t>
            </w:r>
          </w:p>
        </w:tc>
        <w:tc>
          <w:tcPr>
            <w:tcW w:w="960" w:type="dxa"/>
            <w:tcBorders>
              <w:bottom w:val="single" w:sz="8" w:space="0" w:color="9B9B9B"/>
            </w:tcBorders>
            <w:shd w:val="clear" w:color="auto" w:fill="CFCFCF"/>
            <w:vAlign w:val="center"/>
          </w:tcPr>
          <w:p w14:paraId="30BAC817" w14:textId="77777777" w:rsidR="00A806B2" w:rsidRPr="00A864B8" w:rsidRDefault="00000000">
            <w:pPr>
              <w:spacing w:before="20" w:after="10" w:line="240" w:lineRule="auto"/>
              <w:jc w:val="center"/>
            </w:pPr>
            <w:r w:rsidRPr="00A864B8">
              <w:rPr>
                <w:sz w:val="20"/>
              </w:rPr>
              <w:t>-376.000</w:t>
            </w:r>
          </w:p>
        </w:tc>
        <w:tc>
          <w:tcPr>
            <w:tcW w:w="960" w:type="dxa"/>
            <w:tcBorders>
              <w:bottom w:val="single" w:sz="8" w:space="0" w:color="9B9B9B"/>
            </w:tcBorders>
            <w:shd w:val="clear" w:color="auto" w:fill="CFCFCF"/>
            <w:vAlign w:val="center"/>
          </w:tcPr>
          <w:p w14:paraId="089ADB19" w14:textId="77777777" w:rsidR="00A806B2" w:rsidRPr="00A864B8" w:rsidRDefault="00000000">
            <w:pPr>
              <w:spacing w:before="20" w:after="10" w:line="240" w:lineRule="auto"/>
              <w:jc w:val="center"/>
            </w:pPr>
            <w:r w:rsidRPr="00A864B8">
              <w:rPr>
                <w:sz w:val="20"/>
              </w:rPr>
              <w:t>-376.000</w:t>
            </w:r>
          </w:p>
        </w:tc>
        <w:tc>
          <w:tcPr>
            <w:tcW w:w="960" w:type="dxa"/>
            <w:tcBorders>
              <w:bottom w:val="single" w:sz="8" w:space="0" w:color="9B9B9B"/>
            </w:tcBorders>
            <w:shd w:val="clear" w:color="auto" w:fill="CFCFCF"/>
            <w:vAlign w:val="center"/>
          </w:tcPr>
          <w:p w14:paraId="37D40AA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CA9DCE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B8C9AD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C1C9C1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09D1FE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6DDE34B" w14:textId="77777777" w:rsidR="00A806B2" w:rsidRPr="00A864B8" w:rsidRDefault="00000000">
            <w:pPr>
              <w:spacing w:before="20" w:after="10" w:line="240" w:lineRule="auto"/>
              <w:jc w:val="center"/>
            </w:pPr>
            <w:r w:rsidRPr="00A864B8">
              <w:rPr>
                <w:sz w:val="20"/>
              </w:rPr>
              <w:t>0</w:t>
            </w:r>
          </w:p>
        </w:tc>
      </w:tr>
      <w:tr w:rsidR="00A806B2" w:rsidRPr="00A864B8" w14:paraId="21E30B93" w14:textId="77777777">
        <w:trPr>
          <w:jc w:val="center"/>
        </w:trPr>
        <w:tc>
          <w:tcPr>
            <w:tcW w:w="960" w:type="dxa"/>
            <w:tcBorders>
              <w:bottom w:val="single" w:sz="8" w:space="0" w:color="9B9B9B"/>
            </w:tcBorders>
            <w:shd w:val="clear" w:color="auto" w:fill="F0F0F0"/>
            <w:vAlign w:val="center"/>
          </w:tcPr>
          <w:p w14:paraId="4859300B" w14:textId="77777777" w:rsidR="00A806B2" w:rsidRPr="00A864B8" w:rsidRDefault="00000000">
            <w:pPr>
              <w:spacing w:before="20" w:after="10" w:line="240" w:lineRule="auto"/>
              <w:jc w:val="center"/>
            </w:pPr>
            <w:r w:rsidRPr="00A864B8">
              <w:rPr>
                <w:b/>
                <w:sz w:val="20"/>
              </w:rPr>
              <w:t>Förderung</w:t>
            </w:r>
          </w:p>
        </w:tc>
        <w:tc>
          <w:tcPr>
            <w:tcW w:w="960" w:type="dxa"/>
            <w:tcBorders>
              <w:bottom w:val="single" w:sz="8" w:space="0" w:color="9B9B9B"/>
            </w:tcBorders>
            <w:shd w:val="clear" w:color="auto" w:fill="F0F0F0"/>
            <w:vAlign w:val="center"/>
          </w:tcPr>
          <w:p w14:paraId="2094EF3D" w14:textId="77777777" w:rsidR="00A806B2" w:rsidRPr="00A864B8" w:rsidRDefault="00000000">
            <w:pPr>
              <w:spacing w:before="20" w:after="10" w:line="240" w:lineRule="auto"/>
              <w:jc w:val="center"/>
            </w:pPr>
            <w:r w:rsidRPr="00A864B8">
              <w:rPr>
                <w:b/>
                <w:sz w:val="20"/>
              </w:rPr>
              <w:t>-1.253.335</w:t>
            </w:r>
          </w:p>
        </w:tc>
        <w:tc>
          <w:tcPr>
            <w:tcW w:w="960" w:type="dxa"/>
            <w:tcBorders>
              <w:bottom w:val="single" w:sz="8" w:space="0" w:color="9B9B9B"/>
            </w:tcBorders>
            <w:shd w:val="clear" w:color="auto" w:fill="F0F0F0"/>
            <w:vAlign w:val="center"/>
          </w:tcPr>
          <w:p w14:paraId="0CAAB774" w14:textId="77777777" w:rsidR="00A806B2" w:rsidRPr="00A864B8" w:rsidRDefault="00000000">
            <w:pPr>
              <w:spacing w:before="20" w:after="10" w:line="240" w:lineRule="auto"/>
              <w:jc w:val="center"/>
            </w:pPr>
            <w:r w:rsidRPr="00A864B8">
              <w:rPr>
                <w:b/>
                <w:sz w:val="20"/>
              </w:rPr>
              <w:t>-1.203.486</w:t>
            </w:r>
          </w:p>
        </w:tc>
        <w:tc>
          <w:tcPr>
            <w:tcW w:w="960" w:type="dxa"/>
            <w:tcBorders>
              <w:bottom w:val="single" w:sz="8" w:space="0" w:color="9B9B9B"/>
            </w:tcBorders>
            <w:shd w:val="clear" w:color="auto" w:fill="F0F0F0"/>
            <w:vAlign w:val="center"/>
          </w:tcPr>
          <w:p w14:paraId="0C4C8AC7" w14:textId="77777777" w:rsidR="00A806B2" w:rsidRPr="00A864B8" w:rsidRDefault="00000000">
            <w:pPr>
              <w:spacing w:before="20" w:after="10" w:line="240" w:lineRule="auto"/>
              <w:jc w:val="center"/>
            </w:pPr>
            <w:r w:rsidRPr="00A864B8">
              <w:rPr>
                <w:b/>
                <w:sz w:val="20"/>
              </w:rPr>
              <w:t>-3.809</w:t>
            </w:r>
          </w:p>
        </w:tc>
        <w:tc>
          <w:tcPr>
            <w:tcW w:w="960" w:type="dxa"/>
            <w:tcBorders>
              <w:bottom w:val="single" w:sz="8" w:space="0" w:color="9B9B9B"/>
            </w:tcBorders>
            <w:shd w:val="clear" w:color="auto" w:fill="F0F0F0"/>
            <w:vAlign w:val="center"/>
          </w:tcPr>
          <w:p w14:paraId="6F749928" w14:textId="77777777" w:rsidR="00A806B2" w:rsidRPr="00A864B8" w:rsidRDefault="00000000">
            <w:pPr>
              <w:spacing w:before="20" w:after="10" w:line="240" w:lineRule="auto"/>
              <w:jc w:val="center"/>
            </w:pPr>
            <w:r w:rsidRPr="00A864B8">
              <w:rPr>
                <w:b/>
                <w:sz w:val="20"/>
              </w:rPr>
              <w:t>-3.628</w:t>
            </w:r>
          </w:p>
        </w:tc>
        <w:tc>
          <w:tcPr>
            <w:tcW w:w="960" w:type="dxa"/>
            <w:tcBorders>
              <w:bottom w:val="single" w:sz="8" w:space="0" w:color="9B9B9B"/>
            </w:tcBorders>
            <w:shd w:val="clear" w:color="auto" w:fill="F0F0F0"/>
            <w:vAlign w:val="center"/>
          </w:tcPr>
          <w:p w14:paraId="67247B74" w14:textId="77777777" w:rsidR="00A806B2" w:rsidRPr="00A864B8" w:rsidRDefault="00000000">
            <w:pPr>
              <w:spacing w:before="20" w:after="10" w:line="240" w:lineRule="auto"/>
              <w:jc w:val="center"/>
            </w:pPr>
            <w:r w:rsidRPr="00A864B8">
              <w:rPr>
                <w:b/>
                <w:sz w:val="20"/>
              </w:rPr>
              <w:t>-3.455</w:t>
            </w:r>
          </w:p>
        </w:tc>
        <w:tc>
          <w:tcPr>
            <w:tcW w:w="960" w:type="dxa"/>
            <w:tcBorders>
              <w:bottom w:val="single" w:sz="8" w:space="0" w:color="9B9B9B"/>
            </w:tcBorders>
            <w:shd w:val="clear" w:color="auto" w:fill="F0F0F0"/>
            <w:vAlign w:val="center"/>
          </w:tcPr>
          <w:p w14:paraId="7DA10EF1"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26C732C8" w14:textId="77777777" w:rsidR="00A806B2" w:rsidRPr="00A864B8" w:rsidRDefault="00000000">
            <w:pPr>
              <w:spacing w:before="20" w:after="10" w:line="240" w:lineRule="auto"/>
              <w:jc w:val="center"/>
            </w:pPr>
            <w:r w:rsidRPr="00A864B8">
              <w:rPr>
                <w:b/>
                <w:sz w:val="20"/>
              </w:rPr>
              <w:t>-1.582</w:t>
            </w:r>
          </w:p>
        </w:tc>
        <w:tc>
          <w:tcPr>
            <w:tcW w:w="960" w:type="dxa"/>
            <w:tcBorders>
              <w:bottom w:val="single" w:sz="8" w:space="0" w:color="9B9B9B"/>
            </w:tcBorders>
            <w:shd w:val="clear" w:color="auto" w:fill="F0F0F0"/>
            <w:vAlign w:val="center"/>
          </w:tcPr>
          <w:p w14:paraId="42F3E69E" w14:textId="77777777" w:rsidR="00A806B2" w:rsidRPr="00A864B8" w:rsidRDefault="00000000">
            <w:pPr>
              <w:spacing w:before="20" w:after="10" w:line="240" w:lineRule="auto"/>
              <w:jc w:val="center"/>
            </w:pPr>
            <w:r w:rsidRPr="00A864B8">
              <w:rPr>
                <w:b/>
                <w:sz w:val="20"/>
              </w:rPr>
              <w:t>-1.507</w:t>
            </w:r>
          </w:p>
        </w:tc>
      </w:tr>
      <w:tr w:rsidR="00A806B2" w:rsidRPr="00A864B8" w14:paraId="46480E10" w14:textId="77777777">
        <w:trPr>
          <w:jc w:val="center"/>
        </w:trPr>
        <w:tc>
          <w:tcPr>
            <w:tcW w:w="960" w:type="dxa"/>
            <w:tcBorders>
              <w:bottom w:val="single" w:sz="8" w:space="0" w:color="9B9B9B"/>
            </w:tcBorders>
            <w:shd w:val="clear" w:color="auto" w:fill="CFCFCF"/>
            <w:vAlign w:val="center"/>
          </w:tcPr>
          <w:p w14:paraId="1E3FC784"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CFCFCF"/>
            <w:vAlign w:val="center"/>
          </w:tcPr>
          <w:p w14:paraId="0FD5E6E0" w14:textId="77777777" w:rsidR="00A806B2" w:rsidRPr="00A864B8" w:rsidRDefault="00000000">
            <w:pPr>
              <w:spacing w:before="20" w:after="10" w:line="240" w:lineRule="auto"/>
              <w:jc w:val="center"/>
            </w:pPr>
            <w:r w:rsidRPr="00A864B8">
              <w:rPr>
                <w:b/>
                <w:sz w:val="20"/>
              </w:rPr>
              <w:t>-161.553</w:t>
            </w:r>
          </w:p>
        </w:tc>
        <w:tc>
          <w:tcPr>
            <w:tcW w:w="960" w:type="dxa"/>
            <w:tcBorders>
              <w:bottom w:val="single" w:sz="8" w:space="0" w:color="9B9B9B"/>
            </w:tcBorders>
            <w:shd w:val="clear" w:color="auto" w:fill="CFCFCF"/>
            <w:vAlign w:val="center"/>
          </w:tcPr>
          <w:p w14:paraId="1C06E3A3" w14:textId="77777777" w:rsidR="00A806B2" w:rsidRPr="00A864B8" w:rsidRDefault="00000000">
            <w:pPr>
              <w:spacing w:before="20" w:after="10" w:line="240" w:lineRule="auto"/>
              <w:jc w:val="center"/>
            </w:pPr>
            <w:r w:rsidRPr="00A864B8">
              <w:rPr>
                <w:b/>
                <w:sz w:val="20"/>
              </w:rPr>
              <w:t>-161.553</w:t>
            </w:r>
          </w:p>
        </w:tc>
        <w:tc>
          <w:tcPr>
            <w:tcW w:w="960" w:type="dxa"/>
            <w:tcBorders>
              <w:bottom w:val="single" w:sz="8" w:space="0" w:color="9B9B9B"/>
            </w:tcBorders>
            <w:shd w:val="clear" w:color="auto" w:fill="CFCFCF"/>
            <w:vAlign w:val="center"/>
          </w:tcPr>
          <w:p w14:paraId="4F57A9E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11DB38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B7DD74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5B89B54"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562BCBDE"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6938E221" w14:textId="77777777" w:rsidR="00A806B2" w:rsidRPr="00A864B8" w:rsidRDefault="00000000">
            <w:pPr>
              <w:spacing w:before="20" w:after="10" w:line="240" w:lineRule="auto"/>
              <w:jc w:val="center"/>
            </w:pPr>
            <w:r w:rsidRPr="00A864B8">
              <w:rPr>
                <w:b/>
                <w:sz w:val="20"/>
              </w:rPr>
              <w:t>0</w:t>
            </w:r>
          </w:p>
        </w:tc>
      </w:tr>
      <w:tr w:rsidR="00A806B2" w:rsidRPr="00A864B8" w14:paraId="1A24E8FB" w14:textId="77777777">
        <w:trPr>
          <w:jc w:val="center"/>
        </w:trPr>
        <w:tc>
          <w:tcPr>
            <w:tcW w:w="960" w:type="dxa"/>
            <w:tcBorders>
              <w:bottom w:val="single" w:sz="8" w:space="0" w:color="9B9B9B"/>
            </w:tcBorders>
            <w:shd w:val="clear" w:color="auto" w:fill="F0F0F0"/>
            <w:vAlign w:val="center"/>
          </w:tcPr>
          <w:p w14:paraId="5550623D"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F0F0F0"/>
            <w:vAlign w:val="center"/>
          </w:tcPr>
          <w:p w14:paraId="07D5A39E" w14:textId="77777777" w:rsidR="00A806B2" w:rsidRPr="00A864B8" w:rsidRDefault="00000000">
            <w:pPr>
              <w:spacing w:before="20" w:after="10" w:line="240" w:lineRule="auto"/>
              <w:jc w:val="center"/>
            </w:pPr>
            <w:r w:rsidRPr="00A864B8">
              <w:rPr>
                <w:sz w:val="20"/>
              </w:rPr>
              <w:t>-2.236</w:t>
            </w:r>
          </w:p>
        </w:tc>
        <w:tc>
          <w:tcPr>
            <w:tcW w:w="960" w:type="dxa"/>
            <w:tcBorders>
              <w:bottom w:val="single" w:sz="8" w:space="0" w:color="9B9B9B"/>
            </w:tcBorders>
            <w:shd w:val="clear" w:color="auto" w:fill="F0F0F0"/>
            <w:vAlign w:val="center"/>
          </w:tcPr>
          <w:p w14:paraId="29F295A1" w14:textId="77777777" w:rsidR="00A806B2" w:rsidRPr="00A864B8" w:rsidRDefault="00000000">
            <w:pPr>
              <w:spacing w:before="20" w:after="10" w:line="240" w:lineRule="auto"/>
              <w:jc w:val="center"/>
            </w:pPr>
            <w:r w:rsidRPr="00A864B8">
              <w:rPr>
                <w:sz w:val="20"/>
              </w:rPr>
              <w:t>-2.236</w:t>
            </w:r>
          </w:p>
        </w:tc>
        <w:tc>
          <w:tcPr>
            <w:tcW w:w="960" w:type="dxa"/>
            <w:tcBorders>
              <w:bottom w:val="single" w:sz="8" w:space="0" w:color="9B9B9B"/>
            </w:tcBorders>
            <w:shd w:val="clear" w:color="auto" w:fill="F0F0F0"/>
            <w:vAlign w:val="center"/>
          </w:tcPr>
          <w:p w14:paraId="5A6301E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34DC30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93FCCE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FA42F8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8BF384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ADE385B" w14:textId="77777777" w:rsidR="00A806B2" w:rsidRPr="00A864B8" w:rsidRDefault="00000000">
            <w:pPr>
              <w:spacing w:before="20" w:after="10" w:line="240" w:lineRule="auto"/>
              <w:jc w:val="center"/>
            </w:pPr>
            <w:r w:rsidRPr="00A864B8">
              <w:rPr>
                <w:sz w:val="20"/>
              </w:rPr>
              <w:t>0</w:t>
            </w:r>
          </w:p>
        </w:tc>
      </w:tr>
      <w:tr w:rsidR="00A806B2" w:rsidRPr="00A864B8" w14:paraId="26971941" w14:textId="77777777">
        <w:trPr>
          <w:jc w:val="center"/>
        </w:trPr>
        <w:tc>
          <w:tcPr>
            <w:tcW w:w="960" w:type="dxa"/>
            <w:tcBorders>
              <w:bottom w:val="single" w:sz="8" w:space="0" w:color="9B9B9B"/>
            </w:tcBorders>
            <w:shd w:val="clear" w:color="auto" w:fill="CFCFCF"/>
            <w:vAlign w:val="center"/>
          </w:tcPr>
          <w:p w14:paraId="150AAA92" w14:textId="77777777" w:rsidR="00A806B2" w:rsidRPr="00A864B8" w:rsidRDefault="00000000">
            <w:pPr>
              <w:spacing w:before="20" w:after="10" w:line="240" w:lineRule="auto"/>
              <w:jc w:val="center"/>
            </w:pPr>
            <w:r w:rsidRPr="00A864B8">
              <w:rPr>
                <w:sz w:val="20"/>
              </w:rPr>
              <w:t>Speicher (TWW)</w:t>
            </w:r>
          </w:p>
        </w:tc>
        <w:tc>
          <w:tcPr>
            <w:tcW w:w="960" w:type="dxa"/>
            <w:tcBorders>
              <w:bottom w:val="single" w:sz="8" w:space="0" w:color="9B9B9B"/>
            </w:tcBorders>
            <w:shd w:val="clear" w:color="auto" w:fill="CFCFCF"/>
            <w:vAlign w:val="center"/>
          </w:tcPr>
          <w:p w14:paraId="553E5E28" w14:textId="77777777" w:rsidR="00A806B2" w:rsidRPr="00A864B8" w:rsidRDefault="00000000">
            <w:pPr>
              <w:spacing w:before="20" w:after="10" w:line="240" w:lineRule="auto"/>
              <w:jc w:val="center"/>
            </w:pPr>
            <w:r w:rsidRPr="00A864B8">
              <w:rPr>
                <w:sz w:val="20"/>
              </w:rPr>
              <w:t>-29.892</w:t>
            </w:r>
          </w:p>
        </w:tc>
        <w:tc>
          <w:tcPr>
            <w:tcW w:w="960" w:type="dxa"/>
            <w:tcBorders>
              <w:bottom w:val="single" w:sz="8" w:space="0" w:color="9B9B9B"/>
            </w:tcBorders>
            <w:shd w:val="clear" w:color="auto" w:fill="CFCFCF"/>
            <w:vAlign w:val="center"/>
          </w:tcPr>
          <w:p w14:paraId="54AF0A6F" w14:textId="77777777" w:rsidR="00A806B2" w:rsidRPr="00A864B8" w:rsidRDefault="00000000">
            <w:pPr>
              <w:spacing w:before="20" w:after="10" w:line="240" w:lineRule="auto"/>
              <w:jc w:val="center"/>
            </w:pPr>
            <w:r w:rsidRPr="00A864B8">
              <w:rPr>
                <w:sz w:val="20"/>
              </w:rPr>
              <w:t>-29.892</w:t>
            </w:r>
          </w:p>
        </w:tc>
        <w:tc>
          <w:tcPr>
            <w:tcW w:w="960" w:type="dxa"/>
            <w:tcBorders>
              <w:bottom w:val="single" w:sz="8" w:space="0" w:color="9B9B9B"/>
            </w:tcBorders>
            <w:shd w:val="clear" w:color="auto" w:fill="CFCFCF"/>
            <w:vAlign w:val="center"/>
          </w:tcPr>
          <w:p w14:paraId="5A301F5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33000D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39DDC1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A11A5A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20D61E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67160AF" w14:textId="77777777" w:rsidR="00A806B2" w:rsidRPr="00A864B8" w:rsidRDefault="00000000">
            <w:pPr>
              <w:spacing w:before="20" w:after="10" w:line="240" w:lineRule="auto"/>
              <w:jc w:val="center"/>
            </w:pPr>
            <w:r w:rsidRPr="00A864B8">
              <w:rPr>
                <w:sz w:val="20"/>
              </w:rPr>
              <w:t>0</w:t>
            </w:r>
          </w:p>
        </w:tc>
      </w:tr>
      <w:tr w:rsidR="00A806B2" w:rsidRPr="00A864B8" w14:paraId="0F5981AB" w14:textId="77777777">
        <w:trPr>
          <w:jc w:val="center"/>
        </w:trPr>
        <w:tc>
          <w:tcPr>
            <w:tcW w:w="960" w:type="dxa"/>
            <w:tcBorders>
              <w:bottom w:val="single" w:sz="8" w:space="0" w:color="9B9B9B"/>
            </w:tcBorders>
            <w:shd w:val="clear" w:color="auto" w:fill="F0F0F0"/>
            <w:vAlign w:val="center"/>
          </w:tcPr>
          <w:p w14:paraId="0DB099E0"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F0F0F0"/>
            <w:vAlign w:val="center"/>
          </w:tcPr>
          <w:p w14:paraId="4B0BCFE3" w14:textId="77777777" w:rsidR="00A806B2" w:rsidRPr="00A864B8" w:rsidRDefault="00000000">
            <w:pPr>
              <w:spacing w:before="20" w:after="10" w:line="240" w:lineRule="auto"/>
              <w:jc w:val="center"/>
            </w:pPr>
            <w:r w:rsidRPr="00A864B8">
              <w:rPr>
                <w:sz w:val="20"/>
              </w:rPr>
              <w:t>-129.425</w:t>
            </w:r>
          </w:p>
        </w:tc>
        <w:tc>
          <w:tcPr>
            <w:tcW w:w="960" w:type="dxa"/>
            <w:tcBorders>
              <w:bottom w:val="single" w:sz="8" w:space="0" w:color="9B9B9B"/>
            </w:tcBorders>
            <w:shd w:val="clear" w:color="auto" w:fill="F0F0F0"/>
            <w:vAlign w:val="center"/>
          </w:tcPr>
          <w:p w14:paraId="1F330312" w14:textId="77777777" w:rsidR="00A806B2" w:rsidRPr="00A864B8" w:rsidRDefault="00000000">
            <w:pPr>
              <w:spacing w:before="20" w:after="10" w:line="240" w:lineRule="auto"/>
              <w:jc w:val="center"/>
            </w:pPr>
            <w:r w:rsidRPr="00A864B8">
              <w:rPr>
                <w:sz w:val="20"/>
              </w:rPr>
              <w:t>-129.425</w:t>
            </w:r>
          </w:p>
        </w:tc>
        <w:tc>
          <w:tcPr>
            <w:tcW w:w="960" w:type="dxa"/>
            <w:tcBorders>
              <w:bottom w:val="single" w:sz="8" w:space="0" w:color="9B9B9B"/>
            </w:tcBorders>
            <w:shd w:val="clear" w:color="auto" w:fill="F0F0F0"/>
            <w:vAlign w:val="center"/>
          </w:tcPr>
          <w:p w14:paraId="0309879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FA321E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057FB9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A5C104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8E9124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06F77F3" w14:textId="77777777" w:rsidR="00A806B2" w:rsidRPr="00A864B8" w:rsidRDefault="00000000">
            <w:pPr>
              <w:spacing w:before="20" w:after="10" w:line="240" w:lineRule="auto"/>
              <w:jc w:val="center"/>
            </w:pPr>
            <w:r w:rsidRPr="00A864B8">
              <w:rPr>
                <w:sz w:val="20"/>
              </w:rPr>
              <w:t>0</w:t>
            </w:r>
          </w:p>
        </w:tc>
      </w:tr>
      <w:tr w:rsidR="00A806B2" w:rsidRPr="00A864B8" w14:paraId="07B3675A" w14:textId="77777777">
        <w:trPr>
          <w:jc w:val="center"/>
        </w:trPr>
        <w:tc>
          <w:tcPr>
            <w:tcW w:w="960" w:type="dxa"/>
            <w:tcBorders>
              <w:bottom w:val="single" w:sz="8" w:space="0" w:color="9B9B9B"/>
            </w:tcBorders>
            <w:shd w:val="clear" w:color="auto" w:fill="CFCFCF"/>
            <w:vAlign w:val="center"/>
          </w:tcPr>
          <w:p w14:paraId="77D02F2C"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CFCFCF"/>
            <w:vAlign w:val="center"/>
          </w:tcPr>
          <w:p w14:paraId="08AE91B7" w14:textId="77777777" w:rsidR="00A806B2" w:rsidRPr="00A864B8" w:rsidRDefault="00000000">
            <w:pPr>
              <w:spacing w:before="20" w:after="10" w:line="240" w:lineRule="auto"/>
              <w:jc w:val="center"/>
            </w:pPr>
            <w:r w:rsidRPr="00A864B8">
              <w:rPr>
                <w:b/>
                <w:sz w:val="20"/>
              </w:rPr>
              <w:t>-500.732</w:t>
            </w:r>
          </w:p>
        </w:tc>
        <w:tc>
          <w:tcPr>
            <w:tcW w:w="960" w:type="dxa"/>
            <w:tcBorders>
              <w:bottom w:val="single" w:sz="8" w:space="0" w:color="9B9B9B"/>
            </w:tcBorders>
            <w:shd w:val="clear" w:color="auto" w:fill="CFCFCF"/>
            <w:vAlign w:val="center"/>
          </w:tcPr>
          <w:p w14:paraId="2C18CE28" w14:textId="77777777" w:rsidR="00A806B2" w:rsidRPr="00A864B8" w:rsidRDefault="00000000">
            <w:pPr>
              <w:spacing w:before="20" w:after="10" w:line="240" w:lineRule="auto"/>
              <w:jc w:val="center"/>
            </w:pPr>
            <w:r w:rsidRPr="00A864B8">
              <w:rPr>
                <w:b/>
                <w:sz w:val="20"/>
              </w:rPr>
              <w:t>-500.732</w:t>
            </w:r>
          </w:p>
        </w:tc>
        <w:tc>
          <w:tcPr>
            <w:tcW w:w="960" w:type="dxa"/>
            <w:tcBorders>
              <w:bottom w:val="single" w:sz="8" w:space="0" w:color="9B9B9B"/>
            </w:tcBorders>
            <w:shd w:val="clear" w:color="auto" w:fill="CFCFCF"/>
            <w:vAlign w:val="center"/>
          </w:tcPr>
          <w:p w14:paraId="4EA9A29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5CCFF87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17CA7A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637ABA0"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70BFCE5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95B1EA5" w14:textId="77777777" w:rsidR="00A806B2" w:rsidRPr="00A864B8" w:rsidRDefault="00000000">
            <w:pPr>
              <w:spacing w:before="20" w:after="10" w:line="240" w:lineRule="auto"/>
              <w:jc w:val="center"/>
            </w:pPr>
            <w:r w:rsidRPr="00A864B8">
              <w:rPr>
                <w:b/>
                <w:sz w:val="20"/>
              </w:rPr>
              <w:t>0</w:t>
            </w:r>
          </w:p>
        </w:tc>
      </w:tr>
      <w:tr w:rsidR="00A806B2" w:rsidRPr="00A864B8" w14:paraId="7D418E5B" w14:textId="77777777">
        <w:trPr>
          <w:jc w:val="center"/>
        </w:trPr>
        <w:tc>
          <w:tcPr>
            <w:tcW w:w="960" w:type="dxa"/>
            <w:tcBorders>
              <w:bottom w:val="single" w:sz="8" w:space="0" w:color="9B9B9B"/>
            </w:tcBorders>
            <w:shd w:val="clear" w:color="auto" w:fill="F0F0F0"/>
            <w:vAlign w:val="center"/>
          </w:tcPr>
          <w:p w14:paraId="08909F25"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F0F0F0"/>
            <w:vAlign w:val="center"/>
          </w:tcPr>
          <w:p w14:paraId="2F3611CE" w14:textId="77777777" w:rsidR="00A806B2" w:rsidRPr="00A864B8" w:rsidRDefault="00000000">
            <w:pPr>
              <w:spacing w:before="20" w:after="10" w:line="240" w:lineRule="auto"/>
              <w:jc w:val="center"/>
            </w:pPr>
            <w:r w:rsidRPr="00A864B8">
              <w:rPr>
                <w:sz w:val="20"/>
              </w:rPr>
              <w:t>-206.055</w:t>
            </w:r>
          </w:p>
        </w:tc>
        <w:tc>
          <w:tcPr>
            <w:tcW w:w="960" w:type="dxa"/>
            <w:tcBorders>
              <w:bottom w:val="single" w:sz="8" w:space="0" w:color="9B9B9B"/>
            </w:tcBorders>
            <w:shd w:val="clear" w:color="auto" w:fill="F0F0F0"/>
            <w:vAlign w:val="center"/>
          </w:tcPr>
          <w:p w14:paraId="4855CAA0" w14:textId="77777777" w:rsidR="00A806B2" w:rsidRPr="00A864B8" w:rsidRDefault="00000000">
            <w:pPr>
              <w:spacing w:before="20" w:after="10" w:line="240" w:lineRule="auto"/>
              <w:jc w:val="center"/>
            </w:pPr>
            <w:r w:rsidRPr="00A864B8">
              <w:rPr>
                <w:sz w:val="20"/>
              </w:rPr>
              <w:t>-206.055</w:t>
            </w:r>
          </w:p>
        </w:tc>
        <w:tc>
          <w:tcPr>
            <w:tcW w:w="960" w:type="dxa"/>
            <w:tcBorders>
              <w:bottom w:val="single" w:sz="8" w:space="0" w:color="9B9B9B"/>
            </w:tcBorders>
            <w:shd w:val="clear" w:color="auto" w:fill="F0F0F0"/>
            <w:vAlign w:val="center"/>
          </w:tcPr>
          <w:p w14:paraId="1E4B3E3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79E482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E43C6C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92DB7B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9EE48F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5710E62" w14:textId="77777777" w:rsidR="00A806B2" w:rsidRPr="00A864B8" w:rsidRDefault="00000000">
            <w:pPr>
              <w:spacing w:before="20" w:after="10" w:line="240" w:lineRule="auto"/>
              <w:jc w:val="center"/>
            </w:pPr>
            <w:r w:rsidRPr="00A864B8">
              <w:rPr>
                <w:sz w:val="20"/>
              </w:rPr>
              <w:t>0</w:t>
            </w:r>
          </w:p>
        </w:tc>
      </w:tr>
      <w:tr w:rsidR="00A806B2" w:rsidRPr="00A864B8" w14:paraId="3FFC7961" w14:textId="77777777">
        <w:trPr>
          <w:jc w:val="center"/>
        </w:trPr>
        <w:tc>
          <w:tcPr>
            <w:tcW w:w="960" w:type="dxa"/>
            <w:tcBorders>
              <w:bottom w:val="single" w:sz="8" w:space="0" w:color="9B9B9B"/>
            </w:tcBorders>
            <w:shd w:val="clear" w:color="auto" w:fill="CFCFCF"/>
            <w:vAlign w:val="center"/>
          </w:tcPr>
          <w:p w14:paraId="56FF2135"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CFCFCF"/>
            <w:vAlign w:val="center"/>
          </w:tcPr>
          <w:p w14:paraId="14A9DAAE" w14:textId="77777777" w:rsidR="00A806B2" w:rsidRPr="00A864B8" w:rsidRDefault="00000000">
            <w:pPr>
              <w:spacing w:before="20" w:after="10" w:line="240" w:lineRule="auto"/>
              <w:jc w:val="center"/>
            </w:pPr>
            <w:r w:rsidRPr="00A864B8">
              <w:rPr>
                <w:sz w:val="20"/>
              </w:rPr>
              <w:t>-294.677</w:t>
            </w:r>
          </w:p>
        </w:tc>
        <w:tc>
          <w:tcPr>
            <w:tcW w:w="960" w:type="dxa"/>
            <w:tcBorders>
              <w:bottom w:val="single" w:sz="8" w:space="0" w:color="9B9B9B"/>
            </w:tcBorders>
            <w:shd w:val="clear" w:color="auto" w:fill="CFCFCF"/>
            <w:vAlign w:val="center"/>
          </w:tcPr>
          <w:p w14:paraId="5336F251" w14:textId="77777777" w:rsidR="00A806B2" w:rsidRPr="00A864B8" w:rsidRDefault="00000000">
            <w:pPr>
              <w:spacing w:before="20" w:after="10" w:line="240" w:lineRule="auto"/>
              <w:jc w:val="center"/>
            </w:pPr>
            <w:r w:rsidRPr="00A864B8">
              <w:rPr>
                <w:sz w:val="20"/>
              </w:rPr>
              <w:t>-294.677</w:t>
            </w:r>
          </w:p>
        </w:tc>
        <w:tc>
          <w:tcPr>
            <w:tcW w:w="960" w:type="dxa"/>
            <w:tcBorders>
              <w:bottom w:val="single" w:sz="8" w:space="0" w:color="9B9B9B"/>
            </w:tcBorders>
            <w:shd w:val="clear" w:color="auto" w:fill="CFCFCF"/>
            <w:vAlign w:val="center"/>
          </w:tcPr>
          <w:p w14:paraId="7DFAF49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F86965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942F5C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8DCA40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738D38E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BCC844F" w14:textId="77777777" w:rsidR="00A806B2" w:rsidRPr="00A864B8" w:rsidRDefault="00000000">
            <w:pPr>
              <w:spacing w:before="20" w:after="10" w:line="240" w:lineRule="auto"/>
              <w:jc w:val="center"/>
            </w:pPr>
            <w:r w:rsidRPr="00A864B8">
              <w:rPr>
                <w:sz w:val="20"/>
              </w:rPr>
              <w:t>0</w:t>
            </w:r>
          </w:p>
        </w:tc>
      </w:tr>
      <w:tr w:rsidR="00A806B2" w:rsidRPr="00A864B8" w14:paraId="0FD9820E" w14:textId="77777777">
        <w:trPr>
          <w:jc w:val="center"/>
        </w:trPr>
        <w:tc>
          <w:tcPr>
            <w:tcW w:w="960" w:type="dxa"/>
            <w:tcBorders>
              <w:bottom w:val="single" w:sz="8" w:space="0" w:color="9B9B9B"/>
            </w:tcBorders>
            <w:shd w:val="clear" w:color="auto" w:fill="F0F0F0"/>
            <w:vAlign w:val="center"/>
          </w:tcPr>
          <w:p w14:paraId="53C95E4C"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F0F0F0"/>
            <w:vAlign w:val="center"/>
          </w:tcPr>
          <w:p w14:paraId="6F335E33" w14:textId="77777777" w:rsidR="00A806B2" w:rsidRPr="00A864B8" w:rsidRDefault="00000000">
            <w:pPr>
              <w:spacing w:before="20" w:after="10" w:line="240" w:lineRule="auto"/>
              <w:jc w:val="center"/>
            </w:pPr>
            <w:r w:rsidRPr="00A864B8">
              <w:rPr>
                <w:b/>
                <w:sz w:val="20"/>
              </w:rPr>
              <w:t>-479.200</w:t>
            </w:r>
          </w:p>
        </w:tc>
        <w:tc>
          <w:tcPr>
            <w:tcW w:w="960" w:type="dxa"/>
            <w:tcBorders>
              <w:bottom w:val="single" w:sz="8" w:space="0" w:color="9B9B9B"/>
            </w:tcBorders>
            <w:shd w:val="clear" w:color="auto" w:fill="F0F0F0"/>
            <w:vAlign w:val="center"/>
          </w:tcPr>
          <w:p w14:paraId="20B1CD81" w14:textId="77777777" w:rsidR="00A806B2" w:rsidRPr="00A864B8" w:rsidRDefault="00000000">
            <w:pPr>
              <w:spacing w:before="20" w:after="10" w:line="240" w:lineRule="auto"/>
              <w:jc w:val="center"/>
            </w:pPr>
            <w:r w:rsidRPr="00A864B8">
              <w:rPr>
                <w:b/>
                <w:sz w:val="20"/>
              </w:rPr>
              <w:t>-479.200</w:t>
            </w:r>
          </w:p>
        </w:tc>
        <w:tc>
          <w:tcPr>
            <w:tcW w:w="960" w:type="dxa"/>
            <w:tcBorders>
              <w:bottom w:val="single" w:sz="8" w:space="0" w:color="9B9B9B"/>
            </w:tcBorders>
            <w:shd w:val="clear" w:color="auto" w:fill="F0F0F0"/>
            <w:vAlign w:val="center"/>
          </w:tcPr>
          <w:p w14:paraId="602594D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CCB16A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630E0C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C2B2F06"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FB7A3A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730E8A38" w14:textId="77777777" w:rsidR="00A806B2" w:rsidRPr="00A864B8" w:rsidRDefault="00000000">
            <w:pPr>
              <w:spacing w:before="20" w:after="10" w:line="240" w:lineRule="auto"/>
              <w:jc w:val="center"/>
            </w:pPr>
            <w:r w:rsidRPr="00A864B8">
              <w:rPr>
                <w:b/>
                <w:sz w:val="20"/>
              </w:rPr>
              <w:t>0</w:t>
            </w:r>
          </w:p>
        </w:tc>
      </w:tr>
      <w:tr w:rsidR="00A806B2" w:rsidRPr="00A864B8" w14:paraId="42854E5E" w14:textId="77777777">
        <w:trPr>
          <w:jc w:val="center"/>
        </w:trPr>
        <w:tc>
          <w:tcPr>
            <w:tcW w:w="960" w:type="dxa"/>
            <w:tcBorders>
              <w:bottom w:val="single" w:sz="8" w:space="0" w:color="9B9B9B"/>
            </w:tcBorders>
            <w:shd w:val="clear" w:color="auto" w:fill="CFCFCF"/>
            <w:vAlign w:val="center"/>
          </w:tcPr>
          <w:p w14:paraId="265F025E" w14:textId="77777777" w:rsidR="00A806B2" w:rsidRPr="00A864B8" w:rsidRDefault="00000000">
            <w:pPr>
              <w:spacing w:before="20" w:after="10" w:line="240" w:lineRule="auto"/>
              <w:jc w:val="center"/>
            </w:pPr>
            <w:r w:rsidRPr="00A864B8">
              <w:rPr>
                <w:sz w:val="20"/>
              </w:rPr>
              <w:t>Solarthermie</w:t>
            </w:r>
          </w:p>
        </w:tc>
        <w:tc>
          <w:tcPr>
            <w:tcW w:w="960" w:type="dxa"/>
            <w:tcBorders>
              <w:bottom w:val="single" w:sz="8" w:space="0" w:color="9B9B9B"/>
            </w:tcBorders>
            <w:shd w:val="clear" w:color="auto" w:fill="CFCFCF"/>
            <w:vAlign w:val="center"/>
          </w:tcPr>
          <w:p w14:paraId="25EA9B3A" w14:textId="77777777" w:rsidR="00A806B2" w:rsidRPr="00A864B8" w:rsidRDefault="00000000">
            <w:pPr>
              <w:spacing w:before="20" w:after="10" w:line="240" w:lineRule="auto"/>
              <w:jc w:val="center"/>
            </w:pPr>
            <w:r w:rsidRPr="00A864B8">
              <w:rPr>
                <w:sz w:val="20"/>
              </w:rPr>
              <w:t>-160.000</w:t>
            </w:r>
          </w:p>
        </w:tc>
        <w:tc>
          <w:tcPr>
            <w:tcW w:w="960" w:type="dxa"/>
            <w:tcBorders>
              <w:bottom w:val="single" w:sz="8" w:space="0" w:color="9B9B9B"/>
            </w:tcBorders>
            <w:shd w:val="clear" w:color="auto" w:fill="CFCFCF"/>
            <w:vAlign w:val="center"/>
          </w:tcPr>
          <w:p w14:paraId="3451DA0F" w14:textId="77777777" w:rsidR="00A806B2" w:rsidRPr="00A864B8" w:rsidRDefault="00000000">
            <w:pPr>
              <w:spacing w:before="20" w:after="10" w:line="240" w:lineRule="auto"/>
              <w:jc w:val="center"/>
            </w:pPr>
            <w:r w:rsidRPr="00A864B8">
              <w:rPr>
                <w:sz w:val="20"/>
              </w:rPr>
              <w:t>-160.000</w:t>
            </w:r>
          </w:p>
        </w:tc>
        <w:tc>
          <w:tcPr>
            <w:tcW w:w="960" w:type="dxa"/>
            <w:tcBorders>
              <w:bottom w:val="single" w:sz="8" w:space="0" w:color="9B9B9B"/>
            </w:tcBorders>
            <w:shd w:val="clear" w:color="auto" w:fill="CFCFCF"/>
            <w:vAlign w:val="center"/>
          </w:tcPr>
          <w:p w14:paraId="4327510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65D7D9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BA8258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CB5A3A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F54538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1152050" w14:textId="77777777" w:rsidR="00A806B2" w:rsidRPr="00A864B8" w:rsidRDefault="00000000">
            <w:pPr>
              <w:spacing w:before="20" w:after="10" w:line="240" w:lineRule="auto"/>
              <w:jc w:val="center"/>
            </w:pPr>
            <w:r w:rsidRPr="00A864B8">
              <w:rPr>
                <w:sz w:val="20"/>
              </w:rPr>
              <w:t>0</w:t>
            </w:r>
          </w:p>
        </w:tc>
      </w:tr>
      <w:tr w:rsidR="00A806B2" w:rsidRPr="00A864B8" w14:paraId="37E33C43" w14:textId="77777777">
        <w:trPr>
          <w:jc w:val="center"/>
        </w:trPr>
        <w:tc>
          <w:tcPr>
            <w:tcW w:w="960" w:type="dxa"/>
            <w:tcBorders>
              <w:bottom w:val="single" w:sz="8" w:space="0" w:color="9B9B9B"/>
            </w:tcBorders>
            <w:shd w:val="clear" w:color="auto" w:fill="F0F0F0"/>
            <w:vAlign w:val="center"/>
          </w:tcPr>
          <w:p w14:paraId="0F1C338F" w14:textId="77777777" w:rsidR="00A806B2" w:rsidRPr="00A864B8" w:rsidRDefault="00000000">
            <w:pPr>
              <w:spacing w:before="20" w:after="10" w:line="240" w:lineRule="auto"/>
              <w:jc w:val="center"/>
            </w:pPr>
            <w:r w:rsidRPr="00A864B8">
              <w:rPr>
                <w:sz w:val="20"/>
              </w:rPr>
              <w:t>Geothermie-Sonden 1</w:t>
            </w:r>
          </w:p>
        </w:tc>
        <w:tc>
          <w:tcPr>
            <w:tcW w:w="960" w:type="dxa"/>
            <w:tcBorders>
              <w:bottom w:val="single" w:sz="8" w:space="0" w:color="9B9B9B"/>
            </w:tcBorders>
            <w:shd w:val="clear" w:color="auto" w:fill="F0F0F0"/>
            <w:vAlign w:val="center"/>
          </w:tcPr>
          <w:p w14:paraId="47F2AC65" w14:textId="77777777" w:rsidR="00A806B2" w:rsidRPr="00A864B8" w:rsidRDefault="00000000">
            <w:pPr>
              <w:spacing w:before="20" w:after="10" w:line="240" w:lineRule="auto"/>
              <w:jc w:val="center"/>
            </w:pPr>
            <w:r w:rsidRPr="00A864B8">
              <w:rPr>
                <w:sz w:val="20"/>
              </w:rPr>
              <w:t>-136.800</w:t>
            </w:r>
          </w:p>
        </w:tc>
        <w:tc>
          <w:tcPr>
            <w:tcW w:w="960" w:type="dxa"/>
            <w:tcBorders>
              <w:bottom w:val="single" w:sz="8" w:space="0" w:color="9B9B9B"/>
            </w:tcBorders>
            <w:shd w:val="clear" w:color="auto" w:fill="F0F0F0"/>
            <w:vAlign w:val="center"/>
          </w:tcPr>
          <w:p w14:paraId="43CC886A" w14:textId="77777777" w:rsidR="00A806B2" w:rsidRPr="00A864B8" w:rsidRDefault="00000000">
            <w:pPr>
              <w:spacing w:before="20" w:after="10" w:line="240" w:lineRule="auto"/>
              <w:jc w:val="center"/>
            </w:pPr>
            <w:r w:rsidRPr="00A864B8">
              <w:rPr>
                <w:sz w:val="20"/>
              </w:rPr>
              <w:t>-136.800</w:t>
            </w:r>
          </w:p>
        </w:tc>
        <w:tc>
          <w:tcPr>
            <w:tcW w:w="960" w:type="dxa"/>
            <w:tcBorders>
              <w:bottom w:val="single" w:sz="8" w:space="0" w:color="9B9B9B"/>
            </w:tcBorders>
            <w:shd w:val="clear" w:color="auto" w:fill="F0F0F0"/>
            <w:vAlign w:val="center"/>
          </w:tcPr>
          <w:p w14:paraId="189A2FA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E23487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AA0413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0F3C7F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34AD31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8906E45" w14:textId="77777777" w:rsidR="00A806B2" w:rsidRPr="00A864B8" w:rsidRDefault="00000000">
            <w:pPr>
              <w:spacing w:before="20" w:after="10" w:line="240" w:lineRule="auto"/>
              <w:jc w:val="center"/>
            </w:pPr>
            <w:r w:rsidRPr="00A864B8">
              <w:rPr>
                <w:sz w:val="20"/>
              </w:rPr>
              <w:t>0</w:t>
            </w:r>
          </w:p>
        </w:tc>
      </w:tr>
      <w:tr w:rsidR="00A806B2" w:rsidRPr="00A864B8" w14:paraId="347189C9" w14:textId="77777777">
        <w:trPr>
          <w:jc w:val="center"/>
        </w:trPr>
        <w:tc>
          <w:tcPr>
            <w:tcW w:w="960" w:type="dxa"/>
            <w:tcBorders>
              <w:bottom w:val="single" w:sz="8" w:space="0" w:color="9B9B9B"/>
            </w:tcBorders>
            <w:shd w:val="clear" w:color="auto" w:fill="CFCFCF"/>
            <w:vAlign w:val="center"/>
          </w:tcPr>
          <w:p w14:paraId="238B9F19" w14:textId="77777777" w:rsidR="00A806B2" w:rsidRPr="00A864B8" w:rsidRDefault="00000000">
            <w:pPr>
              <w:spacing w:before="20" w:after="10" w:line="240" w:lineRule="auto"/>
              <w:jc w:val="center"/>
            </w:pPr>
            <w:r w:rsidRPr="00A864B8">
              <w:rPr>
                <w:sz w:val="20"/>
              </w:rPr>
              <w:t>Wärmepumpe (Geothermie-Sonden 1)</w:t>
            </w:r>
          </w:p>
        </w:tc>
        <w:tc>
          <w:tcPr>
            <w:tcW w:w="960" w:type="dxa"/>
            <w:tcBorders>
              <w:bottom w:val="single" w:sz="8" w:space="0" w:color="9B9B9B"/>
            </w:tcBorders>
            <w:shd w:val="clear" w:color="auto" w:fill="CFCFCF"/>
            <w:vAlign w:val="center"/>
          </w:tcPr>
          <w:p w14:paraId="3E6343DF" w14:textId="77777777" w:rsidR="00A806B2" w:rsidRPr="00A864B8" w:rsidRDefault="00000000">
            <w:pPr>
              <w:spacing w:before="20" w:after="10" w:line="240" w:lineRule="auto"/>
              <w:jc w:val="center"/>
            </w:pPr>
            <w:r w:rsidRPr="00A864B8">
              <w:rPr>
                <w:sz w:val="20"/>
              </w:rPr>
              <w:t>-182.400</w:t>
            </w:r>
          </w:p>
        </w:tc>
        <w:tc>
          <w:tcPr>
            <w:tcW w:w="960" w:type="dxa"/>
            <w:tcBorders>
              <w:bottom w:val="single" w:sz="8" w:space="0" w:color="9B9B9B"/>
            </w:tcBorders>
            <w:shd w:val="clear" w:color="auto" w:fill="CFCFCF"/>
            <w:vAlign w:val="center"/>
          </w:tcPr>
          <w:p w14:paraId="012F87ED" w14:textId="77777777" w:rsidR="00A806B2" w:rsidRPr="00A864B8" w:rsidRDefault="00000000">
            <w:pPr>
              <w:spacing w:before="20" w:after="10" w:line="240" w:lineRule="auto"/>
              <w:jc w:val="center"/>
            </w:pPr>
            <w:r w:rsidRPr="00A864B8">
              <w:rPr>
                <w:sz w:val="20"/>
              </w:rPr>
              <w:t>-182.400</w:t>
            </w:r>
          </w:p>
        </w:tc>
        <w:tc>
          <w:tcPr>
            <w:tcW w:w="960" w:type="dxa"/>
            <w:tcBorders>
              <w:bottom w:val="single" w:sz="8" w:space="0" w:color="9B9B9B"/>
            </w:tcBorders>
            <w:shd w:val="clear" w:color="auto" w:fill="CFCFCF"/>
            <w:vAlign w:val="center"/>
          </w:tcPr>
          <w:p w14:paraId="177E2E4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EC1D61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D404C6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6C0B5A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A04DEF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7EB99A1" w14:textId="77777777" w:rsidR="00A806B2" w:rsidRPr="00A864B8" w:rsidRDefault="00000000">
            <w:pPr>
              <w:spacing w:before="20" w:after="10" w:line="240" w:lineRule="auto"/>
              <w:jc w:val="center"/>
            </w:pPr>
            <w:r w:rsidRPr="00A864B8">
              <w:rPr>
                <w:sz w:val="20"/>
              </w:rPr>
              <w:t>0</w:t>
            </w:r>
          </w:p>
        </w:tc>
      </w:tr>
      <w:tr w:rsidR="00A806B2" w:rsidRPr="00A864B8" w14:paraId="6EDA2588" w14:textId="77777777">
        <w:trPr>
          <w:jc w:val="center"/>
        </w:trPr>
        <w:tc>
          <w:tcPr>
            <w:tcW w:w="960" w:type="dxa"/>
            <w:tcBorders>
              <w:bottom w:val="single" w:sz="8" w:space="0" w:color="9B9B9B"/>
            </w:tcBorders>
            <w:shd w:val="clear" w:color="auto" w:fill="F0F0F0"/>
            <w:vAlign w:val="center"/>
          </w:tcPr>
          <w:p w14:paraId="02BFA4C3"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F0F0F0"/>
            <w:vAlign w:val="center"/>
          </w:tcPr>
          <w:p w14:paraId="0D207DEC" w14:textId="77777777" w:rsidR="00A806B2" w:rsidRPr="00A864B8" w:rsidRDefault="00000000">
            <w:pPr>
              <w:spacing w:before="20" w:after="10" w:line="240" w:lineRule="auto"/>
              <w:jc w:val="center"/>
            </w:pPr>
            <w:r w:rsidRPr="00A864B8">
              <w:rPr>
                <w:b/>
                <w:sz w:val="20"/>
              </w:rPr>
              <w:t>-62.000</w:t>
            </w:r>
          </w:p>
        </w:tc>
        <w:tc>
          <w:tcPr>
            <w:tcW w:w="960" w:type="dxa"/>
            <w:tcBorders>
              <w:bottom w:val="single" w:sz="8" w:space="0" w:color="9B9B9B"/>
            </w:tcBorders>
            <w:shd w:val="clear" w:color="auto" w:fill="F0F0F0"/>
            <w:vAlign w:val="center"/>
          </w:tcPr>
          <w:p w14:paraId="328B793D" w14:textId="77777777" w:rsidR="00A806B2" w:rsidRPr="00A864B8" w:rsidRDefault="00000000">
            <w:pPr>
              <w:spacing w:before="20" w:after="10" w:line="240" w:lineRule="auto"/>
              <w:jc w:val="center"/>
            </w:pPr>
            <w:r w:rsidRPr="00A864B8">
              <w:rPr>
                <w:b/>
                <w:sz w:val="20"/>
              </w:rPr>
              <w:t>-62.000</w:t>
            </w:r>
          </w:p>
        </w:tc>
        <w:tc>
          <w:tcPr>
            <w:tcW w:w="960" w:type="dxa"/>
            <w:tcBorders>
              <w:bottom w:val="single" w:sz="8" w:space="0" w:color="9B9B9B"/>
            </w:tcBorders>
            <w:shd w:val="clear" w:color="auto" w:fill="F0F0F0"/>
            <w:vAlign w:val="center"/>
          </w:tcPr>
          <w:p w14:paraId="2BB6F3F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24BA1B05"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2AB4734"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FD75072"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1236109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F27A462" w14:textId="77777777" w:rsidR="00A806B2" w:rsidRPr="00A864B8" w:rsidRDefault="00000000">
            <w:pPr>
              <w:spacing w:before="20" w:after="10" w:line="240" w:lineRule="auto"/>
              <w:jc w:val="center"/>
            </w:pPr>
            <w:r w:rsidRPr="00A864B8">
              <w:rPr>
                <w:b/>
                <w:sz w:val="20"/>
              </w:rPr>
              <w:t>0</w:t>
            </w:r>
          </w:p>
        </w:tc>
      </w:tr>
      <w:tr w:rsidR="00A806B2" w:rsidRPr="00A864B8" w14:paraId="5DD349A5" w14:textId="77777777">
        <w:trPr>
          <w:jc w:val="center"/>
        </w:trPr>
        <w:tc>
          <w:tcPr>
            <w:tcW w:w="960" w:type="dxa"/>
            <w:tcBorders>
              <w:bottom w:val="single" w:sz="8" w:space="0" w:color="9B9B9B"/>
            </w:tcBorders>
            <w:shd w:val="clear" w:color="auto" w:fill="CFCFCF"/>
            <w:vAlign w:val="center"/>
          </w:tcPr>
          <w:p w14:paraId="41DEBBC1"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CFCFCF"/>
            <w:vAlign w:val="center"/>
          </w:tcPr>
          <w:p w14:paraId="18D5C3F1"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CFCFCF"/>
            <w:vAlign w:val="center"/>
          </w:tcPr>
          <w:p w14:paraId="5BCAAC72"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CFCFCF"/>
            <w:vAlign w:val="center"/>
          </w:tcPr>
          <w:p w14:paraId="09467E9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0730CE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8C377B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DD3F04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6B4F2D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6D4D3EE" w14:textId="77777777" w:rsidR="00A806B2" w:rsidRPr="00A864B8" w:rsidRDefault="00000000">
            <w:pPr>
              <w:spacing w:before="20" w:after="10" w:line="240" w:lineRule="auto"/>
              <w:jc w:val="center"/>
            </w:pPr>
            <w:r w:rsidRPr="00A864B8">
              <w:rPr>
                <w:sz w:val="20"/>
              </w:rPr>
              <w:t>0</w:t>
            </w:r>
          </w:p>
        </w:tc>
      </w:tr>
      <w:tr w:rsidR="00A806B2" w:rsidRPr="00A864B8" w14:paraId="727E7F00" w14:textId="77777777">
        <w:trPr>
          <w:jc w:val="center"/>
        </w:trPr>
        <w:tc>
          <w:tcPr>
            <w:tcW w:w="960" w:type="dxa"/>
            <w:tcBorders>
              <w:bottom w:val="single" w:sz="8" w:space="0" w:color="9B9B9B"/>
            </w:tcBorders>
            <w:shd w:val="clear" w:color="auto" w:fill="F0F0F0"/>
            <w:vAlign w:val="center"/>
          </w:tcPr>
          <w:p w14:paraId="0DBD2645" w14:textId="77777777" w:rsidR="00A806B2" w:rsidRPr="00A864B8" w:rsidRDefault="00000000">
            <w:pPr>
              <w:spacing w:before="20" w:after="10" w:line="240" w:lineRule="auto"/>
              <w:jc w:val="center"/>
            </w:pPr>
            <w:r w:rsidRPr="00A864B8">
              <w:rPr>
                <w:sz w:val="20"/>
              </w:rPr>
              <w:t>Planungskosten</w:t>
            </w:r>
          </w:p>
        </w:tc>
        <w:tc>
          <w:tcPr>
            <w:tcW w:w="960" w:type="dxa"/>
            <w:tcBorders>
              <w:bottom w:val="single" w:sz="8" w:space="0" w:color="9B9B9B"/>
            </w:tcBorders>
            <w:shd w:val="clear" w:color="auto" w:fill="F0F0F0"/>
            <w:vAlign w:val="center"/>
          </w:tcPr>
          <w:p w14:paraId="2C71EB0D" w14:textId="77777777" w:rsidR="00A806B2" w:rsidRPr="00A864B8" w:rsidRDefault="00000000">
            <w:pPr>
              <w:spacing w:before="20" w:after="10" w:line="240" w:lineRule="auto"/>
              <w:jc w:val="center"/>
            </w:pPr>
            <w:r w:rsidRPr="00A864B8">
              <w:rPr>
                <w:sz w:val="20"/>
              </w:rPr>
              <w:t>-50.000</w:t>
            </w:r>
          </w:p>
        </w:tc>
        <w:tc>
          <w:tcPr>
            <w:tcW w:w="960" w:type="dxa"/>
            <w:tcBorders>
              <w:bottom w:val="single" w:sz="8" w:space="0" w:color="9B9B9B"/>
            </w:tcBorders>
            <w:shd w:val="clear" w:color="auto" w:fill="F0F0F0"/>
            <w:vAlign w:val="center"/>
          </w:tcPr>
          <w:p w14:paraId="29531E3A" w14:textId="77777777" w:rsidR="00A806B2" w:rsidRPr="00A864B8" w:rsidRDefault="00000000">
            <w:pPr>
              <w:spacing w:before="20" w:after="10" w:line="240" w:lineRule="auto"/>
              <w:jc w:val="center"/>
            </w:pPr>
            <w:r w:rsidRPr="00A864B8">
              <w:rPr>
                <w:sz w:val="20"/>
              </w:rPr>
              <w:t>-50.000</w:t>
            </w:r>
          </w:p>
        </w:tc>
        <w:tc>
          <w:tcPr>
            <w:tcW w:w="960" w:type="dxa"/>
            <w:tcBorders>
              <w:bottom w:val="single" w:sz="8" w:space="0" w:color="9B9B9B"/>
            </w:tcBorders>
            <w:shd w:val="clear" w:color="auto" w:fill="F0F0F0"/>
            <w:vAlign w:val="center"/>
          </w:tcPr>
          <w:p w14:paraId="74BB5C0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2C5706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B75D16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1EEEF7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664EE0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90BBDD6" w14:textId="77777777" w:rsidR="00A806B2" w:rsidRPr="00A864B8" w:rsidRDefault="00000000">
            <w:pPr>
              <w:spacing w:before="20" w:after="10" w:line="240" w:lineRule="auto"/>
              <w:jc w:val="center"/>
            </w:pPr>
            <w:r w:rsidRPr="00A864B8">
              <w:rPr>
                <w:sz w:val="20"/>
              </w:rPr>
              <w:t>0</w:t>
            </w:r>
          </w:p>
        </w:tc>
      </w:tr>
      <w:tr w:rsidR="00A806B2" w:rsidRPr="00A864B8" w14:paraId="171501B4" w14:textId="77777777">
        <w:trPr>
          <w:jc w:val="center"/>
        </w:trPr>
        <w:tc>
          <w:tcPr>
            <w:tcW w:w="960" w:type="dxa"/>
            <w:tcBorders>
              <w:bottom w:val="single" w:sz="8" w:space="0" w:color="9B9B9B"/>
            </w:tcBorders>
            <w:shd w:val="clear" w:color="auto" w:fill="CFCFCF"/>
            <w:vAlign w:val="center"/>
          </w:tcPr>
          <w:p w14:paraId="79DB0F0B" w14:textId="77777777" w:rsidR="00A806B2" w:rsidRPr="00A864B8" w:rsidRDefault="00000000">
            <w:pPr>
              <w:spacing w:before="20" w:after="10" w:line="240" w:lineRule="auto"/>
              <w:jc w:val="center"/>
            </w:pPr>
            <w:r w:rsidRPr="00A864B8">
              <w:rPr>
                <w:b/>
                <w:sz w:val="20"/>
              </w:rPr>
              <w:t>Sonstige Betriebskosten</w:t>
            </w:r>
          </w:p>
        </w:tc>
        <w:tc>
          <w:tcPr>
            <w:tcW w:w="960" w:type="dxa"/>
            <w:tcBorders>
              <w:bottom w:val="single" w:sz="8" w:space="0" w:color="9B9B9B"/>
            </w:tcBorders>
            <w:shd w:val="clear" w:color="auto" w:fill="CFCFCF"/>
            <w:vAlign w:val="center"/>
          </w:tcPr>
          <w:p w14:paraId="63DD1680" w14:textId="77777777" w:rsidR="00A806B2" w:rsidRPr="00A864B8" w:rsidRDefault="00000000">
            <w:pPr>
              <w:spacing w:before="20" w:after="10" w:line="240" w:lineRule="auto"/>
              <w:jc w:val="center"/>
            </w:pPr>
            <w:r w:rsidRPr="00A864B8">
              <w:rPr>
                <w:b/>
                <w:sz w:val="20"/>
              </w:rPr>
              <w:t>-49.848</w:t>
            </w:r>
          </w:p>
        </w:tc>
        <w:tc>
          <w:tcPr>
            <w:tcW w:w="960" w:type="dxa"/>
            <w:tcBorders>
              <w:bottom w:val="single" w:sz="8" w:space="0" w:color="9B9B9B"/>
            </w:tcBorders>
            <w:shd w:val="clear" w:color="auto" w:fill="CFCFCF"/>
            <w:vAlign w:val="center"/>
          </w:tcPr>
          <w:p w14:paraId="33B50FEE"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430F8B9" w14:textId="77777777" w:rsidR="00A806B2" w:rsidRPr="00A864B8" w:rsidRDefault="00000000">
            <w:pPr>
              <w:spacing w:before="20" w:after="10" w:line="240" w:lineRule="auto"/>
              <w:jc w:val="center"/>
            </w:pPr>
            <w:r w:rsidRPr="00A864B8">
              <w:rPr>
                <w:b/>
                <w:sz w:val="20"/>
              </w:rPr>
              <w:t>-3.809</w:t>
            </w:r>
          </w:p>
        </w:tc>
        <w:tc>
          <w:tcPr>
            <w:tcW w:w="960" w:type="dxa"/>
            <w:tcBorders>
              <w:bottom w:val="single" w:sz="8" w:space="0" w:color="9B9B9B"/>
            </w:tcBorders>
            <w:shd w:val="clear" w:color="auto" w:fill="CFCFCF"/>
            <w:vAlign w:val="center"/>
          </w:tcPr>
          <w:p w14:paraId="25C2B430" w14:textId="77777777" w:rsidR="00A806B2" w:rsidRPr="00A864B8" w:rsidRDefault="00000000">
            <w:pPr>
              <w:spacing w:before="20" w:after="10" w:line="240" w:lineRule="auto"/>
              <w:jc w:val="center"/>
            </w:pPr>
            <w:r w:rsidRPr="00A864B8">
              <w:rPr>
                <w:b/>
                <w:sz w:val="20"/>
              </w:rPr>
              <w:t>-3.628</w:t>
            </w:r>
          </w:p>
        </w:tc>
        <w:tc>
          <w:tcPr>
            <w:tcW w:w="960" w:type="dxa"/>
            <w:tcBorders>
              <w:bottom w:val="single" w:sz="8" w:space="0" w:color="9B9B9B"/>
            </w:tcBorders>
            <w:shd w:val="clear" w:color="auto" w:fill="CFCFCF"/>
            <w:vAlign w:val="center"/>
          </w:tcPr>
          <w:p w14:paraId="39876D41" w14:textId="77777777" w:rsidR="00A806B2" w:rsidRPr="00A864B8" w:rsidRDefault="00000000">
            <w:pPr>
              <w:spacing w:before="20" w:after="10" w:line="240" w:lineRule="auto"/>
              <w:jc w:val="center"/>
            </w:pPr>
            <w:r w:rsidRPr="00A864B8">
              <w:rPr>
                <w:b/>
                <w:sz w:val="20"/>
              </w:rPr>
              <w:t>-3.455</w:t>
            </w:r>
          </w:p>
        </w:tc>
        <w:tc>
          <w:tcPr>
            <w:tcW w:w="960" w:type="dxa"/>
            <w:tcBorders>
              <w:bottom w:val="single" w:sz="8" w:space="0" w:color="9B9B9B"/>
            </w:tcBorders>
            <w:shd w:val="clear" w:color="auto" w:fill="CFCFCF"/>
            <w:vAlign w:val="center"/>
          </w:tcPr>
          <w:p w14:paraId="1B772BF6"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45DE2B92" w14:textId="77777777" w:rsidR="00A806B2" w:rsidRPr="00A864B8" w:rsidRDefault="00000000">
            <w:pPr>
              <w:spacing w:before="20" w:after="10" w:line="240" w:lineRule="auto"/>
              <w:jc w:val="center"/>
            </w:pPr>
            <w:r w:rsidRPr="00A864B8">
              <w:rPr>
                <w:b/>
                <w:sz w:val="20"/>
              </w:rPr>
              <w:t>-1.582</w:t>
            </w:r>
          </w:p>
        </w:tc>
        <w:tc>
          <w:tcPr>
            <w:tcW w:w="960" w:type="dxa"/>
            <w:tcBorders>
              <w:bottom w:val="single" w:sz="8" w:space="0" w:color="9B9B9B"/>
            </w:tcBorders>
            <w:shd w:val="clear" w:color="auto" w:fill="CFCFCF"/>
            <w:vAlign w:val="center"/>
          </w:tcPr>
          <w:p w14:paraId="773A6A82" w14:textId="77777777" w:rsidR="00A806B2" w:rsidRPr="00A864B8" w:rsidRDefault="00000000">
            <w:pPr>
              <w:spacing w:before="20" w:after="10" w:line="240" w:lineRule="auto"/>
              <w:jc w:val="center"/>
            </w:pPr>
            <w:r w:rsidRPr="00A864B8">
              <w:rPr>
                <w:b/>
                <w:sz w:val="20"/>
              </w:rPr>
              <w:t>-1.507</w:t>
            </w:r>
          </w:p>
        </w:tc>
      </w:tr>
      <w:tr w:rsidR="00A806B2" w:rsidRPr="00A864B8" w14:paraId="1D2618B7" w14:textId="77777777">
        <w:trPr>
          <w:jc w:val="center"/>
        </w:trPr>
        <w:tc>
          <w:tcPr>
            <w:tcW w:w="960" w:type="dxa"/>
            <w:tcBorders>
              <w:bottom w:val="single" w:sz="8" w:space="0" w:color="9B9B9B"/>
            </w:tcBorders>
            <w:shd w:val="clear" w:color="auto" w:fill="F0F0F0"/>
            <w:vAlign w:val="center"/>
          </w:tcPr>
          <w:p w14:paraId="1BEF0F44" w14:textId="77777777" w:rsidR="00A806B2" w:rsidRPr="00A864B8" w:rsidRDefault="00000000">
            <w:pPr>
              <w:spacing w:before="20" w:after="10" w:line="240" w:lineRule="auto"/>
              <w:jc w:val="center"/>
            </w:pPr>
            <w:r w:rsidRPr="00A864B8">
              <w:rPr>
                <w:sz w:val="20"/>
              </w:rPr>
              <w:t>Verwaltung</w:t>
            </w:r>
          </w:p>
        </w:tc>
        <w:tc>
          <w:tcPr>
            <w:tcW w:w="960" w:type="dxa"/>
            <w:tcBorders>
              <w:bottom w:val="single" w:sz="8" w:space="0" w:color="9B9B9B"/>
            </w:tcBorders>
            <w:shd w:val="clear" w:color="auto" w:fill="F0F0F0"/>
            <w:vAlign w:val="center"/>
          </w:tcPr>
          <w:p w14:paraId="3D295202" w14:textId="77777777" w:rsidR="00A806B2" w:rsidRPr="00A864B8" w:rsidRDefault="00000000">
            <w:pPr>
              <w:spacing w:before="20" w:after="10" w:line="240" w:lineRule="auto"/>
              <w:jc w:val="center"/>
            </w:pPr>
            <w:r w:rsidRPr="00A864B8">
              <w:rPr>
                <w:sz w:val="20"/>
              </w:rPr>
              <w:t>-49.848</w:t>
            </w:r>
          </w:p>
        </w:tc>
        <w:tc>
          <w:tcPr>
            <w:tcW w:w="960" w:type="dxa"/>
            <w:tcBorders>
              <w:bottom w:val="single" w:sz="8" w:space="0" w:color="9B9B9B"/>
            </w:tcBorders>
            <w:shd w:val="clear" w:color="auto" w:fill="F0F0F0"/>
            <w:vAlign w:val="center"/>
          </w:tcPr>
          <w:p w14:paraId="753BFA4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8FE6B8A" w14:textId="77777777" w:rsidR="00A806B2" w:rsidRPr="00A864B8" w:rsidRDefault="00000000">
            <w:pPr>
              <w:spacing w:before="20" w:after="10" w:line="240" w:lineRule="auto"/>
              <w:jc w:val="center"/>
            </w:pPr>
            <w:r w:rsidRPr="00A864B8">
              <w:rPr>
                <w:sz w:val="20"/>
              </w:rPr>
              <w:t>-3.809</w:t>
            </w:r>
          </w:p>
        </w:tc>
        <w:tc>
          <w:tcPr>
            <w:tcW w:w="960" w:type="dxa"/>
            <w:tcBorders>
              <w:bottom w:val="single" w:sz="8" w:space="0" w:color="9B9B9B"/>
            </w:tcBorders>
            <w:shd w:val="clear" w:color="auto" w:fill="F0F0F0"/>
            <w:vAlign w:val="center"/>
          </w:tcPr>
          <w:p w14:paraId="73704181" w14:textId="77777777" w:rsidR="00A806B2" w:rsidRPr="00A864B8" w:rsidRDefault="00000000">
            <w:pPr>
              <w:spacing w:before="20" w:after="10" w:line="240" w:lineRule="auto"/>
              <w:jc w:val="center"/>
            </w:pPr>
            <w:r w:rsidRPr="00A864B8">
              <w:rPr>
                <w:sz w:val="20"/>
              </w:rPr>
              <w:t>-3.628</w:t>
            </w:r>
          </w:p>
        </w:tc>
        <w:tc>
          <w:tcPr>
            <w:tcW w:w="960" w:type="dxa"/>
            <w:tcBorders>
              <w:bottom w:val="single" w:sz="8" w:space="0" w:color="9B9B9B"/>
            </w:tcBorders>
            <w:shd w:val="clear" w:color="auto" w:fill="F0F0F0"/>
            <w:vAlign w:val="center"/>
          </w:tcPr>
          <w:p w14:paraId="348DF0CB" w14:textId="77777777" w:rsidR="00A806B2" w:rsidRPr="00A864B8" w:rsidRDefault="00000000">
            <w:pPr>
              <w:spacing w:before="20" w:after="10" w:line="240" w:lineRule="auto"/>
              <w:jc w:val="center"/>
            </w:pPr>
            <w:r w:rsidRPr="00A864B8">
              <w:rPr>
                <w:sz w:val="20"/>
              </w:rPr>
              <w:t>-3.455</w:t>
            </w:r>
          </w:p>
        </w:tc>
        <w:tc>
          <w:tcPr>
            <w:tcW w:w="960" w:type="dxa"/>
            <w:tcBorders>
              <w:bottom w:val="single" w:sz="8" w:space="0" w:color="9B9B9B"/>
            </w:tcBorders>
            <w:shd w:val="clear" w:color="auto" w:fill="F0F0F0"/>
            <w:vAlign w:val="center"/>
          </w:tcPr>
          <w:p w14:paraId="445B6A3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205E0D3" w14:textId="77777777" w:rsidR="00A806B2" w:rsidRPr="00A864B8" w:rsidRDefault="00000000">
            <w:pPr>
              <w:spacing w:before="20" w:after="10" w:line="240" w:lineRule="auto"/>
              <w:jc w:val="center"/>
            </w:pPr>
            <w:r w:rsidRPr="00A864B8">
              <w:rPr>
                <w:sz w:val="20"/>
              </w:rPr>
              <w:t>-1.582</w:t>
            </w:r>
          </w:p>
        </w:tc>
        <w:tc>
          <w:tcPr>
            <w:tcW w:w="960" w:type="dxa"/>
            <w:tcBorders>
              <w:bottom w:val="single" w:sz="8" w:space="0" w:color="9B9B9B"/>
            </w:tcBorders>
            <w:shd w:val="clear" w:color="auto" w:fill="F0F0F0"/>
            <w:vAlign w:val="center"/>
          </w:tcPr>
          <w:p w14:paraId="368EBE44" w14:textId="77777777" w:rsidR="00A806B2" w:rsidRPr="00A864B8" w:rsidRDefault="00000000">
            <w:pPr>
              <w:spacing w:before="20" w:after="10" w:line="240" w:lineRule="auto"/>
              <w:jc w:val="center"/>
            </w:pPr>
            <w:r w:rsidRPr="00A864B8">
              <w:rPr>
                <w:sz w:val="20"/>
              </w:rPr>
              <w:t>-1.507</w:t>
            </w:r>
          </w:p>
        </w:tc>
      </w:tr>
    </w:tbl>
    <w:p w14:paraId="598EDF13" w14:textId="77777777" w:rsidR="00A806B2" w:rsidRPr="00A864B8" w:rsidRDefault="00A806B2"/>
    <w:p w14:paraId="5910B763" w14:textId="77777777" w:rsidR="00A806B2" w:rsidRPr="00A864B8" w:rsidRDefault="00000000">
      <w:r w:rsidRPr="00A864B8">
        <w:rPr>
          <w:b/>
          <w:sz w:val="28"/>
        </w:rPr>
        <w:t>PLATZHALTER: Risikoanalyse zur Finanzierbarkeit</w:t>
      </w:r>
    </w:p>
    <w:p w14:paraId="715848D9" w14:textId="77777777" w:rsidR="00A806B2" w:rsidRPr="00A864B8" w:rsidRDefault="00000000">
      <w:pPr>
        <w:pStyle w:val="berschrift2"/>
      </w:pPr>
      <w:bookmarkStart w:id="171" w:name="_num"/>
      <w:bookmarkStart w:id="172" w:name="_Toc240363505"/>
      <w:r w:rsidRPr="00A864B8">
        <w:rPr>
          <w:color w:val="000000"/>
          <w:sz w:val="36"/>
        </w:rPr>
        <w:t xml:space="preserve">5.2 </w:t>
      </w:r>
      <w:bookmarkEnd w:id="171"/>
      <w:r w:rsidRPr="00A864B8">
        <w:rPr>
          <w:color w:val="000000"/>
          <w:sz w:val="36"/>
        </w:rPr>
        <w:t>Variante 2: Variante 2</w:t>
      </w:r>
      <w:bookmarkEnd w:id="172"/>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158D62A4" w14:textId="77777777">
        <w:tc>
          <w:tcPr>
            <w:tcW w:w="8640" w:type="dxa"/>
            <w:shd w:val="clear" w:color="auto" w:fill="D9F3F7"/>
          </w:tcPr>
          <w:p w14:paraId="62EF9EA5" w14:textId="77777777" w:rsidR="00A806B2" w:rsidRPr="00A864B8" w:rsidRDefault="00000000">
            <w:pPr>
              <w:spacing w:line="240" w:lineRule="auto"/>
            </w:pPr>
            <w:r w:rsidRPr="00A864B8">
              <w:rPr>
                <w:b/>
              </w:rPr>
              <w:t>💡 Auszug aus "Merkblatt Antragstellung, technische Anforderungen und Verwendungsnachweis" (Version 3.1, 01.04.2026)</w:t>
            </w:r>
          </w:p>
          <w:p w14:paraId="1DA61CD9" w14:textId="77777777" w:rsidR="00A806B2" w:rsidRPr="00A864B8" w:rsidRDefault="00000000">
            <w:pPr>
              <w:spacing w:line="240" w:lineRule="auto"/>
            </w:pPr>
            <w:r w:rsidRPr="00A864B8">
              <w:rPr>
                <w:b/>
                <w:sz w:val="20"/>
              </w:rPr>
              <w:t>Mindestinhalte Planungsleistungen angelehnt an Leistungsphasen 2 bis 4</w:t>
            </w:r>
          </w:p>
          <w:p w14:paraId="08AD82CF" w14:textId="77777777" w:rsidR="00A806B2" w:rsidRPr="00A864B8" w:rsidRDefault="00000000">
            <w:pPr>
              <w:spacing w:line="240" w:lineRule="auto"/>
            </w:pPr>
            <w:r w:rsidRPr="00A864B8">
              <w:rPr>
                <w:b/>
                <w:sz w:val="20"/>
              </w:rPr>
              <w:t>Wärmeerzeugung</w:t>
            </w:r>
          </w:p>
          <w:p w14:paraId="037FE7BD" w14:textId="77777777" w:rsidR="00A806B2" w:rsidRPr="00A864B8" w:rsidRDefault="00000000">
            <w:pPr>
              <w:spacing w:line="240" w:lineRule="auto"/>
            </w:pPr>
            <w:r w:rsidRPr="00A864B8">
              <w:rPr>
                <w:sz w:val="20"/>
              </w:rPr>
              <w:t>Alle Wärmeerzeuger sind in einer Tabelle aufzulisten und zu jedem sind anzugeben:</w:t>
            </w:r>
          </w:p>
          <w:p w14:paraId="5CE9FB66" w14:textId="77777777" w:rsidR="00A806B2" w:rsidRPr="00A864B8" w:rsidRDefault="00000000">
            <w:pPr>
              <w:pStyle w:val="Aufzhlungszeichen"/>
              <w:spacing w:line="240" w:lineRule="auto"/>
            </w:pPr>
            <w:r w:rsidRPr="00A864B8">
              <w:rPr>
                <w:sz w:val="20"/>
              </w:rPr>
              <w:t>Typ (Wärmepumpe, KWK, Biomassekessel, etc.)</w:t>
            </w:r>
          </w:p>
          <w:p w14:paraId="175E6BAC" w14:textId="77777777" w:rsidR="00A806B2" w:rsidRPr="00A864B8" w:rsidRDefault="00000000">
            <w:pPr>
              <w:pStyle w:val="Aufzhlungszeichen"/>
              <w:spacing w:line="240" w:lineRule="auto"/>
            </w:pPr>
            <w:r w:rsidRPr="00A864B8">
              <w:rPr>
                <w:sz w:val="20"/>
              </w:rPr>
              <w:t>Anzahl</w:t>
            </w:r>
          </w:p>
          <w:p w14:paraId="1C556361" w14:textId="77777777" w:rsidR="00A806B2" w:rsidRPr="00A864B8" w:rsidRDefault="00000000">
            <w:pPr>
              <w:pStyle w:val="Aufzhlungszeichen"/>
              <w:spacing w:line="240" w:lineRule="auto"/>
            </w:pPr>
            <w:r w:rsidRPr="00A864B8">
              <w:rPr>
                <w:sz w:val="20"/>
              </w:rPr>
              <w:t>Energieträger/Wärmequelle</w:t>
            </w:r>
          </w:p>
          <w:p w14:paraId="12D23511" w14:textId="77777777" w:rsidR="00A806B2" w:rsidRPr="00A864B8" w:rsidRDefault="00000000">
            <w:pPr>
              <w:pStyle w:val="Aufzhlungszeichen"/>
              <w:spacing w:line="240" w:lineRule="auto"/>
            </w:pPr>
            <w:r w:rsidRPr="00A864B8">
              <w:rPr>
                <w:sz w:val="20"/>
              </w:rPr>
              <w:t>Leistung</w:t>
            </w:r>
          </w:p>
          <w:p w14:paraId="254A82D4" w14:textId="77777777" w:rsidR="00A806B2" w:rsidRPr="00A864B8" w:rsidRDefault="00000000">
            <w:pPr>
              <w:pStyle w:val="Aufzhlungszeichen"/>
              <w:spacing w:line="240" w:lineRule="auto"/>
            </w:pPr>
            <w:r w:rsidRPr="00A864B8">
              <w:rPr>
                <w:sz w:val="20"/>
              </w:rPr>
              <w:t>Wärmeeinspeisemenge</w:t>
            </w:r>
          </w:p>
          <w:p w14:paraId="3689B497" w14:textId="77777777" w:rsidR="00A806B2" w:rsidRPr="00A864B8" w:rsidRDefault="00000000">
            <w:pPr>
              <w:pStyle w:val="Aufzhlungszeichen"/>
              <w:spacing w:line="240" w:lineRule="auto"/>
            </w:pPr>
            <w:r w:rsidRPr="00A864B8">
              <w:rPr>
                <w:sz w:val="20"/>
              </w:rPr>
              <w:t>Anteil an der gesamten Wärmeeinspeisemenge</w:t>
            </w:r>
          </w:p>
          <w:p w14:paraId="5BE1D9D3" w14:textId="77777777" w:rsidR="00A806B2" w:rsidRPr="00A864B8" w:rsidRDefault="00000000">
            <w:pPr>
              <w:pStyle w:val="Aufzhlungszeichen"/>
              <w:spacing w:line="240" w:lineRule="auto"/>
            </w:pPr>
            <w:r w:rsidRPr="00A864B8">
              <w:rPr>
                <w:sz w:val="20"/>
              </w:rPr>
              <w:t>Maximale Temperatur</w:t>
            </w:r>
          </w:p>
          <w:p w14:paraId="026E4CBF" w14:textId="77777777" w:rsidR="00A806B2" w:rsidRPr="00A864B8" w:rsidRDefault="00000000">
            <w:pPr>
              <w:pStyle w:val="Aufzhlungszeichen"/>
              <w:spacing w:line="240" w:lineRule="auto"/>
            </w:pPr>
            <w:r w:rsidRPr="00A864B8">
              <w:rPr>
                <w:sz w:val="20"/>
              </w:rPr>
              <w:t>Typische relevante Kennzahlen (z. B. COP)</w:t>
            </w:r>
          </w:p>
          <w:p w14:paraId="5C82EDBD" w14:textId="77777777" w:rsidR="00A806B2" w:rsidRPr="00A864B8" w:rsidRDefault="00000000">
            <w:pPr>
              <w:spacing w:line="240" w:lineRule="auto"/>
            </w:pPr>
            <w:r w:rsidRPr="00A864B8">
              <w:rPr>
                <w:b/>
                <w:sz w:val="20"/>
              </w:rPr>
              <w:t>Bei Wärmepumpen sind die Untersuchungen zu den Wärmequellen zu dokumentieren (z. B. bei Probebohrungen) und die Einbindung der Wärmequelle an die Wärmepumpen darzustellen.</w:t>
            </w:r>
          </w:p>
          <w:p w14:paraId="25E747E7" w14:textId="77777777" w:rsidR="00A806B2" w:rsidRPr="00A864B8" w:rsidRDefault="00000000">
            <w:pPr>
              <w:spacing w:line="240" w:lineRule="auto"/>
            </w:pPr>
            <w:r w:rsidRPr="00A864B8">
              <w:rPr>
                <w:b/>
                <w:sz w:val="20"/>
              </w:rPr>
              <w:t>Bei der Nutzung von Abwärme sind beizufügen:</w:t>
            </w:r>
          </w:p>
          <w:p w14:paraId="34BE240A" w14:textId="77777777" w:rsidR="00A806B2" w:rsidRPr="00A864B8" w:rsidRDefault="00000000">
            <w:pPr>
              <w:pStyle w:val="Aufzhlungszeichen"/>
              <w:spacing w:line="240" w:lineRule="auto"/>
            </w:pPr>
            <w:r w:rsidRPr="00A864B8">
              <w:rPr>
                <w:sz w:val="20"/>
              </w:rPr>
              <w:t>Beschreibung der Prozesse, in denen die Abwärme entsteht.</w:t>
            </w:r>
          </w:p>
          <w:p w14:paraId="7D79532B" w14:textId="77777777" w:rsidR="00A806B2" w:rsidRPr="00A864B8" w:rsidRDefault="00000000">
            <w:pPr>
              <w:pStyle w:val="Aufzhlungszeichen"/>
              <w:spacing w:line="240" w:lineRule="auto"/>
            </w:pPr>
            <w:r w:rsidRPr="00A864B8">
              <w:rPr>
                <w:sz w:val="20"/>
              </w:rPr>
              <w:t>Beschreibung mit schematischer Darstellung wie die Abwärme aus dem Prozess ausgekoppelt und in das Wärmenetz eingebunden wird.</w:t>
            </w:r>
          </w:p>
          <w:p w14:paraId="32789A06" w14:textId="77777777" w:rsidR="00A806B2" w:rsidRPr="00A864B8" w:rsidRDefault="00000000">
            <w:pPr>
              <w:pStyle w:val="Aufzhlungszeichen"/>
              <w:spacing w:line="240" w:lineRule="auto"/>
            </w:pPr>
            <w:r w:rsidRPr="00A864B8">
              <w:rPr>
                <w:sz w:val="20"/>
              </w:rPr>
              <w:t>Beschreibung wie die Abwärmemenge ersetzt werden kann, falls die Abwärmequelle aus- oder wegfällt.</w:t>
            </w:r>
          </w:p>
          <w:p w14:paraId="57B9A654" w14:textId="77777777" w:rsidR="00A806B2" w:rsidRPr="00A864B8" w:rsidRDefault="00000000">
            <w:pPr>
              <w:spacing w:line="240" w:lineRule="auto"/>
            </w:pPr>
            <w:r w:rsidRPr="00A864B8">
              <w:rPr>
                <w:b/>
                <w:sz w:val="20"/>
              </w:rPr>
              <w:t>Wärmespeicher</w:t>
            </w:r>
          </w:p>
          <w:p w14:paraId="082ECFAB" w14:textId="77777777" w:rsidR="00A806B2" w:rsidRPr="00A864B8" w:rsidRDefault="00000000">
            <w:pPr>
              <w:spacing w:line="240" w:lineRule="auto"/>
            </w:pPr>
            <w:r w:rsidRPr="00A864B8">
              <w:rPr>
                <w:sz w:val="20"/>
              </w:rPr>
              <w:t>Zentrale und dezentrale Wärmespeicher sind aufzulisten:</w:t>
            </w:r>
          </w:p>
          <w:p w14:paraId="06E17CDC" w14:textId="77777777" w:rsidR="00A806B2" w:rsidRPr="00A864B8" w:rsidRDefault="00000000">
            <w:pPr>
              <w:pStyle w:val="Aufzhlungszeichen"/>
              <w:spacing w:line="240" w:lineRule="auto"/>
            </w:pPr>
            <w:r w:rsidRPr="00A864B8">
              <w:rPr>
                <w:sz w:val="20"/>
              </w:rPr>
              <w:t>Anzahl</w:t>
            </w:r>
          </w:p>
          <w:p w14:paraId="137FBE12" w14:textId="77777777" w:rsidR="00A806B2" w:rsidRPr="00A864B8" w:rsidRDefault="00000000">
            <w:pPr>
              <w:pStyle w:val="Aufzhlungszeichen"/>
              <w:spacing w:line="240" w:lineRule="auto"/>
            </w:pPr>
            <w:r w:rsidRPr="00A864B8">
              <w:rPr>
                <w:sz w:val="20"/>
              </w:rPr>
              <w:t>Kapazität in m³ Wasseräquivalent</w:t>
            </w:r>
          </w:p>
          <w:p w14:paraId="26AB6A38" w14:textId="77777777" w:rsidR="00A806B2" w:rsidRPr="00A864B8" w:rsidRDefault="00000000">
            <w:pPr>
              <w:pStyle w:val="Aufzhlungszeichen"/>
              <w:spacing w:line="240" w:lineRule="auto"/>
            </w:pPr>
            <w:r w:rsidRPr="00A864B8">
              <w:rPr>
                <w:sz w:val="20"/>
              </w:rPr>
              <w:t>Wärmeverlust in W/m²</w:t>
            </w:r>
          </w:p>
          <w:p w14:paraId="1916AA3B" w14:textId="77777777" w:rsidR="00A806B2" w:rsidRPr="00A864B8" w:rsidRDefault="00000000">
            <w:pPr>
              <w:pStyle w:val="Aufzhlungszeichen"/>
              <w:spacing w:line="240" w:lineRule="auto"/>
            </w:pPr>
            <w:r w:rsidRPr="00A864B8">
              <w:rPr>
                <w:sz w:val="20"/>
              </w:rPr>
              <w:t>Art der Nutzung (kurzfristig, mittelfristig, saisonal)</w:t>
            </w:r>
          </w:p>
        </w:tc>
      </w:tr>
    </w:tbl>
    <w:p w14:paraId="6C0DF2CF" w14:textId="77777777" w:rsidR="00A806B2" w:rsidRPr="00A864B8" w:rsidRDefault="00A806B2">
      <w:pPr>
        <w:spacing w:after="280"/>
      </w:pPr>
    </w:p>
    <w:p w14:paraId="6E28E91B" w14:textId="77777777" w:rsidR="00A806B2" w:rsidRPr="00A864B8" w:rsidRDefault="00000000">
      <w:r w:rsidRPr="00A864B8">
        <w:rPr>
          <w:b/>
          <w:sz w:val="28"/>
        </w:rPr>
        <w:t>Beschreibung des Versorgungskonzepts</w:t>
      </w:r>
    </w:p>
    <w:p w14:paraId="32839F07" w14:textId="77777777" w:rsidR="00A806B2" w:rsidRPr="00A864B8" w:rsidRDefault="00000000">
      <w:pPr>
        <w:jc w:val="both"/>
      </w:pPr>
      <w:r w:rsidRPr="00A864B8">
        <w:t>Nachfolgend werden die wesentlichen Eigenschaften und Berechnungsergebnisse für die Versorgungsvariante 'Variante 2' dargestellt. Die Versorgungsvariante umfasst 50 Gebäude, wovon 38 Wohngebäude und 12 Nichtwohngebäude sind. 47 Gebäude sind an ein Wärmenetz angeschlossen, welches mit Vorlauftemperaturen von 75 °C (konstant) und Rücklauftemperaturen von 55 °C (konstant) betrieben wird. Basierend auf den Netztemperaturen kann das Wärmenetz als 'Klassisches Wärmenetz' klassifiziert werden. Die in der Energiezentrale vorgesehenen Anlagen sind in der nachfolgenden Tabelle dargestellt.</w:t>
      </w:r>
    </w:p>
    <w:p w14:paraId="7E78B0DF" w14:textId="77777777" w:rsidR="00A806B2" w:rsidRPr="00A864B8" w:rsidRDefault="00000000">
      <w:r w:rsidRPr="00A864B8">
        <w:rPr>
          <w:b/>
          <w:sz w:val="28"/>
        </w:rPr>
        <w:t>Steckbrief zur Versorgungsvariante</w:t>
      </w:r>
    </w:p>
    <w:p w14:paraId="77265956" w14:textId="6B606156" w:rsidR="00A806B2" w:rsidRPr="00A864B8" w:rsidRDefault="00000000">
      <w:pPr>
        <w:pStyle w:val="CaptionStyle"/>
        <w:spacing w:before="40" w:after="0"/>
        <w:jc w:val="center"/>
        <w:rPr>
          <w:lang w:val="de-DE"/>
        </w:rPr>
      </w:pPr>
      <w:bookmarkStart w:id="173" w:name="_Toc240363559"/>
      <w:r w:rsidRPr="00A864B8">
        <w:rPr>
          <w:lang w:val="de-DE"/>
        </w:rPr>
        <w:t xml:space="preserve">Tabelle </w:t>
      </w:r>
      <w:bookmarkStart w:id="174" w:name="variant_fact_sheet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31</w:t>
      </w:r>
      <w:r w:rsidRPr="00A864B8">
        <w:rPr>
          <w:lang w:val="de-DE"/>
        </w:rPr>
        <w:fldChar w:fldCharType="end"/>
      </w:r>
      <w:bookmarkStart w:id="175" w:name="variant_fact_sheet_tab_2"/>
      <w:bookmarkEnd w:id="174"/>
      <w:bookmarkEnd w:id="175"/>
      <w:r w:rsidRPr="00A864B8">
        <w:rPr>
          <w:lang w:val="de-DE"/>
        </w:rPr>
        <w:t>: Variante 2: Steckbrief zur Versorgungsvariante: Variante 2</w:t>
      </w:r>
      <w:bookmarkEnd w:id="173"/>
    </w:p>
    <w:tbl>
      <w:tblPr>
        <w:tblW w:w="0" w:type="auto"/>
        <w:jc w:val="center"/>
        <w:tblLook w:val="04A0" w:firstRow="1" w:lastRow="0" w:firstColumn="1" w:lastColumn="0" w:noHBand="0" w:noVBand="1"/>
      </w:tblPr>
      <w:tblGrid>
        <w:gridCol w:w="4320"/>
        <w:gridCol w:w="4320"/>
      </w:tblGrid>
      <w:tr w:rsidR="00A806B2" w:rsidRPr="00A864B8" w14:paraId="6DA0DA41" w14:textId="77777777">
        <w:trPr>
          <w:jc w:val="center"/>
        </w:trPr>
        <w:tc>
          <w:tcPr>
            <w:tcW w:w="4320" w:type="dxa"/>
            <w:tcBorders>
              <w:bottom w:val="single" w:sz="22" w:space="0" w:color="C00000"/>
            </w:tcBorders>
            <w:shd w:val="clear" w:color="auto" w:fill="343A40"/>
          </w:tcPr>
          <w:p w14:paraId="153E420A"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0782E9C" w14:textId="77777777" w:rsidR="00A806B2" w:rsidRPr="00A864B8" w:rsidRDefault="00000000">
            <w:pPr>
              <w:spacing w:before="20" w:after="10" w:line="240" w:lineRule="auto"/>
              <w:jc w:val="center"/>
            </w:pPr>
            <w:r w:rsidRPr="00A864B8">
              <w:rPr>
                <w:color w:val="FFFFFF"/>
                <w:sz w:val="20"/>
              </w:rPr>
              <w:t> </w:t>
            </w:r>
          </w:p>
        </w:tc>
      </w:tr>
      <w:tr w:rsidR="00A806B2" w:rsidRPr="00A864B8" w14:paraId="42AB19CF" w14:textId="77777777">
        <w:trPr>
          <w:jc w:val="center"/>
        </w:trPr>
        <w:tc>
          <w:tcPr>
            <w:tcW w:w="4320" w:type="dxa"/>
            <w:tcBorders>
              <w:bottom w:val="single" w:sz="8" w:space="0" w:color="9B9B9B"/>
            </w:tcBorders>
            <w:shd w:val="clear" w:color="auto" w:fill="F0F0F0"/>
            <w:vAlign w:val="center"/>
          </w:tcPr>
          <w:p w14:paraId="4EE1E9AC" w14:textId="77777777" w:rsidR="00A806B2" w:rsidRPr="00A864B8" w:rsidRDefault="00000000">
            <w:pPr>
              <w:spacing w:before="20" w:after="10" w:line="240" w:lineRule="auto"/>
              <w:jc w:val="center"/>
            </w:pPr>
            <w:r w:rsidRPr="00A864B8">
              <w:rPr>
                <w:sz w:val="20"/>
              </w:rPr>
              <w:t>Wärmenetz</w:t>
            </w:r>
          </w:p>
        </w:tc>
        <w:tc>
          <w:tcPr>
            <w:tcW w:w="4320" w:type="dxa"/>
            <w:tcBorders>
              <w:bottom w:val="single" w:sz="8" w:space="0" w:color="9B9B9B"/>
            </w:tcBorders>
            <w:shd w:val="clear" w:color="auto" w:fill="F0F0F0"/>
            <w:vAlign w:val="center"/>
          </w:tcPr>
          <w:p w14:paraId="4BCE4147" w14:textId="77777777" w:rsidR="00A806B2" w:rsidRPr="00A864B8" w:rsidRDefault="00000000">
            <w:pPr>
              <w:spacing w:before="20" w:after="10" w:line="240" w:lineRule="auto"/>
              <w:jc w:val="center"/>
            </w:pPr>
            <w:r w:rsidRPr="00A864B8">
              <w:rPr>
                <w:sz w:val="20"/>
              </w:rPr>
              <w:t>ja</w:t>
            </w:r>
          </w:p>
        </w:tc>
      </w:tr>
      <w:tr w:rsidR="00A806B2" w:rsidRPr="00A864B8" w14:paraId="3791DE89" w14:textId="77777777">
        <w:trPr>
          <w:jc w:val="center"/>
        </w:trPr>
        <w:tc>
          <w:tcPr>
            <w:tcW w:w="4320" w:type="dxa"/>
            <w:tcBorders>
              <w:bottom w:val="single" w:sz="8" w:space="0" w:color="9B9B9B"/>
            </w:tcBorders>
            <w:shd w:val="clear" w:color="auto" w:fill="CFCFCF"/>
            <w:vAlign w:val="center"/>
          </w:tcPr>
          <w:p w14:paraId="3909EBF2" w14:textId="77777777" w:rsidR="00A806B2" w:rsidRPr="00A864B8" w:rsidRDefault="00000000">
            <w:pPr>
              <w:spacing w:before="20" w:after="10" w:line="240" w:lineRule="auto"/>
              <w:jc w:val="center"/>
            </w:pPr>
            <w:r w:rsidRPr="00A864B8">
              <w:rPr>
                <w:sz w:val="20"/>
              </w:rPr>
              <w:t>Gebäude</w:t>
            </w:r>
          </w:p>
        </w:tc>
        <w:tc>
          <w:tcPr>
            <w:tcW w:w="4320" w:type="dxa"/>
            <w:tcBorders>
              <w:bottom w:val="single" w:sz="8" w:space="0" w:color="9B9B9B"/>
            </w:tcBorders>
            <w:shd w:val="clear" w:color="auto" w:fill="CFCFCF"/>
            <w:vAlign w:val="center"/>
          </w:tcPr>
          <w:p w14:paraId="4CAD8345" w14:textId="77777777" w:rsidR="00A806B2" w:rsidRPr="00A864B8" w:rsidRDefault="00000000">
            <w:pPr>
              <w:spacing w:before="20" w:after="10" w:line="240" w:lineRule="auto"/>
              <w:jc w:val="center"/>
            </w:pPr>
            <w:r w:rsidRPr="00A864B8">
              <w:rPr>
                <w:sz w:val="20"/>
              </w:rPr>
              <w:t>38 Wohngebäude, 12 Nichtwohngebäude</w:t>
            </w:r>
          </w:p>
        </w:tc>
      </w:tr>
      <w:tr w:rsidR="00A806B2" w:rsidRPr="00A864B8" w14:paraId="58720071" w14:textId="77777777">
        <w:trPr>
          <w:jc w:val="center"/>
        </w:trPr>
        <w:tc>
          <w:tcPr>
            <w:tcW w:w="4320" w:type="dxa"/>
            <w:tcBorders>
              <w:bottom w:val="single" w:sz="8" w:space="0" w:color="9B9B9B"/>
            </w:tcBorders>
            <w:shd w:val="clear" w:color="auto" w:fill="F0F0F0"/>
            <w:vAlign w:val="center"/>
          </w:tcPr>
          <w:p w14:paraId="7212F9E5" w14:textId="77777777" w:rsidR="00A806B2" w:rsidRPr="00A864B8" w:rsidRDefault="00000000">
            <w:pPr>
              <w:spacing w:before="20" w:after="10" w:line="240" w:lineRule="auto"/>
              <w:jc w:val="center"/>
            </w:pPr>
            <w:r w:rsidRPr="00A864B8">
              <w:rPr>
                <w:sz w:val="20"/>
              </w:rPr>
              <w:t>Angeschlossene Gebäude</w:t>
            </w:r>
          </w:p>
        </w:tc>
        <w:tc>
          <w:tcPr>
            <w:tcW w:w="4320" w:type="dxa"/>
            <w:tcBorders>
              <w:bottom w:val="single" w:sz="8" w:space="0" w:color="9B9B9B"/>
            </w:tcBorders>
            <w:shd w:val="clear" w:color="auto" w:fill="F0F0F0"/>
            <w:vAlign w:val="center"/>
          </w:tcPr>
          <w:p w14:paraId="5D09B502" w14:textId="77777777" w:rsidR="00A806B2" w:rsidRPr="00A864B8" w:rsidRDefault="00000000">
            <w:pPr>
              <w:spacing w:before="20" w:after="10" w:line="240" w:lineRule="auto"/>
              <w:jc w:val="center"/>
            </w:pPr>
            <w:r w:rsidRPr="00A864B8">
              <w:rPr>
                <w:sz w:val="20"/>
              </w:rPr>
              <w:t>47</w:t>
            </w:r>
          </w:p>
        </w:tc>
      </w:tr>
      <w:tr w:rsidR="00A806B2" w:rsidRPr="00A864B8" w14:paraId="7CCB0CBF" w14:textId="77777777">
        <w:trPr>
          <w:jc w:val="center"/>
        </w:trPr>
        <w:tc>
          <w:tcPr>
            <w:tcW w:w="4320" w:type="dxa"/>
            <w:tcBorders>
              <w:bottom w:val="single" w:sz="8" w:space="0" w:color="9B9B9B"/>
            </w:tcBorders>
            <w:shd w:val="clear" w:color="auto" w:fill="CFCFCF"/>
            <w:vAlign w:val="center"/>
          </w:tcPr>
          <w:p w14:paraId="2887CC6A" w14:textId="77777777" w:rsidR="00A806B2" w:rsidRPr="00A864B8" w:rsidRDefault="00000000">
            <w:pPr>
              <w:spacing w:before="20" w:after="10" w:line="240" w:lineRule="auto"/>
              <w:jc w:val="center"/>
            </w:pPr>
            <w:r w:rsidRPr="00A864B8">
              <w:rPr>
                <w:sz w:val="20"/>
              </w:rPr>
              <w:t>Installierte Wärmepumpen in Gebäuden</w:t>
            </w:r>
          </w:p>
        </w:tc>
        <w:tc>
          <w:tcPr>
            <w:tcW w:w="4320" w:type="dxa"/>
            <w:tcBorders>
              <w:bottom w:val="single" w:sz="8" w:space="0" w:color="9B9B9B"/>
            </w:tcBorders>
            <w:shd w:val="clear" w:color="auto" w:fill="CFCFCF"/>
            <w:vAlign w:val="center"/>
          </w:tcPr>
          <w:p w14:paraId="7CB9BE6B" w14:textId="77777777" w:rsidR="00A806B2" w:rsidRPr="00A864B8" w:rsidRDefault="00000000">
            <w:pPr>
              <w:spacing w:before="20" w:after="10" w:line="240" w:lineRule="auto"/>
              <w:jc w:val="center"/>
            </w:pPr>
            <w:r w:rsidRPr="00A864B8">
              <w:rPr>
                <w:sz w:val="20"/>
              </w:rPr>
              <w:t>4</w:t>
            </w:r>
          </w:p>
        </w:tc>
      </w:tr>
      <w:tr w:rsidR="00A806B2" w:rsidRPr="00A864B8" w14:paraId="5459888E" w14:textId="77777777">
        <w:trPr>
          <w:jc w:val="center"/>
        </w:trPr>
        <w:tc>
          <w:tcPr>
            <w:tcW w:w="4320" w:type="dxa"/>
            <w:tcBorders>
              <w:bottom w:val="single" w:sz="8" w:space="0" w:color="9B9B9B"/>
            </w:tcBorders>
            <w:shd w:val="clear" w:color="auto" w:fill="F0F0F0"/>
            <w:vAlign w:val="center"/>
          </w:tcPr>
          <w:p w14:paraId="14B50196" w14:textId="77777777" w:rsidR="00A806B2" w:rsidRPr="00A864B8" w:rsidRDefault="00000000">
            <w:pPr>
              <w:spacing w:before="20" w:after="10" w:line="240" w:lineRule="auto"/>
              <w:jc w:val="center"/>
            </w:pPr>
            <w:r w:rsidRPr="00A864B8">
              <w:rPr>
                <w:sz w:val="20"/>
              </w:rPr>
              <w:t>Installierte elektrische Warmwasserbereiter in Gebäuden</w:t>
            </w:r>
          </w:p>
        </w:tc>
        <w:tc>
          <w:tcPr>
            <w:tcW w:w="4320" w:type="dxa"/>
            <w:tcBorders>
              <w:bottom w:val="single" w:sz="8" w:space="0" w:color="9B9B9B"/>
            </w:tcBorders>
            <w:shd w:val="clear" w:color="auto" w:fill="F0F0F0"/>
            <w:vAlign w:val="center"/>
          </w:tcPr>
          <w:p w14:paraId="7F0A9741" w14:textId="77777777" w:rsidR="00A806B2" w:rsidRPr="00A864B8" w:rsidRDefault="00000000">
            <w:pPr>
              <w:spacing w:before="20" w:after="10" w:line="240" w:lineRule="auto"/>
              <w:jc w:val="center"/>
            </w:pPr>
            <w:r w:rsidRPr="00A864B8">
              <w:rPr>
                <w:sz w:val="20"/>
              </w:rPr>
              <w:t>1</w:t>
            </w:r>
          </w:p>
        </w:tc>
      </w:tr>
      <w:tr w:rsidR="00A806B2" w:rsidRPr="00A864B8" w14:paraId="4C705776" w14:textId="77777777">
        <w:trPr>
          <w:jc w:val="center"/>
        </w:trPr>
        <w:tc>
          <w:tcPr>
            <w:tcW w:w="4320" w:type="dxa"/>
            <w:tcBorders>
              <w:bottom w:val="single" w:sz="8" w:space="0" w:color="9B9B9B"/>
            </w:tcBorders>
            <w:shd w:val="clear" w:color="auto" w:fill="CFCFCF"/>
            <w:vAlign w:val="center"/>
          </w:tcPr>
          <w:p w14:paraId="09D897D1" w14:textId="77777777" w:rsidR="00A806B2" w:rsidRPr="00A864B8" w:rsidRDefault="00000000">
            <w:pPr>
              <w:spacing w:before="20" w:after="10" w:line="240" w:lineRule="auto"/>
              <w:jc w:val="center"/>
            </w:pPr>
            <w:r w:rsidRPr="00A864B8">
              <w:rPr>
                <w:sz w:val="20"/>
              </w:rPr>
              <w:t>Wärmenetztyp</w:t>
            </w:r>
          </w:p>
        </w:tc>
        <w:tc>
          <w:tcPr>
            <w:tcW w:w="4320" w:type="dxa"/>
            <w:tcBorders>
              <w:bottom w:val="single" w:sz="8" w:space="0" w:color="9B9B9B"/>
            </w:tcBorders>
            <w:shd w:val="clear" w:color="auto" w:fill="CFCFCF"/>
            <w:vAlign w:val="center"/>
          </w:tcPr>
          <w:p w14:paraId="5544D370" w14:textId="77777777" w:rsidR="00A806B2" w:rsidRPr="00A864B8" w:rsidRDefault="00000000">
            <w:pPr>
              <w:spacing w:before="20" w:after="10" w:line="240" w:lineRule="auto"/>
              <w:jc w:val="center"/>
            </w:pPr>
            <w:r w:rsidRPr="00A864B8">
              <w:rPr>
                <w:sz w:val="20"/>
              </w:rPr>
              <w:t>Klassisches Wärmenetz</w:t>
            </w:r>
            <w:r w:rsidRPr="00A864B8">
              <w:rPr>
                <w:sz w:val="20"/>
              </w:rPr>
              <w:br/>
              <w:t>75 °C (konstant) / 55 °C (konstant)</w:t>
            </w:r>
          </w:p>
        </w:tc>
      </w:tr>
      <w:tr w:rsidR="00A806B2" w:rsidRPr="00A864B8" w14:paraId="618768F3" w14:textId="77777777">
        <w:trPr>
          <w:jc w:val="center"/>
        </w:trPr>
        <w:tc>
          <w:tcPr>
            <w:tcW w:w="4320" w:type="dxa"/>
            <w:tcBorders>
              <w:bottom w:val="single" w:sz="8" w:space="0" w:color="9B9B9B"/>
            </w:tcBorders>
            <w:shd w:val="clear" w:color="auto" w:fill="F0F0F0"/>
            <w:vAlign w:val="center"/>
          </w:tcPr>
          <w:p w14:paraId="0CD839AA" w14:textId="77777777" w:rsidR="00A806B2" w:rsidRPr="00A864B8" w:rsidRDefault="00000000">
            <w:pPr>
              <w:spacing w:before="20" w:after="10" w:line="240" w:lineRule="auto"/>
              <w:jc w:val="center"/>
            </w:pPr>
            <w:r w:rsidRPr="00A864B8">
              <w:rPr>
                <w:sz w:val="20"/>
              </w:rPr>
              <w:t>Technologien in Energiezentrale</w:t>
            </w:r>
          </w:p>
        </w:tc>
        <w:tc>
          <w:tcPr>
            <w:tcW w:w="4320" w:type="dxa"/>
            <w:tcBorders>
              <w:bottom w:val="single" w:sz="8" w:space="0" w:color="9B9B9B"/>
            </w:tcBorders>
            <w:shd w:val="clear" w:color="auto" w:fill="F0F0F0"/>
            <w:vAlign w:val="center"/>
          </w:tcPr>
          <w:p w14:paraId="5E28E288" w14:textId="77777777" w:rsidR="00A806B2" w:rsidRPr="00A864B8" w:rsidRDefault="00000000">
            <w:pPr>
              <w:spacing w:before="20" w:after="10" w:line="240" w:lineRule="auto"/>
              <w:jc w:val="center"/>
            </w:pPr>
            <w:r w:rsidRPr="00A864B8">
              <w:rPr>
                <w:sz w:val="20"/>
              </w:rPr>
              <w:t>Erdgas-BHKW 1, Photovoltaik, Luftwärmepumpe, Wärmespeicher</w:t>
            </w:r>
          </w:p>
        </w:tc>
      </w:tr>
    </w:tbl>
    <w:p w14:paraId="22D2218C" w14:textId="77777777" w:rsidR="00A806B2" w:rsidRPr="00A864B8" w:rsidRDefault="00A806B2"/>
    <w:p w14:paraId="725DC795" w14:textId="77777777" w:rsidR="00A806B2" w:rsidRPr="00A864B8" w:rsidRDefault="00000000">
      <w:pPr>
        <w:pStyle w:val="berschrift3"/>
      </w:pPr>
      <w:bookmarkStart w:id="176" w:name="cha_3_buildings_num"/>
      <w:bookmarkStart w:id="177" w:name="_Toc240363506"/>
      <w:r w:rsidRPr="00A864B8">
        <w:rPr>
          <w:color w:val="000000"/>
          <w:sz w:val="32"/>
        </w:rPr>
        <w:t xml:space="preserve">5.2.1 </w:t>
      </w:r>
      <w:bookmarkEnd w:id="176"/>
      <w:r w:rsidRPr="00A864B8">
        <w:rPr>
          <w:color w:val="000000"/>
          <w:sz w:val="32"/>
        </w:rPr>
        <w:t>Gebäude</w:t>
      </w:r>
      <w:bookmarkEnd w:id="177"/>
    </w:p>
    <w:p w14:paraId="12BE8329" w14:textId="77777777" w:rsidR="00A806B2" w:rsidRPr="00A864B8" w:rsidRDefault="00000000">
      <w:pPr>
        <w:jc w:val="both"/>
      </w:pPr>
      <w:r w:rsidRPr="00A864B8">
        <w:t>Das untersuchte Versorgungsgebiet umfasst 50 Gebäude. Davon sind 38 Wohngebäude mit insgesamt 76  Wohneinheiten. Der Gesamtwärmebedarf aller Gebäude beträgt 766 MWh, wovon 623 MWh auf Raumwärmebedarf (81 %) und 143 MWh auf Trinkwarmwasserbedarf entfallen (18,6 %). Die gesamte Nutzfläche aller versorgten Gebäude beträgt 6.799 m². Die Vorlauftemperaturen für die Raumwärmebereitstellung (Heizung) liegen bei 35 °C. Für Trinkwarmwasser werden Vorlauftemperaturen von 60 °C angenommen.</w:t>
      </w:r>
    </w:p>
    <w:p w14:paraId="31BA8241" w14:textId="6A2BBCF6" w:rsidR="00A806B2" w:rsidRPr="00A864B8" w:rsidRDefault="00000000">
      <w:pPr>
        <w:jc w:val="both"/>
      </w:pPr>
      <w:r w:rsidRPr="00A864B8">
        <w:t xml:space="preserve">In Tabelle </w:t>
      </w:r>
      <w:r w:rsidRPr="00A864B8">
        <w:fldChar w:fldCharType="begin"/>
      </w:r>
      <w:r w:rsidRPr="00A864B8">
        <w:instrText>REF bldg_heat_demand_tab_2_num \h</w:instrText>
      </w:r>
      <w:r w:rsidRPr="00A864B8">
        <w:fldChar w:fldCharType="separate"/>
      </w:r>
      <w:r w:rsidR="00F26332" w:rsidRPr="00A864B8">
        <w:t>32</w:t>
      </w:r>
      <w:r w:rsidRPr="00A864B8">
        <w:fldChar w:fldCharType="end"/>
      </w:r>
      <w:r w:rsidRPr="00A864B8">
        <w:t xml:space="preserve"> sind die jährlichen Wärmebedarfe der Gebäude mit den zugehörigen Maximalleistungen dargestellt. Der Wärmebedarf für Raumwärme beträgt 623 MWh bei einer maximalen Leistung von 563 kW. Der Trinkwarmwasserbedarf beläuft sich auf 143 MWh. Insgesamt ergibt sich aus der Summe der Raumwärme- und Trinkwarmwasserbedarfe aller Gebäude des Quartiers ein Gesamtwärmebedarf von 766 MWh mit einer Maximalleistung von 569 kW. In den Gebäuden werden 3 Luftwärmepumpen installiert, welche insgesamt 39,4 MWh Wärme erzeugen und dabei eine Jahresarbeitszahl von 4,4 erreichen. Eine Erdwärmepumpe wird in einem der Gebäude vorgesehen, welche mit 9,7 MWh zur Wärmeerzeugung beiträgt und eine Jahresarbeitszahl von 4,9 aufweist. Direkt-elektrische Wärmeerzeugung (elektrische Heizstäbe oder Durchlauferhitzer) trägt mit 3,2 MWh zur Wärmeerzeugung im Quartier bei. Durch dezentrale elektrische Trinkwarmwasser-Erwärmung werden insgesamt 9 MWh Wärme erzeugt. Die Gebäude beziehen aus dem Wärmenetz insgesamt 705 MWh Wärme, wobei eine jährliche Spitzenleistung von 504 kW auftritt. Eine Übersicht über die Anlagen, die in den Gebäuden installiert werden, findet sich in einer nachfolgenden Tabelle zu den installierten Gebäudeenergiesystemen.</w:t>
      </w:r>
    </w:p>
    <w:p w14:paraId="5B23C098" w14:textId="4DCA06EC" w:rsidR="00A806B2" w:rsidRPr="00A864B8" w:rsidRDefault="00000000">
      <w:pPr>
        <w:pStyle w:val="CaptionStyle"/>
        <w:spacing w:before="40" w:after="0"/>
        <w:jc w:val="center"/>
        <w:rPr>
          <w:lang w:val="de-DE"/>
        </w:rPr>
      </w:pPr>
      <w:bookmarkStart w:id="178" w:name="_Toc240363560"/>
      <w:r w:rsidRPr="00A864B8">
        <w:rPr>
          <w:lang w:val="de-DE"/>
        </w:rPr>
        <w:t xml:space="preserve">Tabelle </w:t>
      </w:r>
      <w:bookmarkStart w:id="179" w:name="bldg_heat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32</w:t>
      </w:r>
      <w:r w:rsidRPr="00A864B8">
        <w:rPr>
          <w:lang w:val="de-DE"/>
        </w:rPr>
        <w:fldChar w:fldCharType="end"/>
      </w:r>
      <w:bookmarkStart w:id="180" w:name="bldg_heat_demand_tab_2"/>
      <w:bookmarkEnd w:id="179"/>
      <w:bookmarkEnd w:id="180"/>
      <w:r w:rsidRPr="00A864B8">
        <w:rPr>
          <w:lang w:val="de-DE"/>
        </w:rPr>
        <w:t>: Variante 2: Wärmebedarfe der Gebäude</w:t>
      </w:r>
      <w:bookmarkEnd w:id="178"/>
    </w:p>
    <w:tbl>
      <w:tblPr>
        <w:tblW w:w="0" w:type="auto"/>
        <w:jc w:val="center"/>
        <w:tblLook w:val="04A0" w:firstRow="1" w:lastRow="0" w:firstColumn="1" w:lastColumn="0" w:noHBand="0" w:noVBand="1"/>
      </w:tblPr>
      <w:tblGrid>
        <w:gridCol w:w="2880"/>
        <w:gridCol w:w="2880"/>
        <w:gridCol w:w="2880"/>
      </w:tblGrid>
      <w:tr w:rsidR="00A806B2" w:rsidRPr="00A864B8" w14:paraId="66FAB073" w14:textId="77777777">
        <w:trPr>
          <w:jc w:val="center"/>
        </w:trPr>
        <w:tc>
          <w:tcPr>
            <w:tcW w:w="2880" w:type="dxa"/>
            <w:tcBorders>
              <w:bottom w:val="single" w:sz="22" w:space="0" w:color="C00000"/>
            </w:tcBorders>
            <w:shd w:val="clear" w:color="auto" w:fill="343A40"/>
          </w:tcPr>
          <w:p w14:paraId="05A05DEA"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743F938D"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460C753E"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729A3D3B" w14:textId="77777777">
        <w:trPr>
          <w:jc w:val="center"/>
        </w:trPr>
        <w:tc>
          <w:tcPr>
            <w:tcW w:w="2880" w:type="dxa"/>
            <w:tcBorders>
              <w:bottom w:val="single" w:sz="8" w:space="0" w:color="9B9B9B"/>
            </w:tcBorders>
            <w:shd w:val="clear" w:color="auto" w:fill="F0F0F0"/>
            <w:vAlign w:val="center"/>
          </w:tcPr>
          <w:p w14:paraId="3A501F51" w14:textId="77777777" w:rsidR="00A806B2" w:rsidRPr="00A864B8" w:rsidRDefault="00000000">
            <w:pPr>
              <w:spacing w:before="20" w:after="10" w:line="240" w:lineRule="auto"/>
              <w:jc w:val="center"/>
            </w:pPr>
            <w:r w:rsidRPr="00A864B8">
              <w:rPr>
                <w:sz w:val="20"/>
              </w:rPr>
              <w:t>Raumwärme</w:t>
            </w:r>
          </w:p>
        </w:tc>
        <w:tc>
          <w:tcPr>
            <w:tcW w:w="2880" w:type="dxa"/>
            <w:tcBorders>
              <w:bottom w:val="single" w:sz="8" w:space="0" w:color="9B9B9B"/>
            </w:tcBorders>
            <w:shd w:val="clear" w:color="auto" w:fill="F0F0F0"/>
            <w:vAlign w:val="center"/>
          </w:tcPr>
          <w:p w14:paraId="2ECE43B6" w14:textId="77777777" w:rsidR="00A806B2" w:rsidRPr="00A864B8" w:rsidRDefault="00000000">
            <w:pPr>
              <w:spacing w:before="20" w:after="10" w:line="240" w:lineRule="auto"/>
              <w:jc w:val="center"/>
            </w:pPr>
            <w:r w:rsidRPr="00A864B8">
              <w:rPr>
                <w:sz w:val="20"/>
              </w:rPr>
              <w:t>623 MWh</w:t>
            </w:r>
          </w:p>
        </w:tc>
        <w:tc>
          <w:tcPr>
            <w:tcW w:w="2880" w:type="dxa"/>
            <w:tcBorders>
              <w:bottom w:val="single" w:sz="8" w:space="0" w:color="9B9B9B"/>
            </w:tcBorders>
            <w:shd w:val="clear" w:color="auto" w:fill="F0F0F0"/>
            <w:vAlign w:val="center"/>
          </w:tcPr>
          <w:p w14:paraId="3A087C6D" w14:textId="77777777" w:rsidR="00A806B2" w:rsidRPr="00A864B8" w:rsidRDefault="00000000">
            <w:pPr>
              <w:spacing w:before="20" w:after="10" w:line="240" w:lineRule="auto"/>
              <w:jc w:val="center"/>
            </w:pPr>
            <w:r w:rsidRPr="00A864B8">
              <w:rPr>
                <w:sz w:val="20"/>
              </w:rPr>
              <w:t>563 kW</w:t>
            </w:r>
          </w:p>
        </w:tc>
      </w:tr>
      <w:tr w:rsidR="00A806B2" w:rsidRPr="00A864B8" w14:paraId="5FC9E9C5" w14:textId="77777777">
        <w:trPr>
          <w:jc w:val="center"/>
        </w:trPr>
        <w:tc>
          <w:tcPr>
            <w:tcW w:w="2880" w:type="dxa"/>
            <w:tcBorders>
              <w:bottom w:val="single" w:sz="8" w:space="0" w:color="9B9B9B"/>
            </w:tcBorders>
            <w:shd w:val="clear" w:color="auto" w:fill="CFCFCF"/>
            <w:vAlign w:val="center"/>
          </w:tcPr>
          <w:p w14:paraId="222C0642" w14:textId="77777777" w:rsidR="00A806B2" w:rsidRPr="00A864B8" w:rsidRDefault="00000000">
            <w:pPr>
              <w:spacing w:before="20" w:after="10" w:line="240" w:lineRule="auto"/>
              <w:jc w:val="center"/>
            </w:pPr>
            <w:r w:rsidRPr="00A864B8">
              <w:rPr>
                <w:sz w:val="20"/>
              </w:rPr>
              <w:t>Trinkwarmwasser</w:t>
            </w:r>
          </w:p>
        </w:tc>
        <w:tc>
          <w:tcPr>
            <w:tcW w:w="2880" w:type="dxa"/>
            <w:tcBorders>
              <w:bottom w:val="single" w:sz="8" w:space="0" w:color="9B9B9B"/>
            </w:tcBorders>
            <w:shd w:val="clear" w:color="auto" w:fill="CFCFCF"/>
            <w:vAlign w:val="center"/>
          </w:tcPr>
          <w:p w14:paraId="0DF8D557" w14:textId="77777777" w:rsidR="00A806B2" w:rsidRPr="00A864B8" w:rsidRDefault="00000000">
            <w:pPr>
              <w:spacing w:before="20" w:after="10" w:line="240" w:lineRule="auto"/>
              <w:jc w:val="center"/>
            </w:pPr>
            <w:r w:rsidRPr="00A864B8">
              <w:rPr>
                <w:sz w:val="20"/>
              </w:rPr>
              <w:t>143 MWh</w:t>
            </w:r>
          </w:p>
        </w:tc>
        <w:tc>
          <w:tcPr>
            <w:tcW w:w="2880" w:type="dxa"/>
            <w:tcBorders>
              <w:bottom w:val="single" w:sz="8" w:space="0" w:color="9B9B9B"/>
            </w:tcBorders>
            <w:shd w:val="clear" w:color="auto" w:fill="CFCFCF"/>
            <w:vAlign w:val="center"/>
          </w:tcPr>
          <w:p w14:paraId="1E1D2966" w14:textId="77777777" w:rsidR="00A806B2" w:rsidRPr="00A864B8" w:rsidRDefault="00A806B2">
            <w:pPr>
              <w:spacing w:before="20" w:after="10" w:line="240" w:lineRule="auto"/>
              <w:jc w:val="center"/>
            </w:pPr>
          </w:p>
        </w:tc>
      </w:tr>
      <w:tr w:rsidR="00A806B2" w:rsidRPr="00A864B8" w14:paraId="1BFFB152" w14:textId="77777777">
        <w:trPr>
          <w:jc w:val="center"/>
        </w:trPr>
        <w:tc>
          <w:tcPr>
            <w:tcW w:w="2880" w:type="dxa"/>
            <w:tcBorders>
              <w:bottom w:val="single" w:sz="8" w:space="0" w:color="9B9B9B"/>
            </w:tcBorders>
            <w:shd w:val="clear" w:color="auto" w:fill="F0F0F0"/>
            <w:vAlign w:val="center"/>
          </w:tcPr>
          <w:p w14:paraId="601A21DA"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659188A0" w14:textId="77777777" w:rsidR="00A806B2" w:rsidRPr="00A864B8" w:rsidRDefault="00000000">
            <w:pPr>
              <w:spacing w:before="20" w:after="10" w:line="240" w:lineRule="auto"/>
              <w:jc w:val="center"/>
            </w:pPr>
            <w:r w:rsidRPr="00A864B8">
              <w:rPr>
                <w:b/>
                <w:sz w:val="20"/>
              </w:rPr>
              <w:t>766 MWh</w:t>
            </w:r>
          </w:p>
        </w:tc>
        <w:tc>
          <w:tcPr>
            <w:tcW w:w="2880" w:type="dxa"/>
            <w:tcBorders>
              <w:bottom w:val="single" w:sz="8" w:space="0" w:color="9B9B9B"/>
            </w:tcBorders>
            <w:shd w:val="clear" w:color="auto" w:fill="F0F0F0"/>
            <w:vAlign w:val="center"/>
          </w:tcPr>
          <w:p w14:paraId="1B335990" w14:textId="77777777" w:rsidR="00A806B2" w:rsidRPr="00A864B8" w:rsidRDefault="00A806B2">
            <w:pPr>
              <w:spacing w:before="20" w:after="10" w:line="240" w:lineRule="auto"/>
              <w:jc w:val="center"/>
            </w:pPr>
          </w:p>
        </w:tc>
      </w:tr>
      <w:tr w:rsidR="00A806B2" w:rsidRPr="00A864B8" w14:paraId="5A7F18DE" w14:textId="77777777">
        <w:trPr>
          <w:jc w:val="center"/>
        </w:trPr>
        <w:tc>
          <w:tcPr>
            <w:tcW w:w="2880" w:type="dxa"/>
            <w:tcBorders>
              <w:bottom w:val="single" w:sz="8" w:space="0" w:color="9B9B9B"/>
            </w:tcBorders>
            <w:shd w:val="clear" w:color="auto" w:fill="CFCFCF"/>
            <w:vAlign w:val="center"/>
          </w:tcPr>
          <w:p w14:paraId="3B425F9F" w14:textId="77777777" w:rsidR="00A806B2" w:rsidRPr="00A864B8" w:rsidRDefault="00000000">
            <w:pPr>
              <w:spacing w:before="20" w:after="10" w:line="240" w:lineRule="auto"/>
              <w:jc w:val="center"/>
            </w:pPr>
            <w:r w:rsidRPr="00A864B8">
              <w:rPr>
                <w:sz w:val="20"/>
              </w:rPr>
              <w:t>Wärmeerzeugung der Luftwärmepumpen</w:t>
            </w:r>
          </w:p>
        </w:tc>
        <w:tc>
          <w:tcPr>
            <w:tcW w:w="2880" w:type="dxa"/>
            <w:tcBorders>
              <w:bottom w:val="single" w:sz="8" w:space="0" w:color="9B9B9B"/>
            </w:tcBorders>
            <w:shd w:val="clear" w:color="auto" w:fill="CFCFCF"/>
            <w:vAlign w:val="center"/>
          </w:tcPr>
          <w:p w14:paraId="7C5B1F84" w14:textId="77777777" w:rsidR="00A806B2" w:rsidRPr="00A864B8" w:rsidRDefault="00000000">
            <w:pPr>
              <w:spacing w:before="20" w:after="10" w:line="240" w:lineRule="auto"/>
              <w:jc w:val="center"/>
            </w:pPr>
            <w:r w:rsidRPr="00A864B8">
              <w:rPr>
                <w:sz w:val="20"/>
              </w:rPr>
              <w:t>– 39,4 MWh</w:t>
            </w:r>
          </w:p>
        </w:tc>
        <w:tc>
          <w:tcPr>
            <w:tcW w:w="2880" w:type="dxa"/>
            <w:tcBorders>
              <w:bottom w:val="single" w:sz="8" w:space="0" w:color="9B9B9B"/>
            </w:tcBorders>
            <w:shd w:val="clear" w:color="auto" w:fill="CFCFCF"/>
            <w:vAlign w:val="center"/>
          </w:tcPr>
          <w:p w14:paraId="4ED4F31A" w14:textId="77777777" w:rsidR="00A806B2" w:rsidRPr="00A864B8" w:rsidRDefault="00000000">
            <w:pPr>
              <w:spacing w:before="20" w:after="10" w:line="240" w:lineRule="auto"/>
              <w:jc w:val="center"/>
            </w:pPr>
            <w:r w:rsidRPr="00A864B8">
              <w:rPr>
                <w:sz w:val="20"/>
              </w:rPr>
              <w:t> </w:t>
            </w:r>
          </w:p>
        </w:tc>
      </w:tr>
      <w:tr w:rsidR="00A806B2" w:rsidRPr="00A864B8" w14:paraId="4F0072CE" w14:textId="77777777">
        <w:trPr>
          <w:jc w:val="center"/>
        </w:trPr>
        <w:tc>
          <w:tcPr>
            <w:tcW w:w="2880" w:type="dxa"/>
            <w:tcBorders>
              <w:bottom w:val="single" w:sz="8" w:space="0" w:color="9B9B9B"/>
            </w:tcBorders>
            <w:shd w:val="clear" w:color="auto" w:fill="F0F0F0"/>
            <w:vAlign w:val="center"/>
          </w:tcPr>
          <w:p w14:paraId="58E9D01E" w14:textId="77777777" w:rsidR="00A806B2" w:rsidRPr="00A864B8" w:rsidRDefault="00000000">
            <w:pPr>
              <w:spacing w:before="20" w:after="10" w:line="240" w:lineRule="auto"/>
              <w:jc w:val="center"/>
            </w:pPr>
            <w:r w:rsidRPr="00A864B8">
              <w:rPr>
                <w:sz w:val="20"/>
              </w:rPr>
              <w:t>Wärmeerzeugung der Erdwärmepumpen</w:t>
            </w:r>
          </w:p>
        </w:tc>
        <w:tc>
          <w:tcPr>
            <w:tcW w:w="2880" w:type="dxa"/>
            <w:tcBorders>
              <w:bottom w:val="single" w:sz="8" w:space="0" w:color="9B9B9B"/>
            </w:tcBorders>
            <w:shd w:val="clear" w:color="auto" w:fill="F0F0F0"/>
            <w:vAlign w:val="center"/>
          </w:tcPr>
          <w:p w14:paraId="1CE1F614" w14:textId="77777777" w:rsidR="00A806B2" w:rsidRPr="00A864B8" w:rsidRDefault="00000000">
            <w:pPr>
              <w:spacing w:before="20" w:after="10" w:line="240" w:lineRule="auto"/>
              <w:jc w:val="center"/>
            </w:pPr>
            <w:r w:rsidRPr="00A864B8">
              <w:rPr>
                <w:sz w:val="20"/>
              </w:rPr>
              <w:t>– 9,7 MWh</w:t>
            </w:r>
          </w:p>
        </w:tc>
        <w:tc>
          <w:tcPr>
            <w:tcW w:w="2880" w:type="dxa"/>
            <w:tcBorders>
              <w:bottom w:val="single" w:sz="8" w:space="0" w:color="9B9B9B"/>
            </w:tcBorders>
            <w:shd w:val="clear" w:color="auto" w:fill="F0F0F0"/>
            <w:vAlign w:val="center"/>
          </w:tcPr>
          <w:p w14:paraId="23AA1550" w14:textId="77777777" w:rsidR="00A806B2" w:rsidRPr="00A864B8" w:rsidRDefault="00000000">
            <w:pPr>
              <w:spacing w:before="20" w:after="10" w:line="240" w:lineRule="auto"/>
              <w:jc w:val="center"/>
            </w:pPr>
            <w:r w:rsidRPr="00A864B8">
              <w:rPr>
                <w:sz w:val="20"/>
              </w:rPr>
              <w:t> </w:t>
            </w:r>
          </w:p>
        </w:tc>
      </w:tr>
      <w:tr w:rsidR="00A806B2" w:rsidRPr="00A864B8" w14:paraId="259AEE33" w14:textId="77777777">
        <w:trPr>
          <w:jc w:val="center"/>
        </w:trPr>
        <w:tc>
          <w:tcPr>
            <w:tcW w:w="2880" w:type="dxa"/>
            <w:tcBorders>
              <w:bottom w:val="single" w:sz="8" w:space="0" w:color="9B9B9B"/>
            </w:tcBorders>
            <w:shd w:val="clear" w:color="auto" w:fill="CFCFCF"/>
            <w:vAlign w:val="center"/>
          </w:tcPr>
          <w:p w14:paraId="5F413362" w14:textId="77777777" w:rsidR="00A806B2" w:rsidRPr="00A864B8" w:rsidRDefault="00000000">
            <w:pPr>
              <w:spacing w:before="20" w:after="10" w:line="240" w:lineRule="auto"/>
              <w:jc w:val="center"/>
            </w:pPr>
            <w:r w:rsidRPr="00A864B8">
              <w:rPr>
                <w:sz w:val="20"/>
              </w:rPr>
              <w:t>Wärmeerzeugung der Heizstäbe</w:t>
            </w:r>
          </w:p>
        </w:tc>
        <w:tc>
          <w:tcPr>
            <w:tcW w:w="2880" w:type="dxa"/>
            <w:tcBorders>
              <w:bottom w:val="single" w:sz="8" w:space="0" w:color="9B9B9B"/>
            </w:tcBorders>
            <w:shd w:val="clear" w:color="auto" w:fill="CFCFCF"/>
            <w:vAlign w:val="center"/>
          </w:tcPr>
          <w:p w14:paraId="635D1BAE" w14:textId="77777777" w:rsidR="00A806B2" w:rsidRPr="00A864B8" w:rsidRDefault="00000000">
            <w:pPr>
              <w:spacing w:before="20" w:after="10" w:line="240" w:lineRule="auto"/>
              <w:jc w:val="center"/>
            </w:pPr>
            <w:r w:rsidRPr="00A864B8">
              <w:rPr>
                <w:sz w:val="20"/>
              </w:rPr>
              <w:t>– 3,2 MWh</w:t>
            </w:r>
          </w:p>
        </w:tc>
        <w:tc>
          <w:tcPr>
            <w:tcW w:w="2880" w:type="dxa"/>
            <w:tcBorders>
              <w:bottom w:val="single" w:sz="8" w:space="0" w:color="9B9B9B"/>
            </w:tcBorders>
            <w:shd w:val="clear" w:color="auto" w:fill="CFCFCF"/>
            <w:vAlign w:val="center"/>
          </w:tcPr>
          <w:p w14:paraId="05FBBD54" w14:textId="77777777" w:rsidR="00A806B2" w:rsidRPr="00A864B8" w:rsidRDefault="00000000">
            <w:pPr>
              <w:spacing w:before="20" w:after="10" w:line="240" w:lineRule="auto"/>
              <w:jc w:val="center"/>
            </w:pPr>
            <w:r w:rsidRPr="00A864B8">
              <w:rPr>
                <w:sz w:val="20"/>
              </w:rPr>
              <w:t> </w:t>
            </w:r>
          </w:p>
        </w:tc>
      </w:tr>
      <w:tr w:rsidR="00A806B2" w:rsidRPr="00A864B8" w14:paraId="32230A73" w14:textId="77777777">
        <w:trPr>
          <w:jc w:val="center"/>
        </w:trPr>
        <w:tc>
          <w:tcPr>
            <w:tcW w:w="2880" w:type="dxa"/>
            <w:tcBorders>
              <w:bottom w:val="single" w:sz="8" w:space="0" w:color="9B9B9B"/>
            </w:tcBorders>
            <w:shd w:val="clear" w:color="auto" w:fill="F0F0F0"/>
            <w:vAlign w:val="center"/>
          </w:tcPr>
          <w:p w14:paraId="43B0D439" w14:textId="77777777" w:rsidR="00A806B2" w:rsidRPr="00A864B8" w:rsidRDefault="00000000">
            <w:pPr>
              <w:spacing w:before="20" w:after="10" w:line="240" w:lineRule="auto"/>
              <w:jc w:val="center"/>
            </w:pPr>
            <w:r w:rsidRPr="00A864B8">
              <w:rPr>
                <w:sz w:val="20"/>
              </w:rPr>
              <w:t>Dez. elektr. TWW-Erwärmung</w:t>
            </w:r>
          </w:p>
        </w:tc>
        <w:tc>
          <w:tcPr>
            <w:tcW w:w="2880" w:type="dxa"/>
            <w:tcBorders>
              <w:bottom w:val="single" w:sz="8" w:space="0" w:color="9B9B9B"/>
            </w:tcBorders>
            <w:shd w:val="clear" w:color="auto" w:fill="F0F0F0"/>
            <w:vAlign w:val="center"/>
          </w:tcPr>
          <w:p w14:paraId="71CA634C" w14:textId="77777777" w:rsidR="00A806B2" w:rsidRPr="00A864B8" w:rsidRDefault="00000000">
            <w:pPr>
              <w:spacing w:before="20" w:after="10" w:line="240" w:lineRule="auto"/>
              <w:jc w:val="center"/>
            </w:pPr>
            <w:r w:rsidRPr="00A864B8">
              <w:rPr>
                <w:sz w:val="20"/>
              </w:rPr>
              <w:t>– 9 MWh</w:t>
            </w:r>
          </w:p>
        </w:tc>
        <w:tc>
          <w:tcPr>
            <w:tcW w:w="2880" w:type="dxa"/>
            <w:tcBorders>
              <w:bottom w:val="single" w:sz="8" w:space="0" w:color="9B9B9B"/>
            </w:tcBorders>
            <w:shd w:val="clear" w:color="auto" w:fill="F0F0F0"/>
            <w:vAlign w:val="center"/>
          </w:tcPr>
          <w:p w14:paraId="7C505D95" w14:textId="77777777" w:rsidR="00A806B2" w:rsidRPr="00A864B8" w:rsidRDefault="00000000">
            <w:pPr>
              <w:spacing w:before="20" w:after="10" w:line="240" w:lineRule="auto"/>
              <w:jc w:val="center"/>
            </w:pPr>
            <w:r w:rsidRPr="00A864B8">
              <w:rPr>
                <w:sz w:val="20"/>
              </w:rPr>
              <w:t> </w:t>
            </w:r>
          </w:p>
        </w:tc>
      </w:tr>
      <w:tr w:rsidR="00A806B2" w:rsidRPr="00A864B8" w14:paraId="79E4C34E" w14:textId="77777777">
        <w:trPr>
          <w:jc w:val="center"/>
        </w:trPr>
        <w:tc>
          <w:tcPr>
            <w:tcW w:w="2880" w:type="dxa"/>
            <w:tcBorders>
              <w:bottom w:val="single" w:sz="8" w:space="0" w:color="9B9B9B"/>
            </w:tcBorders>
            <w:shd w:val="clear" w:color="auto" w:fill="CFCFCF"/>
            <w:vAlign w:val="center"/>
          </w:tcPr>
          <w:p w14:paraId="0554B838" w14:textId="77777777" w:rsidR="00A806B2" w:rsidRPr="00A864B8" w:rsidRDefault="00000000">
            <w:pPr>
              <w:spacing w:before="20" w:after="10" w:line="240" w:lineRule="auto"/>
              <w:jc w:val="center"/>
            </w:pPr>
            <w:r w:rsidRPr="00A864B8">
              <w:rPr>
                <w:b/>
                <w:sz w:val="20"/>
              </w:rPr>
              <w:t>Wärmebezug aller Gebäude</w:t>
            </w:r>
          </w:p>
        </w:tc>
        <w:tc>
          <w:tcPr>
            <w:tcW w:w="2880" w:type="dxa"/>
            <w:tcBorders>
              <w:bottom w:val="single" w:sz="8" w:space="0" w:color="9B9B9B"/>
            </w:tcBorders>
            <w:shd w:val="clear" w:color="auto" w:fill="CFCFCF"/>
            <w:vAlign w:val="center"/>
          </w:tcPr>
          <w:p w14:paraId="1E2BF90A" w14:textId="77777777" w:rsidR="00A806B2" w:rsidRPr="00A864B8" w:rsidRDefault="00000000">
            <w:pPr>
              <w:spacing w:before="20" w:after="10" w:line="240" w:lineRule="auto"/>
              <w:jc w:val="center"/>
            </w:pPr>
            <w:r w:rsidRPr="00A864B8">
              <w:rPr>
                <w:b/>
                <w:sz w:val="20"/>
              </w:rPr>
              <w:t>705 MWh</w:t>
            </w:r>
          </w:p>
        </w:tc>
        <w:tc>
          <w:tcPr>
            <w:tcW w:w="2880" w:type="dxa"/>
            <w:tcBorders>
              <w:bottom w:val="single" w:sz="8" w:space="0" w:color="9B9B9B"/>
            </w:tcBorders>
            <w:shd w:val="clear" w:color="auto" w:fill="CFCFCF"/>
            <w:vAlign w:val="center"/>
          </w:tcPr>
          <w:p w14:paraId="17FDAD0E" w14:textId="77777777" w:rsidR="00A806B2" w:rsidRPr="00A864B8" w:rsidRDefault="00000000">
            <w:pPr>
              <w:spacing w:before="20" w:after="10" w:line="240" w:lineRule="auto"/>
              <w:jc w:val="center"/>
            </w:pPr>
            <w:r w:rsidRPr="00A864B8">
              <w:rPr>
                <w:b/>
                <w:sz w:val="20"/>
              </w:rPr>
              <w:t>504 kW</w:t>
            </w:r>
          </w:p>
        </w:tc>
      </w:tr>
      <w:tr w:rsidR="00A806B2" w:rsidRPr="00A864B8" w14:paraId="5250D0A4" w14:textId="77777777">
        <w:trPr>
          <w:jc w:val="center"/>
        </w:trPr>
        <w:tc>
          <w:tcPr>
            <w:tcW w:w="2880" w:type="dxa"/>
            <w:tcBorders>
              <w:bottom w:val="single" w:sz="8" w:space="0" w:color="9B9B9B"/>
            </w:tcBorders>
            <w:shd w:val="clear" w:color="auto" w:fill="F0F0F0"/>
            <w:vAlign w:val="center"/>
          </w:tcPr>
          <w:p w14:paraId="582583A4" w14:textId="77777777" w:rsidR="00A806B2" w:rsidRPr="00A864B8" w:rsidRDefault="00000000">
            <w:pPr>
              <w:spacing w:before="20" w:after="10" w:line="240" w:lineRule="auto"/>
              <w:jc w:val="center"/>
            </w:pPr>
            <w:r w:rsidRPr="00A864B8">
              <w:rPr>
                <w:sz w:val="20"/>
              </w:rPr>
              <w:t>Wärmeverluste</w:t>
            </w:r>
          </w:p>
        </w:tc>
        <w:tc>
          <w:tcPr>
            <w:tcW w:w="2880" w:type="dxa"/>
            <w:tcBorders>
              <w:bottom w:val="single" w:sz="8" w:space="0" w:color="9B9B9B"/>
            </w:tcBorders>
            <w:shd w:val="clear" w:color="auto" w:fill="F0F0F0"/>
            <w:vAlign w:val="center"/>
          </w:tcPr>
          <w:p w14:paraId="3238119B" w14:textId="77777777" w:rsidR="00A806B2" w:rsidRPr="00A864B8" w:rsidRDefault="00000000">
            <w:pPr>
              <w:spacing w:before="20" w:after="10" w:line="240" w:lineRule="auto"/>
              <w:jc w:val="center"/>
            </w:pPr>
            <w:r w:rsidRPr="00A864B8">
              <w:rPr>
                <w:sz w:val="20"/>
              </w:rPr>
              <w:t>253 MWh</w:t>
            </w:r>
          </w:p>
        </w:tc>
        <w:tc>
          <w:tcPr>
            <w:tcW w:w="2880" w:type="dxa"/>
            <w:tcBorders>
              <w:bottom w:val="single" w:sz="8" w:space="0" w:color="9B9B9B"/>
            </w:tcBorders>
            <w:shd w:val="clear" w:color="auto" w:fill="F0F0F0"/>
            <w:vAlign w:val="center"/>
          </w:tcPr>
          <w:p w14:paraId="2C0837C8" w14:textId="77777777" w:rsidR="00A806B2" w:rsidRPr="00A864B8" w:rsidRDefault="00000000">
            <w:pPr>
              <w:spacing w:before="20" w:after="10" w:line="240" w:lineRule="auto"/>
              <w:jc w:val="center"/>
            </w:pPr>
            <w:r w:rsidRPr="00A864B8">
              <w:rPr>
                <w:sz w:val="20"/>
              </w:rPr>
              <w:t>33,3 kW</w:t>
            </w:r>
          </w:p>
        </w:tc>
      </w:tr>
      <w:tr w:rsidR="00A806B2" w:rsidRPr="00A864B8" w14:paraId="44BD8D61" w14:textId="77777777">
        <w:trPr>
          <w:jc w:val="center"/>
        </w:trPr>
        <w:tc>
          <w:tcPr>
            <w:tcW w:w="2880" w:type="dxa"/>
            <w:tcBorders>
              <w:bottom w:val="single" w:sz="8" w:space="0" w:color="9B9B9B"/>
            </w:tcBorders>
            <w:shd w:val="clear" w:color="auto" w:fill="CFCFCF"/>
            <w:vAlign w:val="center"/>
          </w:tcPr>
          <w:p w14:paraId="01610D62" w14:textId="77777777" w:rsidR="00A806B2" w:rsidRPr="00A864B8" w:rsidRDefault="00000000">
            <w:pPr>
              <w:spacing w:before="20" w:after="10" w:line="240" w:lineRule="auto"/>
              <w:jc w:val="center"/>
            </w:pPr>
            <w:r w:rsidRPr="00A864B8">
              <w:rPr>
                <w:b/>
                <w:sz w:val="20"/>
              </w:rPr>
              <w:t>Wärmeeinspeisung an Energiezentrale</w:t>
            </w:r>
          </w:p>
        </w:tc>
        <w:tc>
          <w:tcPr>
            <w:tcW w:w="2880" w:type="dxa"/>
            <w:tcBorders>
              <w:bottom w:val="single" w:sz="8" w:space="0" w:color="9B9B9B"/>
            </w:tcBorders>
            <w:shd w:val="clear" w:color="auto" w:fill="CFCFCF"/>
            <w:vAlign w:val="center"/>
          </w:tcPr>
          <w:p w14:paraId="034B0800" w14:textId="77777777" w:rsidR="00A806B2" w:rsidRPr="00A864B8" w:rsidRDefault="00000000">
            <w:pPr>
              <w:spacing w:before="20" w:after="10" w:line="240" w:lineRule="auto"/>
              <w:jc w:val="center"/>
            </w:pPr>
            <w:r w:rsidRPr="00A864B8">
              <w:rPr>
                <w:b/>
                <w:sz w:val="20"/>
              </w:rPr>
              <w:t>958 MWh</w:t>
            </w:r>
          </w:p>
        </w:tc>
        <w:tc>
          <w:tcPr>
            <w:tcW w:w="2880" w:type="dxa"/>
            <w:tcBorders>
              <w:bottom w:val="single" w:sz="8" w:space="0" w:color="9B9B9B"/>
            </w:tcBorders>
            <w:shd w:val="clear" w:color="auto" w:fill="CFCFCF"/>
            <w:vAlign w:val="center"/>
          </w:tcPr>
          <w:p w14:paraId="707E9F98" w14:textId="77777777" w:rsidR="00A806B2" w:rsidRPr="00A864B8" w:rsidRDefault="00000000">
            <w:pPr>
              <w:spacing w:before="20" w:after="10" w:line="240" w:lineRule="auto"/>
              <w:jc w:val="center"/>
            </w:pPr>
            <w:r w:rsidRPr="00A864B8">
              <w:rPr>
                <w:b/>
                <w:sz w:val="20"/>
              </w:rPr>
              <w:t>536 kW</w:t>
            </w:r>
          </w:p>
        </w:tc>
      </w:tr>
    </w:tbl>
    <w:p w14:paraId="36E596D5" w14:textId="77777777" w:rsidR="00A806B2" w:rsidRPr="00A864B8" w:rsidRDefault="00A806B2"/>
    <w:p w14:paraId="20D845FE" w14:textId="68967761" w:rsidR="00A806B2" w:rsidRPr="00A864B8" w:rsidRDefault="00000000">
      <w:pPr>
        <w:jc w:val="both"/>
      </w:pPr>
      <w:r w:rsidRPr="00A864B8">
        <w:t xml:space="preserve">In Tabelle </w:t>
      </w:r>
      <w:r w:rsidRPr="00A864B8">
        <w:fldChar w:fldCharType="begin"/>
      </w:r>
      <w:r w:rsidRPr="00A864B8">
        <w:instrText>REF bldg_cool_demand_tab_2_num \h</w:instrText>
      </w:r>
      <w:r w:rsidRPr="00A864B8">
        <w:fldChar w:fldCharType="separate"/>
      </w:r>
      <w:r w:rsidR="00F26332" w:rsidRPr="00A864B8">
        <w:t>33</w:t>
      </w:r>
      <w:r w:rsidRPr="00A864B8">
        <w:fldChar w:fldCharType="end"/>
      </w:r>
      <w:r w:rsidRPr="00A864B8">
        <w:t xml:space="preserve"> sind die summierten Kältebedarfe aller Gebäude und die entsprechenden maximal auftretenden Kühllasten dargestellt. Auf die Raumklimatisierung entfällt ein jährlicher Kühlbedarf von 22,4 MWh, wobei die über das Jahr maximal auftretende Kühllast 66 kW beträgt. Für Prozesskälte beträgt der jährliche Kühlbedarf 0 MWh und die maximale Kühllast 0 kW. Der Gesamtkältebedarf beläuft sich somit für alle Gebäude in Summe auf 22,4 MWh, wobei in der Spitze eine Kühllast von 66 kW zur Deckung der Bedarfe bereitgestellt werden muss. Luftgekühlte Kältemaschinen decken Teile des Kältebedarfs dezentral in den Gebäuden ab und geben die Abwärme an die Umgebungsluft ab. Die von den luftgekühlten Kältemaschinen erzeugte Kälte beträgt 22,4 MWh. Durch die Bereitstellung von Kälte in den Gebäuden wird eine gewisse Menge Abwärme in das Wärmenetz eingespeist. Die insgesamt über das Jahr eingespeiste Abwärmemenge beläuft sich auf 0 MWh, wobei die maximale Einspeiseleistung 0 kW beträgt.</w:t>
      </w:r>
    </w:p>
    <w:p w14:paraId="2401E83C" w14:textId="314A0593" w:rsidR="00A806B2" w:rsidRPr="00A864B8" w:rsidRDefault="00000000">
      <w:pPr>
        <w:pStyle w:val="CaptionStyle"/>
        <w:spacing w:before="40" w:after="0"/>
        <w:jc w:val="center"/>
        <w:rPr>
          <w:lang w:val="de-DE"/>
        </w:rPr>
      </w:pPr>
      <w:bookmarkStart w:id="181" w:name="_Toc240363561"/>
      <w:r w:rsidRPr="00A864B8">
        <w:rPr>
          <w:lang w:val="de-DE"/>
        </w:rPr>
        <w:t xml:space="preserve">Tabelle </w:t>
      </w:r>
      <w:bookmarkStart w:id="182" w:name="bldg_cool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33</w:t>
      </w:r>
      <w:r w:rsidRPr="00A864B8">
        <w:rPr>
          <w:lang w:val="de-DE"/>
        </w:rPr>
        <w:fldChar w:fldCharType="end"/>
      </w:r>
      <w:bookmarkStart w:id="183" w:name="bldg_cool_demand_tab_2"/>
      <w:bookmarkEnd w:id="182"/>
      <w:bookmarkEnd w:id="183"/>
      <w:r w:rsidRPr="00A864B8">
        <w:rPr>
          <w:lang w:val="de-DE"/>
        </w:rPr>
        <w:t>: Variante 2: Kältebedarfe der Gebäude</w:t>
      </w:r>
      <w:bookmarkEnd w:id="181"/>
    </w:p>
    <w:tbl>
      <w:tblPr>
        <w:tblW w:w="0" w:type="auto"/>
        <w:jc w:val="center"/>
        <w:tblLook w:val="04A0" w:firstRow="1" w:lastRow="0" w:firstColumn="1" w:lastColumn="0" w:noHBand="0" w:noVBand="1"/>
      </w:tblPr>
      <w:tblGrid>
        <w:gridCol w:w="2880"/>
        <w:gridCol w:w="2880"/>
        <w:gridCol w:w="2880"/>
      </w:tblGrid>
      <w:tr w:rsidR="00A806B2" w:rsidRPr="00A864B8" w14:paraId="75C9DB54" w14:textId="77777777">
        <w:trPr>
          <w:jc w:val="center"/>
        </w:trPr>
        <w:tc>
          <w:tcPr>
            <w:tcW w:w="2880" w:type="dxa"/>
            <w:tcBorders>
              <w:bottom w:val="single" w:sz="22" w:space="0" w:color="C00000"/>
            </w:tcBorders>
            <w:shd w:val="clear" w:color="auto" w:fill="343A40"/>
          </w:tcPr>
          <w:p w14:paraId="7836F9CB"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7019E332"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C2DD825"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62D40EE2" w14:textId="77777777">
        <w:trPr>
          <w:jc w:val="center"/>
        </w:trPr>
        <w:tc>
          <w:tcPr>
            <w:tcW w:w="2880" w:type="dxa"/>
            <w:tcBorders>
              <w:bottom w:val="single" w:sz="8" w:space="0" w:color="9B9B9B"/>
            </w:tcBorders>
            <w:shd w:val="clear" w:color="auto" w:fill="F0F0F0"/>
            <w:vAlign w:val="center"/>
          </w:tcPr>
          <w:p w14:paraId="5BF02830" w14:textId="77777777" w:rsidR="00A806B2" w:rsidRPr="00A864B8" w:rsidRDefault="00000000">
            <w:pPr>
              <w:spacing w:before="20" w:after="10" w:line="240" w:lineRule="auto"/>
              <w:jc w:val="center"/>
            </w:pPr>
            <w:r w:rsidRPr="00A864B8">
              <w:rPr>
                <w:sz w:val="20"/>
              </w:rPr>
              <w:t>Klimatisierung</w:t>
            </w:r>
          </w:p>
        </w:tc>
        <w:tc>
          <w:tcPr>
            <w:tcW w:w="2880" w:type="dxa"/>
            <w:tcBorders>
              <w:bottom w:val="single" w:sz="8" w:space="0" w:color="9B9B9B"/>
            </w:tcBorders>
            <w:shd w:val="clear" w:color="auto" w:fill="F0F0F0"/>
            <w:vAlign w:val="center"/>
          </w:tcPr>
          <w:p w14:paraId="2742B140" w14:textId="77777777" w:rsidR="00A806B2" w:rsidRPr="00A864B8" w:rsidRDefault="00000000">
            <w:pPr>
              <w:spacing w:before="20" w:after="10" w:line="240" w:lineRule="auto"/>
              <w:jc w:val="center"/>
            </w:pPr>
            <w:r w:rsidRPr="00A864B8">
              <w:rPr>
                <w:sz w:val="20"/>
              </w:rPr>
              <w:t>22,4 MWh</w:t>
            </w:r>
          </w:p>
        </w:tc>
        <w:tc>
          <w:tcPr>
            <w:tcW w:w="2880" w:type="dxa"/>
            <w:tcBorders>
              <w:bottom w:val="single" w:sz="8" w:space="0" w:color="9B9B9B"/>
            </w:tcBorders>
            <w:shd w:val="clear" w:color="auto" w:fill="F0F0F0"/>
            <w:vAlign w:val="center"/>
          </w:tcPr>
          <w:p w14:paraId="4496A8BC" w14:textId="77777777" w:rsidR="00A806B2" w:rsidRPr="00A864B8" w:rsidRDefault="00000000">
            <w:pPr>
              <w:spacing w:before="20" w:after="10" w:line="240" w:lineRule="auto"/>
              <w:jc w:val="center"/>
            </w:pPr>
            <w:r w:rsidRPr="00A864B8">
              <w:rPr>
                <w:sz w:val="20"/>
              </w:rPr>
              <w:t>66 kW</w:t>
            </w:r>
          </w:p>
        </w:tc>
      </w:tr>
      <w:tr w:rsidR="00A806B2" w:rsidRPr="00A864B8" w14:paraId="014F37D6" w14:textId="77777777">
        <w:trPr>
          <w:jc w:val="center"/>
        </w:trPr>
        <w:tc>
          <w:tcPr>
            <w:tcW w:w="2880" w:type="dxa"/>
            <w:tcBorders>
              <w:bottom w:val="single" w:sz="8" w:space="0" w:color="9B9B9B"/>
            </w:tcBorders>
            <w:shd w:val="clear" w:color="auto" w:fill="CFCFCF"/>
            <w:vAlign w:val="center"/>
          </w:tcPr>
          <w:p w14:paraId="7C4BE517" w14:textId="77777777" w:rsidR="00A806B2" w:rsidRPr="00A864B8" w:rsidRDefault="00000000">
            <w:pPr>
              <w:spacing w:before="20" w:after="10" w:line="240" w:lineRule="auto"/>
              <w:jc w:val="center"/>
            </w:pPr>
            <w:r w:rsidRPr="00A864B8">
              <w:rPr>
                <w:sz w:val="20"/>
              </w:rPr>
              <w:t>Prozesskälte</w:t>
            </w:r>
          </w:p>
        </w:tc>
        <w:tc>
          <w:tcPr>
            <w:tcW w:w="2880" w:type="dxa"/>
            <w:tcBorders>
              <w:bottom w:val="single" w:sz="8" w:space="0" w:color="9B9B9B"/>
            </w:tcBorders>
            <w:shd w:val="clear" w:color="auto" w:fill="CFCFCF"/>
            <w:vAlign w:val="center"/>
          </w:tcPr>
          <w:p w14:paraId="06A0A044" w14:textId="77777777" w:rsidR="00A806B2" w:rsidRPr="00A864B8" w:rsidRDefault="00000000">
            <w:pPr>
              <w:spacing w:before="20" w:after="10" w:line="240" w:lineRule="auto"/>
              <w:jc w:val="center"/>
            </w:pPr>
            <w:r w:rsidRPr="00A864B8">
              <w:rPr>
                <w:sz w:val="20"/>
              </w:rPr>
              <w:t>0 MWh</w:t>
            </w:r>
          </w:p>
        </w:tc>
        <w:tc>
          <w:tcPr>
            <w:tcW w:w="2880" w:type="dxa"/>
            <w:tcBorders>
              <w:bottom w:val="single" w:sz="8" w:space="0" w:color="9B9B9B"/>
            </w:tcBorders>
            <w:shd w:val="clear" w:color="auto" w:fill="CFCFCF"/>
            <w:vAlign w:val="center"/>
          </w:tcPr>
          <w:p w14:paraId="5B30FC63" w14:textId="77777777" w:rsidR="00A806B2" w:rsidRPr="00A864B8" w:rsidRDefault="00000000">
            <w:pPr>
              <w:spacing w:before="20" w:after="10" w:line="240" w:lineRule="auto"/>
              <w:jc w:val="center"/>
            </w:pPr>
            <w:r w:rsidRPr="00A864B8">
              <w:rPr>
                <w:sz w:val="20"/>
              </w:rPr>
              <w:t>0 kW</w:t>
            </w:r>
          </w:p>
        </w:tc>
      </w:tr>
      <w:tr w:rsidR="00A806B2" w:rsidRPr="00A864B8" w14:paraId="663F3988" w14:textId="77777777">
        <w:trPr>
          <w:jc w:val="center"/>
        </w:trPr>
        <w:tc>
          <w:tcPr>
            <w:tcW w:w="2880" w:type="dxa"/>
            <w:tcBorders>
              <w:bottom w:val="single" w:sz="8" w:space="0" w:color="9B9B9B"/>
            </w:tcBorders>
            <w:shd w:val="clear" w:color="auto" w:fill="F0F0F0"/>
            <w:vAlign w:val="center"/>
          </w:tcPr>
          <w:p w14:paraId="571DC65C"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2C4FAB6A" w14:textId="77777777" w:rsidR="00A806B2" w:rsidRPr="00A864B8" w:rsidRDefault="00000000">
            <w:pPr>
              <w:spacing w:before="20" w:after="10" w:line="240" w:lineRule="auto"/>
              <w:jc w:val="center"/>
            </w:pPr>
            <w:r w:rsidRPr="00A864B8">
              <w:rPr>
                <w:b/>
                <w:sz w:val="20"/>
              </w:rPr>
              <w:t>22,4 MWh</w:t>
            </w:r>
          </w:p>
        </w:tc>
        <w:tc>
          <w:tcPr>
            <w:tcW w:w="2880" w:type="dxa"/>
            <w:tcBorders>
              <w:bottom w:val="single" w:sz="8" w:space="0" w:color="9B9B9B"/>
            </w:tcBorders>
            <w:shd w:val="clear" w:color="auto" w:fill="F0F0F0"/>
            <w:vAlign w:val="center"/>
          </w:tcPr>
          <w:p w14:paraId="076FC758" w14:textId="77777777" w:rsidR="00A806B2" w:rsidRPr="00A864B8" w:rsidRDefault="00000000">
            <w:pPr>
              <w:spacing w:before="20" w:after="10" w:line="240" w:lineRule="auto"/>
              <w:jc w:val="center"/>
            </w:pPr>
            <w:r w:rsidRPr="00A864B8">
              <w:rPr>
                <w:b/>
                <w:sz w:val="20"/>
              </w:rPr>
              <w:t>66 kW</w:t>
            </w:r>
          </w:p>
        </w:tc>
      </w:tr>
      <w:tr w:rsidR="00A806B2" w:rsidRPr="00A864B8" w14:paraId="11D59A62" w14:textId="77777777">
        <w:trPr>
          <w:jc w:val="center"/>
        </w:trPr>
        <w:tc>
          <w:tcPr>
            <w:tcW w:w="2880" w:type="dxa"/>
            <w:tcBorders>
              <w:bottom w:val="single" w:sz="8" w:space="0" w:color="9B9B9B"/>
            </w:tcBorders>
            <w:shd w:val="clear" w:color="auto" w:fill="CFCFCF"/>
            <w:vAlign w:val="center"/>
          </w:tcPr>
          <w:p w14:paraId="228F09F3" w14:textId="77777777" w:rsidR="00A806B2" w:rsidRPr="00A864B8" w:rsidRDefault="00000000">
            <w:pPr>
              <w:spacing w:before="20" w:after="10" w:line="240" w:lineRule="auto"/>
              <w:jc w:val="center"/>
            </w:pPr>
            <w:r w:rsidRPr="00A864B8">
              <w:rPr>
                <w:sz w:val="20"/>
              </w:rPr>
              <w:t>Kälteerzeugung der luftgekühlten Kältemaschinen</w:t>
            </w:r>
          </w:p>
        </w:tc>
        <w:tc>
          <w:tcPr>
            <w:tcW w:w="2880" w:type="dxa"/>
            <w:tcBorders>
              <w:bottom w:val="single" w:sz="8" w:space="0" w:color="9B9B9B"/>
            </w:tcBorders>
            <w:shd w:val="clear" w:color="auto" w:fill="CFCFCF"/>
            <w:vAlign w:val="center"/>
          </w:tcPr>
          <w:p w14:paraId="647D6633" w14:textId="77777777" w:rsidR="00A806B2" w:rsidRPr="00A864B8" w:rsidRDefault="00000000">
            <w:pPr>
              <w:spacing w:before="20" w:after="10" w:line="240" w:lineRule="auto"/>
              <w:jc w:val="center"/>
            </w:pPr>
            <w:r w:rsidRPr="00A864B8">
              <w:rPr>
                <w:sz w:val="20"/>
              </w:rPr>
              <w:t>– 22,4 MWh</w:t>
            </w:r>
          </w:p>
        </w:tc>
        <w:tc>
          <w:tcPr>
            <w:tcW w:w="2880" w:type="dxa"/>
            <w:tcBorders>
              <w:bottom w:val="single" w:sz="8" w:space="0" w:color="9B9B9B"/>
            </w:tcBorders>
            <w:shd w:val="clear" w:color="auto" w:fill="CFCFCF"/>
            <w:vAlign w:val="center"/>
          </w:tcPr>
          <w:p w14:paraId="39C691D6" w14:textId="77777777" w:rsidR="00A806B2" w:rsidRPr="00A864B8" w:rsidRDefault="00000000">
            <w:pPr>
              <w:spacing w:before="20" w:after="10" w:line="240" w:lineRule="auto"/>
              <w:jc w:val="center"/>
            </w:pPr>
            <w:r w:rsidRPr="00A864B8">
              <w:rPr>
                <w:sz w:val="20"/>
              </w:rPr>
              <w:t> </w:t>
            </w:r>
          </w:p>
        </w:tc>
      </w:tr>
      <w:tr w:rsidR="00A806B2" w:rsidRPr="00A864B8" w14:paraId="144E0434" w14:textId="77777777">
        <w:trPr>
          <w:jc w:val="center"/>
        </w:trPr>
        <w:tc>
          <w:tcPr>
            <w:tcW w:w="2880" w:type="dxa"/>
            <w:tcBorders>
              <w:bottom w:val="single" w:sz="8" w:space="0" w:color="9B9B9B"/>
            </w:tcBorders>
            <w:shd w:val="clear" w:color="auto" w:fill="F0F0F0"/>
            <w:vAlign w:val="center"/>
          </w:tcPr>
          <w:p w14:paraId="4A905AB2" w14:textId="77777777" w:rsidR="00A806B2" w:rsidRPr="00A864B8" w:rsidRDefault="00000000">
            <w:pPr>
              <w:spacing w:before="20" w:after="10" w:line="240" w:lineRule="auto"/>
              <w:jc w:val="center"/>
            </w:pPr>
            <w:r w:rsidRPr="00A864B8">
              <w:rPr>
                <w:b/>
                <w:sz w:val="20"/>
              </w:rPr>
              <w:t>Abwärmeeinspeisung ins Wärmenetz</w:t>
            </w:r>
          </w:p>
        </w:tc>
        <w:tc>
          <w:tcPr>
            <w:tcW w:w="2880" w:type="dxa"/>
            <w:tcBorders>
              <w:bottom w:val="single" w:sz="8" w:space="0" w:color="9B9B9B"/>
            </w:tcBorders>
            <w:shd w:val="clear" w:color="auto" w:fill="F0F0F0"/>
            <w:vAlign w:val="center"/>
          </w:tcPr>
          <w:p w14:paraId="1EF4483E" w14:textId="77777777" w:rsidR="00A806B2" w:rsidRPr="00A864B8" w:rsidRDefault="00000000">
            <w:pPr>
              <w:spacing w:before="20" w:after="10" w:line="240" w:lineRule="auto"/>
              <w:jc w:val="center"/>
            </w:pPr>
            <w:r w:rsidRPr="00A864B8">
              <w:rPr>
                <w:b/>
                <w:sz w:val="20"/>
              </w:rPr>
              <w:t>0 MWh</w:t>
            </w:r>
          </w:p>
        </w:tc>
        <w:tc>
          <w:tcPr>
            <w:tcW w:w="2880" w:type="dxa"/>
            <w:tcBorders>
              <w:bottom w:val="single" w:sz="8" w:space="0" w:color="9B9B9B"/>
            </w:tcBorders>
            <w:shd w:val="clear" w:color="auto" w:fill="F0F0F0"/>
            <w:vAlign w:val="center"/>
          </w:tcPr>
          <w:p w14:paraId="1C842361" w14:textId="77777777" w:rsidR="00A806B2" w:rsidRPr="00A864B8" w:rsidRDefault="00000000">
            <w:pPr>
              <w:spacing w:before="20" w:after="10" w:line="240" w:lineRule="auto"/>
              <w:jc w:val="center"/>
            </w:pPr>
            <w:r w:rsidRPr="00A864B8">
              <w:rPr>
                <w:b/>
                <w:sz w:val="20"/>
              </w:rPr>
              <w:t>0 kW</w:t>
            </w:r>
          </w:p>
        </w:tc>
      </w:tr>
    </w:tbl>
    <w:p w14:paraId="1003E8B4" w14:textId="77777777" w:rsidR="00A806B2" w:rsidRPr="00A864B8" w:rsidRDefault="00A806B2"/>
    <w:p w14:paraId="01030282" w14:textId="69373D54" w:rsidR="00A806B2" w:rsidRPr="00A864B8" w:rsidRDefault="00000000">
      <w:pPr>
        <w:jc w:val="both"/>
      </w:pPr>
      <w:r w:rsidRPr="00A864B8">
        <w:t xml:space="preserve">Die elektrischen Bedarfe der Gebäude sind in Tabelle </w:t>
      </w:r>
      <w:r w:rsidRPr="00A864B8">
        <w:fldChar w:fldCharType="begin"/>
      </w:r>
      <w:r w:rsidRPr="00A864B8">
        <w:instrText>REF bldg_elec_demand_tab_2_num \h</w:instrText>
      </w:r>
      <w:r w:rsidRPr="00A864B8">
        <w:fldChar w:fldCharType="separate"/>
      </w:r>
      <w:r w:rsidR="00F26332" w:rsidRPr="00A864B8">
        <w:t>34</w:t>
      </w:r>
      <w:r w:rsidRPr="00A864B8">
        <w:fldChar w:fldCharType="end"/>
      </w:r>
      <w:r w:rsidRPr="00A864B8">
        <w:t xml:space="preserve"> dargestellt. Der jährliche Strombedarf für Nutzerstrom (z. B. für Beleuchtung und andere allgemeine Lasten) beträgt 6 MWh. Für Elektromobilität wird der jährliche Strombedarf zu 498 MWh bestimmt, wobei sich eine maximale Bezugsleistung von 153 kW ergibt. Insgesamt beläuft sich der jährliche elektrische Gesamtbedarf für alle Gebäude in Summe auf 504 MWh. Der jährliche Betriebsstrombedarf für alle Gebäude beträgt 25,6 MWh. Unter Betriebsstrom wird der Strom verstanden, der für Wärme- und Kälteerzeuger in den Gebäuden aufgewendet werden muss. Hierunter fällt zum Beispiel der Stromeinsatz für dezentrale Wärmepumpen oder Durchlauferhitzer in den Gebäuden. Eine detaillierte Aufstellung der Betriebsstrombedarfe der jeweiligen Technologien auf Gebäudeebene findet sich in der Tabelle zu den installierten Gebäudeenergiesystemen. Aus der Summe der Bedarfe für Nutzerstrom, Elektromobilität und Betriebsstrom ergibt sich die insgesamt von den Gebäuden bezogene Strommenge. Diese beläuft sich auf 529 MWh pro Jahr.</w:t>
      </w:r>
    </w:p>
    <w:p w14:paraId="6B83E2C8" w14:textId="3A448240" w:rsidR="00A806B2" w:rsidRPr="00A864B8" w:rsidRDefault="00000000">
      <w:pPr>
        <w:pStyle w:val="CaptionStyle"/>
        <w:spacing w:before="40" w:after="0"/>
        <w:jc w:val="center"/>
        <w:rPr>
          <w:lang w:val="de-DE"/>
        </w:rPr>
      </w:pPr>
      <w:bookmarkStart w:id="184" w:name="_Toc240363562"/>
      <w:r w:rsidRPr="00A864B8">
        <w:rPr>
          <w:lang w:val="de-DE"/>
        </w:rPr>
        <w:t xml:space="preserve">Tabelle </w:t>
      </w:r>
      <w:bookmarkStart w:id="185" w:name="bldg_elec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34</w:t>
      </w:r>
      <w:r w:rsidRPr="00A864B8">
        <w:rPr>
          <w:lang w:val="de-DE"/>
        </w:rPr>
        <w:fldChar w:fldCharType="end"/>
      </w:r>
      <w:bookmarkStart w:id="186" w:name="bldg_elec_demand_tab_2"/>
      <w:bookmarkEnd w:id="185"/>
      <w:bookmarkEnd w:id="186"/>
      <w:r w:rsidRPr="00A864B8">
        <w:rPr>
          <w:lang w:val="de-DE"/>
        </w:rPr>
        <w:t>: Variante 2: Strombedarfe der Gebäude</w:t>
      </w:r>
      <w:bookmarkEnd w:id="184"/>
    </w:p>
    <w:tbl>
      <w:tblPr>
        <w:tblW w:w="0" w:type="auto"/>
        <w:jc w:val="center"/>
        <w:tblLook w:val="04A0" w:firstRow="1" w:lastRow="0" w:firstColumn="1" w:lastColumn="0" w:noHBand="0" w:noVBand="1"/>
      </w:tblPr>
      <w:tblGrid>
        <w:gridCol w:w="2880"/>
        <w:gridCol w:w="2880"/>
        <w:gridCol w:w="2880"/>
      </w:tblGrid>
      <w:tr w:rsidR="00A806B2" w:rsidRPr="00A864B8" w14:paraId="03255C8F" w14:textId="77777777">
        <w:trPr>
          <w:jc w:val="center"/>
        </w:trPr>
        <w:tc>
          <w:tcPr>
            <w:tcW w:w="2880" w:type="dxa"/>
            <w:tcBorders>
              <w:bottom w:val="single" w:sz="22" w:space="0" w:color="C00000"/>
            </w:tcBorders>
            <w:shd w:val="clear" w:color="auto" w:fill="343A40"/>
          </w:tcPr>
          <w:p w14:paraId="3D9FFD48"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DC48474"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371A330D"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0F43E3D7" w14:textId="77777777">
        <w:trPr>
          <w:jc w:val="center"/>
        </w:trPr>
        <w:tc>
          <w:tcPr>
            <w:tcW w:w="2880" w:type="dxa"/>
            <w:tcBorders>
              <w:bottom w:val="single" w:sz="8" w:space="0" w:color="9B9B9B"/>
            </w:tcBorders>
            <w:shd w:val="clear" w:color="auto" w:fill="F0F0F0"/>
            <w:vAlign w:val="center"/>
          </w:tcPr>
          <w:p w14:paraId="4B5C7D77" w14:textId="77777777" w:rsidR="00A806B2" w:rsidRPr="00A864B8" w:rsidRDefault="00000000">
            <w:pPr>
              <w:spacing w:before="20" w:after="10" w:line="240" w:lineRule="auto"/>
              <w:jc w:val="center"/>
            </w:pPr>
            <w:r w:rsidRPr="00A864B8">
              <w:rPr>
                <w:sz w:val="20"/>
              </w:rPr>
              <w:t>Nutzerstrom</w:t>
            </w:r>
          </w:p>
        </w:tc>
        <w:tc>
          <w:tcPr>
            <w:tcW w:w="2880" w:type="dxa"/>
            <w:tcBorders>
              <w:bottom w:val="single" w:sz="8" w:space="0" w:color="9B9B9B"/>
            </w:tcBorders>
            <w:shd w:val="clear" w:color="auto" w:fill="F0F0F0"/>
            <w:vAlign w:val="center"/>
          </w:tcPr>
          <w:p w14:paraId="36461BD2" w14:textId="77777777" w:rsidR="00A806B2" w:rsidRPr="00A864B8" w:rsidRDefault="00000000">
            <w:pPr>
              <w:spacing w:before="20" w:after="10" w:line="240" w:lineRule="auto"/>
              <w:jc w:val="center"/>
            </w:pPr>
            <w:r w:rsidRPr="00A864B8">
              <w:rPr>
                <w:sz w:val="20"/>
              </w:rPr>
              <w:t>6 MWh</w:t>
            </w:r>
          </w:p>
        </w:tc>
        <w:tc>
          <w:tcPr>
            <w:tcW w:w="2880" w:type="dxa"/>
            <w:tcBorders>
              <w:bottom w:val="single" w:sz="8" w:space="0" w:color="9B9B9B"/>
            </w:tcBorders>
            <w:shd w:val="clear" w:color="auto" w:fill="F0F0F0"/>
            <w:vAlign w:val="center"/>
          </w:tcPr>
          <w:p w14:paraId="3AA60CC0" w14:textId="77777777" w:rsidR="00A806B2" w:rsidRPr="00A864B8" w:rsidRDefault="00000000">
            <w:pPr>
              <w:spacing w:before="20" w:after="10" w:line="240" w:lineRule="auto"/>
              <w:jc w:val="center"/>
            </w:pPr>
            <w:r w:rsidRPr="00A864B8">
              <w:rPr>
                <w:sz w:val="20"/>
              </w:rPr>
              <w:t>2,7 kW</w:t>
            </w:r>
          </w:p>
        </w:tc>
      </w:tr>
      <w:tr w:rsidR="00A806B2" w:rsidRPr="00A864B8" w14:paraId="2243C601" w14:textId="77777777">
        <w:trPr>
          <w:jc w:val="center"/>
        </w:trPr>
        <w:tc>
          <w:tcPr>
            <w:tcW w:w="2880" w:type="dxa"/>
            <w:tcBorders>
              <w:bottom w:val="single" w:sz="8" w:space="0" w:color="9B9B9B"/>
            </w:tcBorders>
            <w:shd w:val="clear" w:color="auto" w:fill="CFCFCF"/>
            <w:vAlign w:val="center"/>
          </w:tcPr>
          <w:p w14:paraId="3A886A86" w14:textId="77777777" w:rsidR="00A806B2" w:rsidRPr="00A864B8" w:rsidRDefault="00000000">
            <w:pPr>
              <w:spacing w:before="20" w:after="10" w:line="240" w:lineRule="auto"/>
              <w:jc w:val="center"/>
            </w:pPr>
            <w:r w:rsidRPr="00A864B8">
              <w:rPr>
                <w:sz w:val="20"/>
              </w:rPr>
              <w:t>Elektromobilität</w:t>
            </w:r>
          </w:p>
        </w:tc>
        <w:tc>
          <w:tcPr>
            <w:tcW w:w="2880" w:type="dxa"/>
            <w:tcBorders>
              <w:bottom w:val="single" w:sz="8" w:space="0" w:color="9B9B9B"/>
            </w:tcBorders>
            <w:shd w:val="clear" w:color="auto" w:fill="CFCFCF"/>
            <w:vAlign w:val="center"/>
          </w:tcPr>
          <w:p w14:paraId="1E6B7218" w14:textId="77777777" w:rsidR="00A806B2" w:rsidRPr="00A864B8" w:rsidRDefault="00000000">
            <w:pPr>
              <w:spacing w:before="20" w:after="10" w:line="240" w:lineRule="auto"/>
              <w:jc w:val="center"/>
            </w:pPr>
            <w:r w:rsidRPr="00A864B8">
              <w:rPr>
                <w:sz w:val="20"/>
              </w:rPr>
              <w:t>498 MWh</w:t>
            </w:r>
          </w:p>
        </w:tc>
        <w:tc>
          <w:tcPr>
            <w:tcW w:w="2880" w:type="dxa"/>
            <w:tcBorders>
              <w:bottom w:val="single" w:sz="8" w:space="0" w:color="9B9B9B"/>
            </w:tcBorders>
            <w:shd w:val="clear" w:color="auto" w:fill="CFCFCF"/>
            <w:vAlign w:val="center"/>
          </w:tcPr>
          <w:p w14:paraId="1B04CD46" w14:textId="77777777" w:rsidR="00A806B2" w:rsidRPr="00A864B8" w:rsidRDefault="00000000">
            <w:pPr>
              <w:spacing w:before="20" w:after="10" w:line="240" w:lineRule="auto"/>
              <w:jc w:val="center"/>
            </w:pPr>
            <w:r w:rsidRPr="00A864B8">
              <w:rPr>
                <w:sz w:val="20"/>
              </w:rPr>
              <w:t>153 kW</w:t>
            </w:r>
          </w:p>
        </w:tc>
      </w:tr>
      <w:tr w:rsidR="00A806B2" w:rsidRPr="00A864B8" w14:paraId="7989D879" w14:textId="77777777">
        <w:trPr>
          <w:jc w:val="center"/>
        </w:trPr>
        <w:tc>
          <w:tcPr>
            <w:tcW w:w="2880" w:type="dxa"/>
            <w:tcBorders>
              <w:bottom w:val="single" w:sz="8" w:space="0" w:color="9B9B9B"/>
            </w:tcBorders>
            <w:shd w:val="clear" w:color="auto" w:fill="F0F0F0"/>
            <w:vAlign w:val="center"/>
          </w:tcPr>
          <w:p w14:paraId="1D0FEA75" w14:textId="77777777" w:rsidR="00A806B2" w:rsidRPr="00A864B8" w:rsidRDefault="00000000">
            <w:pPr>
              <w:spacing w:before="20" w:after="10" w:line="240" w:lineRule="auto"/>
              <w:jc w:val="center"/>
            </w:pPr>
            <w:r w:rsidRPr="00A864B8">
              <w:rPr>
                <w:b/>
                <w:sz w:val="20"/>
              </w:rPr>
              <w:t>Gesamt</w:t>
            </w:r>
          </w:p>
        </w:tc>
        <w:tc>
          <w:tcPr>
            <w:tcW w:w="2880" w:type="dxa"/>
            <w:tcBorders>
              <w:bottom w:val="single" w:sz="8" w:space="0" w:color="9B9B9B"/>
            </w:tcBorders>
            <w:shd w:val="clear" w:color="auto" w:fill="F0F0F0"/>
            <w:vAlign w:val="center"/>
          </w:tcPr>
          <w:p w14:paraId="06A25908" w14:textId="77777777" w:rsidR="00A806B2" w:rsidRPr="00A864B8" w:rsidRDefault="00000000">
            <w:pPr>
              <w:spacing w:before="20" w:after="10" w:line="240" w:lineRule="auto"/>
              <w:jc w:val="center"/>
            </w:pPr>
            <w:r w:rsidRPr="00A864B8">
              <w:rPr>
                <w:b/>
                <w:sz w:val="20"/>
              </w:rPr>
              <w:t>504 MWh</w:t>
            </w:r>
          </w:p>
        </w:tc>
        <w:tc>
          <w:tcPr>
            <w:tcW w:w="2880" w:type="dxa"/>
            <w:tcBorders>
              <w:bottom w:val="single" w:sz="8" w:space="0" w:color="9B9B9B"/>
            </w:tcBorders>
            <w:shd w:val="clear" w:color="auto" w:fill="F0F0F0"/>
            <w:vAlign w:val="center"/>
          </w:tcPr>
          <w:p w14:paraId="1D3E492C" w14:textId="77777777" w:rsidR="00A806B2" w:rsidRPr="00A864B8" w:rsidRDefault="00000000">
            <w:pPr>
              <w:spacing w:before="20" w:after="10" w:line="240" w:lineRule="auto"/>
              <w:jc w:val="center"/>
            </w:pPr>
            <w:r w:rsidRPr="00A864B8">
              <w:rPr>
                <w:b/>
                <w:sz w:val="20"/>
              </w:rPr>
              <w:t>154 kW</w:t>
            </w:r>
          </w:p>
        </w:tc>
      </w:tr>
      <w:tr w:rsidR="00A806B2" w:rsidRPr="00A864B8" w14:paraId="59F76768" w14:textId="77777777">
        <w:trPr>
          <w:jc w:val="center"/>
        </w:trPr>
        <w:tc>
          <w:tcPr>
            <w:tcW w:w="2880" w:type="dxa"/>
            <w:tcBorders>
              <w:bottom w:val="single" w:sz="8" w:space="0" w:color="9B9B9B"/>
            </w:tcBorders>
            <w:shd w:val="clear" w:color="auto" w:fill="CFCFCF"/>
            <w:vAlign w:val="center"/>
          </w:tcPr>
          <w:p w14:paraId="3842A2B4" w14:textId="77777777" w:rsidR="00A806B2" w:rsidRPr="00A864B8" w:rsidRDefault="00000000">
            <w:pPr>
              <w:spacing w:before="20" w:after="10" w:line="240" w:lineRule="auto"/>
              <w:jc w:val="center"/>
            </w:pPr>
            <w:r w:rsidRPr="00A864B8">
              <w:rPr>
                <w:sz w:val="20"/>
              </w:rPr>
              <w:t>Betriebsstrom aller Gebäude</w:t>
            </w:r>
          </w:p>
        </w:tc>
        <w:tc>
          <w:tcPr>
            <w:tcW w:w="2880" w:type="dxa"/>
            <w:tcBorders>
              <w:bottom w:val="single" w:sz="8" w:space="0" w:color="9B9B9B"/>
            </w:tcBorders>
            <w:shd w:val="clear" w:color="auto" w:fill="CFCFCF"/>
            <w:vAlign w:val="center"/>
          </w:tcPr>
          <w:p w14:paraId="6F6899E5" w14:textId="77777777" w:rsidR="00A806B2" w:rsidRPr="00A864B8" w:rsidRDefault="00000000">
            <w:pPr>
              <w:spacing w:before="20" w:after="10" w:line="240" w:lineRule="auto"/>
              <w:jc w:val="center"/>
            </w:pPr>
            <w:r w:rsidRPr="00A864B8">
              <w:rPr>
                <w:sz w:val="20"/>
              </w:rPr>
              <w:t>+ 25,6 MWh</w:t>
            </w:r>
          </w:p>
        </w:tc>
        <w:tc>
          <w:tcPr>
            <w:tcW w:w="2880" w:type="dxa"/>
            <w:tcBorders>
              <w:bottom w:val="single" w:sz="8" w:space="0" w:color="9B9B9B"/>
            </w:tcBorders>
            <w:shd w:val="clear" w:color="auto" w:fill="CFCFCF"/>
            <w:vAlign w:val="center"/>
          </w:tcPr>
          <w:p w14:paraId="1AE4E379" w14:textId="77777777" w:rsidR="00A806B2" w:rsidRPr="00A864B8" w:rsidRDefault="00000000">
            <w:pPr>
              <w:spacing w:before="20" w:after="10" w:line="240" w:lineRule="auto"/>
              <w:jc w:val="center"/>
            </w:pPr>
            <w:r w:rsidRPr="00A864B8">
              <w:rPr>
                <w:sz w:val="20"/>
              </w:rPr>
              <w:t> </w:t>
            </w:r>
          </w:p>
        </w:tc>
      </w:tr>
      <w:tr w:rsidR="00A806B2" w:rsidRPr="00A864B8" w14:paraId="1289522A" w14:textId="77777777">
        <w:trPr>
          <w:jc w:val="center"/>
        </w:trPr>
        <w:tc>
          <w:tcPr>
            <w:tcW w:w="2880" w:type="dxa"/>
            <w:tcBorders>
              <w:bottom w:val="single" w:sz="8" w:space="0" w:color="9B9B9B"/>
            </w:tcBorders>
            <w:shd w:val="clear" w:color="auto" w:fill="F0F0F0"/>
            <w:vAlign w:val="center"/>
          </w:tcPr>
          <w:p w14:paraId="0346E171" w14:textId="77777777" w:rsidR="00A806B2" w:rsidRPr="00A864B8" w:rsidRDefault="00000000">
            <w:pPr>
              <w:spacing w:before="20" w:after="10" w:line="240" w:lineRule="auto"/>
              <w:jc w:val="center"/>
            </w:pPr>
            <w:r w:rsidRPr="00A864B8">
              <w:rPr>
                <w:b/>
                <w:sz w:val="20"/>
              </w:rPr>
              <w:t>Strombezug aller Gebäude</w:t>
            </w:r>
          </w:p>
        </w:tc>
        <w:tc>
          <w:tcPr>
            <w:tcW w:w="2880" w:type="dxa"/>
            <w:tcBorders>
              <w:bottom w:val="single" w:sz="8" w:space="0" w:color="9B9B9B"/>
            </w:tcBorders>
            <w:shd w:val="clear" w:color="auto" w:fill="F0F0F0"/>
            <w:vAlign w:val="center"/>
          </w:tcPr>
          <w:p w14:paraId="51436BAA" w14:textId="77777777" w:rsidR="00A806B2" w:rsidRPr="00A864B8" w:rsidRDefault="00000000">
            <w:pPr>
              <w:spacing w:before="20" w:after="10" w:line="240" w:lineRule="auto"/>
              <w:jc w:val="center"/>
            </w:pPr>
            <w:r w:rsidRPr="00A864B8">
              <w:rPr>
                <w:b/>
                <w:sz w:val="20"/>
              </w:rPr>
              <w:t>529 MWh</w:t>
            </w:r>
          </w:p>
        </w:tc>
        <w:tc>
          <w:tcPr>
            <w:tcW w:w="2880" w:type="dxa"/>
            <w:tcBorders>
              <w:bottom w:val="single" w:sz="8" w:space="0" w:color="9B9B9B"/>
            </w:tcBorders>
            <w:shd w:val="clear" w:color="auto" w:fill="F0F0F0"/>
            <w:vAlign w:val="center"/>
          </w:tcPr>
          <w:p w14:paraId="22863AC5" w14:textId="77777777" w:rsidR="00A806B2" w:rsidRPr="00A864B8" w:rsidRDefault="00000000">
            <w:pPr>
              <w:spacing w:before="20" w:after="10" w:line="240" w:lineRule="auto"/>
              <w:jc w:val="center"/>
            </w:pPr>
            <w:r w:rsidRPr="00A864B8">
              <w:rPr>
                <w:b/>
                <w:sz w:val="20"/>
              </w:rPr>
              <w:t> </w:t>
            </w:r>
          </w:p>
        </w:tc>
      </w:tr>
    </w:tbl>
    <w:p w14:paraId="3921CA62" w14:textId="77777777" w:rsidR="00A806B2" w:rsidRPr="00A864B8" w:rsidRDefault="00A806B2"/>
    <w:p w14:paraId="605DE31F" w14:textId="78F91179" w:rsidR="00A806B2" w:rsidRPr="00A864B8" w:rsidRDefault="00000000">
      <w:pPr>
        <w:jc w:val="both"/>
      </w:pPr>
      <w:r w:rsidRPr="00A864B8">
        <w:t xml:space="preserve">Die Tabelle </w:t>
      </w:r>
      <w:r w:rsidRPr="00A864B8">
        <w:fldChar w:fldCharType="begin"/>
      </w:r>
      <w:r w:rsidRPr="00A864B8">
        <w:instrText>REF bldg_installed_bes_tab_2_num \h</w:instrText>
      </w:r>
      <w:r w:rsidRPr="00A864B8">
        <w:fldChar w:fldCharType="separate"/>
      </w:r>
      <w:r w:rsidR="00F26332" w:rsidRPr="00A864B8">
        <w:t>35</w:t>
      </w:r>
      <w:r w:rsidRPr="00A864B8">
        <w:fldChar w:fldCharType="end"/>
      </w:r>
      <w:r w:rsidRPr="00A864B8">
        <w:t xml:space="preserve"> gibt einen Überblick über die in den Gebäuden installierten Anlagen. Für den Bezug von Wärme aus dem Wärmenetz sind 47 Wärmenetzanschlüsse mit einer Gesamtkapazität von 985 kWₜₕ vorgesehen, über die insgesamt 705 MWh Wärme aus dem Wärmenetz in die Gebäude transportiert wird. 1 Erdwärmepumpe mit einer Kapazität von 12,8 kWₜₕ erzeugt 9,7 MWh Wärme dezentral in einem Gebäude. Der Strombedarf beträgt 2 MWh und die mittlere Jahresarbeitszahl ergibt sich zu 4,9. In den Gebäuden sind 3 dezentrale Luftwärmepumpen vorgesehen. Mit einer thermischen Gesamtkapazität von 52 kWₜₕ erzeugen diese eine Wärmemenge von 39,4 MWh. Der Strombedarf der Luftwärmepumpen liegt bei 8,9 MWh, wodurch sich die mittlere Jahresarbeitszahl zu 4,4 berechnet. In einem der Gebäude wird 1 Geothermiesonden-Anlage mit einer Entzugsleistung von 10,8 kWₜₕ vorgesehen. Die Sonde stellt dezentral für ein Gebäude eine Wärmemenge von 7,7 MWh und eine Kältemenge von 0 MWh bereit. Es wird 1 Anlage zur direkt-elektrischen Wärmeerzeugung (elektrischer Heizstab) installiert. Mit einer installierten Kapazität von 20,9 kWₜₕ erzeugt diese 3,2 MWh Wärme (Strombedarf: 3,2 MWh, angenommener Wirkungsgrad von 100 %). In den Gebäuden werden 6 Anlagen zur dezentralen elektrischen Trinkwarmwasser-Erwärmung mit einer Gesamtkapazität von 214 kWₜₕ installiert. Diese tragen 9 MWh Wärme für die Trinkwarmwasserbereitung bei. 7 luftgekühlte Kältemaschinen mit einer Gesamtkapazität von 66 kWₜₕ tragen für die dezentrale Kältebereitstellung der Gebäude jährlich 22,4 MWh bei. Der Strombedarf für die luftgekühlten Kältemaschinen beträgt 2,5 MWh und ihre Jahresarbeitszahl ergibt sich somit zu 9.</w:t>
      </w:r>
    </w:p>
    <w:p w14:paraId="0CDF0E15" w14:textId="4D50306C" w:rsidR="00A806B2" w:rsidRPr="00A864B8" w:rsidRDefault="00000000">
      <w:pPr>
        <w:pStyle w:val="CaptionStyle"/>
        <w:spacing w:before="40" w:after="0"/>
        <w:jc w:val="center"/>
        <w:rPr>
          <w:lang w:val="de-DE"/>
        </w:rPr>
      </w:pPr>
      <w:bookmarkStart w:id="187" w:name="_Toc240363563"/>
      <w:r w:rsidRPr="00A864B8">
        <w:rPr>
          <w:lang w:val="de-DE"/>
        </w:rPr>
        <w:t xml:space="preserve">Tabelle </w:t>
      </w:r>
      <w:bookmarkStart w:id="188" w:name="bldg_installed_be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35</w:t>
      </w:r>
      <w:r w:rsidRPr="00A864B8">
        <w:rPr>
          <w:lang w:val="de-DE"/>
        </w:rPr>
        <w:fldChar w:fldCharType="end"/>
      </w:r>
      <w:bookmarkStart w:id="189" w:name="bldg_installed_bes_tab_2"/>
      <w:bookmarkEnd w:id="188"/>
      <w:bookmarkEnd w:id="189"/>
      <w:r w:rsidRPr="00A864B8">
        <w:rPr>
          <w:lang w:val="de-DE"/>
        </w:rPr>
        <w:t>: Variante 2: Installierte Gebäudeenergiesysteme</w:t>
      </w:r>
      <w:bookmarkEnd w:id="187"/>
    </w:p>
    <w:tbl>
      <w:tblPr>
        <w:tblW w:w="0" w:type="auto"/>
        <w:jc w:val="center"/>
        <w:tblLook w:val="04A0" w:firstRow="1" w:lastRow="0" w:firstColumn="1" w:lastColumn="0" w:noHBand="0" w:noVBand="1"/>
      </w:tblPr>
      <w:tblGrid>
        <w:gridCol w:w="2158"/>
        <w:gridCol w:w="861"/>
        <w:gridCol w:w="1117"/>
        <w:gridCol w:w="1215"/>
        <w:gridCol w:w="1247"/>
        <w:gridCol w:w="1614"/>
        <w:gridCol w:w="644"/>
      </w:tblGrid>
      <w:tr w:rsidR="00A806B2" w:rsidRPr="00A864B8" w14:paraId="525F0A49" w14:textId="77777777">
        <w:trPr>
          <w:jc w:val="center"/>
        </w:trPr>
        <w:tc>
          <w:tcPr>
            <w:tcW w:w="1234" w:type="dxa"/>
            <w:tcBorders>
              <w:bottom w:val="single" w:sz="22" w:space="0" w:color="C00000"/>
            </w:tcBorders>
            <w:shd w:val="clear" w:color="auto" w:fill="343A40"/>
          </w:tcPr>
          <w:p w14:paraId="642BEBBB" w14:textId="77777777" w:rsidR="00A806B2" w:rsidRPr="00A864B8" w:rsidRDefault="00000000">
            <w:pPr>
              <w:spacing w:before="20" w:after="10" w:line="240" w:lineRule="auto"/>
              <w:jc w:val="center"/>
            </w:pPr>
            <w:r w:rsidRPr="00A864B8">
              <w:rPr>
                <w:color w:val="FFFFFF"/>
                <w:sz w:val="20"/>
              </w:rPr>
              <w:t> </w:t>
            </w:r>
          </w:p>
        </w:tc>
        <w:tc>
          <w:tcPr>
            <w:tcW w:w="1234" w:type="dxa"/>
            <w:tcBorders>
              <w:bottom w:val="single" w:sz="22" w:space="0" w:color="C00000"/>
            </w:tcBorders>
            <w:shd w:val="clear" w:color="auto" w:fill="343A40"/>
          </w:tcPr>
          <w:p w14:paraId="03FF564E" w14:textId="77777777" w:rsidR="00A806B2" w:rsidRPr="00A864B8" w:rsidRDefault="00000000">
            <w:pPr>
              <w:spacing w:before="20" w:after="10" w:line="240" w:lineRule="auto"/>
              <w:jc w:val="center"/>
            </w:pPr>
            <w:r w:rsidRPr="00A864B8">
              <w:rPr>
                <w:color w:val="FFFFFF"/>
                <w:sz w:val="20"/>
              </w:rPr>
              <w:t>Anzahl</w:t>
            </w:r>
          </w:p>
        </w:tc>
        <w:tc>
          <w:tcPr>
            <w:tcW w:w="1234" w:type="dxa"/>
            <w:tcBorders>
              <w:bottom w:val="single" w:sz="22" w:space="0" w:color="C00000"/>
            </w:tcBorders>
            <w:shd w:val="clear" w:color="auto" w:fill="343A40"/>
          </w:tcPr>
          <w:p w14:paraId="759E9AFE" w14:textId="77777777" w:rsidR="00A806B2" w:rsidRPr="00A864B8" w:rsidRDefault="00000000">
            <w:pPr>
              <w:spacing w:before="20" w:after="10" w:line="240" w:lineRule="auto"/>
              <w:jc w:val="center"/>
            </w:pPr>
            <w:r w:rsidRPr="00A864B8">
              <w:rPr>
                <w:color w:val="FFFFFF"/>
                <w:sz w:val="20"/>
              </w:rPr>
              <w:t>Installierte Leistung</w:t>
            </w:r>
          </w:p>
        </w:tc>
        <w:tc>
          <w:tcPr>
            <w:tcW w:w="1234" w:type="dxa"/>
            <w:tcBorders>
              <w:bottom w:val="single" w:sz="22" w:space="0" w:color="C00000"/>
            </w:tcBorders>
            <w:shd w:val="clear" w:color="auto" w:fill="343A40"/>
          </w:tcPr>
          <w:p w14:paraId="60ACE600" w14:textId="77777777" w:rsidR="00A806B2" w:rsidRPr="00A864B8" w:rsidRDefault="00000000">
            <w:pPr>
              <w:spacing w:before="20" w:after="10" w:line="240" w:lineRule="auto"/>
              <w:jc w:val="center"/>
            </w:pPr>
            <w:r w:rsidRPr="00A864B8">
              <w:rPr>
                <w:color w:val="FFFFFF"/>
                <w:sz w:val="20"/>
              </w:rPr>
              <w:t>Nutzenergie</w:t>
            </w:r>
          </w:p>
        </w:tc>
        <w:tc>
          <w:tcPr>
            <w:tcW w:w="1234" w:type="dxa"/>
            <w:tcBorders>
              <w:bottom w:val="single" w:sz="22" w:space="0" w:color="C00000"/>
            </w:tcBorders>
            <w:shd w:val="clear" w:color="auto" w:fill="343A40"/>
          </w:tcPr>
          <w:p w14:paraId="64008536" w14:textId="77777777" w:rsidR="00A806B2" w:rsidRPr="00A864B8" w:rsidRDefault="00000000">
            <w:pPr>
              <w:spacing w:before="20" w:after="10" w:line="240" w:lineRule="auto"/>
              <w:jc w:val="center"/>
            </w:pPr>
            <w:r w:rsidRPr="00A864B8">
              <w:rPr>
                <w:color w:val="FFFFFF"/>
                <w:sz w:val="20"/>
              </w:rPr>
              <w:t>Strombedarf</w:t>
            </w:r>
          </w:p>
        </w:tc>
        <w:tc>
          <w:tcPr>
            <w:tcW w:w="1234" w:type="dxa"/>
            <w:tcBorders>
              <w:bottom w:val="single" w:sz="22" w:space="0" w:color="C00000"/>
            </w:tcBorders>
            <w:shd w:val="clear" w:color="auto" w:fill="343A40"/>
          </w:tcPr>
          <w:p w14:paraId="03034216" w14:textId="77777777" w:rsidR="00A806B2" w:rsidRPr="00A864B8" w:rsidRDefault="00000000">
            <w:pPr>
              <w:spacing w:before="20" w:after="10" w:line="240" w:lineRule="auto"/>
              <w:jc w:val="center"/>
            </w:pPr>
            <w:r w:rsidRPr="00A864B8">
              <w:rPr>
                <w:color w:val="FFFFFF"/>
                <w:sz w:val="20"/>
              </w:rPr>
              <w:t>Brennstoffbedarf</w:t>
            </w:r>
          </w:p>
        </w:tc>
        <w:tc>
          <w:tcPr>
            <w:tcW w:w="1234" w:type="dxa"/>
            <w:tcBorders>
              <w:bottom w:val="single" w:sz="22" w:space="0" w:color="C00000"/>
            </w:tcBorders>
            <w:shd w:val="clear" w:color="auto" w:fill="343A40"/>
          </w:tcPr>
          <w:p w14:paraId="2F0AF4D3" w14:textId="77777777" w:rsidR="00A806B2" w:rsidRPr="00A864B8" w:rsidRDefault="00000000">
            <w:pPr>
              <w:spacing w:before="20" w:after="10" w:line="240" w:lineRule="auto"/>
              <w:jc w:val="center"/>
            </w:pPr>
            <w:r w:rsidRPr="00A864B8">
              <w:rPr>
                <w:color w:val="FFFFFF"/>
                <w:sz w:val="20"/>
              </w:rPr>
              <w:t>JAZ</w:t>
            </w:r>
          </w:p>
        </w:tc>
      </w:tr>
      <w:tr w:rsidR="00A806B2" w:rsidRPr="00A864B8" w14:paraId="65DF11F7" w14:textId="77777777">
        <w:trPr>
          <w:jc w:val="center"/>
        </w:trPr>
        <w:tc>
          <w:tcPr>
            <w:tcW w:w="1234" w:type="dxa"/>
            <w:tcBorders>
              <w:bottom w:val="single" w:sz="8" w:space="0" w:color="9B9B9B"/>
            </w:tcBorders>
            <w:shd w:val="clear" w:color="auto" w:fill="F0F0F0"/>
            <w:vAlign w:val="center"/>
          </w:tcPr>
          <w:p w14:paraId="231A75E0" w14:textId="77777777" w:rsidR="00A806B2" w:rsidRPr="00A864B8" w:rsidRDefault="00000000">
            <w:pPr>
              <w:spacing w:before="20" w:after="10" w:line="240" w:lineRule="auto"/>
              <w:jc w:val="center"/>
            </w:pPr>
            <w:r w:rsidRPr="00A864B8">
              <w:rPr>
                <w:sz w:val="20"/>
              </w:rPr>
              <w:t>Wärmeübergabestation</w:t>
            </w:r>
          </w:p>
        </w:tc>
        <w:tc>
          <w:tcPr>
            <w:tcW w:w="1234" w:type="dxa"/>
            <w:tcBorders>
              <w:bottom w:val="single" w:sz="8" w:space="0" w:color="9B9B9B"/>
            </w:tcBorders>
            <w:shd w:val="clear" w:color="auto" w:fill="F0F0F0"/>
            <w:vAlign w:val="center"/>
          </w:tcPr>
          <w:p w14:paraId="4928E6AB" w14:textId="77777777" w:rsidR="00A806B2" w:rsidRPr="00A864B8" w:rsidRDefault="00000000">
            <w:pPr>
              <w:spacing w:before="20" w:after="10" w:line="240" w:lineRule="auto"/>
              <w:jc w:val="center"/>
            </w:pPr>
            <w:r w:rsidRPr="00A864B8">
              <w:rPr>
                <w:sz w:val="20"/>
              </w:rPr>
              <w:t>47</w:t>
            </w:r>
          </w:p>
        </w:tc>
        <w:tc>
          <w:tcPr>
            <w:tcW w:w="1234" w:type="dxa"/>
            <w:tcBorders>
              <w:bottom w:val="single" w:sz="8" w:space="0" w:color="9B9B9B"/>
            </w:tcBorders>
            <w:shd w:val="clear" w:color="auto" w:fill="F0F0F0"/>
            <w:vAlign w:val="center"/>
          </w:tcPr>
          <w:p w14:paraId="41261539" w14:textId="77777777" w:rsidR="00A806B2" w:rsidRPr="00A864B8" w:rsidRDefault="00000000">
            <w:pPr>
              <w:spacing w:before="20" w:after="10" w:line="240" w:lineRule="auto"/>
              <w:jc w:val="center"/>
            </w:pPr>
            <w:r w:rsidRPr="00A864B8">
              <w:rPr>
                <w:sz w:val="20"/>
              </w:rPr>
              <w:t>985 kWₜₕ</w:t>
            </w:r>
          </w:p>
        </w:tc>
        <w:tc>
          <w:tcPr>
            <w:tcW w:w="1234" w:type="dxa"/>
            <w:tcBorders>
              <w:bottom w:val="single" w:sz="8" w:space="0" w:color="9B9B9B"/>
            </w:tcBorders>
            <w:shd w:val="clear" w:color="auto" w:fill="F0F0F0"/>
            <w:vAlign w:val="center"/>
          </w:tcPr>
          <w:p w14:paraId="6D090325" w14:textId="77777777" w:rsidR="00A806B2" w:rsidRPr="00A864B8" w:rsidRDefault="00000000">
            <w:pPr>
              <w:spacing w:before="20" w:after="10" w:line="240" w:lineRule="auto"/>
              <w:jc w:val="center"/>
            </w:pPr>
            <w:r w:rsidRPr="00A864B8">
              <w:rPr>
                <w:sz w:val="20"/>
              </w:rPr>
              <w:t>705 MWh</w:t>
            </w:r>
          </w:p>
        </w:tc>
        <w:tc>
          <w:tcPr>
            <w:tcW w:w="1234" w:type="dxa"/>
            <w:tcBorders>
              <w:bottom w:val="single" w:sz="8" w:space="0" w:color="9B9B9B"/>
            </w:tcBorders>
            <w:shd w:val="clear" w:color="auto" w:fill="F0F0F0"/>
            <w:vAlign w:val="center"/>
          </w:tcPr>
          <w:p w14:paraId="0DCAA1AC"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31A90772"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3C8F7096" w14:textId="77777777" w:rsidR="00A806B2" w:rsidRPr="00A864B8" w:rsidRDefault="00000000">
            <w:pPr>
              <w:spacing w:before="20" w:after="10" w:line="240" w:lineRule="auto"/>
              <w:jc w:val="center"/>
            </w:pPr>
            <w:r w:rsidRPr="00A864B8">
              <w:rPr>
                <w:sz w:val="20"/>
              </w:rPr>
              <w:t>---</w:t>
            </w:r>
          </w:p>
        </w:tc>
      </w:tr>
      <w:tr w:rsidR="00A806B2" w:rsidRPr="00A864B8" w14:paraId="4CD8E54A" w14:textId="77777777">
        <w:trPr>
          <w:jc w:val="center"/>
        </w:trPr>
        <w:tc>
          <w:tcPr>
            <w:tcW w:w="1234" w:type="dxa"/>
            <w:tcBorders>
              <w:bottom w:val="single" w:sz="8" w:space="0" w:color="9B9B9B"/>
            </w:tcBorders>
            <w:shd w:val="clear" w:color="auto" w:fill="CFCFCF"/>
            <w:vAlign w:val="center"/>
          </w:tcPr>
          <w:p w14:paraId="39C12B04" w14:textId="77777777" w:rsidR="00A806B2" w:rsidRPr="00A864B8" w:rsidRDefault="00000000">
            <w:pPr>
              <w:spacing w:before="20" w:after="10" w:line="240" w:lineRule="auto"/>
              <w:jc w:val="center"/>
            </w:pPr>
            <w:r w:rsidRPr="00A864B8">
              <w:rPr>
                <w:sz w:val="20"/>
              </w:rPr>
              <w:t>Erdwärmepumpe</w:t>
            </w:r>
          </w:p>
        </w:tc>
        <w:tc>
          <w:tcPr>
            <w:tcW w:w="1234" w:type="dxa"/>
            <w:tcBorders>
              <w:bottom w:val="single" w:sz="8" w:space="0" w:color="9B9B9B"/>
            </w:tcBorders>
            <w:shd w:val="clear" w:color="auto" w:fill="CFCFCF"/>
            <w:vAlign w:val="center"/>
          </w:tcPr>
          <w:p w14:paraId="429BFCB7" w14:textId="77777777" w:rsidR="00A806B2" w:rsidRPr="00A864B8" w:rsidRDefault="00000000">
            <w:pPr>
              <w:spacing w:before="20" w:after="10" w:line="240" w:lineRule="auto"/>
              <w:jc w:val="center"/>
            </w:pPr>
            <w:r w:rsidRPr="00A864B8">
              <w:rPr>
                <w:sz w:val="20"/>
              </w:rPr>
              <w:t>1</w:t>
            </w:r>
          </w:p>
        </w:tc>
        <w:tc>
          <w:tcPr>
            <w:tcW w:w="1234" w:type="dxa"/>
            <w:tcBorders>
              <w:bottom w:val="single" w:sz="8" w:space="0" w:color="9B9B9B"/>
            </w:tcBorders>
            <w:shd w:val="clear" w:color="auto" w:fill="CFCFCF"/>
            <w:vAlign w:val="center"/>
          </w:tcPr>
          <w:p w14:paraId="753ABE29" w14:textId="77777777" w:rsidR="00A806B2" w:rsidRPr="00A864B8" w:rsidRDefault="00000000">
            <w:pPr>
              <w:spacing w:before="20" w:after="10" w:line="240" w:lineRule="auto"/>
              <w:jc w:val="center"/>
            </w:pPr>
            <w:r w:rsidRPr="00A864B8">
              <w:rPr>
                <w:sz w:val="20"/>
              </w:rPr>
              <w:t>12,8 kWₜₕ</w:t>
            </w:r>
          </w:p>
        </w:tc>
        <w:tc>
          <w:tcPr>
            <w:tcW w:w="1234" w:type="dxa"/>
            <w:tcBorders>
              <w:bottom w:val="single" w:sz="8" w:space="0" w:color="9B9B9B"/>
            </w:tcBorders>
            <w:shd w:val="clear" w:color="auto" w:fill="CFCFCF"/>
            <w:vAlign w:val="center"/>
          </w:tcPr>
          <w:p w14:paraId="699E283F" w14:textId="77777777" w:rsidR="00A806B2" w:rsidRPr="00A864B8" w:rsidRDefault="00000000">
            <w:pPr>
              <w:spacing w:before="20" w:after="10" w:line="240" w:lineRule="auto"/>
              <w:jc w:val="center"/>
            </w:pPr>
            <w:r w:rsidRPr="00A864B8">
              <w:rPr>
                <w:sz w:val="20"/>
              </w:rPr>
              <w:t>9,7 MWh</w:t>
            </w:r>
          </w:p>
        </w:tc>
        <w:tc>
          <w:tcPr>
            <w:tcW w:w="1234" w:type="dxa"/>
            <w:tcBorders>
              <w:bottom w:val="single" w:sz="8" w:space="0" w:color="9B9B9B"/>
            </w:tcBorders>
            <w:shd w:val="clear" w:color="auto" w:fill="CFCFCF"/>
            <w:vAlign w:val="center"/>
          </w:tcPr>
          <w:p w14:paraId="737AF4BE" w14:textId="77777777" w:rsidR="00A806B2" w:rsidRPr="00A864B8" w:rsidRDefault="00000000">
            <w:pPr>
              <w:spacing w:before="20" w:after="10" w:line="240" w:lineRule="auto"/>
              <w:jc w:val="center"/>
            </w:pPr>
            <w:r w:rsidRPr="00A864B8">
              <w:rPr>
                <w:sz w:val="20"/>
              </w:rPr>
              <w:t>2 MWh</w:t>
            </w:r>
          </w:p>
        </w:tc>
        <w:tc>
          <w:tcPr>
            <w:tcW w:w="1234" w:type="dxa"/>
            <w:tcBorders>
              <w:bottom w:val="single" w:sz="8" w:space="0" w:color="9B9B9B"/>
            </w:tcBorders>
            <w:shd w:val="clear" w:color="auto" w:fill="CFCFCF"/>
            <w:vAlign w:val="center"/>
          </w:tcPr>
          <w:p w14:paraId="4F0C0087"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1A7D1D47" w14:textId="77777777" w:rsidR="00A806B2" w:rsidRPr="00A864B8" w:rsidRDefault="00000000">
            <w:pPr>
              <w:spacing w:before="20" w:after="10" w:line="240" w:lineRule="auto"/>
              <w:jc w:val="center"/>
            </w:pPr>
            <w:r w:rsidRPr="00A864B8">
              <w:rPr>
                <w:sz w:val="20"/>
              </w:rPr>
              <w:t>4,9</w:t>
            </w:r>
          </w:p>
        </w:tc>
      </w:tr>
      <w:tr w:rsidR="00A806B2" w:rsidRPr="00A864B8" w14:paraId="613D962A" w14:textId="77777777">
        <w:trPr>
          <w:jc w:val="center"/>
        </w:trPr>
        <w:tc>
          <w:tcPr>
            <w:tcW w:w="1234" w:type="dxa"/>
            <w:tcBorders>
              <w:bottom w:val="single" w:sz="8" w:space="0" w:color="9B9B9B"/>
            </w:tcBorders>
            <w:shd w:val="clear" w:color="auto" w:fill="F0F0F0"/>
            <w:vAlign w:val="center"/>
          </w:tcPr>
          <w:p w14:paraId="37E12013" w14:textId="77777777" w:rsidR="00A806B2" w:rsidRPr="00A864B8" w:rsidRDefault="00000000">
            <w:pPr>
              <w:spacing w:before="20" w:after="10" w:line="240" w:lineRule="auto"/>
              <w:jc w:val="center"/>
            </w:pPr>
            <w:r w:rsidRPr="00A864B8">
              <w:rPr>
                <w:sz w:val="20"/>
              </w:rPr>
              <w:t>Luftwärmepumpe</w:t>
            </w:r>
          </w:p>
        </w:tc>
        <w:tc>
          <w:tcPr>
            <w:tcW w:w="1234" w:type="dxa"/>
            <w:tcBorders>
              <w:bottom w:val="single" w:sz="8" w:space="0" w:color="9B9B9B"/>
            </w:tcBorders>
            <w:shd w:val="clear" w:color="auto" w:fill="F0F0F0"/>
            <w:vAlign w:val="center"/>
          </w:tcPr>
          <w:p w14:paraId="52984AB9" w14:textId="77777777" w:rsidR="00A806B2" w:rsidRPr="00A864B8" w:rsidRDefault="00000000">
            <w:pPr>
              <w:spacing w:before="20" w:after="10" w:line="240" w:lineRule="auto"/>
              <w:jc w:val="center"/>
            </w:pPr>
            <w:r w:rsidRPr="00A864B8">
              <w:rPr>
                <w:sz w:val="20"/>
              </w:rPr>
              <w:t>3</w:t>
            </w:r>
          </w:p>
        </w:tc>
        <w:tc>
          <w:tcPr>
            <w:tcW w:w="1234" w:type="dxa"/>
            <w:tcBorders>
              <w:bottom w:val="single" w:sz="8" w:space="0" w:color="9B9B9B"/>
            </w:tcBorders>
            <w:shd w:val="clear" w:color="auto" w:fill="F0F0F0"/>
            <w:vAlign w:val="center"/>
          </w:tcPr>
          <w:p w14:paraId="37778289" w14:textId="77777777" w:rsidR="00A806B2" w:rsidRPr="00A864B8" w:rsidRDefault="00000000">
            <w:pPr>
              <w:spacing w:before="20" w:after="10" w:line="240" w:lineRule="auto"/>
              <w:jc w:val="center"/>
            </w:pPr>
            <w:r w:rsidRPr="00A864B8">
              <w:rPr>
                <w:sz w:val="20"/>
              </w:rPr>
              <w:t>52 kWₜₕ</w:t>
            </w:r>
          </w:p>
        </w:tc>
        <w:tc>
          <w:tcPr>
            <w:tcW w:w="1234" w:type="dxa"/>
            <w:tcBorders>
              <w:bottom w:val="single" w:sz="8" w:space="0" w:color="9B9B9B"/>
            </w:tcBorders>
            <w:shd w:val="clear" w:color="auto" w:fill="F0F0F0"/>
            <w:vAlign w:val="center"/>
          </w:tcPr>
          <w:p w14:paraId="7ED787C0" w14:textId="77777777" w:rsidR="00A806B2" w:rsidRPr="00A864B8" w:rsidRDefault="00000000">
            <w:pPr>
              <w:spacing w:before="20" w:after="10" w:line="240" w:lineRule="auto"/>
              <w:jc w:val="center"/>
            </w:pPr>
            <w:r w:rsidRPr="00A864B8">
              <w:rPr>
                <w:sz w:val="20"/>
              </w:rPr>
              <w:t>39,4 MWh</w:t>
            </w:r>
          </w:p>
        </w:tc>
        <w:tc>
          <w:tcPr>
            <w:tcW w:w="1234" w:type="dxa"/>
            <w:tcBorders>
              <w:bottom w:val="single" w:sz="8" w:space="0" w:color="9B9B9B"/>
            </w:tcBorders>
            <w:shd w:val="clear" w:color="auto" w:fill="F0F0F0"/>
            <w:vAlign w:val="center"/>
          </w:tcPr>
          <w:p w14:paraId="2D7FC39E" w14:textId="77777777" w:rsidR="00A806B2" w:rsidRPr="00A864B8" w:rsidRDefault="00000000">
            <w:pPr>
              <w:spacing w:before="20" w:after="10" w:line="240" w:lineRule="auto"/>
              <w:jc w:val="center"/>
            </w:pPr>
            <w:r w:rsidRPr="00A864B8">
              <w:rPr>
                <w:sz w:val="20"/>
              </w:rPr>
              <w:t>8,9 MWh</w:t>
            </w:r>
          </w:p>
        </w:tc>
        <w:tc>
          <w:tcPr>
            <w:tcW w:w="1234" w:type="dxa"/>
            <w:tcBorders>
              <w:bottom w:val="single" w:sz="8" w:space="0" w:color="9B9B9B"/>
            </w:tcBorders>
            <w:shd w:val="clear" w:color="auto" w:fill="F0F0F0"/>
            <w:vAlign w:val="center"/>
          </w:tcPr>
          <w:p w14:paraId="19804969"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698CFFC8" w14:textId="77777777" w:rsidR="00A806B2" w:rsidRPr="00A864B8" w:rsidRDefault="00000000">
            <w:pPr>
              <w:spacing w:before="20" w:after="10" w:line="240" w:lineRule="auto"/>
              <w:jc w:val="center"/>
            </w:pPr>
            <w:r w:rsidRPr="00A864B8">
              <w:rPr>
                <w:sz w:val="20"/>
              </w:rPr>
              <w:t>4,4</w:t>
            </w:r>
          </w:p>
        </w:tc>
      </w:tr>
      <w:tr w:rsidR="00A806B2" w:rsidRPr="00A864B8" w14:paraId="29361119" w14:textId="77777777">
        <w:trPr>
          <w:jc w:val="center"/>
        </w:trPr>
        <w:tc>
          <w:tcPr>
            <w:tcW w:w="1234" w:type="dxa"/>
            <w:tcBorders>
              <w:bottom w:val="single" w:sz="8" w:space="0" w:color="9B9B9B"/>
            </w:tcBorders>
            <w:shd w:val="clear" w:color="auto" w:fill="CFCFCF"/>
            <w:vAlign w:val="center"/>
          </w:tcPr>
          <w:p w14:paraId="12B6A26D" w14:textId="77777777" w:rsidR="00A806B2" w:rsidRPr="00A864B8" w:rsidRDefault="00000000">
            <w:pPr>
              <w:spacing w:before="20" w:after="10" w:line="240" w:lineRule="auto"/>
              <w:jc w:val="center"/>
            </w:pPr>
            <w:r w:rsidRPr="00A864B8">
              <w:rPr>
                <w:sz w:val="20"/>
              </w:rPr>
              <w:t>Geothermiesonden</w:t>
            </w:r>
          </w:p>
        </w:tc>
        <w:tc>
          <w:tcPr>
            <w:tcW w:w="1234" w:type="dxa"/>
            <w:tcBorders>
              <w:bottom w:val="single" w:sz="8" w:space="0" w:color="9B9B9B"/>
            </w:tcBorders>
            <w:shd w:val="clear" w:color="auto" w:fill="CFCFCF"/>
            <w:vAlign w:val="center"/>
          </w:tcPr>
          <w:p w14:paraId="0381E8EC" w14:textId="77777777" w:rsidR="00A806B2" w:rsidRPr="00A864B8" w:rsidRDefault="00000000">
            <w:pPr>
              <w:spacing w:before="20" w:after="10" w:line="240" w:lineRule="auto"/>
              <w:jc w:val="center"/>
            </w:pPr>
            <w:r w:rsidRPr="00A864B8">
              <w:rPr>
                <w:sz w:val="20"/>
              </w:rPr>
              <w:t>1</w:t>
            </w:r>
          </w:p>
        </w:tc>
        <w:tc>
          <w:tcPr>
            <w:tcW w:w="1234" w:type="dxa"/>
            <w:tcBorders>
              <w:bottom w:val="single" w:sz="8" w:space="0" w:color="9B9B9B"/>
            </w:tcBorders>
            <w:shd w:val="clear" w:color="auto" w:fill="CFCFCF"/>
            <w:vAlign w:val="center"/>
          </w:tcPr>
          <w:p w14:paraId="29D1577D" w14:textId="77777777" w:rsidR="00A806B2" w:rsidRPr="00A864B8" w:rsidRDefault="00000000">
            <w:pPr>
              <w:spacing w:before="20" w:after="10" w:line="240" w:lineRule="auto"/>
              <w:jc w:val="center"/>
            </w:pPr>
            <w:r w:rsidRPr="00A864B8">
              <w:rPr>
                <w:sz w:val="20"/>
              </w:rPr>
              <w:t>10,8 kWₜₕ</w:t>
            </w:r>
          </w:p>
        </w:tc>
        <w:tc>
          <w:tcPr>
            <w:tcW w:w="1234" w:type="dxa"/>
            <w:tcBorders>
              <w:bottom w:val="single" w:sz="8" w:space="0" w:color="9B9B9B"/>
            </w:tcBorders>
            <w:shd w:val="clear" w:color="auto" w:fill="CFCFCF"/>
            <w:vAlign w:val="center"/>
          </w:tcPr>
          <w:p w14:paraId="5F162143" w14:textId="77777777" w:rsidR="00A806B2" w:rsidRPr="00A864B8" w:rsidRDefault="00000000">
            <w:pPr>
              <w:spacing w:before="20" w:after="10" w:line="240" w:lineRule="auto"/>
              <w:jc w:val="center"/>
            </w:pPr>
            <w:r w:rsidRPr="00A864B8">
              <w:rPr>
                <w:sz w:val="20"/>
              </w:rPr>
              <w:t>7,7 MWh</w:t>
            </w:r>
          </w:p>
        </w:tc>
        <w:tc>
          <w:tcPr>
            <w:tcW w:w="1234" w:type="dxa"/>
            <w:tcBorders>
              <w:bottom w:val="single" w:sz="8" w:space="0" w:color="9B9B9B"/>
            </w:tcBorders>
            <w:shd w:val="clear" w:color="auto" w:fill="CFCFCF"/>
            <w:vAlign w:val="center"/>
          </w:tcPr>
          <w:p w14:paraId="6F06F2C9"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789CF4FD"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386F845F" w14:textId="77777777" w:rsidR="00A806B2" w:rsidRPr="00A864B8" w:rsidRDefault="00000000">
            <w:pPr>
              <w:spacing w:before="20" w:after="10" w:line="240" w:lineRule="auto"/>
              <w:jc w:val="center"/>
            </w:pPr>
            <w:r w:rsidRPr="00A864B8">
              <w:rPr>
                <w:sz w:val="20"/>
              </w:rPr>
              <w:t>---</w:t>
            </w:r>
          </w:p>
        </w:tc>
      </w:tr>
      <w:tr w:rsidR="00A806B2" w:rsidRPr="00A864B8" w14:paraId="01B600FC" w14:textId="77777777">
        <w:trPr>
          <w:jc w:val="center"/>
        </w:trPr>
        <w:tc>
          <w:tcPr>
            <w:tcW w:w="1234" w:type="dxa"/>
            <w:tcBorders>
              <w:bottom w:val="single" w:sz="8" w:space="0" w:color="9B9B9B"/>
            </w:tcBorders>
            <w:shd w:val="clear" w:color="auto" w:fill="F0F0F0"/>
            <w:vAlign w:val="center"/>
          </w:tcPr>
          <w:p w14:paraId="1A3AA4BB" w14:textId="77777777" w:rsidR="00A806B2" w:rsidRPr="00A864B8" w:rsidRDefault="00000000">
            <w:pPr>
              <w:spacing w:before="20" w:after="10" w:line="240" w:lineRule="auto"/>
              <w:jc w:val="center"/>
            </w:pPr>
            <w:r w:rsidRPr="00A864B8">
              <w:rPr>
                <w:sz w:val="20"/>
              </w:rPr>
              <w:t>Elektrischer Heizstab</w:t>
            </w:r>
          </w:p>
        </w:tc>
        <w:tc>
          <w:tcPr>
            <w:tcW w:w="1234" w:type="dxa"/>
            <w:tcBorders>
              <w:bottom w:val="single" w:sz="8" w:space="0" w:color="9B9B9B"/>
            </w:tcBorders>
            <w:shd w:val="clear" w:color="auto" w:fill="F0F0F0"/>
            <w:vAlign w:val="center"/>
          </w:tcPr>
          <w:p w14:paraId="56CE59B2" w14:textId="77777777" w:rsidR="00A806B2" w:rsidRPr="00A864B8" w:rsidRDefault="00000000">
            <w:pPr>
              <w:spacing w:before="20" w:after="10" w:line="240" w:lineRule="auto"/>
              <w:jc w:val="center"/>
            </w:pPr>
            <w:r w:rsidRPr="00A864B8">
              <w:rPr>
                <w:sz w:val="20"/>
              </w:rPr>
              <w:t>1</w:t>
            </w:r>
          </w:p>
        </w:tc>
        <w:tc>
          <w:tcPr>
            <w:tcW w:w="1234" w:type="dxa"/>
            <w:tcBorders>
              <w:bottom w:val="single" w:sz="8" w:space="0" w:color="9B9B9B"/>
            </w:tcBorders>
            <w:shd w:val="clear" w:color="auto" w:fill="F0F0F0"/>
            <w:vAlign w:val="center"/>
          </w:tcPr>
          <w:p w14:paraId="4553F19B" w14:textId="77777777" w:rsidR="00A806B2" w:rsidRPr="00A864B8" w:rsidRDefault="00000000">
            <w:pPr>
              <w:spacing w:before="20" w:after="10" w:line="240" w:lineRule="auto"/>
              <w:jc w:val="center"/>
            </w:pPr>
            <w:r w:rsidRPr="00A864B8">
              <w:rPr>
                <w:sz w:val="20"/>
              </w:rPr>
              <w:t>20,9 kWₜₕ</w:t>
            </w:r>
          </w:p>
        </w:tc>
        <w:tc>
          <w:tcPr>
            <w:tcW w:w="1234" w:type="dxa"/>
            <w:tcBorders>
              <w:bottom w:val="single" w:sz="8" w:space="0" w:color="9B9B9B"/>
            </w:tcBorders>
            <w:shd w:val="clear" w:color="auto" w:fill="F0F0F0"/>
            <w:vAlign w:val="center"/>
          </w:tcPr>
          <w:p w14:paraId="4068AF62" w14:textId="77777777" w:rsidR="00A806B2" w:rsidRPr="00A864B8" w:rsidRDefault="00000000">
            <w:pPr>
              <w:spacing w:before="20" w:after="10" w:line="240" w:lineRule="auto"/>
              <w:jc w:val="center"/>
            </w:pPr>
            <w:r w:rsidRPr="00A864B8">
              <w:rPr>
                <w:sz w:val="20"/>
              </w:rPr>
              <w:t>3,2 MWh</w:t>
            </w:r>
          </w:p>
        </w:tc>
        <w:tc>
          <w:tcPr>
            <w:tcW w:w="1234" w:type="dxa"/>
            <w:tcBorders>
              <w:bottom w:val="single" w:sz="8" w:space="0" w:color="9B9B9B"/>
            </w:tcBorders>
            <w:shd w:val="clear" w:color="auto" w:fill="F0F0F0"/>
            <w:vAlign w:val="center"/>
          </w:tcPr>
          <w:p w14:paraId="0B1D27E8" w14:textId="77777777" w:rsidR="00A806B2" w:rsidRPr="00A864B8" w:rsidRDefault="00000000">
            <w:pPr>
              <w:spacing w:before="20" w:after="10" w:line="240" w:lineRule="auto"/>
              <w:jc w:val="center"/>
            </w:pPr>
            <w:r w:rsidRPr="00A864B8">
              <w:rPr>
                <w:sz w:val="20"/>
              </w:rPr>
              <w:t>3,2 MWh</w:t>
            </w:r>
          </w:p>
        </w:tc>
        <w:tc>
          <w:tcPr>
            <w:tcW w:w="1234" w:type="dxa"/>
            <w:tcBorders>
              <w:bottom w:val="single" w:sz="8" w:space="0" w:color="9B9B9B"/>
            </w:tcBorders>
            <w:shd w:val="clear" w:color="auto" w:fill="F0F0F0"/>
            <w:vAlign w:val="center"/>
          </w:tcPr>
          <w:p w14:paraId="7890B8EF"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631397DE" w14:textId="77777777" w:rsidR="00A806B2" w:rsidRPr="00A864B8" w:rsidRDefault="00000000">
            <w:pPr>
              <w:spacing w:before="20" w:after="10" w:line="240" w:lineRule="auto"/>
              <w:jc w:val="center"/>
            </w:pPr>
            <w:r w:rsidRPr="00A864B8">
              <w:rPr>
                <w:sz w:val="20"/>
              </w:rPr>
              <w:t>---</w:t>
            </w:r>
          </w:p>
        </w:tc>
      </w:tr>
      <w:tr w:rsidR="00A806B2" w:rsidRPr="00A864B8" w14:paraId="30A86DEF" w14:textId="77777777">
        <w:trPr>
          <w:jc w:val="center"/>
        </w:trPr>
        <w:tc>
          <w:tcPr>
            <w:tcW w:w="1234" w:type="dxa"/>
            <w:tcBorders>
              <w:bottom w:val="single" w:sz="8" w:space="0" w:color="9B9B9B"/>
            </w:tcBorders>
            <w:shd w:val="clear" w:color="auto" w:fill="CFCFCF"/>
            <w:vAlign w:val="center"/>
          </w:tcPr>
          <w:p w14:paraId="3E507526" w14:textId="77777777" w:rsidR="00A806B2" w:rsidRPr="00A864B8" w:rsidRDefault="00000000">
            <w:pPr>
              <w:spacing w:before="20" w:after="10" w:line="240" w:lineRule="auto"/>
              <w:jc w:val="center"/>
            </w:pPr>
            <w:r w:rsidRPr="00A864B8">
              <w:rPr>
                <w:sz w:val="20"/>
              </w:rPr>
              <w:t>Dez. elektr. TWW-Erwärmung</w:t>
            </w:r>
          </w:p>
        </w:tc>
        <w:tc>
          <w:tcPr>
            <w:tcW w:w="1234" w:type="dxa"/>
            <w:tcBorders>
              <w:bottom w:val="single" w:sz="8" w:space="0" w:color="9B9B9B"/>
            </w:tcBorders>
            <w:shd w:val="clear" w:color="auto" w:fill="CFCFCF"/>
            <w:vAlign w:val="center"/>
          </w:tcPr>
          <w:p w14:paraId="2FAB1617" w14:textId="77777777" w:rsidR="00A806B2" w:rsidRPr="00A864B8" w:rsidRDefault="00000000">
            <w:pPr>
              <w:spacing w:before="20" w:after="10" w:line="240" w:lineRule="auto"/>
              <w:jc w:val="center"/>
            </w:pPr>
            <w:r w:rsidRPr="00A864B8">
              <w:rPr>
                <w:sz w:val="20"/>
              </w:rPr>
              <w:t>6</w:t>
            </w:r>
          </w:p>
        </w:tc>
        <w:tc>
          <w:tcPr>
            <w:tcW w:w="1234" w:type="dxa"/>
            <w:tcBorders>
              <w:bottom w:val="single" w:sz="8" w:space="0" w:color="9B9B9B"/>
            </w:tcBorders>
            <w:shd w:val="clear" w:color="auto" w:fill="CFCFCF"/>
            <w:vAlign w:val="center"/>
          </w:tcPr>
          <w:p w14:paraId="517B2E52" w14:textId="77777777" w:rsidR="00A806B2" w:rsidRPr="00A864B8" w:rsidRDefault="00000000">
            <w:pPr>
              <w:spacing w:before="20" w:after="10" w:line="240" w:lineRule="auto"/>
              <w:jc w:val="center"/>
            </w:pPr>
            <w:r w:rsidRPr="00A864B8">
              <w:rPr>
                <w:sz w:val="20"/>
              </w:rPr>
              <w:t>214 kWₜₕ</w:t>
            </w:r>
          </w:p>
        </w:tc>
        <w:tc>
          <w:tcPr>
            <w:tcW w:w="1234" w:type="dxa"/>
            <w:tcBorders>
              <w:bottom w:val="single" w:sz="8" w:space="0" w:color="9B9B9B"/>
            </w:tcBorders>
            <w:shd w:val="clear" w:color="auto" w:fill="CFCFCF"/>
            <w:vAlign w:val="center"/>
          </w:tcPr>
          <w:p w14:paraId="7DACE1F1" w14:textId="77777777" w:rsidR="00A806B2" w:rsidRPr="00A864B8" w:rsidRDefault="00000000">
            <w:pPr>
              <w:spacing w:before="20" w:after="10" w:line="240" w:lineRule="auto"/>
              <w:jc w:val="center"/>
            </w:pPr>
            <w:r w:rsidRPr="00A864B8">
              <w:rPr>
                <w:sz w:val="20"/>
              </w:rPr>
              <w:t>9 MWh</w:t>
            </w:r>
          </w:p>
        </w:tc>
        <w:tc>
          <w:tcPr>
            <w:tcW w:w="1234" w:type="dxa"/>
            <w:tcBorders>
              <w:bottom w:val="single" w:sz="8" w:space="0" w:color="9B9B9B"/>
            </w:tcBorders>
            <w:shd w:val="clear" w:color="auto" w:fill="CFCFCF"/>
            <w:vAlign w:val="center"/>
          </w:tcPr>
          <w:p w14:paraId="6C64D8CD" w14:textId="77777777" w:rsidR="00A806B2" w:rsidRPr="00A864B8" w:rsidRDefault="00000000">
            <w:pPr>
              <w:spacing w:before="20" w:after="10" w:line="240" w:lineRule="auto"/>
              <w:jc w:val="center"/>
            </w:pPr>
            <w:r w:rsidRPr="00A864B8">
              <w:rPr>
                <w:sz w:val="20"/>
              </w:rPr>
              <w:t>9 MWh</w:t>
            </w:r>
          </w:p>
        </w:tc>
        <w:tc>
          <w:tcPr>
            <w:tcW w:w="1234" w:type="dxa"/>
            <w:tcBorders>
              <w:bottom w:val="single" w:sz="8" w:space="0" w:color="9B9B9B"/>
            </w:tcBorders>
            <w:shd w:val="clear" w:color="auto" w:fill="CFCFCF"/>
            <w:vAlign w:val="center"/>
          </w:tcPr>
          <w:p w14:paraId="73DE3338"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2E5FEA33" w14:textId="77777777" w:rsidR="00A806B2" w:rsidRPr="00A864B8" w:rsidRDefault="00000000">
            <w:pPr>
              <w:spacing w:before="20" w:after="10" w:line="240" w:lineRule="auto"/>
              <w:jc w:val="center"/>
            </w:pPr>
            <w:r w:rsidRPr="00A864B8">
              <w:rPr>
                <w:sz w:val="20"/>
              </w:rPr>
              <w:t>---</w:t>
            </w:r>
          </w:p>
        </w:tc>
      </w:tr>
      <w:tr w:rsidR="00A806B2" w:rsidRPr="00A864B8" w14:paraId="51084D7A" w14:textId="77777777">
        <w:trPr>
          <w:jc w:val="center"/>
        </w:trPr>
        <w:tc>
          <w:tcPr>
            <w:tcW w:w="1234" w:type="dxa"/>
            <w:tcBorders>
              <w:bottom w:val="single" w:sz="8" w:space="0" w:color="9B9B9B"/>
            </w:tcBorders>
            <w:shd w:val="clear" w:color="auto" w:fill="F0F0F0"/>
            <w:vAlign w:val="center"/>
          </w:tcPr>
          <w:p w14:paraId="488E47A2" w14:textId="77777777" w:rsidR="00A806B2" w:rsidRPr="00A864B8" w:rsidRDefault="00000000">
            <w:pPr>
              <w:spacing w:before="20" w:after="10" w:line="240" w:lineRule="auto"/>
              <w:jc w:val="center"/>
            </w:pPr>
            <w:r w:rsidRPr="00A864B8">
              <w:rPr>
                <w:sz w:val="20"/>
              </w:rPr>
              <w:t>Speicher (TWW)</w:t>
            </w:r>
          </w:p>
        </w:tc>
        <w:tc>
          <w:tcPr>
            <w:tcW w:w="1234" w:type="dxa"/>
            <w:tcBorders>
              <w:bottom w:val="single" w:sz="8" w:space="0" w:color="9B9B9B"/>
            </w:tcBorders>
            <w:shd w:val="clear" w:color="auto" w:fill="F0F0F0"/>
            <w:vAlign w:val="center"/>
          </w:tcPr>
          <w:p w14:paraId="155EFB94" w14:textId="77777777" w:rsidR="00A806B2" w:rsidRPr="00A864B8" w:rsidRDefault="00000000">
            <w:pPr>
              <w:spacing w:before="20" w:after="10" w:line="240" w:lineRule="auto"/>
              <w:jc w:val="center"/>
            </w:pPr>
            <w:r w:rsidRPr="00A864B8">
              <w:rPr>
                <w:sz w:val="20"/>
              </w:rPr>
              <w:t>47</w:t>
            </w:r>
          </w:p>
        </w:tc>
        <w:tc>
          <w:tcPr>
            <w:tcW w:w="1234" w:type="dxa"/>
            <w:tcBorders>
              <w:bottom w:val="single" w:sz="8" w:space="0" w:color="9B9B9B"/>
            </w:tcBorders>
            <w:shd w:val="clear" w:color="auto" w:fill="F0F0F0"/>
            <w:vAlign w:val="center"/>
          </w:tcPr>
          <w:p w14:paraId="77E61B8D" w14:textId="77777777" w:rsidR="00A806B2" w:rsidRPr="00A864B8" w:rsidRDefault="00000000">
            <w:pPr>
              <w:spacing w:before="20" w:after="10" w:line="240" w:lineRule="auto"/>
              <w:jc w:val="center"/>
            </w:pPr>
            <w:r w:rsidRPr="00A864B8">
              <w:rPr>
                <w:sz w:val="20"/>
              </w:rPr>
              <w:t>14.100 l</w:t>
            </w:r>
          </w:p>
        </w:tc>
        <w:tc>
          <w:tcPr>
            <w:tcW w:w="1234" w:type="dxa"/>
            <w:tcBorders>
              <w:bottom w:val="single" w:sz="8" w:space="0" w:color="9B9B9B"/>
            </w:tcBorders>
            <w:shd w:val="clear" w:color="auto" w:fill="F0F0F0"/>
            <w:vAlign w:val="center"/>
          </w:tcPr>
          <w:p w14:paraId="51BBF8AB"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333F891F"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277C2B4D"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F0F0F0"/>
            <w:vAlign w:val="center"/>
          </w:tcPr>
          <w:p w14:paraId="6195F5EC" w14:textId="77777777" w:rsidR="00A806B2" w:rsidRPr="00A864B8" w:rsidRDefault="00000000">
            <w:pPr>
              <w:spacing w:before="20" w:after="10" w:line="240" w:lineRule="auto"/>
              <w:jc w:val="center"/>
            </w:pPr>
            <w:r w:rsidRPr="00A864B8">
              <w:rPr>
                <w:sz w:val="20"/>
              </w:rPr>
              <w:t>---</w:t>
            </w:r>
          </w:p>
        </w:tc>
      </w:tr>
      <w:tr w:rsidR="00A806B2" w:rsidRPr="00A864B8" w14:paraId="4E2ADCEA" w14:textId="77777777">
        <w:trPr>
          <w:jc w:val="center"/>
        </w:trPr>
        <w:tc>
          <w:tcPr>
            <w:tcW w:w="1234" w:type="dxa"/>
            <w:tcBorders>
              <w:bottom w:val="single" w:sz="8" w:space="0" w:color="9B9B9B"/>
            </w:tcBorders>
            <w:shd w:val="clear" w:color="auto" w:fill="CFCFCF"/>
            <w:vAlign w:val="center"/>
          </w:tcPr>
          <w:p w14:paraId="46912CFE" w14:textId="77777777" w:rsidR="00A806B2" w:rsidRPr="00A864B8" w:rsidRDefault="00000000">
            <w:pPr>
              <w:spacing w:before="20" w:after="10" w:line="240" w:lineRule="auto"/>
              <w:jc w:val="center"/>
            </w:pPr>
            <w:r w:rsidRPr="00A864B8">
              <w:rPr>
                <w:sz w:val="20"/>
              </w:rPr>
              <w:t>Luftgekühlte Kältemaschine</w:t>
            </w:r>
          </w:p>
        </w:tc>
        <w:tc>
          <w:tcPr>
            <w:tcW w:w="1234" w:type="dxa"/>
            <w:tcBorders>
              <w:bottom w:val="single" w:sz="8" w:space="0" w:color="9B9B9B"/>
            </w:tcBorders>
            <w:shd w:val="clear" w:color="auto" w:fill="CFCFCF"/>
            <w:vAlign w:val="center"/>
          </w:tcPr>
          <w:p w14:paraId="4A77E6C9" w14:textId="77777777" w:rsidR="00A806B2" w:rsidRPr="00A864B8" w:rsidRDefault="00000000">
            <w:pPr>
              <w:spacing w:before="20" w:after="10" w:line="240" w:lineRule="auto"/>
              <w:jc w:val="center"/>
            </w:pPr>
            <w:r w:rsidRPr="00A864B8">
              <w:rPr>
                <w:sz w:val="20"/>
              </w:rPr>
              <w:t>7</w:t>
            </w:r>
          </w:p>
        </w:tc>
        <w:tc>
          <w:tcPr>
            <w:tcW w:w="1234" w:type="dxa"/>
            <w:tcBorders>
              <w:bottom w:val="single" w:sz="8" w:space="0" w:color="9B9B9B"/>
            </w:tcBorders>
            <w:shd w:val="clear" w:color="auto" w:fill="CFCFCF"/>
            <w:vAlign w:val="center"/>
          </w:tcPr>
          <w:p w14:paraId="74DD970A" w14:textId="77777777" w:rsidR="00A806B2" w:rsidRPr="00A864B8" w:rsidRDefault="00000000">
            <w:pPr>
              <w:spacing w:before="20" w:after="10" w:line="240" w:lineRule="auto"/>
              <w:jc w:val="center"/>
            </w:pPr>
            <w:r w:rsidRPr="00A864B8">
              <w:rPr>
                <w:sz w:val="20"/>
              </w:rPr>
              <w:t>66 kWₜₕ</w:t>
            </w:r>
          </w:p>
        </w:tc>
        <w:tc>
          <w:tcPr>
            <w:tcW w:w="1234" w:type="dxa"/>
            <w:tcBorders>
              <w:bottom w:val="single" w:sz="8" w:space="0" w:color="9B9B9B"/>
            </w:tcBorders>
            <w:shd w:val="clear" w:color="auto" w:fill="CFCFCF"/>
            <w:vAlign w:val="center"/>
          </w:tcPr>
          <w:p w14:paraId="73F85BA8" w14:textId="77777777" w:rsidR="00A806B2" w:rsidRPr="00A864B8" w:rsidRDefault="00000000">
            <w:pPr>
              <w:spacing w:before="20" w:after="10" w:line="240" w:lineRule="auto"/>
              <w:jc w:val="center"/>
            </w:pPr>
            <w:r w:rsidRPr="00A864B8">
              <w:rPr>
                <w:sz w:val="20"/>
              </w:rPr>
              <w:t>22,4 MWh</w:t>
            </w:r>
          </w:p>
        </w:tc>
        <w:tc>
          <w:tcPr>
            <w:tcW w:w="1234" w:type="dxa"/>
            <w:tcBorders>
              <w:bottom w:val="single" w:sz="8" w:space="0" w:color="9B9B9B"/>
            </w:tcBorders>
            <w:shd w:val="clear" w:color="auto" w:fill="CFCFCF"/>
            <w:vAlign w:val="center"/>
          </w:tcPr>
          <w:p w14:paraId="19E13425" w14:textId="77777777" w:rsidR="00A806B2" w:rsidRPr="00A864B8" w:rsidRDefault="00000000">
            <w:pPr>
              <w:spacing w:before="20" w:after="10" w:line="240" w:lineRule="auto"/>
              <w:jc w:val="center"/>
            </w:pPr>
            <w:r w:rsidRPr="00A864B8">
              <w:rPr>
                <w:sz w:val="20"/>
              </w:rPr>
              <w:t>2,5 MWh</w:t>
            </w:r>
          </w:p>
        </w:tc>
        <w:tc>
          <w:tcPr>
            <w:tcW w:w="1234" w:type="dxa"/>
            <w:tcBorders>
              <w:bottom w:val="single" w:sz="8" w:space="0" w:color="9B9B9B"/>
            </w:tcBorders>
            <w:shd w:val="clear" w:color="auto" w:fill="CFCFCF"/>
            <w:vAlign w:val="center"/>
          </w:tcPr>
          <w:p w14:paraId="6F9A2982" w14:textId="77777777" w:rsidR="00A806B2" w:rsidRPr="00A864B8" w:rsidRDefault="00000000">
            <w:pPr>
              <w:spacing w:before="20" w:after="10" w:line="240" w:lineRule="auto"/>
              <w:jc w:val="center"/>
            </w:pPr>
            <w:r w:rsidRPr="00A864B8">
              <w:rPr>
                <w:sz w:val="20"/>
              </w:rPr>
              <w:t>---</w:t>
            </w:r>
          </w:p>
        </w:tc>
        <w:tc>
          <w:tcPr>
            <w:tcW w:w="1234" w:type="dxa"/>
            <w:tcBorders>
              <w:bottom w:val="single" w:sz="8" w:space="0" w:color="9B9B9B"/>
            </w:tcBorders>
            <w:shd w:val="clear" w:color="auto" w:fill="CFCFCF"/>
            <w:vAlign w:val="center"/>
          </w:tcPr>
          <w:p w14:paraId="083757AA" w14:textId="77777777" w:rsidR="00A806B2" w:rsidRPr="00A864B8" w:rsidRDefault="00000000">
            <w:pPr>
              <w:spacing w:before="20" w:after="10" w:line="240" w:lineRule="auto"/>
              <w:jc w:val="center"/>
            </w:pPr>
            <w:r w:rsidRPr="00A864B8">
              <w:rPr>
                <w:sz w:val="20"/>
              </w:rPr>
              <w:t>9</w:t>
            </w:r>
          </w:p>
        </w:tc>
      </w:tr>
    </w:tbl>
    <w:p w14:paraId="5D69D3C6" w14:textId="77777777" w:rsidR="00A806B2" w:rsidRPr="00A864B8" w:rsidRDefault="00A806B2"/>
    <w:p w14:paraId="3FEE39CE" w14:textId="77777777" w:rsidR="00A806B2" w:rsidRPr="00A864B8" w:rsidRDefault="00000000">
      <w:pPr>
        <w:pStyle w:val="berschrift3"/>
      </w:pPr>
      <w:bookmarkStart w:id="190" w:name="cha_3_network_num"/>
      <w:bookmarkStart w:id="191" w:name="_Toc240363507"/>
      <w:r w:rsidRPr="00A864B8">
        <w:rPr>
          <w:color w:val="000000"/>
          <w:sz w:val="32"/>
        </w:rPr>
        <w:t xml:space="preserve">5.2.2 </w:t>
      </w:r>
      <w:bookmarkEnd w:id="190"/>
      <w:r w:rsidRPr="00A864B8">
        <w:rPr>
          <w:color w:val="000000"/>
          <w:sz w:val="32"/>
        </w:rPr>
        <w:t>Wärmenetz</w:t>
      </w:r>
      <w:bookmarkEnd w:id="191"/>
    </w:p>
    <w:p w14:paraId="312C7CBD" w14:textId="163C4720" w:rsidR="00A806B2" w:rsidRPr="00A864B8" w:rsidRDefault="00000000">
      <w:pPr>
        <w:jc w:val="both"/>
      </w:pPr>
      <w:r w:rsidRPr="00A864B8">
        <w:t xml:space="preserve">Die Wärmebilanz für das Wärmenetz ist in Tabelle </w:t>
      </w:r>
      <w:r w:rsidRPr="00A864B8">
        <w:fldChar w:fldCharType="begin"/>
      </w:r>
      <w:r w:rsidRPr="00A864B8">
        <w:instrText>REF netw_heat_demand_tab_2_num \h</w:instrText>
      </w:r>
      <w:r w:rsidRPr="00A864B8">
        <w:fldChar w:fldCharType="separate"/>
      </w:r>
      <w:r w:rsidR="00F26332" w:rsidRPr="00A864B8">
        <w:t>36</w:t>
      </w:r>
      <w:r w:rsidRPr="00A864B8">
        <w:fldChar w:fldCharType="end"/>
      </w:r>
      <w:r w:rsidRPr="00A864B8">
        <w:t xml:space="preserve"> dargestellt. In der ersten Zeile der Tabelle ist der Wärmebezug der Gebäude aus dem Wärmenetz dargestellt (705 MWh, Maximalleistung: 504 kW). Der Wärmebezug der Gebäude ist Ausgangspunkt für die Berechnung der Wärmeeinspeisung an der Energiezentrale (letzte Zeile). Wärmeverluste vom Netz an den Erdboden erhöhen die notwendige Wärmeerzeugung an der Energiezentrale. Die Wärmeverluste des Wärmenetzes betragen 253 MWh und die über das Jahr maximal auftretende Verlustleistung beträgt 33,3 kW. Die sich ergebende jährliche Wärmeeinspeisung an der Energiezentrale beträgt somit 958 MWh mit einer Maximalleistung von 536 kW.</w:t>
      </w:r>
    </w:p>
    <w:p w14:paraId="12BA1D87" w14:textId="54F88745" w:rsidR="00A806B2" w:rsidRPr="00A864B8" w:rsidRDefault="00000000">
      <w:pPr>
        <w:pStyle w:val="CaptionStyle"/>
        <w:spacing w:before="40" w:after="0"/>
        <w:jc w:val="center"/>
        <w:rPr>
          <w:lang w:val="de-DE"/>
        </w:rPr>
      </w:pPr>
      <w:bookmarkStart w:id="192" w:name="_Toc240363564"/>
      <w:r w:rsidRPr="00A864B8">
        <w:rPr>
          <w:lang w:val="de-DE"/>
        </w:rPr>
        <w:t xml:space="preserve">Tabelle </w:t>
      </w:r>
      <w:bookmarkStart w:id="193" w:name="netw_heat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36</w:t>
      </w:r>
      <w:r w:rsidRPr="00A864B8">
        <w:rPr>
          <w:lang w:val="de-DE"/>
        </w:rPr>
        <w:fldChar w:fldCharType="end"/>
      </w:r>
      <w:bookmarkStart w:id="194" w:name="netw_heat_demand_tab_2"/>
      <w:bookmarkEnd w:id="193"/>
      <w:bookmarkEnd w:id="194"/>
      <w:r w:rsidRPr="00A864B8">
        <w:rPr>
          <w:lang w:val="de-DE"/>
        </w:rPr>
        <w:t>: Variante 2: Wärmebilanz des Wärmenetzes</w:t>
      </w:r>
      <w:bookmarkEnd w:id="192"/>
    </w:p>
    <w:tbl>
      <w:tblPr>
        <w:tblW w:w="0" w:type="auto"/>
        <w:jc w:val="center"/>
        <w:tblLook w:val="04A0" w:firstRow="1" w:lastRow="0" w:firstColumn="1" w:lastColumn="0" w:noHBand="0" w:noVBand="1"/>
      </w:tblPr>
      <w:tblGrid>
        <w:gridCol w:w="2880"/>
        <w:gridCol w:w="2880"/>
        <w:gridCol w:w="2880"/>
      </w:tblGrid>
      <w:tr w:rsidR="00A806B2" w:rsidRPr="00A864B8" w14:paraId="54E9125C" w14:textId="77777777">
        <w:trPr>
          <w:jc w:val="center"/>
        </w:trPr>
        <w:tc>
          <w:tcPr>
            <w:tcW w:w="2880" w:type="dxa"/>
            <w:tcBorders>
              <w:bottom w:val="single" w:sz="22" w:space="0" w:color="C00000"/>
            </w:tcBorders>
            <w:shd w:val="clear" w:color="auto" w:fill="343A40"/>
          </w:tcPr>
          <w:p w14:paraId="090B86BC"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1A3C80BD"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1E238D1B"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36B125B5" w14:textId="77777777">
        <w:trPr>
          <w:jc w:val="center"/>
        </w:trPr>
        <w:tc>
          <w:tcPr>
            <w:tcW w:w="2880" w:type="dxa"/>
            <w:tcBorders>
              <w:bottom w:val="single" w:sz="8" w:space="0" w:color="9B9B9B"/>
            </w:tcBorders>
            <w:shd w:val="clear" w:color="auto" w:fill="F0F0F0"/>
            <w:vAlign w:val="center"/>
          </w:tcPr>
          <w:p w14:paraId="0C722D30" w14:textId="77777777" w:rsidR="00A806B2" w:rsidRPr="00A864B8" w:rsidRDefault="00000000">
            <w:pPr>
              <w:spacing w:before="20" w:after="10" w:line="240" w:lineRule="auto"/>
              <w:jc w:val="center"/>
            </w:pPr>
            <w:r w:rsidRPr="00A864B8">
              <w:rPr>
                <w:b/>
                <w:sz w:val="20"/>
              </w:rPr>
              <w:t>Wärmebezug aller Gebäude</w:t>
            </w:r>
          </w:p>
        </w:tc>
        <w:tc>
          <w:tcPr>
            <w:tcW w:w="2880" w:type="dxa"/>
            <w:tcBorders>
              <w:bottom w:val="single" w:sz="8" w:space="0" w:color="9B9B9B"/>
            </w:tcBorders>
            <w:shd w:val="clear" w:color="auto" w:fill="F0F0F0"/>
            <w:vAlign w:val="center"/>
          </w:tcPr>
          <w:p w14:paraId="133C5525" w14:textId="77777777" w:rsidR="00A806B2" w:rsidRPr="00A864B8" w:rsidRDefault="00000000">
            <w:pPr>
              <w:spacing w:before="20" w:after="10" w:line="240" w:lineRule="auto"/>
              <w:jc w:val="center"/>
            </w:pPr>
            <w:r w:rsidRPr="00A864B8">
              <w:rPr>
                <w:b/>
                <w:sz w:val="20"/>
              </w:rPr>
              <w:t>705 MWh</w:t>
            </w:r>
          </w:p>
        </w:tc>
        <w:tc>
          <w:tcPr>
            <w:tcW w:w="2880" w:type="dxa"/>
            <w:tcBorders>
              <w:bottom w:val="single" w:sz="8" w:space="0" w:color="9B9B9B"/>
            </w:tcBorders>
            <w:shd w:val="clear" w:color="auto" w:fill="F0F0F0"/>
            <w:vAlign w:val="center"/>
          </w:tcPr>
          <w:p w14:paraId="0C9B2398" w14:textId="77777777" w:rsidR="00A806B2" w:rsidRPr="00A864B8" w:rsidRDefault="00000000">
            <w:pPr>
              <w:spacing w:before="20" w:after="10" w:line="240" w:lineRule="auto"/>
              <w:jc w:val="center"/>
            </w:pPr>
            <w:r w:rsidRPr="00A864B8">
              <w:rPr>
                <w:b/>
                <w:sz w:val="20"/>
              </w:rPr>
              <w:t>504 kW</w:t>
            </w:r>
          </w:p>
        </w:tc>
      </w:tr>
      <w:tr w:rsidR="00A806B2" w:rsidRPr="00A864B8" w14:paraId="2CB5E3FB" w14:textId="77777777">
        <w:trPr>
          <w:jc w:val="center"/>
        </w:trPr>
        <w:tc>
          <w:tcPr>
            <w:tcW w:w="2880" w:type="dxa"/>
            <w:tcBorders>
              <w:bottom w:val="single" w:sz="8" w:space="0" w:color="9B9B9B"/>
            </w:tcBorders>
            <w:shd w:val="clear" w:color="auto" w:fill="CFCFCF"/>
            <w:vAlign w:val="center"/>
          </w:tcPr>
          <w:p w14:paraId="45006007" w14:textId="77777777" w:rsidR="00A806B2" w:rsidRPr="00A864B8" w:rsidRDefault="00000000">
            <w:pPr>
              <w:spacing w:before="20" w:after="10" w:line="240" w:lineRule="auto"/>
              <w:jc w:val="center"/>
            </w:pPr>
            <w:r w:rsidRPr="00A864B8">
              <w:rPr>
                <w:sz w:val="20"/>
              </w:rPr>
              <w:t>Wärmeverluste</w:t>
            </w:r>
          </w:p>
        </w:tc>
        <w:tc>
          <w:tcPr>
            <w:tcW w:w="2880" w:type="dxa"/>
            <w:tcBorders>
              <w:bottom w:val="single" w:sz="8" w:space="0" w:color="9B9B9B"/>
            </w:tcBorders>
            <w:shd w:val="clear" w:color="auto" w:fill="CFCFCF"/>
            <w:vAlign w:val="center"/>
          </w:tcPr>
          <w:p w14:paraId="3A70CD20" w14:textId="77777777" w:rsidR="00A806B2" w:rsidRPr="00A864B8" w:rsidRDefault="00000000">
            <w:pPr>
              <w:spacing w:before="20" w:after="10" w:line="240" w:lineRule="auto"/>
              <w:jc w:val="center"/>
            </w:pPr>
            <w:r w:rsidRPr="00A864B8">
              <w:rPr>
                <w:sz w:val="20"/>
              </w:rPr>
              <w:t>+ 253 MWh</w:t>
            </w:r>
          </w:p>
        </w:tc>
        <w:tc>
          <w:tcPr>
            <w:tcW w:w="2880" w:type="dxa"/>
            <w:tcBorders>
              <w:bottom w:val="single" w:sz="8" w:space="0" w:color="9B9B9B"/>
            </w:tcBorders>
            <w:shd w:val="clear" w:color="auto" w:fill="CFCFCF"/>
            <w:vAlign w:val="center"/>
          </w:tcPr>
          <w:p w14:paraId="147A23A3" w14:textId="77777777" w:rsidR="00A806B2" w:rsidRPr="00A864B8" w:rsidRDefault="00000000">
            <w:pPr>
              <w:spacing w:before="20" w:after="10" w:line="240" w:lineRule="auto"/>
              <w:jc w:val="center"/>
            </w:pPr>
            <w:r w:rsidRPr="00A864B8">
              <w:rPr>
                <w:sz w:val="20"/>
              </w:rPr>
              <w:t>33,3 kW</w:t>
            </w:r>
          </w:p>
        </w:tc>
      </w:tr>
      <w:tr w:rsidR="00A806B2" w:rsidRPr="00A864B8" w14:paraId="703B95B7" w14:textId="77777777">
        <w:trPr>
          <w:jc w:val="center"/>
        </w:trPr>
        <w:tc>
          <w:tcPr>
            <w:tcW w:w="2880" w:type="dxa"/>
            <w:tcBorders>
              <w:bottom w:val="single" w:sz="8" w:space="0" w:color="9B9B9B"/>
            </w:tcBorders>
            <w:shd w:val="clear" w:color="auto" w:fill="F0F0F0"/>
            <w:vAlign w:val="center"/>
          </w:tcPr>
          <w:p w14:paraId="58F7DDC3" w14:textId="77777777" w:rsidR="00A806B2" w:rsidRPr="00A864B8" w:rsidRDefault="00000000">
            <w:pPr>
              <w:spacing w:before="20" w:after="10" w:line="240" w:lineRule="auto"/>
              <w:jc w:val="center"/>
            </w:pPr>
            <w:r w:rsidRPr="00A864B8">
              <w:rPr>
                <w:b/>
                <w:sz w:val="20"/>
              </w:rPr>
              <w:t>Wärmeeinspeisung an Energiezentrale</w:t>
            </w:r>
          </w:p>
        </w:tc>
        <w:tc>
          <w:tcPr>
            <w:tcW w:w="2880" w:type="dxa"/>
            <w:tcBorders>
              <w:bottom w:val="single" w:sz="8" w:space="0" w:color="9B9B9B"/>
            </w:tcBorders>
            <w:shd w:val="clear" w:color="auto" w:fill="F0F0F0"/>
            <w:vAlign w:val="center"/>
          </w:tcPr>
          <w:p w14:paraId="380369EB" w14:textId="77777777" w:rsidR="00A806B2" w:rsidRPr="00A864B8" w:rsidRDefault="00000000">
            <w:pPr>
              <w:spacing w:before="20" w:after="10" w:line="240" w:lineRule="auto"/>
              <w:jc w:val="center"/>
            </w:pPr>
            <w:r w:rsidRPr="00A864B8">
              <w:rPr>
                <w:b/>
                <w:sz w:val="20"/>
              </w:rPr>
              <w:t>958 MWh</w:t>
            </w:r>
          </w:p>
        </w:tc>
        <w:tc>
          <w:tcPr>
            <w:tcW w:w="2880" w:type="dxa"/>
            <w:tcBorders>
              <w:bottom w:val="single" w:sz="8" w:space="0" w:color="9B9B9B"/>
            </w:tcBorders>
            <w:shd w:val="clear" w:color="auto" w:fill="F0F0F0"/>
            <w:vAlign w:val="center"/>
          </w:tcPr>
          <w:p w14:paraId="76031B4F" w14:textId="77777777" w:rsidR="00A806B2" w:rsidRPr="00A864B8" w:rsidRDefault="00000000">
            <w:pPr>
              <w:spacing w:before="20" w:after="10" w:line="240" w:lineRule="auto"/>
              <w:jc w:val="center"/>
            </w:pPr>
            <w:r w:rsidRPr="00A864B8">
              <w:rPr>
                <w:b/>
                <w:sz w:val="20"/>
              </w:rPr>
              <w:t>536 kW</w:t>
            </w:r>
          </w:p>
        </w:tc>
      </w:tr>
    </w:tbl>
    <w:p w14:paraId="38EB7C9A" w14:textId="77777777" w:rsidR="00A806B2" w:rsidRPr="00A864B8" w:rsidRDefault="00A806B2"/>
    <w:p w14:paraId="3D17E1CF" w14:textId="0CE85E5C" w:rsidR="00A806B2" w:rsidRPr="00A864B8" w:rsidRDefault="00000000">
      <w:pPr>
        <w:jc w:val="both"/>
      </w:pPr>
      <w:r w:rsidRPr="00A864B8">
        <w:t xml:space="preserve">Die Kältebilanz für das Wärmenetz ist in Tabelle </w:t>
      </w:r>
      <w:r w:rsidRPr="00A864B8">
        <w:fldChar w:fldCharType="begin"/>
      </w:r>
      <w:r w:rsidRPr="00A864B8">
        <w:instrText>REF netw_cool_demand_tab_2_num \h</w:instrText>
      </w:r>
      <w:r w:rsidRPr="00A864B8">
        <w:fldChar w:fldCharType="separate"/>
      </w:r>
      <w:r w:rsidR="00F26332" w:rsidRPr="00A864B8">
        <w:t>37</w:t>
      </w:r>
      <w:r w:rsidRPr="00A864B8">
        <w:fldChar w:fldCharType="end"/>
      </w:r>
      <w:r w:rsidRPr="00A864B8">
        <w:t xml:space="preserve"> dargestellt.</w:t>
      </w:r>
    </w:p>
    <w:p w14:paraId="583E8F13" w14:textId="7339F872" w:rsidR="00A806B2" w:rsidRPr="00A864B8" w:rsidRDefault="00000000">
      <w:pPr>
        <w:pStyle w:val="CaptionStyle"/>
        <w:spacing w:before="40" w:after="0"/>
        <w:jc w:val="center"/>
        <w:rPr>
          <w:lang w:val="de-DE"/>
        </w:rPr>
      </w:pPr>
      <w:bookmarkStart w:id="195" w:name="_Toc240363565"/>
      <w:r w:rsidRPr="00A864B8">
        <w:rPr>
          <w:lang w:val="de-DE"/>
        </w:rPr>
        <w:t xml:space="preserve">Tabelle </w:t>
      </w:r>
      <w:bookmarkStart w:id="196" w:name="netw_cool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37</w:t>
      </w:r>
      <w:r w:rsidRPr="00A864B8">
        <w:rPr>
          <w:lang w:val="de-DE"/>
        </w:rPr>
        <w:fldChar w:fldCharType="end"/>
      </w:r>
      <w:bookmarkStart w:id="197" w:name="netw_cool_demand_tab_2"/>
      <w:bookmarkEnd w:id="196"/>
      <w:bookmarkEnd w:id="197"/>
      <w:r w:rsidRPr="00A864B8">
        <w:rPr>
          <w:lang w:val="de-DE"/>
        </w:rPr>
        <w:t>: Variante 2: Kältebilanz des Wärmenetzes</w:t>
      </w:r>
      <w:bookmarkEnd w:id="195"/>
    </w:p>
    <w:tbl>
      <w:tblPr>
        <w:tblW w:w="0" w:type="auto"/>
        <w:jc w:val="center"/>
        <w:tblLook w:val="04A0" w:firstRow="1" w:lastRow="0" w:firstColumn="1" w:lastColumn="0" w:noHBand="0" w:noVBand="1"/>
      </w:tblPr>
      <w:tblGrid>
        <w:gridCol w:w="2880"/>
        <w:gridCol w:w="2880"/>
        <w:gridCol w:w="2880"/>
      </w:tblGrid>
      <w:tr w:rsidR="00A806B2" w:rsidRPr="00A864B8" w14:paraId="57C82E19" w14:textId="77777777">
        <w:trPr>
          <w:jc w:val="center"/>
        </w:trPr>
        <w:tc>
          <w:tcPr>
            <w:tcW w:w="2880" w:type="dxa"/>
            <w:tcBorders>
              <w:bottom w:val="single" w:sz="22" w:space="0" w:color="C00000"/>
            </w:tcBorders>
            <w:shd w:val="clear" w:color="auto" w:fill="343A40"/>
          </w:tcPr>
          <w:p w14:paraId="7303B3AD"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7010E3A3"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52F9E4B7"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4666E30F" w14:textId="77777777">
        <w:trPr>
          <w:jc w:val="center"/>
        </w:trPr>
        <w:tc>
          <w:tcPr>
            <w:tcW w:w="2880" w:type="dxa"/>
            <w:tcBorders>
              <w:bottom w:val="single" w:sz="8" w:space="0" w:color="9B9B9B"/>
            </w:tcBorders>
            <w:shd w:val="clear" w:color="auto" w:fill="F0F0F0"/>
            <w:vAlign w:val="center"/>
          </w:tcPr>
          <w:p w14:paraId="359D6B52" w14:textId="77777777" w:rsidR="00A806B2" w:rsidRPr="00A864B8" w:rsidRDefault="00000000">
            <w:pPr>
              <w:spacing w:before="20" w:after="10" w:line="240" w:lineRule="auto"/>
              <w:jc w:val="center"/>
            </w:pPr>
            <w:r w:rsidRPr="00A864B8">
              <w:rPr>
                <w:b/>
                <w:sz w:val="20"/>
              </w:rPr>
              <w:t>Abwärmeeinspeisung ins Wärmenetz</w:t>
            </w:r>
          </w:p>
        </w:tc>
        <w:tc>
          <w:tcPr>
            <w:tcW w:w="2880" w:type="dxa"/>
            <w:tcBorders>
              <w:bottom w:val="single" w:sz="8" w:space="0" w:color="9B9B9B"/>
            </w:tcBorders>
            <w:shd w:val="clear" w:color="auto" w:fill="F0F0F0"/>
            <w:vAlign w:val="center"/>
          </w:tcPr>
          <w:p w14:paraId="732AF464" w14:textId="77777777" w:rsidR="00A806B2" w:rsidRPr="00A864B8" w:rsidRDefault="00000000">
            <w:pPr>
              <w:spacing w:before="20" w:after="10" w:line="240" w:lineRule="auto"/>
              <w:jc w:val="center"/>
            </w:pPr>
            <w:r w:rsidRPr="00A864B8">
              <w:rPr>
                <w:b/>
                <w:sz w:val="20"/>
              </w:rPr>
              <w:t>0 MWh</w:t>
            </w:r>
          </w:p>
        </w:tc>
        <w:tc>
          <w:tcPr>
            <w:tcW w:w="2880" w:type="dxa"/>
            <w:tcBorders>
              <w:bottom w:val="single" w:sz="8" w:space="0" w:color="9B9B9B"/>
            </w:tcBorders>
            <w:shd w:val="clear" w:color="auto" w:fill="F0F0F0"/>
            <w:vAlign w:val="center"/>
          </w:tcPr>
          <w:p w14:paraId="51EE84BB" w14:textId="77777777" w:rsidR="00A806B2" w:rsidRPr="00A864B8" w:rsidRDefault="00000000">
            <w:pPr>
              <w:spacing w:before="20" w:after="10" w:line="240" w:lineRule="auto"/>
              <w:jc w:val="center"/>
            </w:pPr>
            <w:r w:rsidRPr="00A864B8">
              <w:rPr>
                <w:b/>
                <w:sz w:val="20"/>
              </w:rPr>
              <w:t>0 kW</w:t>
            </w:r>
          </w:p>
        </w:tc>
      </w:tr>
    </w:tbl>
    <w:p w14:paraId="74218A37" w14:textId="77777777" w:rsidR="00A806B2" w:rsidRPr="00A864B8" w:rsidRDefault="00A806B2"/>
    <w:p w14:paraId="45C06308" w14:textId="152FE7E3" w:rsidR="00A806B2" w:rsidRPr="00A864B8" w:rsidRDefault="00000000">
      <w:pPr>
        <w:jc w:val="both"/>
      </w:pPr>
      <w:r w:rsidRPr="00A864B8">
        <w:t xml:space="preserve">Wie in Tabelle </w:t>
      </w:r>
      <w:r w:rsidRPr="00A864B8">
        <w:fldChar w:fldCharType="begin"/>
      </w:r>
      <w:r w:rsidRPr="00A864B8">
        <w:instrText>REF netw_elec_demand_tab_2_num \h</w:instrText>
      </w:r>
      <w:r w:rsidRPr="00A864B8">
        <w:fldChar w:fldCharType="separate"/>
      </w:r>
      <w:r w:rsidR="00F26332" w:rsidRPr="00A864B8">
        <w:t>38</w:t>
      </w:r>
      <w:r w:rsidRPr="00A864B8">
        <w:fldChar w:fldCharType="end"/>
      </w:r>
      <w:r w:rsidRPr="00A864B8">
        <w:t xml:space="preserve"> dargestellt setzt sich der Gesamtstrombedarf des Quartiers aus dem Strombedarf der Gebäude und dem Strombedarf für die Umwälzpumpen des Wärmenetzes zusammen. Der Stromeinsatz für die Umwälzpumpen beträgt 3,6 MWh mit einer maximal auftretenden Leistung von 2,6 kW. Der gesamte Strombedarf des Quartiersenergiesystems ergibt sich zu 533 MWh.</w:t>
      </w:r>
    </w:p>
    <w:p w14:paraId="00A3F7E9" w14:textId="54603E89" w:rsidR="00A806B2" w:rsidRPr="00A864B8" w:rsidRDefault="00000000">
      <w:pPr>
        <w:pStyle w:val="CaptionStyle"/>
        <w:spacing w:before="40" w:after="0"/>
        <w:jc w:val="center"/>
        <w:rPr>
          <w:lang w:val="de-DE"/>
        </w:rPr>
      </w:pPr>
      <w:bookmarkStart w:id="198" w:name="_Toc240363566"/>
      <w:r w:rsidRPr="00A864B8">
        <w:rPr>
          <w:lang w:val="de-DE"/>
        </w:rPr>
        <w:t xml:space="preserve">Tabelle </w:t>
      </w:r>
      <w:bookmarkStart w:id="199" w:name="netw_elec_demand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38</w:t>
      </w:r>
      <w:r w:rsidRPr="00A864B8">
        <w:rPr>
          <w:lang w:val="de-DE"/>
        </w:rPr>
        <w:fldChar w:fldCharType="end"/>
      </w:r>
      <w:bookmarkStart w:id="200" w:name="netw_elec_demand_tab_2"/>
      <w:bookmarkEnd w:id="199"/>
      <w:bookmarkEnd w:id="200"/>
      <w:r w:rsidRPr="00A864B8">
        <w:rPr>
          <w:lang w:val="de-DE"/>
        </w:rPr>
        <w:t>: Variante 2: Strombilanz des Quartiers</w:t>
      </w:r>
      <w:bookmarkEnd w:id="198"/>
    </w:p>
    <w:tbl>
      <w:tblPr>
        <w:tblW w:w="0" w:type="auto"/>
        <w:jc w:val="center"/>
        <w:tblLook w:val="04A0" w:firstRow="1" w:lastRow="0" w:firstColumn="1" w:lastColumn="0" w:noHBand="0" w:noVBand="1"/>
      </w:tblPr>
      <w:tblGrid>
        <w:gridCol w:w="2880"/>
        <w:gridCol w:w="2880"/>
        <w:gridCol w:w="2880"/>
      </w:tblGrid>
      <w:tr w:rsidR="00A806B2" w:rsidRPr="00A864B8" w14:paraId="4D918671" w14:textId="77777777">
        <w:trPr>
          <w:jc w:val="center"/>
        </w:trPr>
        <w:tc>
          <w:tcPr>
            <w:tcW w:w="2880" w:type="dxa"/>
            <w:tcBorders>
              <w:bottom w:val="single" w:sz="22" w:space="0" w:color="C00000"/>
            </w:tcBorders>
            <w:shd w:val="clear" w:color="auto" w:fill="343A40"/>
          </w:tcPr>
          <w:p w14:paraId="2D6A5C7E"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646B261D"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7DA211CB"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036C25F2" w14:textId="77777777">
        <w:trPr>
          <w:jc w:val="center"/>
        </w:trPr>
        <w:tc>
          <w:tcPr>
            <w:tcW w:w="2880" w:type="dxa"/>
            <w:tcBorders>
              <w:bottom w:val="single" w:sz="8" w:space="0" w:color="9B9B9B"/>
            </w:tcBorders>
            <w:shd w:val="clear" w:color="auto" w:fill="F0F0F0"/>
            <w:vAlign w:val="center"/>
          </w:tcPr>
          <w:p w14:paraId="62DF73E4" w14:textId="77777777" w:rsidR="00A806B2" w:rsidRPr="00A864B8" w:rsidRDefault="00000000">
            <w:pPr>
              <w:spacing w:before="20" w:after="10" w:line="240" w:lineRule="auto"/>
              <w:jc w:val="center"/>
            </w:pPr>
            <w:r w:rsidRPr="00A864B8">
              <w:rPr>
                <w:b/>
                <w:sz w:val="20"/>
              </w:rPr>
              <w:t>Strombezug aller Gebäude</w:t>
            </w:r>
          </w:p>
        </w:tc>
        <w:tc>
          <w:tcPr>
            <w:tcW w:w="2880" w:type="dxa"/>
            <w:tcBorders>
              <w:bottom w:val="single" w:sz="8" w:space="0" w:color="9B9B9B"/>
            </w:tcBorders>
            <w:shd w:val="clear" w:color="auto" w:fill="F0F0F0"/>
            <w:vAlign w:val="center"/>
          </w:tcPr>
          <w:p w14:paraId="316DDFAD" w14:textId="77777777" w:rsidR="00A806B2" w:rsidRPr="00A864B8" w:rsidRDefault="00000000">
            <w:pPr>
              <w:spacing w:before="20" w:after="10" w:line="240" w:lineRule="auto"/>
              <w:jc w:val="center"/>
            </w:pPr>
            <w:r w:rsidRPr="00A864B8">
              <w:rPr>
                <w:b/>
                <w:sz w:val="20"/>
              </w:rPr>
              <w:t>529 MWh</w:t>
            </w:r>
          </w:p>
        </w:tc>
        <w:tc>
          <w:tcPr>
            <w:tcW w:w="2880" w:type="dxa"/>
            <w:tcBorders>
              <w:bottom w:val="single" w:sz="8" w:space="0" w:color="9B9B9B"/>
            </w:tcBorders>
            <w:shd w:val="clear" w:color="auto" w:fill="F0F0F0"/>
            <w:vAlign w:val="center"/>
          </w:tcPr>
          <w:p w14:paraId="5F2AAE43" w14:textId="77777777" w:rsidR="00A806B2" w:rsidRPr="00A864B8" w:rsidRDefault="00000000">
            <w:pPr>
              <w:spacing w:before="20" w:after="10" w:line="240" w:lineRule="auto"/>
              <w:jc w:val="center"/>
            </w:pPr>
            <w:r w:rsidRPr="00A864B8">
              <w:rPr>
                <w:b/>
                <w:sz w:val="20"/>
              </w:rPr>
              <w:t> </w:t>
            </w:r>
          </w:p>
        </w:tc>
      </w:tr>
      <w:tr w:rsidR="00A806B2" w:rsidRPr="00A864B8" w14:paraId="27824530" w14:textId="77777777">
        <w:trPr>
          <w:jc w:val="center"/>
        </w:trPr>
        <w:tc>
          <w:tcPr>
            <w:tcW w:w="2880" w:type="dxa"/>
            <w:tcBorders>
              <w:bottom w:val="single" w:sz="8" w:space="0" w:color="9B9B9B"/>
            </w:tcBorders>
            <w:shd w:val="clear" w:color="auto" w:fill="CFCFCF"/>
            <w:vAlign w:val="center"/>
          </w:tcPr>
          <w:p w14:paraId="66F87414" w14:textId="77777777" w:rsidR="00A806B2" w:rsidRPr="00A864B8" w:rsidRDefault="00000000">
            <w:pPr>
              <w:spacing w:before="20" w:after="10" w:line="240" w:lineRule="auto"/>
              <w:jc w:val="center"/>
            </w:pPr>
            <w:r w:rsidRPr="00A864B8">
              <w:rPr>
                <w:sz w:val="20"/>
              </w:rPr>
              <w:t>Pumparbeit</w:t>
            </w:r>
          </w:p>
        </w:tc>
        <w:tc>
          <w:tcPr>
            <w:tcW w:w="2880" w:type="dxa"/>
            <w:tcBorders>
              <w:bottom w:val="single" w:sz="8" w:space="0" w:color="9B9B9B"/>
            </w:tcBorders>
            <w:shd w:val="clear" w:color="auto" w:fill="CFCFCF"/>
            <w:vAlign w:val="center"/>
          </w:tcPr>
          <w:p w14:paraId="648A01D3" w14:textId="77777777" w:rsidR="00A806B2" w:rsidRPr="00A864B8" w:rsidRDefault="00000000">
            <w:pPr>
              <w:spacing w:before="20" w:after="10" w:line="240" w:lineRule="auto"/>
              <w:jc w:val="center"/>
            </w:pPr>
            <w:r w:rsidRPr="00A864B8">
              <w:rPr>
                <w:sz w:val="20"/>
              </w:rPr>
              <w:t>+ 3,6 MWh</w:t>
            </w:r>
          </w:p>
        </w:tc>
        <w:tc>
          <w:tcPr>
            <w:tcW w:w="2880" w:type="dxa"/>
            <w:tcBorders>
              <w:bottom w:val="single" w:sz="8" w:space="0" w:color="9B9B9B"/>
            </w:tcBorders>
            <w:shd w:val="clear" w:color="auto" w:fill="CFCFCF"/>
            <w:vAlign w:val="center"/>
          </w:tcPr>
          <w:p w14:paraId="1D74DE56" w14:textId="77777777" w:rsidR="00A806B2" w:rsidRPr="00A864B8" w:rsidRDefault="00000000">
            <w:pPr>
              <w:spacing w:before="20" w:after="10" w:line="240" w:lineRule="auto"/>
              <w:jc w:val="center"/>
            </w:pPr>
            <w:r w:rsidRPr="00A864B8">
              <w:rPr>
                <w:sz w:val="20"/>
              </w:rPr>
              <w:t>2,6 kW</w:t>
            </w:r>
          </w:p>
        </w:tc>
      </w:tr>
      <w:tr w:rsidR="00A806B2" w:rsidRPr="00A864B8" w14:paraId="6814F99C" w14:textId="77777777">
        <w:trPr>
          <w:jc w:val="center"/>
        </w:trPr>
        <w:tc>
          <w:tcPr>
            <w:tcW w:w="2880" w:type="dxa"/>
            <w:tcBorders>
              <w:bottom w:val="single" w:sz="8" w:space="0" w:color="9B9B9B"/>
            </w:tcBorders>
            <w:shd w:val="clear" w:color="auto" w:fill="F0F0F0"/>
            <w:vAlign w:val="center"/>
          </w:tcPr>
          <w:p w14:paraId="4BA501E7" w14:textId="77777777" w:rsidR="00A806B2" w:rsidRPr="00A864B8" w:rsidRDefault="00000000">
            <w:pPr>
              <w:spacing w:before="20" w:after="10" w:line="240" w:lineRule="auto"/>
              <w:jc w:val="center"/>
            </w:pPr>
            <w:r w:rsidRPr="00A864B8">
              <w:rPr>
                <w:b/>
                <w:sz w:val="20"/>
              </w:rPr>
              <w:t>Strombedarf Quartier</w:t>
            </w:r>
          </w:p>
        </w:tc>
        <w:tc>
          <w:tcPr>
            <w:tcW w:w="2880" w:type="dxa"/>
            <w:tcBorders>
              <w:bottom w:val="single" w:sz="8" w:space="0" w:color="9B9B9B"/>
            </w:tcBorders>
            <w:shd w:val="clear" w:color="auto" w:fill="F0F0F0"/>
            <w:vAlign w:val="center"/>
          </w:tcPr>
          <w:p w14:paraId="1446CEFE" w14:textId="77777777" w:rsidR="00A806B2" w:rsidRPr="00A864B8" w:rsidRDefault="00000000">
            <w:pPr>
              <w:spacing w:before="20" w:after="10" w:line="240" w:lineRule="auto"/>
              <w:jc w:val="center"/>
            </w:pPr>
            <w:r w:rsidRPr="00A864B8">
              <w:rPr>
                <w:b/>
                <w:sz w:val="20"/>
              </w:rPr>
              <w:t>533 MWh</w:t>
            </w:r>
          </w:p>
        </w:tc>
        <w:tc>
          <w:tcPr>
            <w:tcW w:w="2880" w:type="dxa"/>
            <w:tcBorders>
              <w:bottom w:val="single" w:sz="8" w:space="0" w:color="9B9B9B"/>
            </w:tcBorders>
            <w:shd w:val="clear" w:color="auto" w:fill="F0F0F0"/>
            <w:vAlign w:val="center"/>
          </w:tcPr>
          <w:p w14:paraId="7B7F921A" w14:textId="77777777" w:rsidR="00A806B2" w:rsidRPr="00A864B8" w:rsidRDefault="00000000">
            <w:pPr>
              <w:spacing w:before="20" w:after="10" w:line="240" w:lineRule="auto"/>
              <w:jc w:val="center"/>
            </w:pPr>
            <w:r w:rsidRPr="00A864B8">
              <w:rPr>
                <w:b/>
                <w:sz w:val="20"/>
              </w:rPr>
              <w:t> </w:t>
            </w:r>
          </w:p>
        </w:tc>
      </w:tr>
    </w:tbl>
    <w:p w14:paraId="07B8D3C8" w14:textId="77777777" w:rsidR="00A806B2" w:rsidRPr="00A864B8" w:rsidRDefault="00A806B2"/>
    <w:p w14:paraId="58A147AB" w14:textId="3C219DA0" w:rsidR="00A806B2" w:rsidRPr="00A864B8" w:rsidRDefault="00000000">
      <w:pPr>
        <w:jc w:val="both"/>
      </w:pPr>
      <w:r w:rsidRPr="00A864B8">
        <w:t xml:space="preserve">Wesentliche Kennzahlen für das Wärmenetz sind in Tabelle </w:t>
      </w:r>
      <w:r w:rsidRPr="00A864B8">
        <w:fldChar w:fldCharType="begin"/>
      </w:r>
      <w:r w:rsidRPr="00A864B8">
        <w:instrText>REF netw_properties_tab_2_num \h</w:instrText>
      </w:r>
      <w:r w:rsidRPr="00A864B8">
        <w:fldChar w:fldCharType="separate"/>
      </w:r>
      <w:r w:rsidR="00F26332" w:rsidRPr="00A864B8">
        <w:t>39</w:t>
      </w:r>
      <w:r w:rsidRPr="00A864B8">
        <w:fldChar w:fldCharType="end"/>
      </w:r>
      <w:r w:rsidRPr="00A864B8">
        <w:t xml:space="preserve"> dargestellt. Die Trassenlänge des Wärmenetzes beträgt 1,4 km, wovon 0,78 km auf Verteilleitungen und 0,62 km auf Hausanschlüsse entfallen. Der kleinste Rohrdurchmesser beträgt DN25 und der größte DN100. Die Vorlauftemperatur im Wärmenetz wird zu 75 °C (konstant) und die Rücklauftemperatur zu 55 °C (konstant) angenommen. Das Wärmeträgerfluid im Netz trägt zur thermischen Trägheit des Gesamtsystems bei, welches proportional zum Wasservolumen ansteigt. Aus den Netzlängen und Rohrdurchmessern ergibt sich das Wasservolumen des Wärmenetzes zu insgesamt 5,4 m³ (Summe aus Vor- und Rücklauf), was einer Wassermasse von 5,3 t entspricht. Zur wirtschaftlichen Beurteilung, ob ein Wärmenetz wirtschaftlich sinnvoll ist, kann für eine erste Abschätzung die Wärmeliniendichte herangezogen werden. Die Wärmeliniendichte ergibt sich als Quotient der in das Wärmenetz eingespeisten Wärme und der Trassenlänge des Wärmenetzes (1,4 km). Für klassische Nahwärmenetze deuten Wärmeliniendichten oberhalb von 1,5 MWh/m darauf hin, dass die Errichtung eines Wärmenetzes wirtschaftlich sinnvoll sein kann. Für kalte Nahwärmenetze gelten geringere Richtwerte. Für das betrachtete Gebiet ergibt sich eine Wärmeliniendichte von 0,5 MWh/m.</w:t>
      </w:r>
    </w:p>
    <w:p w14:paraId="3E4744D0" w14:textId="01753F40" w:rsidR="00A806B2" w:rsidRPr="00A864B8" w:rsidRDefault="00000000">
      <w:pPr>
        <w:pStyle w:val="CaptionStyle"/>
        <w:spacing w:before="40" w:after="0"/>
        <w:jc w:val="center"/>
        <w:rPr>
          <w:lang w:val="de-DE"/>
        </w:rPr>
      </w:pPr>
      <w:bookmarkStart w:id="201" w:name="_Toc240363567"/>
      <w:r w:rsidRPr="00A864B8">
        <w:rPr>
          <w:lang w:val="de-DE"/>
        </w:rPr>
        <w:t xml:space="preserve">Tabelle </w:t>
      </w:r>
      <w:bookmarkStart w:id="202" w:name="netw_propertie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39</w:t>
      </w:r>
      <w:r w:rsidRPr="00A864B8">
        <w:rPr>
          <w:lang w:val="de-DE"/>
        </w:rPr>
        <w:fldChar w:fldCharType="end"/>
      </w:r>
      <w:bookmarkStart w:id="203" w:name="netw_properties_tab_2"/>
      <w:bookmarkEnd w:id="202"/>
      <w:bookmarkEnd w:id="203"/>
      <w:r w:rsidRPr="00A864B8">
        <w:rPr>
          <w:lang w:val="de-DE"/>
        </w:rPr>
        <w:t>: Variante 2: Eigenschaften des Wärmenetzes</w:t>
      </w:r>
      <w:bookmarkEnd w:id="201"/>
    </w:p>
    <w:tbl>
      <w:tblPr>
        <w:tblW w:w="0" w:type="auto"/>
        <w:jc w:val="center"/>
        <w:tblLook w:val="04A0" w:firstRow="1" w:lastRow="0" w:firstColumn="1" w:lastColumn="0" w:noHBand="0" w:noVBand="1"/>
      </w:tblPr>
      <w:tblGrid>
        <w:gridCol w:w="4320"/>
        <w:gridCol w:w="4320"/>
      </w:tblGrid>
      <w:tr w:rsidR="00A806B2" w:rsidRPr="00A864B8" w14:paraId="139B2401" w14:textId="77777777">
        <w:trPr>
          <w:jc w:val="center"/>
        </w:trPr>
        <w:tc>
          <w:tcPr>
            <w:tcW w:w="4320" w:type="dxa"/>
            <w:tcBorders>
              <w:bottom w:val="single" w:sz="22" w:space="0" w:color="C00000"/>
            </w:tcBorders>
            <w:shd w:val="clear" w:color="auto" w:fill="343A40"/>
          </w:tcPr>
          <w:p w14:paraId="4F27A34C" w14:textId="77777777" w:rsidR="00A806B2" w:rsidRPr="00A864B8" w:rsidRDefault="00000000">
            <w:pPr>
              <w:spacing w:before="20" w:after="10" w:line="240" w:lineRule="auto"/>
              <w:jc w:val="center"/>
            </w:pPr>
            <w:r w:rsidRPr="00A864B8">
              <w:rPr>
                <w:color w:val="FFFFFF"/>
                <w:sz w:val="20"/>
              </w:rPr>
              <w:t>Netzeigenschaften</w:t>
            </w:r>
          </w:p>
        </w:tc>
        <w:tc>
          <w:tcPr>
            <w:tcW w:w="4320" w:type="dxa"/>
            <w:tcBorders>
              <w:bottom w:val="single" w:sz="22" w:space="0" w:color="C00000"/>
            </w:tcBorders>
            <w:shd w:val="clear" w:color="auto" w:fill="343A40"/>
          </w:tcPr>
          <w:p w14:paraId="3EB07C3E" w14:textId="77777777" w:rsidR="00A806B2" w:rsidRPr="00A864B8" w:rsidRDefault="00000000">
            <w:pPr>
              <w:spacing w:before="20" w:after="10" w:line="240" w:lineRule="auto"/>
              <w:jc w:val="center"/>
            </w:pPr>
            <w:r w:rsidRPr="00A864B8">
              <w:rPr>
                <w:color w:val="FFFFFF"/>
                <w:sz w:val="20"/>
              </w:rPr>
              <w:t> </w:t>
            </w:r>
          </w:p>
        </w:tc>
      </w:tr>
      <w:tr w:rsidR="00A806B2" w:rsidRPr="00A864B8" w14:paraId="0E7523F7" w14:textId="77777777">
        <w:trPr>
          <w:jc w:val="center"/>
        </w:trPr>
        <w:tc>
          <w:tcPr>
            <w:tcW w:w="4320" w:type="dxa"/>
            <w:tcBorders>
              <w:bottom w:val="single" w:sz="8" w:space="0" w:color="9B9B9B"/>
            </w:tcBorders>
            <w:shd w:val="clear" w:color="auto" w:fill="F0F0F0"/>
            <w:vAlign w:val="center"/>
          </w:tcPr>
          <w:p w14:paraId="41C0E6CC" w14:textId="77777777" w:rsidR="00A806B2" w:rsidRPr="00A864B8" w:rsidRDefault="00000000">
            <w:pPr>
              <w:spacing w:before="20" w:after="10" w:line="240" w:lineRule="auto"/>
              <w:jc w:val="center"/>
            </w:pPr>
            <w:r w:rsidRPr="00A864B8">
              <w:rPr>
                <w:sz w:val="20"/>
              </w:rPr>
              <w:t>Trassenlänge</w:t>
            </w:r>
          </w:p>
        </w:tc>
        <w:tc>
          <w:tcPr>
            <w:tcW w:w="4320" w:type="dxa"/>
            <w:tcBorders>
              <w:bottom w:val="single" w:sz="8" w:space="0" w:color="9B9B9B"/>
            </w:tcBorders>
            <w:shd w:val="clear" w:color="auto" w:fill="F0F0F0"/>
            <w:vAlign w:val="center"/>
          </w:tcPr>
          <w:p w14:paraId="2062EEF0" w14:textId="77777777" w:rsidR="00A806B2" w:rsidRPr="00A864B8" w:rsidRDefault="00000000">
            <w:pPr>
              <w:spacing w:before="20" w:after="10" w:line="240" w:lineRule="auto"/>
              <w:jc w:val="center"/>
            </w:pPr>
            <w:r w:rsidRPr="00A864B8">
              <w:rPr>
                <w:sz w:val="20"/>
              </w:rPr>
              <w:t>1,4 km</w:t>
            </w:r>
          </w:p>
        </w:tc>
      </w:tr>
      <w:tr w:rsidR="00A806B2" w:rsidRPr="00A864B8" w14:paraId="153777D8" w14:textId="77777777">
        <w:trPr>
          <w:jc w:val="center"/>
        </w:trPr>
        <w:tc>
          <w:tcPr>
            <w:tcW w:w="4320" w:type="dxa"/>
            <w:tcBorders>
              <w:bottom w:val="single" w:sz="8" w:space="0" w:color="9B9B9B"/>
            </w:tcBorders>
            <w:shd w:val="clear" w:color="auto" w:fill="CFCFCF"/>
            <w:vAlign w:val="center"/>
          </w:tcPr>
          <w:p w14:paraId="3EF165BD" w14:textId="77777777" w:rsidR="00A806B2" w:rsidRPr="00A864B8" w:rsidRDefault="00000000">
            <w:pPr>
              <w:spacing w:before="20" w:after="10" w:line="240" w:lineRule="auto"/>
              <w:jc w:val="center"/>
            </w:pPr>
            <w:r w:rsidRPr="00A864B8">
              <w:rPr>
                <w:sz w:val="20"/>
              </w:rPr>
              <w:t>davon Verteilleitungen</w:t>
            </w:r>
          </w:p>
        </w:tc>
        <w:tc>
          <w:tcPr>
            <w:tcW w:w="4320" w:type="dxa"/>
            <w:tcBorders>
              <w:bottom w:val="single" w:sz="8" w:space="0" w:color="9B9B9B"/>
            </w:tcBorders>
            <w:shd w:val="clear" w:color="auto" w:fill="CFCFCF"/>
            <w:vAlign w:val="center"/>
          </w:tcPr>
          <w:p w14:paraId="4DD8E78A" w14:textId="77777777" w:rsidR="00A806B2" w:rsidRPr="00A864B8" w:rsidRDefault="00000000">
            <w:pPr>
              <w:spacing w:before="20" w:after="10" w:line="240" w:lineRule="auto"/>
              <w:jc w:val="center"/>
            </w:pPr>
            <w:r w:rsidRPr="00A864B8">
              <w:rPr>
                <w:sz w:val="20"/>
              </w:rPr>
              <w:t>0,78 km</w:t>
            </w:r>
          </w:p>
        </w:tc>
      </w:tr>
      <w:tr w:rsidR="00A806B2" w:rsidRPr="00A864B8" w14:paraId="57B05FA4" w14:textId="77777777">
        <w:trPr>
          <w:jc w:val="center"/>
        </w:trPr>
        <w:tc>
          <w:tcPr>
            <w:tcW w:w="4320" w:type="dxa"/>
            <w:tcBorders>
              <w:bottom w:val="single" w:sz="8" w:space="0" w:color="9B9B9B"/>
            </w:tcBorders>
            <w:shd w:val="clear" w:color="auto" w:fill="F0F0F0"/>
            <w:vAlign w:val="center"/>
          </w:tcPr>
          <w:p w14:paraId="0BFD63BA" w14:textId="77777777" w:rsidR="00A806B2" w:rsidRPr="00A864B8" w:rsidRDefault="00000000">
            <w:pPr>
              <w:spacing w:before="20" w:after="10" w:line="240" w:lineRule="auto"/>
              <w:jc w:val="center"/>
            </w:pPr>
            <w:r w:rsidRPr="00A864B8">
              <w:rPr>
                <w:sz w:val="20"/>
              </w:rPr>
              <w:t>davon Hausanschlüsse</w:t>
            </w:r>
          </w:p>
        </w:tc>
        <w:tc>
          <w:tcPr>
            <w:tcW w:w="4320" w:type="dxa"/>
            <w:tcBorders>
              <w:bottom w:val="single" w:sz="8" w:space="0" w:color="9B9B9B"/>
            </w:tcBorders>
            <w:shd w:val="clear" w:color="auto" w:fill="F0F0F0"/>
            <w:vAlign w:val="center"/>
          </w:tcPr>
          <w:p w14:paraId="12E78A46" w14:textId="77777777" w:rsidR="00A806B2" w:rsidRPr="00A864B8" w:rsidRDefault="00000000">
            <w:pPr>
              <w:spacing w:before="20" w:after="10" w:line="240" w:lineRule="auto"/>
              <w:jc w:val="center"/>
            </w:pPr>
            <w:r w:rsidRPr="00A864B8">
              <w:rPr>
                <w:sz w:val="20"/>
              </w:rPr>
              <w:t>0,62 km</w:t>
            </w:r>
          </w:p>
        </w:tc>
      </w:tr>
      <w:tr w:rsidR="00A806B2" w:rsidRPr="00A864B8" w14:paraId="33495C9A" w14:textId="77777777">
        <w:trPr>
          <w:jc w:val="center"/>
        </w:trPr>
        <w:tc>
          <w:tcPr>
            <w:tcW w:w="4320" w:type="dxa"/>
            <w:tcBorders>
              <w:bottom w:val="single" w:sz="8" w:space="0" w:color="9B9B9B"/>
            </w:tcBorders>
            <w:shd w:val="clear" w:color="auto" w:fill="CFCFCF"/>
            <w:vAlign w:val="center"/>
          </w:tcPr>
          <w:p w14:paraId="245209F8" w14:textId="77777777" w:rsidR="00A806B2" w:rsidRPr="00A864B8" w:rsidRDefault="00000000">
            <w:pPr>
              <w:spacing w:before="20" w:after="10" w:line="240" w:lineRule="auto"/>
              <w:jc w:val="center"/>
            </w:pPr>
            <w:r w:rsidRPr="00A864B8">
              <w:rPr>
                <w:sz w:val="20"/>
              </w:rPr>
              <w:t>Vorlauftemperatur</w:t>
            </w:r>
          </w:p>
        </w:tc>
        <w:tc>
          <w:tcPr>
            <w:tcW w:w="4320" w:type="dxa"/>
            <w:tcBorders>
              <w:bottom w:val="single" w:sz="8" w:space="0" w:color="9B9B9B"/>
            </w:tcBorders>
            <w:shd w:val="clear" w:color="auto" w:fill="CFCFCF"/>
            <w:vAlign w:val="center"/>
          </w:tcPr>
          <w:p w14:paraId="7A553E71" w14:textId="77777777" w:rsidR="00A806B2" w:rsidRPr="00A864B8" w:rsidRDefault="00000000">
            <w:pPr>
              <w:spacing w:before="20" w:after="10" w:line="240" w:lineRule="auto"/>
              <w:jc w:val="center"/>
            </w:pPr>
            <w:r w:rsidRPr="00A864B8">
              <w:rPr>
                <w:sz w:val="20"/>
              </w:rPr>
              <w:t>75 °C (konstant)</w:t>
            </w:r>
          </w:p>
        </w:tc>
      </w:tr>
      <w:tr w:rsidR="00A806B2" w:rsidRPr="00A864B8" w14:paraId="0A440EF2" w14:textId="77777777">
        <w:trPr>
          <w:jc w:val="center"/>
        </w:trPr>
        <w:tc>
          <w:tcPr>
            <w:tcW w:w="4320" w:type="dxa"/>
            <w:tcBorders>
              <w:bottom w:val="single" w:sz="8" w:space="0" w:color="9B9B9B"/>
            </w:tcBorders>
            <w:shd w:val="clear" w:color="auto" w:fill="F0F0F0"/>
            <w:vAlign w:val="center"/>
          </w:tcPr>
          <w:p w14:paraId="20725AFC" w14:textId="77777777" w:rsidR="00A806B2" w:rsidRPr="00A864B8" w:rsidRDefault="00000000">
            <w:pPr>
              <w:spacing w:before="20" w:after="10" w:line="240" w:lineRule="auto"/>
              <w:jc w:val="center"/>
            </w:pPr>
            <w:r w:rsidRPr="00A864B8">
              <w:rPr>
                <w:sz w:val="20"/>
              </w:rPr>
              <w:t>Rücklauftemperatur</w:t>
            </w:r>
          </w:p>
        </w:tc>
        <w:tc>
          <w:tcPr>
            <w:tcW w:w="4320" w:type="dxa"/>
            <w:tcBorders>
              <w:bottom w:val="single" w:sz="8" w:space="0" w:color="9B9B9B"/>
            </w:tcBorders>
            <w:shd w:val="clear" w:color="auto" w:fill="F0F0F0"/>
            <w:vAlign w:val="center"/>
          </w:tcPr>
          <w:p w14:paraId="5E19439F" w14:textId="77777777" w:rsidR="00A806B2" w:rsidRPr="00A864B8" w:rsidRDefault="00000000">
            <w:pPr>
              <w:spacing w:before="20" w:after="10" w:line="240" w:lineRule="auto"/>
              <w:jc w:val="center"/>
            </w:pPr>
            <w:r w:rsidRPr="00A864B8">
              <w:rPr>
                <w:sz w:val="20"/>
              </w:rPr>
              <w:t>55 °C (konstant)</w:t>
            </w:r>
          </w:p>
        </w:tc>
      </w:tr>
      <w:tr w:rsidR="00A806B2" w:rsidRPr="00A864B8" w14:paraId="772ADEA9" w14:textId="77777777">
        <w:trPr>
          <w:jc w:val="center"/>
        </w:trPr>
        <w:tc>
          <w:tcPr>
            <w:tcW w:w="4320" w:type="dxa"/>
            <w:tcBorders>
              <w:bottom w:val="single" w:sz="8" w:space="0" w:color="9B9B9B"/>
            </w:tcBorders>
            <w:shd w:val="clear" w:color="auto" w:fill="CFCFCF"/>
            <w:vAlign w:val="center"/>
          </w:tcPr>
          <w:p w14:paraId="6FFE07C5" w14:textId="77777777" w:rsidR="00A806B2" w:rsidRPr="00A864B8" w:rsidRDefault="00000000">
            <w:pPr>
              <w:spacing w:before="20" w:after="10" w:line="240" w:lineRule="auto"/>
              <w:jc w:val="center"/>
            </w:pPr>
            <w:r w:rsidRPr="00A864B8">
              <w:rPr>
                <w:sz w:val="20"/>
              </w:rPr>
              <w:t>Wassermasse</w:t>
            </w:r>
          </w:p>
        </w:tc>
        <w:tc>
          <w:tcPr>
            <w:tcW w:w="4320" w:type="dxa"/>
            <w:tcBorders>
              <w:bottom w:val="single" w:sz="8" w:space="0" w:color="9B9B9B"/>
            </w:tcBorders>
            <w:shd w:val="clear" w:color="auto" w:fill="CFCFCF"/>
            <w:vAlign w:val="center"/>
          </w:tcPr>
          <w:p w14:paraId="7F7CF0B2" w14:textId="77777777" w:rsidR="00A806B2" w:rsidRPr="00A864B8" w:rsidRDefault="00000000">
            <w:pPr>
              <w:spacing w:before="20" w:after="10" w:line="240" w:lineRule="auto"/>
              <w:jc w:val="center"/>
            </w:pPr>
            <w:r w:rsidRPr="00A864B8">
              <w:rPr>
                <w:sz w:val="20"/>
              </w:rPr>
              <w:t>5,3 t</w:t>
            </w:r>
          </w:p>
        </w:tc>
      </w:tr>
      <w:tr w:rsidR="00A806B2" w:rsidRPr="00A864B8" w14:paraId="56FBCA90" w14:textId="77777777">
        <w:trPr>
          <w:jc w:val="center"/>
        </w:trPr>
        <w:tc>
          <w:tcPr>
            <w:tcW w:w="4320" w:type="dxa"/>
            <w:tcBorders>
              <w:bottom w:val="single" w:sz="8" w:space="0" w:color="9B9B9B"/>
            </w:tcBorders>
            <w:shd w:val="clear" w:color="auto" w:fill="F0F0F0"/>
            <w:vAlign w:val="center"/>
          </w:tcPr>
          <w:p w14:paraId="42ACFF4B" w14:textId="77777777" w:rsidR="00A806B2" w:rsidRPr="00A864B8" w:rsidRDefault="00000000">
            <w:pPr>
              <w:spacing w:before="20" w:after="10" w:line="240" w:lineRule="auto"/>
              <w:jc w:val="center"/>
            </w:pPr>
            <w:r w:rsidRPr="00A864B8">
              <w:rPr>
                <w:sz w:val="20"/>
              </w:rPr>
              <w:t>Wasservolumen</w:t>
            </w:r>
          </w:p>
        </w:tc>
        <w:tc>
          <w:tcPr>
            <w:tcW w:w="4320" w:type="dxa"/>
            <w:tcBorders>
              <w:bottom w:val="single" w:sz="8" w:space="0" w:color="9B9B9B"/>
            </w:tcBorders>
            <w:shd w:val="clear" w:color="auto" w:fill="F0F0F0"/>
            <w:vAlign w:val="center"/>
          </w:tcPr>
          <w:p w14:paraId="01CAAA81" w14:textId="77777777" w:rsidR="00A806B2" w:rsidRPr="00A864B8" w:rsidRDefault="00000000">
            <w:pPr>
              <w:spacing w:before="20" w:after="10" w:line="240" w:lineRule="auto"/>
              <w:jc w:val="center"/>
            </w:pPr>
            <w:r w:rsidRPr="00A864B8">
              <w:rPr>
                <w:sz w:val="20"/>
              </w:rPr>
              <w:t>5,4 m³</w:t>
            </w:r>
          </w:p>
        </w:tc>
      </w:tr>
      <w:tr w:rsidR="00A806B2" w:rsidRPr="00A864B8" w14:paraId="26389035" w14:textId="77777777">
        <w:trPr>
          <w:jc w:val="center"/>
        </w:trPr>
        <w:tc>
          <w:tcPr>
            <w:tcW w:w="4320" w:type="dxa"/>
            <w:tcBorders>
              <w:bottom w:val="single" w:sz="8" w:space="0" w:color="9B9B9B"/>
            </w:tcBorders>
            <w:shd w:val="clear" w:color="auto" w:fill="CFCFCF"/>
            <w:vAlign w:val="center"/>
          </w:tcPr>
          <w:p w14:paraId="1496DCE5" w14:textId="77777777" w:rsidR="00A806B2" w:rsidRPr="00A864B8" w:rsidRDefault="00000000">
            <w:pPr>
              <w:spacing w:before="20" w:after="10" w:line="240" w:lineRule="auto"/>
              <w:jc w:val="center"/>
            </w:pPr>
            <w:r w:rsidRPr="00A864B8">
              <w:rPr>
                <w:sz w:val="20"/>
              </w:rPr>
              <w:t>Wärmeliniendichte</w:t>
            </w:r>
          </w:p>
        </w:tc>
        <w:tc>
          <w:tcPr>
            <w:tcW w:w="4320" w:type="dxa"/>
            <w:tcBorders>
              <w:bottom w:val="single" w:sz="8" w:space="0" w:color="9B9B9B"/>
            </w:tcBorders>
            <w:shd w:val="clear" w:color="auto" w:fill="CFCFCF"/>
            <w:vAlign w:val="center"/>
          </w:tcPr>
          <w:p w14:paraId="7AA4FADB" w14:textId="77777777" w:rsidR="00A806B2" w:rsidRPr="00A864B8" w:rsidRDefault="00000000">
            <w:pPr>
              <w:spacing w:before="20" w:after="10" w:line="240" w:lineRule="auto"/>
              <w:jc w:val="center"/>
            </w:pPr>
            <w:r w:rsidRPr="00A864B8">
              <w:rPr>
                <w:sz w:val="20"/>
              </w:rPr>
              <w:t>0,5 MWh/m</w:t>
            </w:r>
          </w:p>
        </w:tc>
      </w:tr>
      <w:tr w:rsidR="00A806B2" w:rsidRPr="00A864B8" w14:paraId="72B0D544" w14:textId="77777777">
        <w:trPr>
          <w:jc w:val="center"/>
        </w:trPr>
        <w:tc>
          <w:tcPr>
            <w:tcW w:w="4320" w:type="dxa"/>
            <w:tcBorders>
              <w:bottom w:val="single" w:sz="8" w:space="0" w:color="9B9B9B"/>
            </w:tcBorders>
            <w:shd w:val="clear" w:color="auto" w:fill="F0F0F0"/>
            <w:vAlign w:val="center"/>
          </w:tcPr>
          <w:p w14:paraId="6301036A" w14:textId="77777777" w:rsidR="00A806B2" w:rsidRPr="00A864B8" w:rsidRDefault="00000000">
            <w:pPr>
              <w:spacing w:before="20" w:after="10" w:line="240" w:lineRule="auto"/>
              <w:jc w:val="center"/>
            </w:pPr>
            <w:r w:rsidRPr="00A864B8">
              <w:rPr>
                <w:sz w:val="20"/>
              </w:rPr>
              <w:t>Quartiersfläche</w:t>
            </w:r>
          </w:p>
        </w:tc>
        <w:tc>
          <w:tcPr>
            <w:tcW w:w="4320" w:type="dxa"/>
            <w:tcBorders>
              <w:bottom w:val="single" w:sz="8" w:space="0" w:color="9B9B9B"/>
            </w:tcBorders>
            <w:shd w:val="clear" w:color="auto" w:fill="F0F0F0"/>
            <w:vAlign w:val="center"/>
          </w:tcPr>
          <w:p w14:paraId="38ECE242" w14:textId="77777777" w:rsidR="00A806B2" w:rsidRPr="00A864B8" w:rsidRDefault="00000000">
            <w:pPr>
              <w:spacing w:before="20" w:after="10" w:line="240" w:lineRule="auto"/>
              <w:jc w:val="center"/>
            </w:pPr>
            <w:r w:rsidRPr="00A864B8">
              <w:rPr>
                <w:sz w:val="20"/>
              </w:rPr>
              <w:t>2,7 ha</w:t>
            </w:r>
          </w:p>
        </w:tc>
      </w:tr>
      <w:tr w:rsidR="00A806B2" w:rsidRPr="00A864B8" w14:paraId="795D13C9" w14:textId="77777777">
        <w:trPr>
          <w:jc w:val="center"/>
        </w:trPr>
        <w:tc>
          <w:tcPr>
            <w:tcW w:w="4320" w:type="dxa"/>
            <w:tcBorders>
              <w:bottom w:val="single" w:sz="8" w:space="0" w:color="9B9B9B"/>
            </w:tcBorders>
            <w:shd w:val="clear" w:color="auto" w:fill="CFCFCF"/>
            <w:vAlign w:val="center"/>
          </w:tcPr>
          <w:p w14:paraId="04F28300" w14:textId="77777777" w:rsidR="00A806B2" w:rsidRPr="00A864B8" w:rsidRDefault="00000000">
            <w:pPr>
              <w:spacing w:before="20" w:after="10" w:line="240" w:lineRule="auto"/>
              <w:jc w:val="center"/>
            </w:pPr>
            <w:r w:rsidRPr="00A864B8">
              <w:rPr>
                <w:sz w:val="20"/>
              </w:rPr>
              <w:t>Wärmedichte</w:t>
            </w:r>
          </w:p>
        </w:tc>
        <w:tc>
          <w:tcPr>
            <w:tcW w:w="4320" w:type="dxa"/>
            <w:tcBorders>
              <w:bottom w:val="single" w:sz="8" w:space="0" w:color="9B9B9B"/>
            </w:tcBorders>
            <w:shd w:val="clear" w:color="auto" w:fill="CFCFCF"/>
            <w:vAlign w:val="center"/>
          </w:tcPr>
          <w:p w14:paraId="66983CB0" w14:textId="77777777" w:rsidR="00A806B2" w:rsidRPr="00A864B8" w:rsidRDefault="00000000">
            <w:pPr>
              <w:spacing w:before="20" w:after="10" w:line="240" w:lineRule="auto"/>
              <w:jc w:val="center"/>
            </w:pPr>
            <w:r w:rsidRPr="00A864B8">
              <w:rPr>
                <w:sz w:val="20"/>
              </w:rPr>
              <w:t>284 MWh/ha</w:t>
            </w:r>
          </w:p>
        </w:tc>
      </w:tr>
    </w:tbl>
    <w:p w14:paraId="02CCFCC9" w14:textId="77777777" w:rsidR="00A806B2" w:rsidRPr="00A864B8" w:rsidRDefault="00A806B2"/>
    <w:p w14:paraId="0D0A5AC1" w14:textId="77777777" w:rsidR="00A806B2" w:rsidRPr="00A864B8" w:rsidRDefault="00000000">
      <w:pPr>
        <w:spacing w:before="300" w:after="40"/>
        <w:jc w:val="center"/>
      </w:pPr>
      <w:r w:rsidRPr="00A864B8">
        <w:drawing>
          <wp:inline distT="0" distB="0" distL="0" distR="0" wp14:anchorId="1B6794DE" wp14:editId="6FC6C663">
            <wp:extent cx="54864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5486400" cy="2743200"/>
                    </a:xfrm>
                    <a:prstGeom prst="rect">
                      <a:avLst/>
                    </a:prstGeom>
                  </pic:spPr>
                </pic:pic>
              </a:graphicData>
            </a:graphic>
          </wp:inline>
        </w:drawing>
      </w:r>
    </w:p>
    <w:p w14:paraId="61484647" w14:textId="5B565000" w:rsidR="00A806B2" w:rsidRPr="00A864B8" w:rsidRDefault="00000000">
      <w:pPr>
        <w:pStyle w:val="CaptionStyle"/>
        <w:spacing w:before="40" w:after="0"/>
        <w:jc w:val="center"/>
        <w:rPr>
          <w:lang w:val="de-DE"/>
        </w:rPr>
      </w:pPr>
      <w:bookmarkStart w:id="204" w:name="_Toc240363613"/>
      <w:r w:rsidRPr="00A864B8">
        <w:rPr>
          <w:lang w:val="de-DE"/>
        </w:rPr>
        <w:t xml:space="preserve">Abbildung </w:t>
      </w:r>
      <w:bookmarkStart w:id="205" w:name="pipe_categories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11</w:t>
      </w:r>
      <w:r w:rsidRPr="00A864B8">
        <w:rPr>
          <w:lang w:val="de-DE"/>
        </w:rPr>
        <w:fldChar w:fldCharType="end"/>
      </w:r>
      <w:bookmarkStart w:id="206" w:name="pipe_categories_fig_2"/>
      <w:bookmarkEnd w:id="205"/>
      <w:bookmarkEnd w:id="206"/>
      <w:r w:rsidRPr="00A864B8">
        <w:rPr>
          <w:lang w:val="de-DE"/>
        </w:rPr>
        <w:t>: Variante 2: Verteilung der Rohrdurchmesser</w:t>
      </w:r>
      <w:bookmarkEnd w:id="204"/>
    </w:p>
    <w:p w14:paraId="2CBCEA0D" w14:textId="77777777" w:rsidR="00A806B2" w:rsidRPr="00A864B8" w:rsidRDefault="00000000">
      <w:pPr>
        <w:spacing w:before="300" w:after="40"/>
        <w:jc w:val="center"/>
      </w:pPr>
      <w:r w:rsidRPr="00A864B8">
        <w:drawing>
          <wp:inline distT="0" distB="0" distL="0" distR="0" wp14:anchorId="37B5B794" wp14:editId="51508D18">
            <wp:extent cx="5486400" cy="457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5486400" cy="4572000"/>
                    </a:xfrm>
                    <a:prstGeom prst="rect">
                      <a:avLst/>
                    </a:prstGeom>
                  </pic:spPr>
                </pic:pic>
              </a:graphicData>
            </a:graphic>
          </wp:inline>
        </w:drawing>
      </w:r>
    </w:p>
    <w:p w14:paraId="666BBE3A" w14:textId="0AEAE06B" w:rsidR="00A806B2" w:rsidRPr="00A864B8" w:rsidRDefault="00000000">
      <w:pPr>
        <w:pStyle w:val="CaptionStyle"/>
        <w:spacing w:before="40" w:after="0"/>
        <w:jc w:val="center"/>
        <w:rPr>
          <w:lang w:val="de-DE"/>
        </w:rPr>
      </w:pPr>
      <w:bookmarkStart w:id="207" w:name="_Toc240363614"/>
      <w:r w:rsidRPr="00A864B8">
        <w:rPr>
          <w:lang w:val="de-DE"/>
        </w:rPr>
        <w:t xml:space="preserve">Abbildung </w:t>
      </w:r>
      <w:bookmarkStart w:id="208" w:name="network_plot_fig_4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12</w:t>
      </w:r>
      <w:r w:rsidRPr="00A864B8">
        <w:rPr>
          <w:lang w:val="de-DE"/>
        </w:rPr>
        <w:fldChar w:fldCharType="end"/>
      </w:r>
      <w:bookmarkStart w:id="209" w:name="network_plot_fig_4"/>
      <w:bookmarkEnd w:id="208"/>
      <w:bookmarkEnd w:id="209"/>
      <w:r w:rsidRPr="00A864B8">
        <w:rPr>
          <w:lang w:val="de-DE"/>
        </w:rPr>
        <w:t>: Variante 2: Auslegungsergebnis: Rohrdurchmesser und Nutzflächen der Gebäude</w:t>
      </w:r>
      <w:bookmarkEnd w:id="207"/>
    </w:p>
    <w:p w14:paraId="4E6D982D" w14:textId="77777777" w:rsidR="00A806B2" w:rsidRPr="00A864B8" w:rsidRDefault="00000000">
      <w:pPr>
        <w:spacing w:before="300" w:after="40"/>
        <w:jc w:val="center"/>
      </w:pPr>
      <w:r w:rsidRPr="00A864B8">
        <w:drawing>
          <wp:inline distT="0" distB="0" distL="0" distR="0" wp14:anchorId="1A41B3E1" wp14:editId="659E7044">
            <wp:extent cx="5486400"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5486400" cy="2743200"/>
                    </a:xfrm>
                    <a:prstGeom prst="rect">
                      <a:avLst/>
                    </a:prstGeom>
                  </pic:spPr>
                </pic:pic>
              </a:graphicData>
            </a:graphic>
          </wp:inline>
        </w:drawing>
      </w:r>
    </w:p>
    <w:p w14:paraId="5D73DFC5" w14:textId="0F19C00D" w:rsidR="00A806B2" w:rsidRPr="00A864B8" w:rsidRDefault="00000000">
      <w:pPr>
        <w:pStyle w:val="CaptionStyle"/>
        <w:spacing w:before="40" w:after="0"/>
        <w:jc w:val="center"/>
        <w:rPr>
          <w:lang w:val="de-DE"/>
        </w:rPr>
      </w:pPr>
      <w:bookmarkStart w:id="210" w:name="_Toc240363615"/>
      <w:r w:rsidRPr="00A864B8">
        <w:rPr>
          <w:lang w:val="de-DE"/>
        </w:rPr>
        <w:t xml:space="preserve">Abbildung </w:t>
      </w:r>
      <w:bookmarkStart w:id="211" w:name="network_temperature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13</w:t>
      </w:r>
      <w:r w:rsidRPr="00A864B8">
        <w:rPr>
          <w:lang w:val="de-DE"/>
        </w:rPr>
        <w:fldChar w:fldCharType="end"/>
      </w:r>
      <w:bookmarkStart w:id="212" w:name="network_temperature_fig_2"/>
      <w:bookmarkEnd w:id="211"/>
      <w:bookmarkEnd w:id="212"/>
      <w:r w:rsidRPr="00A864B8">
        <w:rPr>
          <w:lang w:val="de-DE"/>
        </w:rPr>
        <w:t>: Variante 2: Jahresprofil der Vor- und Rücklauftemperatur im Wärmenetz</w:t>
      </w:r>
      <w:bookmarkEnd w:id="210"/>
    </w:p>
    <w:p w14:paraId="415C7836" w14:textId="77777777" w:rsidR="00A806B2" w:rsidRPr="00A864B8" w:rsidRDefault="00000000">
      <w:pPr>
        <w:spacing w:before="300" w:after="40"/>
        <w:jc w:val="center"/>
      </w:pPr>
      <w:r w:rsidRPr="00A864B8">
        <w:drawing>
          <wp:inline distT="0" distB="0" distL="0" distR="0" wp14:anchorId="0A45BD05" wp14:editId="307113E7">
            <wp:extent cx="5486400" cy="457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5486400" cy="4572000"/>
                    </a:xfrm>
                    <a:prstGeom prst="rect">
                      <a:avLst/>
                    </a:prstGeom>
                  </pic:spPr>
                </pic:pic>
              </a:graphicData>
            </a:graphic>
          </wp:inline>
        </w:drawing>
      </w:r>
    </w:p>
    <w:p w14:paraId="137C7BD3" w14:textId="3949BFFB" w:rsidR="00A806B2" w:rsidRPr="00A864B8" w:rsidRDefault="00000000">
      <w:pPr>
        <w:pStyle w:val="CaptionStyle"/>
        <w:spacing w:before="40" w:after="0"/>
        <w:jc w:val="center"/>
        <w:rPr>
          <w:lang w:val="de-DE"/>
        </w:rPr>
      </w:pPr>
      <w:bookmarkStart w:id="213" w:name="_Toc240363616"/>
      <w:r w:rsidRPr="00A864B8">
        <w:rPr>
          <w:lang w:val="de-DE"/>
        </w:rPr>
        <w:t xml:space="preserve">Abbildung </w:t>
      </w:r>
      <w:bookmarkStart w:id="214" w:name="network_plot_fig_5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14</w:t>
      </w:r>
      <w:r w:rsidRPr="00A864B8">
        <w:rPr>
          <w:lang w:val="de-DE"/>
        </w:rPr>
        <w:fldChar w:fldCharType="end"/>
      </w:r>
      <w:bookmarkStart w:id="215" w:name="network_plot_fig_5"/>
      <w:bookmarkEnd w:id="214"/>
      <w:bookmarkEnd w:id="215"/>
      <w:r w:rsidRPr="00A864B8">
        <w:rPr>
          <w:lang w:val="de-DE"/>
        </w:rPr>
        <w:t>: Variante 2: Auslegungsergebnis: Netzvorlauftemperatur und Wärmebedarf der Gebäude</w:t>
      </w:r>
      <w:bookmarkEnd w:id="213"/>
    </w:p>
    <w:p w14:paraId="29A6F6B7" w14:textId="77777777" w:rsidR="00A806B2" w:rsidRPr="00A864B8" w:rsidRDefault="00000000">
      <w:pPr>
        <w:spacing w:before="300" w:after="40"/>
        <w:jc w:val="center"/>
      </w:pPr>
      <w:r w:rsidRPr="00A864B8">
        <w:drawing>
          <wp:inline distT="0" distB="0" distL="0" distR="0" wp14:anchorId="7D154966" wp14:editId="34ADCF02">
            <wp:extent cx="54864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5486400" cy="2743200"/>
                    </a:xfrm>
                    <a:prstGeom prst="rect">
                      <a:avLst/>
                    </a:prstGeom>
                  </pic:spPr>
                </pic:pic>
              </a:graphicData>
            </a:graphic>
          </wp:inline>
        </w:drawing>
      </w:r>
    </w:p>
    <w:p w14:paraId="055392A4" w14:textId="35C281EC" w:rsidR="00A806B2" w:rsidRPr="00A864B8" w:rsidRDefault="00000000">
      <w:pPr>
        <w:pStyle w:val="CaptionStyle"/>
        <w:spacing w:before="40" w:after="0"/>
        <w:jc w:val="center"/>
        <w:rPr>
          <w:lang w:val="de-DE"/>
        </w:rPr>
      </w:pPr>
      <w:bookmarkStart w:id="216" w:name="_Toc240363617"/>
      <w:r w:rsidRPr="00A864B8">
        <w:rPr>
          <w:lang w:val="de-DE"/>
        </w:rPr>
        <w:t xml:space="preserve">Abbildung </w:t>
      </w:r>
      <w:bookmarkStart w:id="217" w:name="heat_loss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15</w:t>
      </w:r>
      <w:r w:rsidRPr="00A864B8">
        <w:rPr>
          <w:lang w:val="de-DE"/>
        </w:rPr>
        <w:fldChar w:fldCharType="end"/>
      </w:r>
      <w:bookmarkStart w:id="218" w:name="heat_loss_fig_2"/>
      <w:bookmarkEnd w:id="217"/>
      <w:bookmarkEnd w:id="218"/>
      <w:r w:rsidRPr="00A864B8">
        <w:rPr>
          <w:lang w:val="de-DE"/>
        </w:rPr>
        <w:t>: Variante 2: Wärmestrom: Wärmenetz zu Erdboden</w:t>
      </w:r>
      <w:bookmarkEnd w:id="216"/>
    </w:p>
    <w:p w14:paraId="722D4DFB" w14:textId="77777777" w:rsidR="00A806B2" w:rsidRPr="00A864B8" w:rsidRDefault="00000000">
      <w:pPr>
        <w:spacing w:before="300" w:after="40"/>
        <w:jc w:val="center"/>
      </w:pPr>
      <w:r w:rsidRPr="00A864B8">
        <w:drawing>
          <wp:inline distT="0" distB="0" distL="0" distR="0" wp14:anchorId="0AEB4A6F" wp14:editId="7F933B78">
            <wp:extent cx="54864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5486400" cy="2743200"/>
                    </a:xfrm>
                    <a:prstGeom prst="rect">
                      <a:avLst/>
                    </a:prstGeom>
                  </pic:spPr>
                </pic:pic>
              </a:graphicData>
            </a:graphic>
          </wp:inline>
        </w:drawing>
      </w:r>
    </w:p>
    <w:p w14:paraId="4F157D0F" w14:textId="731E1982" w:rsidR="00A806B2" w:rsidRPr="00A864B8" w:rsidRDefault="00000000">
      <w:pPr>
        <w:pStyle w:val="CaptionStyle"/>
        <w:spacing w:before="40" w:after="0"/>
        <w:jc w:val="center"/>
        <w:rPr>
          <w:lang w:val="de-DE"/>
        </w:rPr>
      </w:pPr>
      <w:bookmarkStart w:id="219" w:name="_Toc240363618"/>
      <w:r w:rsidRPr="00A864B8">
        <w:rPr>
          <w:lang w:val="de-DE"/>
        </w:rPr>
        <w:t xml:space="preserve">Abbildung </w:t>
      </w:r>
      <w:bookmarkStart w:id="220" w:name="diversity_factor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16</w:t>
      </w:r>
      <w:r w:rsidRPr="00A864B8">
        <w:rPr>
          <w:lang w:val="de-DE"/>
        </w:rPr>
        <w:fldChar w:fldCharType="end"/>
      </w:r>
      <w:bookmarkStart w:id="221" w:name="diversity_factor_fig_2"/>
      <w:bookmarkEnd w:id="220"/>
      <w:bookmarkEnd w:id="221"/>
      <w:r w:rsidRPr="00A864B8">
        <w:rPr>
          <w:lang w:val="de-DE"/>
        </w:rPr>
        <w:t>: Variante 2: Gleichzeitigkeitsfaktor</w:t>
      </w:r>
      <w:bookmarkEnd w:id="219"/>
    </w:p>
    <w:p w14:paraId="066B916D" w14:textId="38FC98CC" w:rsidR="00A806B2" w:rsidRPr="00A864B8" w:rsidRDefault="00000000">
      <w:pPr>
        <w:jc w:val="both"/>
      </w:pPr>
      <w:r w:rsidRPr="00A864B8">
        <w:t xml:space="preserve">In Tabelle </w:t>
      </w:r>
      <w:r w:rsidRPr="00A864B8">
        <w:fldChar w:fldCharType="begin"/>
      </w:r>
      <w:r w:rsidRPr="00A864B8">
        <w:instrText>REF pump_work_tab_2_num \h</w:instrText>
      </w:r>
      <w:r w:rsidRPr="00A864B8">
        <w:fldChar w:fldCharType="separate"/>
      </w:r>
      <w:r w:rsidR="00F26332" w:rsidRPr="00A864B8">
        <w:t>40</w:t>
      </w:r>
      <w:r w:rsidRPr="00A864B8">
        <w:fldChar w:fldCharType="end"/>
      </w:r>
      <w:r w:rsidRPr="00A864B8">
        <w:t xml:space="preserve"> sind die Ergebnisse der Hydraulikberechnung abgebildet. Der mittlere Druckgradient im Netz beträgt 157 Pa/m. Der Druckverlust am Netzschlechtpunkt liegt bei 2,1 bar. Die maximale Pumpleistung beträgt 1,9 kW. Die elektrische Leistungsaufnahme der Pumpe beträgt 2,6 kW. Der Strombedarf der Netzpumpe beläuft sich auf 3,6 MWh. Der relative Strombedarf der Netzpumpe beträgt 0,51 %. Die Druckstufe des Netzes ist auf PN16 ausgelegt.</w:t>
      </w:r>
    </w:p>
    <w:p w14:paraId="67B6C86E" w14:textId="723EE5C0" w:rsidR="00A806B2" w:rsidRPr="00A864B8" w:rsidRDefault="00000000">
      <w:pPr>
        <w:pStyle w:val="CaptionStyle"/>
        <w:spacing w:before="40" w:after="0"/>
        <w:jc w:val="center"/>
        <w:rPr>
          <w:lang w:val="de-DE"/>
        </w:rPr>
      </w:pPr>
      <w:bookmarkStart w:id="222" w:name="_Toc240363568"/>
      <w:r w:rsidRPr="00A864B8">
        <w:rPr>
          <w:lang w:val="de-DE"/>
        </w:rPr>
        <w:t xml:space="preserve">Tabelle </w:t>
      </w:r>
      <w:bookmarkStart w:id="223" w:name="pump_work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40</w:t>
      </w:r>
      <w:r w:rsidRPr="00A864B8">
        <w:rPr>
          <w:lang w:val="de-DE"/>
        </w:rPr>
        <w:fldChar w:fldCharType="end"/>
      </w:r>
      <w:bookmarkStart w:id="224" w:name="pump_work_tab_2"/>
      <w:bookmarkEnd w:id="223"/>
      <w:bookmarkEnd w:id="224"/>
      <w:r w:rsidRPr="00A864B8">
        <w:rPr>
          <w:lang w:val="de-DE"/>
        </w:rPr>
        <w:t>: Variante 2: Pumparbeit und Druck</w:t>
      </w:r>
      <w:bookmarkEnd w:id="222"/>
    </w:p>
    <w:tbl>
      <w:tblPr>
        <w:tblW w:w="0" w:type="auto"/>
        <w:jc w:val="center"/>
        <w:tblLook w:val="04A0" w:firstRow="1" w:lastRow="0" w:firstColumn="1" w:lastColumn="0" w:noHBand="0" w:noVBand="1"/>
      </w:tblPr>
      <w:tblGrid>
        <w:gridCol w:w="4320"/>
        <w:gridCol w:w="4320"/>
      </w:tblGrid>
      <w:tr w:rsidR="00A806B2" w:rsidRPr="00A864B8" w14:paraId="38AF63A6" w14:textId="77777777">
        <w:trPr>
          <w:jc w:val="center"/>
        </w:trPr>
        <w:tc>
          <w:tcPr>
            <w:tcW w:w="4320" w:type="dxa"/>
            <w:tcBorders>
              <w:bottom w:val="single" w:sz="22" w:space="0" w:color="C00000"/>
            </w:tcBorders>
            <w:shd w:val="clear" w:color="auto" w:fill="343A40"/>
          </w:tcPr>
          <w:p w14:paraId="6A3408E3" w14:textId="77777777" w:rsidR="00A806B2" w:rsidRPr="00A864B8" w:rsidRDefault="00000000">
            <w:pPr>
              <w:spacing w:before="20" w:after="10" w:line="240" w:lineRule="auto"/>
              <w:jc w:val="center"/>
            </w:pPr>
            <w:r w:rsidRPr="00A864B8">
              <w:rPr>
                <w:color w:val="FFFFFF"/>
                <w:sz w:val="20"/>
              </w:rPr>
              <w:t>Pumparbeit und Druck</w:t>
            </w:r>
          </w:p>
        </w:tc>
        <w:tc>
          <w:tcPr>
            <w:tcW w:w="4320" w:type="dxa"/>
            <w:tcBorders>
              <w:bottom w:val="single" w:sz="22" w:space="0" w:color="C00000"/>
            </w:tcBorders>
            <w:shd w:val="clear" w:color="auto" w:fill="343A40"/>
          </w:tcPr>
          <w:p w14:paraId="6945E001" w14:textId="77777777" w:rsidR="00A806B2" w:rsidRPr="00A864B8" w:rsidRDefault="00000000">
            <w:pPr>
              <w:spacing w:before="20" w:after="10" w:line="240" w:lineRule="auto"/>
              <w:jc w:val="center"/>
            </w:pPr>
            <w:r w:rsidRPr="00A864B8">
              <w:rPr>
                <w:color w:val="FFFFFF"/>
                <w:sz w:val="20"/>
              </w:rPr>
              <w:t> </w:t>
            </w:r>
          </w:p>
        </w:tc>
      </w:tr>
      <w:tr w:rsidR="00A806B2" w:rsidRPr="00A864B8" w14:paraId="475525F1" w14:textId="77777777">
        <w:trPr>
          <w:jc w:val="center"/>
        </w:trPr>
        <w:tc>
          <w:tcPr>
            <w:tcW w:w="4320" w:type="dxa"/>
            <w:tcBorders>
              <w:bottom w:val="single" w:sz="8" w:space="0" w:color="9B9B9B"/>
            </w:tcBorders>
            <w:shd w:val="clear" w:color="auto" w:fill="F0F0F0"/>
            <w:vAlign w:val="center"/>
          </w:tcPr>
          <w:p w14:paraId="3B8EB69D" w14:textId="77777777" w:rsidR="00A806B2" w:rsidRPr="00A864B8" w:rsidRDefault="00000000">
            <w:pPr>
              <w:spacing w:before="20" w:after="10" w:line="240" w:lineRule="auto"/>
              <w:jc w:val="center"/>
            </w:pPr>
            <w:r w:rsidRPr="00A864B8">
              <w:rPr>
                <w:sz w:val="20"/>
              </w:rPr>
              <w:t>Mittlerer Druckgradient</w:t>
            </w:r>
          </w:p>
        </w:tc>
        <w:tc>
          <w:tcPr>
            <w:tcW w:w="4320" w:type="dxa"/>
            <w:tcBorders>
              <w:bottom w:val="single" w:sz="8" w:space="0" w:color="9B9B9B"/>
            </w:tcBorders>
            <w:shd w:val="clear" w:color="auto" w:fill="F0F0F0"/>
            <w:vAlign w:val="center"/>
          </w:tcPr>
          <w:p w14:paraId="6D0080AC" w14:textId="77777777" w:rsidR="00A806B2" w:rsidRPr="00A864B8" w:rsidRDefault="00000000">
            <w:pPr>
              <w:spacing w:before="20" w:after="10" w:line="240" w:lineRule="auto"/>
              <w:jc w:val="center"/>
            </w:pPr>
            <w:r w:rsidRPr="00A864B8">
              <w:rPr>
                <w:sz w:val="20"/>
              </w:rPr>
              <w:t>157 Pa/m</w:t>
            </w:r>
          </w:p>
        </w:tc>
      </w:tr>
      <w:tr w:rsidR="00A806B2" w:rsidRPr="00A864B8" w14:paraId="18690836" w14:textId="77777777">
        <w:trPr>
          <w:jc w:val="center"/>
        </w:trPr>
        <w:tc>
          <w:tcPr>
            <w:tcW w:w="4320" w:type="dxa"/>
            <w:tcBorders>
              <w:bottom w:val="single" w:sz="8" w:space="0" w:color="9B9B9B"/>
            </w:tcBorders>
            <w:shd w:val="clear" w:color="auto" w:fill="CFCFCF"/>
            <w:vAlign w:val="center"/>
          </w:tcPr>
          <w:p w14:paraId="289D7847" w14:textId="77777777" w:rsidR="00A806B2" w:rsidRPr="00A864B8" w:rsidRDefault="00000000">
            <w:pPr>
              <w:spacing w:before="20" w:after="10" w:line="240" w:lineRule="auto"/>
              <w:jc w:val="center"/>
            </w:pPr>
            <w:r w:rsidRPr="00A864B8">
              <w:rPr>
                <w:sz w:val="20"/>
              </w:rPr>
              <w:t>Druckverlust Netzschlechtpunkt</w:t>
            </w:r>
          </w:p>
        </w:tc>
        <w:tc>
          <w:tcPr>
            <w:tcW w:w="4320" w:type="dxa"/>
            <w:tcBorders>
              <w:bottom w:val="single" w:sz="8" w:space="0" w:color="9B9B9B"/>
            </w:tcBorders>
            <w:shd w:val="clear" w:color="auto" w:fill="CFCFCF"/>
            <w:vAlign w:val="center"/>
          </w:tcPr>
          <w:p w14:paraId="3C1BFA95" w14:textId="77777777" w:rsidR="00A806B2" w:rsidRPr="00A864B8" w:rsidRDefault="00000000">
            <w:pPr>
              <w:spacing w:before="20" w:after="10" w:line="240" w:lineRule="auto"/>
              <w:jc w:val="center"/>
            </w:pPr>
            <w:r w:rsidRPr="00A864B8">
              <w:rPr>
                <w:sz w:val="20"/>
              </w:rPr>
              <w:t>2,1 bar</w:t>
            </w:r>
          </w:p>
        </w:tc>
      </w:tr>
      <w:tr w:rsidR="00A806B2" w:rsidRPr="00A864B8" w14:paraId="5C6671BF" w14:textId="77777777">
        <w:trPr>
          <w:jc w:val="center"/>
        </w:trPr>
        <w:tc>
          <w:tcPr>
            <w:tcW w:w="4320" w:type="dxa"/>
            <w:tcBorders>
              <w:bottom w:val="single" w:sz="8" w:space="0" w:color="9B9B9B"/>
            </w:tcBorders>
            <w:shd w:val="clear" w:color="auto" w:fill="F0F0F0"/>
            <w:vAlign w:val="center"/>
          </w:tcPr>
          <w:p w14:paraId="106CD08B" w14:textId="77777777" w:rsidR="00A806B2" w:rsidRPr="00A864B8" w:rsidRDefault="00000000">
            <w:pPr>
              <w:spacing w:before="20" w:after="10" w:line="240" w:lineRule="auto"/>
              <w:jc w:val="center"/>
            </w:pPr>
            <w:r w:rsidRPr="00A864B8">
              <w:rPr>
                <w:sz w:val="20"/>
              </w:rPr>
              <w:t>Volumenstrom Netzpumpe</w:t>
            </w:r>
          </w:p>
        </w:tc>
        <w:tc>
          <w:tcPr>
            <w:tcW w:w="4320" w:type="dxa"/>
            <w:tcBorders>
              <w:bottom w:val="single" w:sz="8" w:space="0" w:color="9B9B9B"/>
            </w:tcBorders>
            <w:shd w:val="clear" w:color="auto" w:fill="F0F0F0"/>
            <w:vAlign w:val="center"/>
          </w:tcPr>
          <w:p w14:paraId="39891E91" w14:textId="77777777" w:rsidR="00A806B2" w:rsidRPr="00A864B8" w:rsidRDefault="00000000">
            <w:pPr>
              <w:spacing w:before="20" w:after="10" w:line="240" w:lineRule="auto"/>
              <w:jc w:val="center"/>
            </w:pPr>
            <w:r w:rsidRPr="00A864B8">
              <w:rPr>
                <w:sz w:val="20"/>
              </w:rPr>
              <w:t>33,5 m³/h</w:t>
            </w:r>
          </w:p>
        </w:tc>
      </w:tr>
      <w:tr w:rsidR="00A806B2" w:rsidRPr="00A864B8" w14:paraId="5CD01874" w14:textId="77777777">
        <w:trPr>
          <w:jc w:val="center"/>
        </w:trPr>
        <w:tc>
          <w:tcPr>
            <w:tcW w:w="4320" w:type="dxa"/>
            <w:tcBorders>
              <w:bottom w:val="single" w:sz="8" w:space="0" w:color="9B9B9B"/>
            </w:tcBorders>
            <w:shd w:val="clear" w:color="auto" w:fill="CFCFCF"/>
            <w:vAlign w:val="center"/>
          </w:tcPr>
          <w:p w14:paraId="61269AC1" w14:textId="77777777" w:rsidR="00A806B2" w:rsidRPr="00A864B8" w:rsidRDefault="00000000">
            <w:pPr>
              <w:spacing w:before="20" w:after="10" w:line="240" w:lineRule="auto"/>
              <w:jc w:val="center"/>
            </w:pPr>
            <w:r w:rsidRPr="00A864B8">
              <w:rPr>
                <w:sz w:val="20"/>
              </w:rPr>
              <w:t>Max. Pumpleistung</w:t>
            </w:r>
          </w:p>
        </w:tc>
        <w:tc>
          <w:tcPr>
            <w:tcW w:w="4320" w:type="dxa"/>
            <w:tcBorders>
              <w:bottom w:val="single" w:sz="8" w:space="0" w:color="9B9B9B"/>
            </w:tcBorders>
            <w:shd w:val="clear" w:color="auto" w:fill="CFCFCF"/>
            <w:vAlign w:val="center"/>
          </w:tcPr>
          <w:p w14:paraId="210BCD4F" w14:textId="77777777" w:rsidR="00A806B2" w:rsidRPr="00A864B8" w:rsidRDefault="00000000">
            <w:pPr>
              <w:spacing w:before="20" w:after="10" w:line="240" w:lineRule="auto"/>
              <w:jc w:val="center"/>
            </w:pPr>
            <w:r w:rsidRPr="00A864B8">
              <w:rPr>
                <w:sz w:val="20"/>
              </w:rPr>
              <w:t>1,9 kW</w:t>
            </w:r>
          </w:p>
        </w:tc>
      </w:tr>
      <w:tr w:rsidR="00A806B2" w:rsidRPr="00A864B8" w14:paraId="0B786D11" w14:textId="77777777">
        <w:trPr>
          <w:jc w:val="center"/>
        </w:trPr>
        <w:tc>
          <w:tcPr>
            <w:tcW w:w="4320" w:type="dxa"/>
            <w:tcBorders>
              <w:bottom w:val="single" w:sz="8" w:space="0" w:color="9B9B9B"/>
            </w:tcBorders>
            <w:shd w:val="clear" w:color="auto" w:fill="F0F0F0"/>
            <w:vAlign w:val="center"/>
          </w:tcPr>
          <w:p w14:paraId="3647024B" w14:textId="77777777" w:rsidR="00A806B2" w:rsidRPr="00A864B8" w:rsidRDefault="00000000">
            <w:pPr>
              <w:spacing w:before="20" w:after="10" w:line="240" w:lineRule="auto"/>
              <w:jc w:val="center"/>
            </w:pPr>
            <w:r w:rsidRPr="00A864B8">
              <w:rPr>
                <w:sz w:val="20"/>
              </w:rPr>
              <w:t>El. Leistungsaufnahme der Pumpe</w:t>
            </w:r>
          </w:p>
        </w:tc>
        <w:tc>
          <w:tcPr>
            <w:tcW w:w="4320" w:type="dxa"/>
            <w:tcBorders>
              <w:bottom w:val="single" w:sz="8" w:space="0" w:color="9B9B9B"/>
            </w:tcBorders>
            <w:shd w:val="clear" w:color="auto" w:fill="F0F0F0"/>
            <w:vAlign w:val="center"/>
          </w:tcPr>
          <w:p w14:paraId="5D2FBD27" w14:textId="77777777" w:rsidR="00A806B2" w:rsidRPr="00A864B8" w:rsidRDefault="00000000">
            <w:pPr>
              <w:spacing w:before="20" w:after="10" w:line="240" w:lineRule="auto"/>
              <w:jc w:val="center"/>
            </w:pPr>
            <w:r w:rsidRPr="00A864B8">
              <w:rPr>
                <w:sz w:val="20"/>
              </w:rPr>
              <w:t>2,6 kW</w:t>
            </w:r>
          </w:p>
        </w:tc>
      </w:tr>
      <w:tr w:rsidR="00A806B2" w:rsidRPr="00A864B8" w14:paraId="4C1E1381" w14:textId="77777777">
        <w:trPr>
          <w:jc w:val="center"/>
        </w:trPr>
        <w:tc>
          <w:tcPr>
            <w:tcW w:w="4320" w:type="dxa"/>
            <w:tcBorders>
              <w:bottom w:val="single" w:sz="8" w:space="0" w:color="9B9B9B"/>
            </w:tcBorders>
            <w:shd w:val="clear" w:color="auto" w:fill="CFCFCF"/>
            <w:vAlign w:val="center"/>
          </w:tcPr>
          <w:p w14:paraId="25FCEE3C" w14:textId="77777777" w:rsidR="00A806B2" w:rsidRPr="00A864B8" w:rsidRDefault="00000000">
            <w:pPr>
              <w:spacing w:before="20" w:after="10" w:line="240" w:lineRule="auto"/>
              <w:jc w:val="center"/>
            </w:pPr>
            <w:r w:rsidRPr="00A864B8">
              <w:rPr>
                <w:sz w:val="20"/>
              </w:rPr>
              <w:t>Strombedarf Netzpumpe</w:t>
            </w:r>
          </w:p>
        </w:tc>
        <w:tc>
          <w:tcPr>
            <w:tcW w:w="4320" w:type="dxa"/>
            <w:tcBorders>
              <w:bottom w:val="single" w:sz="8" w:space="0" w:color="9B9B9B"/>
            </w:tcBorders>
            <w:shd w:val="clear" w:color="auto" w:fill="CFCFCF"/>
            <w:vAlign w:val="center"/>
          </w:tcPr>
          <w:p w14:paraId="734C2B17" w14:textId="77777777" w:rsidR="00A806B2" w:rsidRPr="00A864B8" w:rsidRDefault="00000000">
            <w:pPr>
              <w:spacing w:before="20" w:after="10" w:line="240" w:lineRule="auto"/>
              <w:jc w:val="center"/>
            </w:pPr>
            <w:r w:rsidRPr="00A864B8">
              <w:rPr>
                <w:sz w:val="20"/>
              </w:rPr>
              <w:t>3,6 MWh</w:t>
            </w:r>
          </w:p>
        </w:tc>
      </w:tr>
      <w:tr w:rsidR="00A806B2" w:rsidRPr="00A864B8" w14:paraId="415EDA8E" w14:textId="77777777">
        <w:trPr>
          <w:jc w:val="center"/>
        </w:trPr>
        <w:tc>
          <w:tcPr>
            <w:tcW w:w="4320" w:type="dxa"/>
            <w:tcBorders>
              <w:bottom w:val="single" w:sz="8" w:space="0" w:color="9B9B9B"/>
            </w:tcBorders>
            <w:shd w:val="clear" w:color="auto" w:fill="F0F0F0"/>
            <w:vAlign w:val="center"/>
          </w:tcPr>
          <w:p w14:paraId="38DF2956" w14:textId="77777777" w:rsidR="00A806B2" w:rsidRPr="00A864B8" w:rsidRDefault="00000000">
            <w:pPr>
              <w:spacing w:before="20" w:after="10" w:line="240" w:lineRule="auto"/>
              <w:jc w:val="center"/>
            </w:pPr>
            <w:r w:rsidRPr="00A864B8">
              <w:rPr>
                <w:sz w:val="20"/>
              </w:rPr>
              <w:t>Relativer Strombedarf Netzpumpe</w:t>
            </w:r>
          </w:p>
        </w:tc>
        <w:tc>
          <w:tcPr>
            <w:tcW w:w="4320" w:type="dxa"/>
            <w:tcBorders>
              <w:bottom w:val="single" w:sz="8" w:space="0" w:color="9B9B9B"/>
            </w:tcBorders>
            <w:shd w:val="clear" w:color="auto" w:fill="F0F0F0"/>
            <w:vAlign w:val="center"/>
          </w:tcPr>
          <w:p w14:paraId="64418A2D" w14:textId="77777777" w:rsidR="00A806B2" w:rsidRPr="00A864B8" w:rsidRDefault="00000000">
            <w:pPr>
              <w:spacing w:before="20" w:after="10" w:line="240" w:lineRule="auto"/>
              <w:jc w:val="center"/>
            </w:pPr>
            <w:r w:rsidRPr="00A864B8">
              <w:rPr>
                <w:sz w:val="20"/>
              </w:rPr>
              <w:t>0,51 %</w:t>
            </w:r>
          </w:p>
        </w:tc>
      </w:tr>
      <w:tr w:rsidR="00A806B2" w:rsidRPr="00A864B8" w14:paraId="64D3B635" w14:textId="77777777">
        <w:trPr>
          <w:jc w:val="center"/>
        </w:trPr>
        <w:tc>
          <w:tcPr>
            <w:tcW w:w="4320" w:type="dxa"/>
            <w:tcBorders>
              <w:bottom w:val="single" w:sz="8" w:space="0" w:color="9B9B9B"/>
            </w:tcBorders>
            <w:shd w:val="clear" w:color="auto" w:fill="CFCFCF"/>
            <w:vAlign w:val="center"/>
          </w:tcPr>
          <w:p w14:paraId="6EF35D3D" w14:textId="77777777" w:rsidR="00A806B2" w:rsidRPr="00A864B8" w:rsidRDefault="00000000">
            <w:pPr>
              <w:spacing w:before="20" w:after="10" w:line="240" w:lineRule="auto"/>
              <w:jc w:val="center"/>
            </w:pPr>
            <w:r w:rsidRPr="00A864B8">
              <w:rPr>
                <w:sz w:val="20"/>
              </w:rPr>
              <w:t>Druckstufe</w:t>
            </w:r>
          </w:p>
        </w:tc>
        <w:tc>
          <w:tcPr>
            <w:tcW w:w="4320" w:type="dxa"/>
            <w:tcBorders>
              <w:bottom w:val="single" w:sz="8" w:space="0" w:color="9B9B9B"/>
            </w:tcBorders>
            <w:shd w:val="clear" w:color="auto" w:fill="CFCFCF"/>
            <w:vAlign w:val="center"/>
          </w:tcPr>
          <w:p w14:paraId="094CDD55" w14:textId="77777777" w:rsidR="00A806B2" w:rsidRPr="00A864B8" w:rsidRDefault="00000000">
            <w:pPr>
              <w:spacing w:before="20" w:after="10" w:line="240" w:lineRule="auto"/>
              <w:jc w:val="center"/>
            </w:pPr>
            <w:r w:rsidRPr="00A864B8">
              <w:rPr>
                <w:sz w:val="20"/>
              </w:rPr>
              <w:t>PN16</w:t>
            </w:r>
          </w:p>
        </w:tc>
      </w:tr>
    </w:tbl>
    <w:p w14:paraId="2901EF2A" w14:textId="77777777" w:rsidR="00A806B2" w:rsidRPr="00A864B8" w:rsidRDefault="00A806B2"/>
    <w:p w14:paraId="4A40E4EA" w14:textId="2017826D" w:rsidR="00A806B2" w:rsidRPr="00A864B8" w:rsidRDefault="00000000">
      <w:pPr>
        <w:jc w:val="both"/>
      </w:pPr>
      <w:r w:rsidRPr="00A864B8">
        <w:t xml:space="preserve">Die Gesamtdruckverluste für den Wärmenetzstrang mit dem Netzschlechtpunkt und die zugehörigen Einzeldruckverluste sind in Tabelle </w:t>
      </w:r>
      <w:r w:rsidRPr="00A864B8">
        <w:fldChar w:fldCharType="begin"/>
      </w:r>
      <w:r w:rsidRPr="00A864B8">
        <w:instrText>REF pressure_losses_tab_2_num \h</w:instrText>
      </w:r>
      <w:r w:rsidRPr="00A864B8">
        <w:fldChar w:fldCharType="separate"/>
      </w:r>
      <w:r w:rsidR="00F26332" w:rsidRPr="00A864B8">
        <w:t>41</w:t>
      </w:r>
      <w:r w:rsidRPr="00A864B8">
        <w:fldChar w:fldCharType="end"/>
      </w:r>
      <w:r w:rsidRPr="00A864B8">
        <w:t xml:space="preserve"> dargestellt. Der Druckverlust an der Energiezentrale wird zu 0,2 bar und an den Wärmeübergabestationen zu 0,3 bar angenommen. Die Rohrleitungen verursachen im hydraulisch kritischen Pfad einen Druckverlust von insgesamt 1,3 bar. Dazu kommen die Druckverluste aufgrund von Rohreinbauten, wie z. B. Armaturen und Bögen, welche mit insgesamt 0,32 bar abgeschätzt werden (Annahme: 25 % der Druckverluste der Rohrleitungen). Somit ergibt sich ein Gesamtdruckverlust von 2,1 bar, der von der Netzpumpe zu überwinden ist.</w:t>
      </w:r>
    </w:p>
    <w:p w14:paraId="369AC9DD" w14:textId="58DC7933" w:rsidR="00A806B2" w:rsidRPr="00A864B8" w:rsidRDefault="00000000">
      <w:pPr>
        <w:pStyle w:val="CaptionStyle"/>
        <w:spacing w:before="40" w:after="0"/>
        <w:jc w:val="center"/>
        <w:rPr>
          <w:lang w:val="de-DE"/>
        </w:rPr>
      </w:pPr>
      <w:bookmarkStart w:id="225" w:name="_Toc240363569"/>
      <w:r w:rsidRPr="00A864B8">
        <w:rPr>
          <w:lang w:val="de-DE"/>
        </w:rPr>
        <w:t xml:space="preserve">Tabelle </w:t>
      </w:r>
      <w:bookmarkStart w:id="226" w:name="pressure_losse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41</w:t>
      </w:r>
      <w:r w:rsidRPr="00A864B8">
        <w:rPr>
          <w:lang w:val="de-DE"/>
        </w:rPr>
        <w:fldChar w:fldCharType="end"/>
      </w:r>
      <w:bookmarkStart w:id="227" w:name="pressure_losses_tab_2"/>
      <w:bookmarkEnd w:id="226"/>
      <w:bookmarkEnd w:id="227"/>
      <w:r w:rsidRPr="00A864B8">
        <w:rPr>
          <w:lang w:val="de-DE"/>
        </w:rPr>
        <w:t>: Variante 2: Druckverluste am Netzschlechtpunkt</w:t>
      </w:r>
      <w:bookmarkEnd w:id="225"/>
    </w:p>
    <w:tbl>
      <w:tblPr>
        <w:tblW w:w="0" w:type="auto"/>
        <w:jc w:val="center"/>
        <w:tblLook w:val="04A0" w:firstRow="1" w:lastRow="0" w:firstColumn="1" w:lastColumn="0" w:noHBand="0" w:noVBand="1"/>
      </w:tblPr>
      <w:tblGrid>
        <w:gridCol w:w="4320"/>
        <w:gridCol w:w="4320"/>
      </w:tblGrid>
      <w:tr w:rsidR="00A806B2" w:rsidRPr="00A864B8" w14:paraId="29F98BA6" w14:textId="77777777">
        <w:trPr>
          <w:jc w:val="center"/>
        </w:trPr>
        <w:tc>
          <w:tcPr>
            <w:tcW w:w="4320" w:type="dxa"/>
            <w:tcBorders>
              <w:bottom w:val="single" w:sz="22" w:space="0" w:color="C00000"/>
            </w:tcBorders>
            <w:shd w:val="clear" w:color="auto" w:fill="343A40"/>
          </w:tcPr>
          <w:p w14:paraId="6B3EE97E" w14:textId="77777777" w:rsidR="00A806B2" w:rsidRPr="00A864B8" w:rsidRDefault="00000000">
            <w:pPr>
              <w:spacing w:before="20" w:after="10" w:line="240" w:lineRule="auto"/>
              <w:jc w:val="center"/>
            </w:pPr>
            <w:r w:rsidRPr="00A864B8">
              <w:rPr>
                <w:color w:val="FFFFFF"/>
                <w:sz w:val="20"/>
              </w:rPr>
              <w:t>Druckverluste am Netzschlechtpunkt</w:t>
            </w:r>
          </w:p>
        </w:tc>
        <w:tc>
          <w:tcPr>
            <w:tcW w:w="4320" w:type="dxa"/>
            <w:tcBorders>
              <w:bottom w:val="single" w:sz="22" w:space="0" w:color="C00000"/>
            </w:tcBorders>
            <w:shd w:val="clear" w:color="auto" w:fill="343A40"/>
          </w:tcPr>
          <w:p w14:paraId="6790682E" w14:textId="77777777" w:rsidR="00A806B2" w:rsidRPr="00A864B8" w:rsidRDefault="00000000">
            <w:pPr>
              <w:spacing w:before="20" w:after="10" w:line="240" w:lineRule="auto"/>
              <w:jc w:val="center"/>
            </w:pPr>
            <w:r w:rsidRPr="00A864B8">
              <w:rPr>
                <w:color w:val="FFFFFF"/>
                <w:sz w:val="20"/>
              </w:rPr>
              <w:t> </w:t>
            </w:r>
          </w:p>
        </w:tc>
      </w:tr>
      <w:tr w:rsidR="00A806B2" w:rsidRPr="00A864B8" w14:paraId="7BA75224" w14:textId="77777777">
        <w:trPr>
          <w:jc w:val="center"/>
        </w:trPr>
        <w:tc>
          <w:tcPr>
            <w:tcW w:w="4320" w:type="dxa"/>
            <w:tcBorders>
              <w:bottom w:val="single" w:sz="8" w:space="0" w:color="9B9B9B"/>
            </w:tcBorders>
            <w:shd w:val="clear" w:color="auto" w:fill="F0F0F0"/>
            <w:vAlign w:val="center"/>
          </w:tcPr>
          <w:p w14:paraId="656F1819" w14:textId="77777777" w:rsidR="00A806B2" w:rsidRPr="00A864B8" w:rsidRDefault="00000000">
            <w:pPr>
              <w:spacing w:before="20" w:after="10" w:line="240" w:lineRule="auto"/>
              <w:jc w:val="center"/>
            </w:pPr>
            <w:r w:rsidRPr="00A864B8">
              <w:rPr>
                <w:sz w:val="20"/>
              </w:rPr>
              <w:t>Druckverlust Energiezentrale</w:t>
            </w:r>
          </w:p>
        </w:tc>
        <w:tc>
          <w:tcPr>
            <w:tcW w:w="4320" w:type="dxa"/>
            <w:tcBorders>
              <w:bottom w:val="single" w:sz="8" w:space="0" w:color="9B9B9B"/>
            </w:tcBorders>
            <w:shd w:val="clear" w:color="auto" w:fill="F0F0F0"/>
            <w:vAlign w:val="center"/>
          </w:tcPr>
          <w:p w14:paraId="71FC6B25" w14:textId="77777777" w:rsidR="00A806B2" w:rsidRPr="00A864B8" w:rsidRDefault="00000000">
            <w:pPr>
              <w:spacing w:before="20" w:after="10" w:line="240" w:lineRule="auto"/>
              <w:jc w:val="center"/>
            </w:pPr>
            <w:r w:rsidRPr="00A864B8">
              <w:rPr>
                <w:sz w:val="20"/>
              </w:rPr>
              <w:t>0,2 bar</w:t>
            </w:r>
          </w:p>
        </w:tc>
      </w:tr>
      <w:tr w:rsidR="00A806B2" w:rsidRPr="00A864B8" w14:paraId="774AA663" w14:textId="77777777">
        <w:trPr>
          <w:jc w:val="center"/>
        </w:trPr>
        <w:tc>
          <w:tcPr>
            <w:tcW w:w="4320" w:type="dxa"/>
            <w:tcBorders>
              <w:bottom w:val="single" w:sz="8" w:space="0" w:color="9B9B9B"/>
            </w:tcBorders>
            <w:shd w:val="clear" w:color="auto" w:fill="CFCFCF"/>
            <w:vAlign w:val="center"/>
          </w:tcPr>
          <w:p w14:paraId="5D0717E7" w14:textId="77777777" w:rsidR="00A806B2" w:rsidRPr="00A864B8" w:rsidRDefault="00000000">
            <w:pPr>
              <w:spacing w:before="20" w:after="10" w:line="240" w:lineRule="auto"/>
              <w:jc w:val="center"/>
            </w:pPr>
            <w:r w:rsidRPr="00A864B8">
              <w:rPr>
                <w:sz w:val="20"/>
              </w:rPr>
              <w:t>Druckverlust Wärmeübergabestation</w:t>
            </w:r>
          </w:p>
        </w:tc>
        <w:tc>
          <w:tcPr>
            <w:tcW w:w="4320" w:type="dxa"/>
            <w:tcBorders>
              <w:bottom w:val="single" w:sz="8" w:space="0" w:color="9B9B9B"/>
            </w:tcBorders>
            <w:shd w:val="clear" w:color="auto" w:fill="CFCFCF"/>
            <w:vAlign w:val="center"/>
          </w:tcPr>
          <w:p w14:paraId="742CD740" w14:textId="77777777" w:rsidR="00A806B2" w:rsidRPr="00A864B8" w:rsidRDefault="00000000">
            <w:pPr>
              <w:spacing w:before="20" w:after="10" w:line="240" w:lineRule="auto"/>
              <w:jc w:val="center"/>
            </w:pPr>
            <w:r w:rsidRPr="00A864B8">
              <w:rPr>
                <w:sz w:val="20"/>
              </w:rPr>
              <w:t>0,3 bar</w:t>
            </w:r>
          </w:p>
        </w:tc>
      </w:tr>
      <w:tr w:rsidR="00A806B2" w:rsidRPr="00A864B8" w14:paraId="553A9ADF" w14:textId="77777777">
        <w:trPr>
          <w:jc w:val="center"/>
        </w:trPr>
        <w:tc>
          <w:tcPr>
            <w:tcW w:w="4320" w:type="dxa"/>
            <w:tcBorders>
              <w:bottom w:val="single" w:sz="8" w:space="0" w:color="9B9B9B"/>
            </w:tcBorders>
            <w:shd w:val="clear" w:color="auto" w:fill="F0F0F0"/>
            <w:vAlign w:val="center"/>
          </w:tcPr>
          <w:p w14:paraId="05DE12CA" w14:textId="77777777" w:rsidR="00A806B2" w:rsidRPr="00A864B8" w:rsidRDefault="00000000">
            <w:pPr>
              <w:spacing w:before="20" w:after="10" w:line="240" w:lineRule="auto"/>
              <w:jc w:val="center"/>
            </w:pPr>
            <w:r w:rsidRPr="00A864B8">
              <w:rPr>
                <w:sz w:val="20"/>
              </w:rPr>
              <w:t>Druckverlust Rohrleitungen</w:t>
            </w:r>
          </w:p>
        </w:tc>
        <w:tc>
          <w:tcPr>
            <w:tcW w:w="4320" w:type="dxa"/>
            <w:tcBorders>
              <w:bottom w:val="single" w:sz="8" w:space="0" w:color="9B9B9B"/>
            </w:tcBorders>
            <w:shd w:val="clear" w:color="auto" w:fill="F0F0F0"/>
            <w:vAlign w:val="center"/>
          </w:tcPr>
          <w:p w14:paraId="3383755F" w14:textId="77777777" w:rsidR="00A806B2" w:rsidRPr="00A864B8" w:rsidRDefault="00000000">
            <w:pPr>
              <w:spacing w:before="20" w:after="10" w:line="240" w:lineRule="auto"/>
              <w:jc w:val="center"/>
            </w:pPr>
            <w:r w:rsidRPr="00A864B8">
              <w:rPr>
                <w:sz w:val="20"/>
              </w:rPr>
              <w:t>1,3 bar</w:t>
            </w:r>
          </w:p>
        </w:tc>
      </w:tr>
      <w:tr w:rsidR="00A806B2" w:rsidRPr="00A864B8" w14:paraId="58C139E3" w14:textId="77777777">
        <w:trPr>
          <w:jc w:val="center"/>
        </w:trPr>
        <w:tc>
          <w:tcPr>
            <w:tcW w:w="4320" w:type="dxa"/>
            <w:tcBorders>
              <w:bottom w:val="single" w:sz="8" w:space="0" w:color="9B9B9B"/>
            </w:tcBorders>
            <w:shd w:val="clear" w:color="auto" w:fill="CFCFCF"/>
            <w:vAlign w:val="center"/>
          </w:tcPr>
          <w:p w14:paraId="4454434A" w14:textId="77777777" w:rsidR="00A806B2" w:rsidRPr="00A864B8" w:rsidRDefault="00000000">
            <w:pPr>
              <w:spacing w:before="20" w:after="10" w:line="240" w:lineRule="auto"/>
              <w:jc w:val="center"/>
            </w:pPr>
            <w:r w:rsidRPr="00A864B8">
              <w:rPr>
                <w:sz w:val="20"/>
              </w:rPr>
              <w:t>Druckverlust Rohreinbauten</w:t>
            </w:r>
          </w:p>
        </w:tc>
        <w:tc>
          <w:tcPr>
            <w:tcW w:w="4320" w:type="dxa"/>
            <w:tcBorders>
              <w:bottom w:val="single" w:sz="8" w:space="0" w:color="9B9B9B"/>
            </w:tcBorders>
            <w:shd w:val="clear" w:color="auto" w:fill="CFCFCF"/>
            <w:vAlign w:val="center"/>
          </w:tcPr>
          <w:p w14:paraId="6FA64565" w14:textId="77777777" w:rsidR="00A806B2" w:rsidRPr="00A864B8" w:rsidRDefault="00000000">
            <w:pPr>
              <w:spacing w:before="20" w:after="10" w:line="240" w:lineRule="auto"/>
              <w:jc w:val="center"/>
            </w:pPr>
            <w:r w:rsidRPr="00A864B8">
              <w:rPr>
                <w:sz w:val="20"/>
              </w:rPr>
              <w:t>0,32 bar</w:t>
            </w:r>
          </w:p>
        </w:tc>
      </w:tr>
      <w:tr w:rsidR="00A806B2" w:rsidRPr="00A864B8" w14:paraId="7A5CA12E" w14:textId="77777777">
        <w:trPr>
          <w:jc w:val="center"/>
        </w:trPr>
        <w:tc>
          <w:tcPr>
            <w:tcW w:w="4320" w:type="dxa"/>
            <w:tcBorders>
              <w:bottom w:val="single" w:sz="8" w:space="0" w:color="9B9B9B"/>
            </w:tcBorders>
            <w:shd w:val="clear" w:color="auto" w:fill="F0F0F0"/>
            <w:vAlign w:val="center"/>
          </w:tcPr>
          <w:p w14:paraId="07D69F99" w14:textId="77777777" w:rsidR="00A806B2" w:rsidRPr="00A864B8" w:rsidRDefault="00000000">
            <w:pPr>
              <w:spacing w:before="20" w:after="10" w:line="240" w:lineRule="auto"/>
              <w:jc w:val="center"/>
            </w:pPr>
            <w:r w:rsidRPr="00A864B8">
              <w:rPr>
                <w:b/>
                <w:sz w:val="20"/>
              </w:rPr>
              <w:t>Druckverlust Netzschlechtpunkt</w:t>
            </w:r>
          </w:p>
        </w:tc>
        <w:tc>
          <w:tcPr>
            <w:tcW w:w="4320" w:type="dxa"/>
            <w:tcBorders>
              <w:bottom w:val="single" w:sz="8" w:space="0" w:color="9B9B9B"/>
            </w:tcBorders>
            <w:shd w:val="clear" w:color="auto" w:fill="F0F0F0"/>
            <w:vAlign w:val="center"/>
          </w:tcPr>
          <w:p w14:paraId="4FB553CC" w14:textId="77777777" w:rsidR="00A806B2" w:rsidRPr="00A864B8" w:rsidRDefault="00000000">
            <w:pPr>
              <w:spacing w:before="20" w:after="10" w:line="240" w:lineRule="auto"/>
              <w:jc w:val="center"/>
            </w:pPr>
            <w:r w:rsidRPr="00A864B8">
              <w:rPr>
                <w:b/>
                <w:sz w:val="20"/>
              </w:rPr>
              <w:t>2,1 bar</w:t>
            </w:r>
          </w:p>
        </w:tc>
      </w:tr>
      <w:tr w:rsidR="00A806B2" w:rsidRPr="00A864B8" w14:paraId="01B678E0" w14:textId="77777777">
        <w:trPr>
          <w:jc w:val="center"/>
        </w:trPr>
        <w:tc>
          <w:tcPr>
            <w:tcW w:w="4320" w:type="dxa"/>
            <w:tcBorders>
              <w:bottom w:val="single" w:sz="8" w:space="0" w:color="9B9B9B"/>
            </w:tcBorders>
            <w:shd w:val="clear" w:color="auto" w:fill="CFCFCF"/>
            <w:vAlign w:val="center"/>
          </w:tcPr>
          <w:p w14:paraId="4EA06D60" w14:textId="77777777" w:rsidR="00A806B2" w:rsidRPr="00A864B8" w:rsidRDefault="00000000">
            <w:pPr>
              <w:spacing w:before="20" w:after="10" w:line="240" w:lineRule="auto"/>
              <w:jc w:val="center"/>
            </w:pPr>
            <w:r w:rsidRPr="00A864B8">
              <w:rPr>
                <w:sz w:val="20"/>
              </w:rPr>
              <w:t>Gebäudename</w:t>
            </w:r>
          </w:p>
        </w:tc>
        <w:tc>
          <w:tcPr>
            <w:tcW w:w="4320" w:type="dxa"/>
            <w:tcBorders>
              <w:bottom w:val="single" w:sz="8" w:space="0" w:color="9B9B9B"/>
            </w:tcBorders>
            <w:shd w:val="clear" w:color="auto" w:fill="CFCFCF"/>
            <w:vAlign w:val="center"/>
          </w:tcPr>
          <w:p w14:paraId="7B90EBE4" w14:textId="77777777" w:rsidR="00A806B2" w:rsidRPr="00A864B8" w:rsidRDefault="00000000">
            <w:pPr>
              <w:spacing w:before="20" w:after="10" w:line="240" w:lineRule="auto"/>
              <w:jc w:val="center"/>
            </w:pPr>
            <w:r w:rsidRPr="00A864B8">
              <w:rPr>
                <w:sz w:val="20"/>
              </w:rPr>
              <w:t>Marie-Hüllenkremer-Straße 23</w:t>
            </w:r>
          </w:p>
        </w:tc>
      </w:tr>
    </w:tbl>
    <w:p w14:paraId="5047E458" w14:textId="77777777" w:rsidR="00A806B2" w:rsidRPr="00A864B8" w:rsidRDefault="00A806B2"/>
    <w:p w14:paraId="710FDBEF" w14:textId="77777777" w:rsidR="00A806B2" w:rsidRPr="00A864B8" w:rsidRDefault="00000000">
      <w:pPr>
        <w:pStyle w:val="berschrift3"/>
      </w:pPr>
      <w:bookmarkStart w:id="228" w:name="cha_3_energy_hub_num"/>
      <w:bookmarkStart w:id="229" w:name="_Toc240363508"/>
      <w:r w:rsidRPr="00A864B8">
        <w:rPr>
          <w:color w:val="000000"/>
          <w:sz w:val="32"/>
        </w:rPr>
        <w:t xml:space="preserve">5.2.3 </w:t>
      </w:r>
      <w:bookmarkEnd w:id="228"/>
      <w:r w:rsidRPr="00A864B8">
        <w:rPr>
          <w:color w:val="000000"/>
          <w:sz w:val="32"/>
        </w:rPr>
        <w:t>Energiezentrale</w:t>
      </w:r>
      <w:bookmarkEnd w:id="229"/>
    </w:p>
    <w:p w14:paraId="08755A1C" w14:textId="4D29994E" w:rsidR="00A806B2" w:rsidRPr="00A864B8" w:rsidRDefault="00000000">
      <w:pPr>
        <w:jc w:val="both"/>
      </w:pPr>
      <w:r w:rsidRPr="00A864B8">
        <w:t xml:space="preserve">In Tabelle </w:t>
      </w:r>
      <w:r w:rsidRPr="00A864B8">
        <w:fldChar w:fldCharType="begin"/>
      </w:r>
      <w:r w:rsidRPr="00A864B8">
        <w:instrText>REF results_energy_hub_sizing_tab_2_num \h</w:instrText>
      </w:r>
      <w:r w:rsidRPr="00A864B8">
        <w:fldChar w:fldCharType="separate"/>
      </w:r>
      <w:r w:rsidR="00F26332" w:rsidRPr="00A864B8">
        <w:t>42</w:t>
      </w:r>
      <w:r w:rsidRPr="00A864B8">
        <w:fldChar w:fldCharType="end"/>
      </w:r>
      <w:r w:rsidRPr="00A864B8">
        <w:t xml:space="preserve"> ist die Auslegung der Anlagen der Energiezentrale dargestellt. Detaillierte Angaben bezüglich der Energieerzeugungsanlagen finden sich in den nachfolgenden Tabellen. Erdgas-BHKW 1 hat eine elektrische Nennleistung von 139 kWₑₗ und erreicht Volllaststunden in Höhe von 2.626 h. In Tabelle </w:t>
      </w:r>
      <w:r w:rsidRPr="00A864B8">
        <w:fldChar w:fldCharType="begin"/>
      </w:r>
      <w:r w:rsidRPr="00A864B8">
        <w:instrText>REF chp1_tab_2_num \h</w:instrText>
      </w:r>
      <w:r w:rsidRPr="00A864B8">
        <w:fldChar w:fldCharType="separate"/>
      </w:r>
      <w:r w:rsidR="00F26332" w:rsidRPr="00A864B8">
        <w:rPr>
          <w:b/>
          <w:bCs/>
        </w:rPr>
        <w:t>Fehler! Verweisquelle konnte nicht gefunden werden.</w:t>
      </w:r>
      <w:r w:rsidRPr="00A864B8">
        <w:fldChar w:fldCharType="end"/>
      </w:r>
      <w:r w:rsidRPr="00A864B8">
        <w:t xml:space="preserve"> finden sich Details wie der Brennstoffbedarf von 1.043 MWh sowie die erzeugten 365 MWh Strom und 522 MWh Wärme. Die Modulleistung der PV-Anlage beträgt 251 kWₚ. Wie in Tabelle </w:t>
      </w:r>
      <w:r w:rsidRPr="00A864B8">
        <w:fldChar w:fldCharType="begin"/>
      </w:r>
      <w:r w:rsidRPr="00A864B8">
        <w:instrText>REF pv_tab_2_num \h</w:instrText>
      </w:r>
      <w:r w:rsidRPr="00A864B8">
        <w:fldChar w:fldCharType="separate"/>
      </w:r>
      <w:r w:rsidR="00F26332" w:rsidRPr="00A864B8">
        <w:rPr>
          <w:b/>
          <w:bCs/>
        </w:rPr>
        <w:t>Fehler! Verweisquelle konnte nicht gefunden werden.</w:t>
      </w:r>
      <w:r w:rsidRPr="00A864B8">
        <w:fldChar w:fldCharType="end"/>
      </w:r>
      <w:r w:rsidRPr="00A864B8">
        <w:t xml:space="preserve"> zu sehen ist, umfasst die Kollektorfläche 1.569 m², mit einer Stromerzeugung von 243 MWh. Die Luftwärmepumpe verfügt über eine elektrische Nennleistung von 160 kWₑₗ (Volllaststunden: 687 h). In Tabelle </w:t>
      </w:r>
      <w:r w:rsidRPr="00A864B8">
        <w:fldChar w:fldCharType="begin"/>
      </w:r>
      <w:r w:rsidRPr="00A864B8">
        <w:instrText>REF airHeatPump_num \h</w:instrText>
      </w:r>
      <w:r w:rsidRPr="00A864B8">
        <w:fldChar w:fldCharType="separate"/>
      </w:r>
      <w:r w:rsidR="00F26332" w:rsidRPr="00A864B8">
        <w:rPr>
          <w:b/>
          <w:bCs/>
        </w:rPr>
        <w:t>Fehler! Verweisquelle konnte nicht gefunden werden.</w:t>
      </w:r>
      <w:r w:rsidRPr="00A864B8">
        <w:fldChar w:fldCharType="end"/>
      </w:r>
      <w:r w:rsidRPr="00A864B8">
        <w:t xml:space="preserve"> sind Details wie der Strombedarf von 164 MWh und die Erzeugung von 440 MWh Wärme enthalten. Der Wärmespeicher weist eine Speicherkapazität von 555 kWh auf. Detaillierte Informationen zum Wärmespeicher finden sich in Tabelle </w:t>
      </w:r>
      <w:r w:rsidRPr="00A864B8">
        <w:fldChar w:fldCharType="begin"/>
      </w:r>
      <w:r w:rsidRPr="00A864B8">
        <w:instrText>REF heatStorageLow_num \h</w:instrText>
      </w:r>
      <w:r w:rsidRPr="00A864B8">
        <w:fldChar w:fldCharType="separate"/>
      </w:r>
      <w:r w:rsidR="00F26332" w:rsidRPr="00A864B8">
        <w:rPr>
          <w:b/>
          <w:bCs/>
        </w:rPr>
        <w:t>Fehler! Verweisquelle konnte nicht gefunden werden.</w:t>
      </w:r>
      <w:r w:rsidRPr="00A864B8">
        <w:fldChar w:fldCharType="end"/>
      </w:r>
      <w:r w:rsidRPr="00A864B8">
        <w:t>.</w:t>
      </w:r>
    </w:p>
    <w:p w14:paraId="190EA86F" w14:textId="33EC3F6F" w:rsidR="00A806B2" w:rsidRPr="00A864B8" w:rsidRDefault="00000000">
      <w:pPr>
        <w:pStyle w:val="CaptionStyle"/>
        <w:spacing w:before="40" w:after="0"/>
        <w:jc w:val="center"/>
        <w:rPr>
          <w:lang w:val="de-DE"/>
        </w:rPr>
      </w:pPr>
      <w:bookmarkStart w:id="230" w:name="_Toc240363570"/>
      <w:r w:rsidRPr="00A864B8">
        <w:rPr>
          <w:lang w:val="de-DE"/>
        </w:rPr>
        <w:t xml:space="preserve">Tabelle </w:t>
      </w:r>
      <w:bookmarkStart w:id="231" w:name="results_energy_hub_sizing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42</w:t>
      </w:r>
      <w:r w:rsidRPr="00A864B8">
        <w:rPr>
          <w:lang w:val="de-DE"/>
        </w:rPr>
        <w:fldChar w:fldCharType="end"/>
      </w:r>
      <w:bookmarkStart w:id="232" w:name="results_energy_hub_sizing_tab_2"/>
      <w:bookmarkEnd w:id="231"/>
      <w:bookmarkEnd w:id="232"/>
      <w:r w:rsidRPr="00A864B8">
        <w:rPr>
          <w:lang w:val="de-DE"/>
        </w:rPr>
        <w:t>: Variante 2: Auslegung der Technologien in der Energiezentrale</w:t>
      </w:r>
      <w:bookmarkEnd w:id="230"/>
    </w:p>
    <w:tbl>
      <w:tblPr>
        <w:tblW w:w="0" w:type="auto"/>
        <w:jc w:val="center"/>
        <w:tblLook w:val="04A0" w:firstRow="1" w:lastRow="0" w:firstColumn="1" w:lastColumn="0" w:noHBand="0" w:noVBand="1"/>
      </w:tblPr>
      <w:tblGrid>
        <w:gridCol w:w="2880"/>
        <w:gridCol w:w="2880"/>
        <w:gridCol w:w="2880"/>
      </w:tblGrid>
      <w:tr w:rsidR="00A806B2" w:rsidRPr="00A864B8" w14:paraId="18BE59E1" w14:textId="77777777">
        <w:trPr>
          <w:jc w:val="center"/>
        </w:trPr>
        <w:tc>
          <w:tcPr>
            <w:tcW w:w="2880" w:type="dxa"/>
            <w:tcBorders>
              <w:bottom w:val="single" w:sz="22" w:space="0" w:color="C00000"/>
            </w:tcBorders>
            <w:shd w:val="clear" w:color="auto" w:fill="343A40"/>
          </w:tcPr>
          <w:p w14:paraId="62607001"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28B5D3B8" w14:textId="77777777" w:rsidR="00A806B2" w:rsidRPr="00A864B8" w:rsidRDefault="00000000">
            <w:pPr>
              <w:spacing w:before="20" w:after="10" w:line="240" w:lineRule="auto"/>
              <w:jc w:val="center"/>
            </w:pPr>
            <w:r w:rsidRPr="00A864B8">
              <w:rPr>
                <w:color w:val="FFFFFF"/>
                <w:sz w:val="20"/>
              </w:rPr>
              <w:t>Auslegung</w:t>
            </w:r>
          </w:p>
        </w:tc>
        <w:tc>
          <w:tcPr>
            <w:tcW w:w="2880" w:type="dxa"/>
            <w:tcBorders>
              <w:bottom w:val="single" w:sz="22" w:space="0" w:color="C00000"/>
            </w:tcBorders>
            <w:shd w:val="clear" w:color="auto" w:fill="343A40"/>
          </w:tcPr>
          <w:p w14:paraId="62880F43" w14:textId="77777777" w:rsidR="00A806B2" w:rsidRPr="00A864B8" w:rsidRDefault="00000000">
            <w:pPr>
              <w:spacing w:before="20" w:after="10" w:line="240" w:lineRule="auto"/>
              <w:jc w:val="center"/>
            </w:pPr>
            <w:r w:rsidRPr="00A864B8">
              <w:rPr>
                <w:color w:val="FFFFFF"/>
                <w:sz w:val="20"/>
              </w:rPr>
              <w:t>Volllaststunden/Ladezyklen</w:t>
            </w:r>
          </w:p>
        </w:tc>
      </w:tr>
      <w:tr w:rsidR="00A806B2" w:rsidRPr="00A864B8" w14:paraId="242B468A" w14:textId="77777777">
        <w:trPr>
          <w:jc w:val="center"/>
        </w:trPr>
        <w:tc>
          <w:tcPr>
            <w:tcW w:w="2880" w:type="dxa"/>
            <w:tcBorders>
              <w:bottom w:val="single" w:sz="8" w:space="0" w:color="9B9B9B"/>
            </w:tcBorders>
            <w:shd w:val="clear" w:color="auto" w:fill="F0F0F0"/>
            <w:vAlign w:val="center"/>
          </w:tcPr>
          <w:p w14:paraId="598ACCBA" w14:textId="77777777" w:rsidR="00A806B2" w:rsidRPr="00A864B8" w:rsidRDefault="00000000">
            <w:pPr>
              <w:spacing w:before="20" w:after="10" w:line="240" w:lineRule="auto"/>
              <w:jc w:val="center"/>
            </w:pPr>
            <w:r w:rsidRPr="00A864B8">
              <w:rPr>
                <w:sz w:val="20"/>
              </w:rPr>
              <w:t>Erdgas-BHKW 1</w:t>
            </w:r>
          </w:p>
        </w:tc>
        <w:tc>
          <w:tcPr>
            <w:tcW w:w="2880" w:type="dxa"/>
            <w:tcBorders>
              <w:bottom w:val="single" w:sz="8" w:space="0" w:color="9B9B9B"/>
            </w:tcBorders>
            <w:shd w:val="clear" w:color="auto" w:fill="F0F0F0"/>
            <w:vAlign w:val="center"/>
          </w:tcPr>
          <w:p w14:paraId="3CDCDA0E" w14:textId="77777777" w:rsidR="00A806B2" w:rsidRPr="00A864B8" w:rsidRDefault="00000000">
            <w:pPr>
              <w:spacing w:before="20" w:after="10" w:line="240" w:lineRule="auto"/>
              <w:jc w:val="center"/>
            </w:pPr>
            <w:r w:rsidRPr="00A864B8">
              <w:rPr>
                <w:sz w:val="20"/>
              </w:rPr>
              <w:t>139 kWₑₗ</w:t>
            </w:r>
          </w:p>
        </w:tc>
        <w:tc>
          <w:tcPr>
            <w:tcW w:w="2880" w:type="dxa"/>
            <w:tcBorders>
              <w:bottom w:val="single" w:sz="8" w:space="0" w:color="9B9B9B"/>
            </w:tcBorders>
            <w:shd w:val="clear" w:color="auto" w:fill="F0F0F0"/>
            <w:vAlign w:val="center"/>
          </w:tcPr>
          <w:p w14:paraId="7FA626CB" w14:textId="77777777" w:rsidR="00A806B2" w:rsidRPr="00A864B8" w:rsidRDefault="00000000">
            <w:pPr>
              <w:spacing w:before="20" w:after="10" w:line="240" w:lineRule="auto"/>
              <w:jc w:val="center"/>
            </w:pPr>
            <w:r w:rsidRPr="00A864B8">
              <w:rPr>
                <w:sz w:val="20"/>
              </w:rPr>
              <w:t>2.626 h</w:t>
            </w:r>
          </w:p>
        </w:tc>
      </w:tr>
      <w:tr w:rsidR="00A806B2" w:rsidRPr="00A864B8" w14:paraId="68A9095A" w14:textId="77777777">
        <w:trPr>
          <w:jc w:val="center"/>
        </w:trPr>
        <w:tc>
          <w:tcPr>
            <w:tcW w:w="2880" w:type="dxa"/>
            <w:tcBorders>
              <w:bottom w:val="single" w:sz="8" w:space="0" w:color="9B9B9B"/>
            </w:tcBorders>
            <w:shd w:val="clear" w:color="auto" w:fill="CFCFCF"/>
            <w:vAlign w:val="center"/>
          </w:tcPr>
          <w:p w14:paraId="2B3DDB4D" w14:textId="77777777" w:rsidR="00A806B2" w:rsidRPr="00A864B8" w:rsidRDefault="00000000">
            <w:pPr>
              <w:spacing w:before="20" w:after="10" w:line="240" w:lineRule="auto"/>
              <w:jc w:val="center"/>
            </w:pPr>
            <w:r w:rsidRPr="00A864B8">
              <w:rPr>
                <w:sz w:val="20"/>
              </w:rPr>
              <w:t>Photovoltaik</w:t>
            </w:r>
          </w:p>
        </w:tc>
        <w:tc>
          <w:tcPr>
            <w:tcW w:w="2880" w:type="dxa"/>
            <w:tcBorders>
              <w:bottom w:val="single" w:sz="8" w:space="0" w:color="9B9B9B"/>
            </w:tcBorders>
            <w:shd w:val="clear" w:color="auto" w:fill="CFCFCF"/>
            <w:vAlign w:val="center"/>
          </w:tcPr>
          <w:p w14:paraId="7F12D12A" w14:textId="77777777" w:rsidR="00A806B2" w:rsidRPr="00A864B8" w:rsidRDefault="00000000">
            <w:pPr>
              <w:spacing w:before="20" w:after="10" w:line="240" w:lineRule="auto"/>
              <w:jc w:val="center"/>
            </w:pPr>
            <w:r w:rsidRPr="00A864B8">
              <w:rPr>
                <w:sz w:val="20"/>
              </w:rPr>
              <w:t>251 kWₚ</w:t>
            </w:r>
          </w:p>
        </w:tc>
        <w:tc>
          <w:tcPr>
            <w:tcW w:w="2880" w:type="dxa"/>
            <w:tcBorders>
              <w:bottom w:val="single" w:sz="8" w:space="0" w:color="9B9B9B"/>
            </w:tcBorders>
            <w:shd w:val="clear" w:color="auto" w:fill="CFCFCF"/>
            <w:vAlign w:val="center"/>
          </w:tcPr>
          <w:p w14:paraId="0FEF414E" w14:textId="77777777" w:rsidR="00A806B2" w:rsidRPr="00A864B8" w:rsidRDefault="00000000">
            <w:pPr>
              <w:spacing w:before="20" w:after="10" w:line="240" w:lineRule="auto"/>
              <w:jc w:val="center"/>
            </w:pPr>
            <w:r w:rsidRPr="00A864B8">
              <w:rPr>
                <w:sz w:val="20"/>
              </w:rPr>
              <w:t>970 h</w:t>
            </w:r>
          </w:p>
        </w:tc>
      </w:tr>
      <w:tr w:rsidR="00A806B2" w:rsidRPr="00A864B8" w14:paraId="07419094" w14:textId="77777777">
        <w:trPr>
          <w:jc w:val="center"/>
        </w:trPr>
        <w:tc>
          <w:tcPr>
            <w:tcW w:w="2880" w:type="dxa"/>
            <w:tcBorders>
              <w:bottom w:val="single" w:sz="8" w:space="0" w:color="9B9B9B"/>
            </w:tcBorders>
            <w:shd w:val="clear" w:color="auto" w:fill="F0F0F0"/>
            <w:vAlign w:val="center"/>
          </w:tcPr>
          <w:p w14:paraId="37D8AE7E"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F0F0F0"/>
            <w:vAlign w:val="center"/>
          </w:tcPr>
          <w:p w14:paraId="0EAAE7BA" w14:textId="77777777" w:rsidR="00A806B2" w:rsidRPr="00A864B8" w:rsidRDefault="00000000">
            <w:pPr>
              <w:spacing w:before="20" w:after="10" w:line="240" w:lineRule="auto"/>
              <w:jc w:val="center"/>
            </w:pPr>
            <w:r w:rsidRPr="00A864B8">
              <w:rPr>
                <w:sz w:val="20"/>
              </w:rPr>
              <w:t>640 kWₜₕ</w:t>
            </w:r>
          </w:p>
        </w:tc>
        <w:tc>
          <w:tcPr>
            <w:tcW w:w="2880" w:type="dxa"/>
            <w:tcBorders>
              <w:bottom w:val="single" w:sz="8" w:space="0" w:color="9B9B9B"/>
            </w:tcBorders>
            <w:shd w:val="clear" w:color="auto" w:fill="F0F0F0"/>
            <w:vAlign w:val="center"/>
          </w:tcPr>
          <w:p w14:paraId="4D8876C7" w14:textId="77777777" w:rsidR="00A806B2" w:rsidRPr="00A864B8" w:rsidRDefault="00000000">
            <w:pPr>
              <w:spacing w:before="20" w:after="10" w:line="240" w:lineRule="auto"/>
              <w:jc w:val="center"/>
            </w:pPr>
            <w:r w:rsidRPr="00A864B8">
              <w:rPr>
                <w:sz w:val="20"/>
              </w:rPr>
              <w:t>687 h</w:t>
            </w:r>
          </w:p>
        </w:tc>
      </w:tr>
      <w:tr w:rsidR="00A806B2" w:rsidRPr="00A864B8" w14:paraId="2AB4FC10" w14:textId="77777777">
        <w:trPr>
          <w:jc w:val="center"/>
        </w:trPr>
        <w:tc>
          <w:tcPr>
            <w:tcW w:w="2880" w:type="dxa"/>
            <w:tcBorders>
              <w:bottom w:val="single" w:sz="8" w:space="0" w:color="9B9B9B"/>
            </w:tcBorders>
            <w:shd w:val="clear" w:color="auto" w:fill="CFCFCF"/>
            <w:vAlign w:val="center"/>
          </w:tcPr>
          <w:p w14:paraId="795440E6" w14:textId="77777777" w:rsidR="00A806B2" w:rsidRPr="00A864B8" w:rsidRDefault="00000000">
            <w:pPr>
              <w:spacing w:before="20" w:after="10" w:line="240" w:lineRule="auto"/>
              <w:jc w:val="center"/>
            </w:pPr>
            <w:r w:rsidRPr="00A864B8">
              <w:rPr>
                <w:sz w:val="20"/>
              </w:rPr>
              <w:t>Wärmespeicher</w:t>
            </w:r>
          </w:p>
        </w:tc>
        <w:tc>
          <w:tcPr>
            <w:tcW w:w="2880" w:type="dxa"/>
            <w:tcBorders>
              <w:bottom w:val="single" w:sz="8" w:space="0" w:color="9B9B9B"/>
            </w:tcBorders>
            <w:shd w:val="clear" w:color="auto" w:fill="CFCFCF"/>
            <w:vAlign w:val="center"/>
          </w:tcPr>
          <w:p w14:paraId="304AAE2B" w14:textId="77777777" w:rsidR="00A806B2" w:rsidRPr="00A864B8" w:rsidRDefault="00000000">
            <w:pPr>
              <w:spacing w:before="20" w:after="10" w:line="240" w:lineRule="auto"/>
              <w:jc w:val="center"/>
            </w:pPr>
            <w:r w:rsidRPr="00A864B8">
              <w:rPr>
                <w:sz w:val="20"/>
              </w:rPr>
              <w:t>23,9 m³</w:t>
            </w:r>
          </w:p>
        </w:tc>
        <w:tc>
          <w:tcPr>
            <w:tcW w:w="2880" w:type="dxa"/>
            <w:tcBorders>
              <w:bottom w:val="single" w:sz="8" w:space="0" w:color="9B9B9B"/>
            </w:tcBorders>
            <w:shd w:val="clear" w:color="auto" w:fill="CFCFCF"/>
            <w:vAlign w:val="center"/>
          </w:tcPr>
          <w:p w14:paraId="3C086FC7" w14:textId="77777777" w:rsidR="00A806B2" w:rsidRPr="00A864B8" w:rsidRDefault="00000000">
            <w:pPr>
              <w:spacing w:before="20" w:after="10" w:line="240" w:lineRule="auto"/>
              <w:jc w:val="center"/>
            </w:pPr>
            <w:r w:rsidRPr="00A864B8">
              <w:rPr>
                <w:sz w:val="20"/>
              </w:rPr>
              <w:t>425</w:t>
            </w:r>
          </w:p>
        </w:tc>
      </w:tr>
    </w:tbl>
    <w:p w14:paraId="7C36B253"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663CC953" w14:textId="77777777">
        <w:trPr>
          <w:jc w:val="center"/>
        </w:trPr>
        <w:tc>
          <w:tcPr>
            <w:tcW w:w="4320" w:type="dxa"/>
            <w:tcBorders>
              <w:bottom w:val="single" w:sz="22" w:space="0" w:color="C00000"/>
            </w:tcBorders>
            <w:shd w:val="clear" w:color="auto" w:fill="343A40"/>
          </w:tcPr>
          <w:p w14:paraId="5964030D"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CD5EEF3" w14:textId="77777777" w:rsidR="00A806B2" w:rsidRPr="00A864B8" w:rsidRDefault="00000000">
            <w:pPr>
              <w:spacing w:before="20" w:after="10" w:line="240" w:lineRule="auto"/>
              <w:jc w:val="center"/>
            </w:pPr>
            <w:r w:rsidRPr="00A864B8">
              <w:rPr>
                <w:color w:val="FFFFFF"/>
                <w:sz w:val="20"/>
              </w:rPr>
              <w:t> </w:t>
            </w:r>
          </w:p>
        </w:tc>
      </w:tr>
      <w:tr w:rsidR="00A806B2" w:rsidRPr="00A864B8" w14:paraId="0F8EBB22" w14:textId="77777777">
        <w:trPr>
          <w:jc w:val="center"/>
        </w:trPr>
        <w:tc>
          <w:tcPr>
            <w:tcW w:w="4320" w:type="dxa"/>
            <w:tcBorders>
              <w:bottom w:val="single" w:sz="8" w:space="0" w:color="9B9B9B"/>
            </w:tcBorders>
            <w:shd w:val="clear" w:color="auto" w:fill="F0F0F0"/>
            <w:vAlign w:val="center"/>
          </w:tcPr>
          <w:p w14:paraId="45046878" w14:textId="77777777" w:rsidR="00A806B2" w:rsidRPr="00A864B8" w:rsidRDefault="00000000">
            <w:pPr>
              <w:spacing w:before="20" w:after="10" w:line="240" w:lineRule="auto"/>
              <w:jc w:val="center"/>
            </w:pPr>
            <w:r w:rsidRPr="00A864B8">
              <w:rPr>
                <w:sz w:val="20"/>
              </w:rPr>
              <w:t>Elektrische Nennleistung</w:t>
            </w:r>
          </w:p>
        </w:tc>
        <w:tc>
          <w:tcPr>
            <w:tcW w:w="4320" w:type="dxa"/>
            <w:tcBorders>
              <w:bottom w:val="single" w:sz="8" w:space="0" w:color="9B9B9B"/>
            </w:tcBorders>
            <w:shd w:val="clear" w:color="auto" w:fill="F0F0F0"/>
            <w:vAlign w:val="center"/>
          </w:tcPr>
          <w:p w14:paraId="55288BF9" w14:textId="77777777" w:rsidR="00A806B2" w:rsidRPr="00A864B8" w:rsidRDefault="00000000">
            <w:pPr>
              <w:spacing w:before="20" w:after="10" w:line="240" w:lineRule="auto"/>
              <w:jc w:val="center"/>
            </w:pPr>
            <w:r w:rsidRPr="00A864B8">
              <w:rPr>
                <w:sz w:val="20"/>
              </w:rPr>
              <w:t>139 kWₑₗ</w:t>
            </w:r>
          </w:p>
        </w:tc>
      </w:tr>
      <w:tr w:rsidR="00A806B2" w:rsidRPr="00A864B8" w14:paraId="42D07A6B" w14:textId="77777777">
        <w:trPr>
          <w:jc w:val="center"/>
        </w:trPr>
        <w:tc>
          <w:tcPr>
            <w:tcW w:w="4320" w:type="dxa"/>
            <w:tcBorders>
              <w:bottom w:val="single" w:sz="8" w:space="0" w:color="9B9B9B"/>
            </w:tcBorders>
            <w:shd w:val="clear" w:color="auto" w:fill="CFCFCF"/>
            <w:vAlign w:val="center"/>
          </w:tcPr>
          <w:p w14:paraId="71ADBB80" w14:textId="77777777" w:rsidR="00A806B2" w:rsidRPr="00A864B8" w:rsidRDefault="00000000">
            <w:pPr>
              <w:spacing w:before="20" w:after="10" w:line="240" w:lineRule="auto"/>
              <w:jc w:val="center"/>
            </w:pPr>
            <w:r w:rsidRPr="00A864B8">
              <w:rPr>
                <w:sz w:val="20"/>
              </w:rPr>
              <w:t>Erzeugter Strom</w:t>
            </w:r>
          </w:p>
        </w:tc>
        <w:tc>
          <w:tcPr>
            <w:tcW w:w="4320" w:type="dxa"/>
            <w:tcBorders>
              <w:bottom w:val="single" w:sz="8" w:space="0" w:color="9B9B9B"/>
            </w:tcBorders>
            <w:shd w:val="clear" w:color="auto" w:fill="CFCFCF"/>
            <w:vAlign w:val="center"/>
          </w:tcPr>
          <w:p w14:paraId="30FF0786" w14:textId="77777777" w:rsidR="00A806B2" w:rsidRPr="00A864B8" w:rsidRDefault="00000000">
            <w:pPr>
              <w:spacing w:before="20" w:after="10" w:line="240" w:lineRule="auto"/>
              <w:jc w:val="center"/>
            </w:pPr>
            <w:r w:rsidRPr="00A864B8">
              <w:rPr>
                <w:sz w:val="20"/>
              </w:rPr>
              <w:t>365 MWh</w:t>
            </w:r>
          </w:p>
        </w:tc>
      </w:tr>
      <w:tr w:rsidR="00A806B2" w:rsidRPr="00A864B8" w14:paraId="0F6245A2" w14:textId="77777777">
        <w:trPr>
          <w:jc w:val="center"/>
        </w:trPr>
        <w:tc>
          <w:tcPr>
            <w:tcW w:w="4320" w:type="dxa"/>
            <w:tcBorders>
              <w:bottom w:val="single" w:sz="8" w:space="0" w:color="9B9B9B"/>
            </w:tcBorders>
            <w:shd w:val="clear" w:color="auto" w:fill="F0F0F0"/>
            <w:vAlign w:val="center"/>
          </w:tcPr>
          <w:p w14:paraId="52F5336F" w14:textId="77777777" w:rsidR="00A806B2" w:rsidRPr="00A864B8" w:rsidRDefault="00000000">
            <w:pPr>
              <w:spacing w:before="20" w:after="10" w:line="240" w:lineRule="auto"/>
              <w:jc w:val="center"/>
            </w:pPr>
            <w:r w:rsidRPr="00A864B8">
              <w:rPr>
                <w:sz w:val="20"/>
              </w:rPr>
              <w:t>Erzeugte Wärme</w:t>
            </w:r>
          </w:p>
        </w:tc>
        <w:tc>
          <w:tcPr>
            <w:tcW w:w="4320" w:type="dxa"/>
            <w:tcBorders>
              <w:bottom w:val="single" w:sz="8" w:space="0" w:color="9B9B9B"/>
            </w:tcBorders>
            <w:shd w:val="clear" w:color="auto" w:fill="F0F0F0"/>
            <w:vAlign w:val="center"/>
          </w:tcPr>
          <w:p w14:paraId="23C31DFD" w14:textId="77777777" w:rsidR="00A806B2" w:rsidRPr="00A864B8" w:rsidRDefault="00000000">
            <w:pPr>
              <w:spacing w:before="20" w:after="10" w:line="240" w:lineRule="auto"/>
              <w:jc w:val="center"/>
            </w:pPr>
            <w:r w:rsidRPr="00A864B8">
              <w:rPr>
                <w:sz w:val="20"/>
              </w:rPr>
              <w:t>522 MWh</w:t>
            </w:r>
          </w:p>
        </w:tc>
      </w:tr>
      <w:tr w:rsidR="00A806B2" w:rsidRPr="00A864B8" w14:paraId="77FCF816" w14:textId="77777777">
        <w:trPr>
          <w:jc w:val="center"/>
        </w:trPr>
        <w:tc>
          <w:tcPr>
            <w:tcW w:w="4320" w:type="dxa"/>
            <w:tcBorders>
              <w:bottom w:val="single" w:sz="8" w:space="0" w:color="9B9B9B"/>
            </w:tcBorders>
            <w:shd w:val="clear" w:color="auto" w:fill="CFCFCF"/>
            <w:vAlign w:val="center"/>
          </w:tcPr>
          <w:p w14:paraId="48161FB5" w14:textId="77777777" w:rsidR="00A806B2" w:rsidRPr="00A864B8" w:rsidRDefault="00000000">
            <w:pPr>
              <w:spacing w:before="20" w:after="10" w:line="240" w:lineRule="auto"/>
              <w:jc w:val="center"/>
            </w:pPr>
            <w:r w:rsidRPr="00A864B8">
              <w:rPr>
                <w:sz w:val="20"/>
              </w:rPr>
              <w:t>Brennstoffbedarf</w:t>
            </w:r>
          </w:p>
        </w:tc>
        <w:tc>
          <w:tcPr>
            <w:tcW w:w="4320" w:type="dxa"/>
            <w:tcBorders>
              <w:bottom w:val="single" w:sz="8" w:space="0" w:color="9B9B9B"/>
            </w:tcBorders>
            <w:shd w:val="clear" w:color="auto" w:fill="CFCFCF"/>
            <w:vAlign w:val="center"/>
          </w:tcPr>
          <w:p w14:paraId="13CB4404" w14:textId="77777777" w:rsidR="00A806B2" w:rsidRPr="00A864B8" w:rsidRDefault="00000000">
            <w:pPr>
              <w:spacing w:before="20" w:after="10" w:line="240" w:lineRule="auto"/>
              <w:jc w:val="center"/>
            </w:pPr>
            <w:r w:rsidRPr="00A864B8">
              <w:rPr>
                <w:sz w:val="20"/>
              </w:rPr>
              <w:t>1.043 MWh</w:t>
            </w:r>
          </w:p>
        </w:tc>
      </w:tr>
      <w:tr w:rsidR="00A806B2" w:rsidRPr="00A864B8" w14:paraId="3DD53853" w14:textId="77777777">
        <w:trPr>
          <w:jc w:val="center"/>
        </w:trPr>
        <w:tc>
          <w:tcPr>
            <w:tcW w:w="4320" w:type="dxa"/>
            <w:tcBorders>
              <w:bottom w:val="single" w:sz="8" w:space="0" w:color="9B9B9B"/>
            </w:tcBorders>
            <w:shd w:val="clear" w:color="auto" w:fill="F0F0F0"/>
            <w:vAlign w:val="center"/>
          </w:tcPr>
          <w:p w14:paraId="3EC64B65" w14:textId="77777777" w:rsidR="00A806B2" w:rsidRPr="00A864B8" w:rsidRDefault="00000000">
            <w:pPr>
              <w:spacing w:before="20" w:after="10" w:line="240" w:lineRule="auto"/>
              <w:jc w:val="center"/>
            </w:pPr>
            <w:r w:rsidRPr="00A864B8">
              <w:rPr>
                <w:sz w:val="20"/>
              </w:rPr>
              <w:t>Volllaststunden</w:t>
            </w:r>
          </w:p>
        </w:tc>
        <w:tc>
          <w:tcPr>
            <w:tcW w:w="4320" w:type="dxa"/>
            <w:tcBorders>
              <w:bottom w:val="single" w:sz="8" w:space="0" w:color="9B9B9B"/>
            </w:tcBorders>
            <w:shd w:val="clear" w:color="auto" w:fill="F0F0F0"/>
            <w:vAlign w:val="center"/>
          </w:tcPr>
          <w:p w14:paraId="58472EA4" w14:textId="77777777" w:rsidR="00A806B2" w:rsidRPr="00A864B8" w:rsidRDefault="00000000">
            <w:pPr>
              <w:spacing w:before="20" w:after="10" w:line="240" w:lineRule="auto"/>
              <w:jc w:val="center"/>
            </w:pPr>
            <w:r w:rsidRPr="00A864B8">
              <w:rPr>
                <w:sz w:val="20"/>
              </w:rPr>
              <w:t>2.626 h</w:t>
            </w:r>
          </w:p>
        </w:tc>
      </w:tr>
    </w:tbl>
    <w:p w14:paraId="37DE8D76"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40C0FE14" w14:textId="77777777">
        <w:trPr>
          <w:jc w:val="center"/>
        </w:trPr>
        <w:tc>
          <w:tcPr>
            <w:tcW w:w="4320" w:type="dxa"/>
            <w:tcBorders>
              <w:bottom w:val="single" w:sz="22" w:space="0" w:color="C00000"/>
            </w:tcBorders>
            <w:shd w:val="clear" w:color="auto" w:fill="343A40"/>
          </w:tcPr>
          <w:p w14:paraId="6FE5C261"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5C5EED43" w14:textId="77777777" w:rsidR="00A806B2" w:rsidRPr="00A864B8" w:rsidRDefault="00000000">
            <w:pPr>
              <w:spacing w:before="20" w:after="10" w:line="240" w:lineRule="auto"/>
              <w:jc w:val="center"/>
            </w:pPr>
            <w:r w:rsidRPr="00A864B8">
              <w:rPr>
                <w:color w:val="FFFFFF"/>
                <w:sz w:val="20"/>
              </w:rPr>
              <w:t> </w:t>
            </w:r>
          </w:p>
        </w:tc>
      </w:tr>
      <w:tr w:rsidR="00A806B2" w:rsidRPr="00A864B8" w14:paraId="5C3BDFEE" w14:textId="77777777">
        <w:trPr>
          <w:jc w:val="center"/>
        </w:trPr>
        <w:tc>
          <w:tcPr>
            <w:tcW w:w="4320" w:type="dxa"/>
            <w:tcBorders>
              <w:bottom w:val="single" w:sz="8" w:space="0" w:color="9B9B9B"/>
            </w:tcBorders>
            <w:shd w:val="clear" w:color="auto" w:fill="F0F0F0"/>
            <w:vAlign w:val="center"/>
          </w:tcPr>
          <w:p w14:paraId="46E01DD5" w14:textId="77777777" w:rsidR="00A806B2" w:rsidRPr="00A864B8" w:rsidRDefault="00000000">
            <w:pPr>
              <w:spacing w:before="20" w:after="10" w:line="240" w:lineRule="auto"/>
              <w:jc w:val="center"/>
            </w:pPr>
            <w:r w:rsidRPr="00A864B8">
              <w:rPr>
                <w:sz w:val="20"/>
              </w:rPr>
              <w:t>Installierte Leistung</w:t>
            </w:r>
          </w:p>
        </w:tc>
        <w:tc>
          <w:tcPr>
            <w:tcW w:w="4320" w:type="dxa"/>
            <w:tcBorders>
              <w:bottom w:val="single" w:sz="8" w:space="0" w:color="9B9B9B"/>
            </w:tcBorders>
            <w:shd w:val="clear" w:color="auto" w:fill="F0F0F0"/>
            <w:vAlign w:val="center"/>
          </w:tcPr>
          <w:p w14:paraId="1EE542AE" w14:textId="77777777" w:rsidR="00A806B2" w:rsidRPr="00A864B8" w:rsidRDefault="00000000">
            <w:pPr>
              <w:spacing w:before="20" w:after="10" w:line="240" w:lineRule="auto"/>
              <w:jc w:val="center"/>
            </w:pPr>
            <w:r w:rsidRPr="00A864B8">
              <w:rPr>
                <w:sz w:val="20"/>
              </w:rPr>
              <w:t>251 kWₚ</w:t>
            </w:r>
          </w:p>
        </w:tc>
      </w:tr>
      <w:tr w:rsidR="00A806B2" w:rsidRPr="00A864B8" w14:paraId="42402398" w14:textId="77777777">
        <w:trPr>
          <w:jc w:val="center"/>
        </w:trPr>
        <w:tc>
          <w:tcPr>
            <w:tcW w:w="4320" w:type="dxa"/>
            <w:tcBorders>
              <w:bottom w:val="single" w:sz="8" w:space="0" w:color="9B9B9B"/>
            </w:tcBorders>
            <w:shd w:val="clear" w:color="auto" w:fill="CFCFCF"/>
            <w:vAlign w:val="center"/>
          </w:tcPr>
          <w:p w14:paraId="000A9BAF" w14:textId="77777777" w:rsidR="00A806B2" w:rsidRPr="00A864B8" w:rsidRDefault="00000000">
            <w:pPr>
              <w:spacing w:before="20" w:after="10" w:line="240" w:lineRule="auto"/>
              <w:jc w:val="center"/>
            </w:pPr>
            <w:r w:rsidRPr="00A864B8">
              <w:rPr>
                <w:sz w:val="20"/>
              </w:rPr>
              <w:t>Kollektorfläche</w:t>
            </w:r>
          </w:p>
        </w:tc>
        <w:tc>
          <w:tcPr>
            <w:tcW w:w="4320" w:type="dxa"/>
            <w:tcBorders>
              <w:bottom w:val="single" w:sz="8" w:space="0" w:color="9B9B9B"/>
            </w:tcBorders>
            <w:shd w:val="clear" w:color="auto" w:fill="CFCFCF"/>
            <w:vAlign w:val="center"/>
          </w:tcPr>
          <w:p w14:paraId="32034378" w14:textId="77777777" w:rsidR="00A806B2" w:rsidRPr="00A864B8" w:rsidRDefault="00000000">
            <w:pPr>
              <w:spacing w:before="20" w:after="10" w:line="240" w:lineRule="auto"/>
              <w:jc w:val="center"/>
            </w:pPr>
            <w:r w:rsidRPr="00A864B8">
              <w:rPr>
                <w:sz w:val="20"/>
              </w:rPr>
              <w:t>1.569 m²</w:t>
            </w:r>
          </w:p>
        </w:tc>
      </w:tr>
      <w:tr w:rsidR="00A806B2" w:rsidRPr="00A864B8" w14:paraId="788421F0" w14:textId="77777777">
        <w:trPr>
          <w:jc w:val="center"/>
        </w:trPr>
        <w:tc>
          <w:tcPr>
            <w:tcW w:w="4320" w:type="dxa"/>
            <w:tcBorders>
              <w:bottom w:val="single" w:sz="8" w:space="0" w:color="9B9B9B"/>
            </w:tcBorders>
            <w:shd w:val="clear" w:color="auto" w:fill="F0F0F0"/>
            <w:vAlign w:val="center"/>
          </w:tcPr>
          <w:p w14:paraId="31A24CE5" w14:textId="77777777" w:rsidR="00A806B2" w:rsidRPr="00A864B8" w:rsidRDefault="00000000">
            <w:pPr>
              <w:spacing w:before="20" w:after="10" w:line="240" w:lineRule="auto"/>
              <w:jc w:val="center"/>
            </w:pPr>
            <w:r w:rsidRPr="00A864B8">
              <w:rPr>
                <w:sz w:val="20"/>
              </w:rPr>
              <w:t>Erzeugter Strom</w:t>
            </w:r>
          </w:p>
        </w:tc>
        <w:tc>
          <w:tcPr>
            <w:tcW w:w="4320" w:type="dxa"/>
            <w:tcBorders>
              <w:bottom w:val="single" w:sz="8" w:space="0" w:color="9B9B9B"/>
            </w:tcBorders>
            <w:shd w:val="clear" w:color="auto" w:fill="F0F0F0"/>
            <w:vAlign w:val="center"/>
          </w:tcPr>
          <w:p w14:paraId="3A6CBC64" w14:textId="77777777" w:rsidR="00A806B2" w:rsidRPr="00A864B8" w:rsidRDefault="00000000">
            <w:pPr>
              <w:spacing w:before="20" w:after="10" w:line="240" w:lineRule="auto"/>
              <w:jc w:val="center"/>
            </w:pPr>
            <w:r w:rsidRPr="00A864B8">
              <w:rPr>
                <w:sz w:val="20"/>
              </w:rPr>
              <w:t>243 MWh</w:t>
            </w:r>
          </w:p>
        </w:tc>
      </w:tr>
      <w:tr w:rsidR="00A806B2" w:rsidRPr="00A864B8" w14:paraId="0F026DB5" w14:textId="77777777">
        <w:trPr>
          <w:jc w:val="center"/>
        </w:trPr>
        <w:tc>
          <w:tcPr>
            <w:tcW w:w="4320" w:type="dxa"/>
            <w:tcBorders>
              <w:bottom w:val="single" w:sz="8" w:space="0" w:color="9B9B9B"/>
            </w:tcBorders>
            <w:shd w:val="clear" w:color="auto" w:fill="CFCFCF"/>
            <w:vAlign w:val="center"/>
          </w:tcPr>
          <w:p w14:paraId="0016FDAF" w14:textId="77777777" w:rsidR="00A806B2" w:rsidRPr="00A864B8" w:rsidRDefault="00000000">
            <w:pPr>
              <w:spacing w:before="20" w:after="10" w:line="240" w:lineRule="auto"/>
              <w:jc w:val="center"/>
            </w:pPr>
            <w:r w:rsidRPr="00A864B8">
              <w:rPr>
                <w:sz w:val="20"/>
              </w:rPr>
              <w:t>Volllaststunden</w:t>
            </w:r>
          </w:p>
        </w:tc>
        <w:tc>
          <w:tcPr>
            <w:tcW w:w="4320" w:type="dxa"/>
            <w:tcBorders>
              <w:bottom w:val="single" w:sz="8" w:space="0" w:color="9B9B9B"/>
            </w:tcBorders>
            <w:shd w:val="clear" w:color="auto" w:fill="CFCFCF"/>
            <w:vAlign w:val="center"/>
          </w:tcPr>
          <w:p w14:paraId="0D0EE20B" w14:textId="77777777" w:rsidR="00A806B2" w:rsidRPr="00A864B8" w:rsidRDefault="00000000">
            <w:pPr>
              <w:spacing w:before="20" w:after="10" w:line="240" w:lineRule="auto"/>
              <w:jc w:val="center"/>
            </w:pPr>
            <w:r w:rsidRPr="00A864B8">
              <w:rPr>
                <w:sz w:val="20"/>
              </w:rPr>
              <w:t>970 h</w:t>
            </w:r>
          </w:p>
        </w:tc>
      </w:tr>
      <w:tr w:rsidR="00A806B2" w:rsidRPr="00A864B8" w14:paraId="67D7C80E" w14:textId="77777777">
        <w:trPr>
          <w:jc w:val="center"/>
        </w:trPr>
        <w:tc>
          <w:tcPr>
            <w:tcW w:w="4320" w:type="dxa"/>
            <w:tcBorders>
              <w:bottom w:val="single" w:sz="8" w:space="0" w:color="9B9B9B"/>
            </w:tcBorders>
            <w:shd w:val="clear" w:color="auto" w:fill="F0F0F0"/>
            <w:vAlign w:val="center"/>
          </w:tcPr>
          <w:p w14:paraId="6B37723E" w14:textId="77777777" w:rsidR="00A806B2" w:rsidRPr="00A864B8" w:rsidRDefault="00000000">
            <w:pPr>
              <w:spacing w:before="20" w:after="10" w:line="240" w:lineRule="auto"/>
              <w:jc w:val="center"/>
            </w:pPr>
            <w:r w:rsidRPr="00A864B8">
              <w:rPr>
                <w:sz w:val="20"/>
              </w:rPr>
              <w:t>Abgeregeltes Erzeugungspotential</w:t>
            </w:r>
          </w:p>
        </w:tc>
        <w:tc>
          <w:tcPr>
            <w:tcW w:w="4320" w:type="dxa"/>
            <w:tcBorders>
              <w:bottom w:val="single" w:sz="8" w:space="0" w:color="9B9B9B"/>
            </w:tcBorders>
            <w:shd w:val="clear" w:color="auto" w:fill="F0F0F0"/>
            <w:vAlign w:val="center"/>
          </w:tcPr>
          <w:p w14:paraId="492692BA" w14:textId="77777777" w:rsidR="00A806B2" w:rsidRPr="00A864B8" w:rsidRDefault="00000000">
            <w:pPr>
              <w:spacing w:before="20" w:after="10" w:line="240" w:lineRule="auto"/>
              <w:jc w:val="center"/>
            </w:pPr>
            <w:r w:rsidRPr="00A864B8">
              <w:rPr>
                <w:sz w:val="20"/>
              </w:rPr>
              <w:t>0 MWh</w:t>
            </w:r>
          </w:p>
        </w:tc>
      </w:tr>
    </w:tbl>
    <w:p w14:paraId="5C229CCC"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4BAE3F4C" w14:textId="77777777">
        <w:trPr>
          <w:jc w:val="center"/>
        </w:trPr>
        <w:tc>
          <w:tcPr>
            <w:tcW w:w="4320" w:type="dxa"/>
            <w:tcBorders>
              <w:bottom w:val="single" w:sz="22" w:space="0" w:color="C00000"/>
            </w:tcBorders>
            <w:shd w:val="clear" w:color="auto" w:fill="343A40"/>
          </w:tcPr>
          <w:p w14:paraId="36E6248A"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36148139" w14:textId="77777777" w:rsidR="00A806B2" w:rsidRPr="00A864B8" w:rsidRDefault="00000000">
            <w:pPr>
              <w:spacing w:before="20" w:after="10" w:line="240" w:lineRule="auto"/>
              <w:jc w:val="center"/>
            </w:pPr>
            <w:r w:rsidRPr="00A864B8">
              <w:rPr>
                <w:color w:val="FFFFFF"/>
                <w:sz w:val="20"/>
              </w:rPr>
              <w:t> </w:t>
            </w:r>
          </w:p>
        </w:tc>
      </w:tr>
      <w:tr w:rsidR="00A806B2" w:rsidRPr="00A864B8" w14:paraId="273C7D54" w14:textId="77777777">
        <w:trPr>
          <w:jc w:val="center"/>
        </w:trPr>
        <w:tc>
          <w:tcPr>
            <w:tcW w:w="4320" w:type="dxa"/>
            <w:tcBorders>
              <w:bottom w:val="single" w:sz="8" w:space="0" w:color="9B9B9B"/>
            </w:tcBorders>
            <w:shd w:val="clear" w:color="auto" w:fill="F0F0F0"/>
            <w:vAlign w:val="center"/>
          </w:tcPr>
          <w:p w14:paraId="76BF2D68" w14:textId="77777777" w:rsidR="00A806B2" w:rsidRPr="00A864B8" w:rsidRDefault="00000000">
            <w:pPr>
              <w:spacing w:before="20" w:after="10" w:line="240" w:lineRule="auto"/>
              <w:jc w:val="center"/>
            </w:pPr>
            <w:r w:rsidRPr="00A864B8">
              <w:rPr>
                <w:sz w:val="20"/>
              </w:rPr>
              <w:t>Erzeugte Wärme</w:t>
            </w:r>
          </w:p>
        </w:tc>
        <w:tc>
          <w:tcPr>
            <w:tcW w:w="4320" w:type="dxa"/>
            <w:tcBorders>
              <w:bottom w:val="single" w:sz="8" w:space="0" w:color="9B9B9B"/>
            </w:tcBorders>
            <w:shd w:val="clear" w:color="auto" w:fill="F0F0F0"/>
            <w:vAlign w:val="center"/>
          </w:tcPr>
          <w:p w14:paraId="1F3DF714" w14:textId="77777777" w:rsidR="00A806B2" w:rsidRPr="00A864B8" w:rsidRDefault="00000000">
            <w:pPr>
              <w:spacing w:before="20" w:after="10" w:line="240" w:lineRule="auto"/>
              <w:jc w:val="center"/>
            </w:pPr>
            <w:r w:rsidRPr="00A864B8">
              <w:rPr>
                <w:sz w:val="20"/>
              </w:rPr>
              <w:t>440 MWh</w:t>
            </w:r>
          </w:p>
        </w:tc>
      </w:tr>
      <w:tr w:rsidR="00A806B2" w:rsidRPr="00A864B8" w14:paraId="59B2FA7C" w14:textId="77777777">
        <w:trPr>
          <w:jc w:val="center"/>
        </w:trPr>
        <w:tc>
          <w:tcPr>
            <w:tcW w:w="4320" w:type="dxa"/>
            <w:tcBorders>
              <w:bottom w:val="single" w:sz="8" w:space="0" w:color="9B9B9B"/>
            </w:tcBorders>
            <w:shd w:val="clear" w:color="auto" w:fill="CFCFCF"/>
            <w:vAlign w:val="center"/>
          </w:tcPr>
          <w:p w14:paraId="56A0C8CB" w14:textId="77777777" w:rsidR="00A806B2" w:rsidRPr="00A864B8" w:rsidRDefault="00000000">
            <w:pPr>
              <w:spacing w:before="20" w:after="10" w:line="240" w:lineRule="auto"/>
              <w:jc w:val="center"/>
            </w:pPr>
            <w:r w:rsidRPr="00A864B8">
              <w:rPr>
                <w:sz w:val="20"/>
              </w:rPr>
              <w:t>Erzeugte Kälte</w:t>
            </w:r>
          </w:p>
        </w:tc>
        <w:tc>
          <w:tcPr>
            <w:tcW w:w="4320" w:type="dxa"/>
            <w:tcBorders>
              <w:bottom w:val="single" w:sz="8" w:space="0" w:color="9B9B9B"/>
            </w:tcBorders>
            <w:shd w:val="clear" w:color="auto" w:fill="CFCFCF"/>
            <w:vAlign w:val="center"/>
          </w:tcPr>
          <w:p w14:paraId="7144064F" w14:textId="77777777" w:rsidR="00A806B2" w:rsidRPr="00A864B8" w:rsidRDefault="00000000">
            <w:pPr>
              <w:spacing w:before="20" w:after="10" w:line="240" w:lineRule="auto"/>
              <w:jc w:val="center"/>
            </w:pPr>
            <w:r w:rsidRPr="00A864B8">
              <w:rPr>
                <w:sz w:val="20"/>
              </w:rPr>
              <w:t>0 MWh</w:t>
            </w:r>
          </w:p>
        </w:tc>
      </w:tr>
      <w:tr w:rsidR="00A806B2" w:rsidRPr="00A864B8" w14:paraId="06763FEE" w14:textId="77777777">
        <w:trPr>
          <w:jc w:val="center"/>
        </w:trPr>
        <w:tc>
          <w:tcPr>
            <w:tcW w:w="4320" w:type="dxa"/>
            <w:tcBorders>
              <w:bottom w:val="single" w:sz="8" w:space="0" w:color="9B9B9B"/>
            </w:tcBorders>
            <w:shd w:val="clear" w:color="auto" w:fill="F0F0F0"/>
            <w:vAlign w:val="center"/>
          </w:tcPr>
          <w:p w14:paraId="42405591" w14:textId="77777777" w:rsidR="00A806B2" w:rsidRPr="00A864B8" w:rsidRDefault="00000000">
            <w:pPr>
              <w:spacing w:before="20" w:after="10" w:line="240" w:lineRule="auto"/>
              <w:jc w:val="center"/>
            </w:pPr>
            <w:r w:rsidRPr="00A864B8">
              <w:rPr>
                <w:sz w:val="20"/>
              </w:rPr>
              <w:t>Strombedarf</w:t>
            </w:r>
          </w:p>
        </w:tc>
        <w:tc>
          <w:tcPr>
            <w:tcW w:w="4320" w:type="dxa"/>
            <w:tcBorders>
              <w:bottom w:val="single" w:sz="8" w:space="0" w:color="9B9B9B"/>
            </w:tcBorders>
            <w:shd w:val="clear" w:color="auto" w:fill="F0F0F0"/>
            <w:vAlign w:val="center"/>
          </w:tcPr>
          <w:p w14:paraId="391F7272" w14:textId="77777777" w:rsidR="00A806B2" w:rsidRPr="00A864B8" w:rsidRDefault="00000000">
            <w:pPr>
              <w:spacing w:before="20" w:after="10" w:line="240" w:lineRule="auto"/>
              <w:jc w:val="center"/>
            </w:pPr>
            <w:r w:rsidRPr="00A864B8">
              <w:rPr>
                <w:sz w:val="20"/>
              </w:rPr>
              <w:t>164 MWh</w:t>
            </w:r>
          </w:p>
        </w:tc>
      </w:tr>
      <w:tr w:rsidR="00A806B2" w:rsidRPr="00A864B8" w14:paraId="2E08DD56" w14:textId="77777777">
        <w:trPr>
          <w:jc w:val="center"/>
        </w:trPr>
        <w:tc>
          <w:tcPr>
            <w:tcW w:w="4320" w:type="dxa"/>
            <w:tcBorders>
              <w:bottom w:val="single" w:sz="8" w:space="0" w:color="9B9B9B"/>
            </w:tcBorders>
            <w:shd w:val="clear" w:color="auto" w:fill="CFCFCF"/>
            <w:vAlign w:val="center"/>
          </w:tcPr>
          <w:p w14:paraId="017F5000" w14:textId="77777777" w:rsidR="00A806B2" w:rsidRPr="00A864B8" w:rsidRDefault="00000000">
            <w:pPr>
              <w:spacing w:before="20" w:after="10" w:line="240" w:lineRule="auto"/>
              <w:jc w:val="center"/>
            </w:pPr>
            <w:r w:rsidRPr="00A864B8">
              <w:rPr>
                <w:sz w:val="20"/>
              </w:rPr>
              <w:t>Wärme zur Regeneration</w:t>
            </w:r>
          </w:p>
        </w:tc>
        <w:tc>
          <w:tcPr>
            <w:tcW w:w="4320" w:type="dxa"/>
            <w:tcBorders>
              <w:bottom w:val="single" w:sz="8" w:space="0" w:color="9B9B9B"/>
            </w:tcBorders>
            <w:shd w:val="clear" w:color="auto" w:fill="CFCFCF"/>
            <w:vAlign w:val="center"/>
          </w:tcPr>
          <w:p w14:paraId="0C2CCEDE" w14:textId="77777777" w:rsidR="00A806B2" w:rsidRPr="00A864B8" w:rsidRDefault="00000000">
            <w:pPr>
              <w:spacing w:before="20" w:after="10" w:line="240" w:lineRule="auto"/>
              <w:jc w:val="center"/>
            </w:pPr>
            <w:r w:rsidRPr="00A864B8">
              <w:rPr>
                <w:sz w:val="20"/>
              </w:rPr>
              <w:t>0 MWh</w:t>
            </w:r>
          </w:p>
        </w:tc>
      </w:tr>
      <w:tr w:rsidR="00A806B2" w:rsidRPr="00A864B8" w14:paraId="3E7E599B" w14:textId="77777777">
        <w:trPr>
          <w:jc w:val="center"/>
        </w:trPr>
        <w:tc>
          <w:tcPr>
            <w:tcW w:w="4320" w:type="dxa"/>
            <w:tcBorders>
              <w:bottom w:val="single" w:sz="8" w:space="0" w:color="9B9B9B"/>
            </w:tcBorders>
            <w:shd w:val="clear" w:color="auto" w:fill="F0F0F0"/>
            <w:vAlign w:val="center"/>
          </w:tcPr>
          <w:p w14:paraId="2520048C" w14:textId="77777777" w:rsidR="00A806B2" w:rsidRPr="00A864B8" w:rsidRDefault="00000000">
            <w:pPr>
              <w:spacing w:before="20" w:after="10" w:line="240" w:lineRule="auto"/>
              <w:jc w:val="center"/>
            </w:pPr>
            <w:r w:rsidRPr="00A864B8">
              <w:rPr>
                <w:sz w:val="20"/>
              </w:rPr>
              <w:t>Volllaststunden</w:t>
            </w:r>
          </w:p>
        </w:tc>
        <w:tc>
          <w:tcPr>
            <w:tcW w:w="4320" w:type="dxa"/>
            <w:tcBorders>
              <w:bottom w:val="single" w:sz="8" w:space="0" w:color="9B9B9B"/>
            </w:tcBorders>
            <w:shd w:val="clear" w:color="auto" w:fill="F0F0F0"/>
            <w:vAlign w:val="center"/>
          </w:tcPr>
          <w:p w14:paraId="585B37F3" w14:textId="77777777" w:rsidR="00A806B2" w:rsidRPr="00A864B8" w:rsidRDefault="00000000">
            <w:pPr>
              <w:spacing w:before="20" w:after="10" w:line="240" w:lineRule="auto"/>
              <w:jc w:val="center"/>
            </w:pPr>
            <w:r w:rsidRPr="00A864B8">
              <w:rPr>
                <w:sz w:val="20"/>
              </w:rPr>
              <w:t>687 h</w:t>
            </w:r>
          </w:p>
        </w:tc>
      </w:tr>
      <w:tr w:rsidR="00A806B2" w:rsidRPr="00A864B8" w14:paraId="22B1DBD0" w14:textId="77777777">
        <w:trPr>
          <w:jc w:val="center"/>
        </w:trPr>
        <w:tc>
          <w:tcPr>
            <w:tcW w:w="4320" w:type="dxa"/>
            <w:tcBorders>
              <w:bottom w:val="single" w:sz="8" w:space="0" w:color="9B9B9B"/>
            </w:tcBorders>
            <w:shd w:val="clear" w:color="auto" w:fill="CFCFCF"/>
            <w:vAlign w:val="center"/>
          </w:tcPr>
          <w:p w14:paraId="104055E5" w14:textId="77777777" w:rsidR="00A806B2" w:rsidRPr="00A864B8" w:rsidRDefault="00000000">
            <w:pPr>
              <w:spacing w:before="20" w:after="10" w:line="240" w:lineRule="auto"/>
              <w:jc w:val="center"/>
            </w:pPr>
            <w:r w:rsidRPr="00A864B8">
              <w:rPr>
                <w:sz w:val="20"/>
              </w:rPr>
              <w:t>Nennwärmeleistung</w:t>
            </w:r>
          </w:p>
        </w:tc>
        <w:tc>
          <w:tcPr>
            <w:tcW w:w="4320" w:type="dxa"/>
            <w:tcBorders>
              <w:bottom w:val="single" w:sz="8" w:space="0" w:color="9B9B9B"/>
            </w:tcBorders>
            <w:shd w:val="clear" w:color="auto" w:fill="CFCFCF"/>
            <w:vAlign w:val="center"/>
          </w:tcPr>
          <w:p w14:paraId="0F2BE9B7" w14:textId="77777777" w:rsidR="00A806B2" w:rsidRPr="00A864B8" w:rsidRDefault="00000000">
            <w:pPr>
              <w:spacing w:before="20" w:after="10" w:line="240" w:lineRule="auto"/>
              <w:jc w:val="center"/>
            </w:pPr>
            <w:r w:rsidRPr="00A864B8">
              <w:rPr>
                <w:sz w:val="20"/>
              </w:rPr>
              <w:t>640 kWₜₕ</w:t>
            </w:r>
          </w:p>
        </w:tc>
      </w:tr>
      <w:tr w:rsidR="00A806B2" w:rsidRPr="00A864B8" w14:paraId="25600A3B" w14:textId="77777777">
        <w:trPr>
          <w:jc w:val="center"/>
        </w:trPr>
        <w:tc>
          <w:tcPr>
            <w:tcW w:w="4320" w:type="dxa"/>
            <w:tcBorders>
              <w:bottom w:val="single" w:sz="8" w:space="0" w:color="9B9B9B"/>
            </w:tcBorders>
            <w:shd w:val="clear" w:color="auto" w:fill="F0F0F0"/>
            <w:vAlign w:val="center"/>
          </w:tcPr>
          <w:p w14:paraId="1C4A753C" w14:textId="77777777" w:rsidR="00A806B2" w:rsidRPr="00A864B8" w:rsidRDefault="00000000">
            <w:pPr>
              <w:spacing w:before="20" w:after="10" w:line="240" w:lineRule="auto"/>
              <w:jc w:val="center"/>
            </w:pPr>
            <w:r w:rsidRPr="00A864B8">
              <w:rPr>
                <w:sz w:val="20"/>
              </w:rPr>
              <w:t>Elektrische Nennleistung</w:t>
            </w:r>
          </w:p>
        </w:tc>
        <w:tc>
          <w:tcPr>
            <w:tcW w:w="4320" w:type="dxa"/>
            <w:tcBorders>
              <w:bottom w:val="single" w:sz="8" w:space="0" w:color="9B9B9B"/>
            </w:tcBorders>
            <w:shd w:val="clear" w:color="auto" w:fill="F0F0F0"/>
            <w:vAlign w:val="center"/>
          </w:tcPr>
          <w:p w14:paraId="6F803AE3" w14:textId="77777777" w:rsidR="00A806B2" w:rsidRPr="00A864B8" w:rsidRDefault="00000000">
            <w:pPr>
              <w:spacing w:before="20" w:after="10" w:line="240" w:lineRule="auto"/>
              <w:jc w:val="center"/>
            </w:pPr>
            <w:r w:rsidRPr="00A864B8">
              <w:rPr>
                <w:sz w:val="20"/>
              </w:rPr>
              <w:t>160 kWₑₗ</w:t>
            </w:r>
          </w:p>
        </w:tc>
      </w:tr>
    </w:tbl>
    <w:p w14:paraId="70754555" w14:textId="77777777" w:rsidR="00A806B2" w:rsidRPr="00A864B8" w:rsidRDefault="00A806B2"/>
    <w:tbl>
      <w:tblPr>
        <w:tblW w:w="0" w:type="auto"/>
        <w:jc w:val="center"/>
        <w:tblLook w:val="04A0" w:firstRow="1" w:lastRow="0" w:firstColumn="1" w:lastColumn="0" w:noHBand="0" w:noVBand="1"/>
      </w:tblPr>
      <w:tblGrid>
        <w:gridCol w:w="4320"/>
        <w:gridCol w:w="4320"/>
      </w:tblGrid>
      <w:tr w:rsidR="00A806B2" w:rsidRPr="00A864B8" w14:paraId="36C64641" w14:textId="77777777">
        <w:trPr>
          <w:jc w:val="center"/>
        </w:trPr>
        <w:tc>
          <w:tcPr>
            <w:tcW w:w="4320" w:type="dxa"/>
            <w:tcBorders>
              <w:bottom w:val="single" w:sz="22" w:space="0" w:color="C00000"/>
            </w:tcBorders>
            <w:shd w:val="clear" w:color="auto" w:fill="343A40"/>
          </w:tcPr>
          <w:p w14:paraId="5DF1CE28"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207EAD2C" w14:textId="77777777" w:rsidR="00A806B2" w:rsidRPr="00A864B8" w:rsidRDefault="00000000">
            <w:pPr>
              <w:spacing w:before="20" w:after="10" w:line="240" w:lineRule="auto"/>
              <w:jc w:val="center"/>
            </w:pPr>
            <w:r w:rsidRPr="00A864B8">
              <w:rPr>
                <w:color w:val="FFFFFF"/>
                <w:sz w:val="20"/>
              </w:rPr>
              <w:t> </w:t>
            </w:r>
          </w:p>
        </w:tc>
      </w:tr>
      <w:tr w:rsidR="00A806B2" w:rsidRPr="00A864B8" w14:paraId="193B6D5B" w14:textId="77777777">
        <w:trPr>
          <w:jc w:val="center"/>
        </w:trPr>
        <w:tc>
          <w:tcPr>
            <w:tcW w:w="4320" w:type="dxa"/>
            <w:tcBorders>
              <w:bottom w:val="single" w:sz="8" w:space="0" w:color="9B9B9B"/>
            </w:tcBorders>
            <w:shd w:val="clear" w:color="auto" w:fill="F0F0F0"/>
            <w:vAlign w:val="center"/>
          </w:tcPr>
          <w:p w14:paraId="6F81FA36" w14:textId="77777777" w:rsidR="00A806B2" w:rsidRPr="00A864B8" w:rsidRDefault="00000000">
            <w:pPr>
              <w:spacing w:before="20" w:after="10" w:line="240" w:lineRule="auto"/>
              <w:jc w:val="center"/>
            </w:pPr>
            <w:r w:rsidRPr="00A864B8">
              <w:rPr>
                <w:sz w:val="20"/>
              </w:rPr>
              <w:t>Speicherkapazität</w:t>
            </w:r>
          </w:p>
        </w:tc>
        <w:tc>
          <w:tcPr>
            <w:tcW w:w="4320" w:type="dxa"/>
            <w:tcBorders>
              <w:bottom w:val="single" w:sz="8" w:space="0" w:color="9B9B9B"/>
            </w:tcBorders>
            <w:shd w:val="clear" w:color="auto" w:fill="F0F0F0"/>
            <w:vAlign w:val="center"/>
          </w:tcPr>
          <w:p w14:paraId="6868D836" w14:textId="77777777" w:rsidR="00A806B2" w:rsidRPr="00A864B8" w:rsidRDefault="00000000">
            <w:pPr>
              <w:spacing w:before="20" w:after="10" w:line="240" w:lineRule="auto"/>
              <w:jc w:val="center"/>
            </w:pPr>
            <w:r w:rsidRPr="00A864B8">
              <w:rPr>
                <w:sz w:val="20"/>
              </w:rPr>
              <w:t>555 kWh</w:t>
            </w:r>
          </w:p>
        </w:tc>
      </w:tr>
      <w:tr w:rsidR="00A806B2" w:rsidRPr="00A864B8" w14:paraId="51A8FD6E" w14:textId="77777777">
        <w:trPr>
          <w:jc w:val="center"/>
        </w:trPr>
        <w:tc>
          <w:tcPr>
            <w:tcW w:w="4320" w:type="dxa"/>
            <w:tcBorders>
              <w:bottom w:val="single" w:sz="8" w:space="0" w:color="9B9B9B"/>
            </w:tcBorders>
            <w:shd w:val="clear" w:color="auto" w:fill="CFCFCF"/>
            <w:vAlign w:val="center"/>
          </w:tcPr>
          <w:p w14:paraId="17DEF874" w14:textId="77777777" w:rsidR="00A806B2" w:rsidRPr="00A864B8" w:rsidRDefault="00000000">
            <w:pPr>
              <w:spacing w:before="20" w:after="10" w:line="240" w:lineRule="auto"/>
              <w:jc w:val="center"/>
            </w:pPr>
            <w:r w:rsidRPr="00A864B8">
              <w:rPr>
                <w:sz w:val="20"/>
              </w:rPr>
              <w:t>Eingespeicherte Energie</w:t>
            </w:r>
          </w:p>
        </w:tc>
        <w:tc>
          <w:tcPr>
            <w:tcW w:w="4320" w:type="dxa"/>
            <w:tcBorders>
              <w:bottom w:val="single" w:sz="8" w:space="0" w:color="9B9B9B"/>
            </w:tcBorders>
            <w:shd w:val="clear" w:color="auto" w:fill="CFCFCF"/>
            <w:vAlign w:val="center"/>
          </w:tcPr>
          <w:p w14:paraId="5FEE3D0D" w14:textId="77777777" w:rsidR="00A806B2" w:rsidRPr="00A864B8" w:rsidRDefault="00000000">
            <w:pPr>
              <w:spacing w:before="20" w:after="10" w:line="240" w:lineRule="auto"/>
              <w:jc w:val="center"/>
            </w:pPr>
            <w:r w:rsidRPr="00A864B8">
              <w:rPr>
                <w:sz w:val="20"/>
              </w:rPr>
              <w:t>236 MWh</w:t>
            </w:r>
          </w:p>
        </w:tc>
      </w:tr>
      <w:tr w:rsidR="00A806B2" w:rsidRPr="00A864B8" w14:paraId="6E4F6CB3" w14:textId="77777777">
        <w:trPr>
          <w:jc w:val="center"/>
        </w:trPr>
        <w:tc>
          <w:tcPr>
            <w:tcW w:w="4320" w:type="dxa"/>
            <w:tcBorders>
              <w:bottom w:val="single" w:sz="8" w:space="0" w:color="9B9B9B"/>
            </w:tcBorders>
            <w:shd w:val="clear" w:color="auto" w:fill="F0F0F0"/>
            <w:vAlign w:val="center"/>
          </w:tcPr>
          <w:p w14:paraId="5B0F3967" w14:textId="77777777" w:rsidR="00A806B2" w:rsidRPr="00A864B8" w:rsidRDefault="00000000">
            <w:pPr>
              <w:spacing w:before="20" w:after="10" w:line="240" w:lineRule="auto"/>
              <w:jc w:val="center"/>
            </w:pPr>
            <w:r w:rsidRPr="00A864B8">
              <w:rPr>
                <w:sz w:val="20"/>
              </w:rPr>
              <w:t>Ausgespeicherte Energie</w:t>
            </w:r>
          </w:p>
        </w:tc>
        <w:tc>
          <w:tcPr>
            <w:tcW w:w="4320" w:type="dxa"/>
            <w:tcBorders>
              <w:bottom w:val="single" w:sz="8" w:space="0" w:color="9B9B9B"/>
            </w:tcBorders>
            <w:shd w:val="clear" w:color="auto" w:fill="F0F0F0"/>
            <w:vAlign w:val="center"/>
          </w:tcPr>
          <w:p w14:paraId="721A1974" w14:textId="77777777" w:rsidR="00A806B2" w:rsidRPr="00A864B8" w:rsidRDefault="00000000">
            <w:pPr>
              <w:spacing w:before="20" w:after="10" w:line="240" w:lineRule="auto"/>
              <w:jc w:val="center"/>
            </w:pPr>
            <w:r w:rsidRPr="00A864B8">
              <w:rPr>
                <w:sz w:val="20"/>
              </w:rPr>
              <w:t>232 MWh</w:t>
            </w:r>
          </w:p>
        </w:tc>
      </w:tr>
      <w:tr w:rsidR="00A806B2" w:rsidRPr="00A864B8" w14:paraId="2A741D5D" w14:textId="77777777">
        <w:trPr>
          <w:jc w:val="center"/>
        </w:trPr>
        <w:tc>
          <w:tcPr>
            <w:tcW w:w="4320" w:type="dxa"/>
            <w:tcBorders>
              <w:bottom w:val="single" w:sz="8" w:space="0" w:color="9B9B9B"/>
            </w:tcBorders>
            <w:shd w:val="clear" w:color="auto" w:fill="CFCFCF"/>
            <w:vAlign w:val="center"/>
          </w:tcPr>
          <w:p w14:paraId="780A0F14" w14:textId="77777777" w:rsidR="00A806B2" w:rsidRPr="00A864B8" w:rsidRDefault="00000000">
            <w:pPr>
              <w:spacing w:before="20" w:after="10" w:line="240" w:lineRule="auto"/>
              <w:jc w:val="center"/>
            </w:pPr>
            <w:r w:rsidRPr="00A864B8">
              <w:rPr>
                <w:sz w:val="20"/>
              </w:rPr>
              <w:t>Speichervolumen</w:t>
            </w:r>
          </w:p>
        </w:tc>
        <w:tc>
          <w:tcPr>
            <w:tcW w:w="4320" w:type="dxa"/>
            <w:tcBorders>
              <w:bottom w:val="single" w:sz="8" w:space="0" w:color="9B9B9B"/>
            </w:tcBorders>
            <w:shd w:val="clear" w:color="auto" w:fill="CFCFCF"/>
            <w:vAlign w:val="center"/>
          </w:tcPr>
          <w:p w14:paraId="34F15C71" w14:textId="77777777" w:rsidR="00A806B2" w:rsidRPr="00A864B8" w:rsidRDefault="00000000">
            <w:pPr>
              <w:spacing w:before="20" w:after="10" w:line="240" w:lineRule="auto"/>
              <w:jc w:val="center"/>
            </w:pPr>
            <w:r w:rsidRPr="00A864B8">
              <w:rPr>
                <w:sz w:val="20"/>
              </w:rPr>
              <w:t>23,9 m³</w:t>
            </w:r>
          </w:p>
        </w:tc>
      </w:tr>
      <w:tr w:rsidR="00A806B2" w:rsidRPr="00A864B8" w14:paraId="30160463" w14:textId="77777777">
        <w:trPr>
          <w:jc w:val="center"/>
        </w:trPr>
        <w:tc>
          <w:tcPr>
            <w:tcW w:w="4320" w:type="dxa"/>
            <w:tcBorders>
              <w:bottom w:val="single" w:sz="8" w:space="0" w:color="9B9B9B"/>
            </w:tcBorders>
            <w:shd w:val="clear" w:color="auto" w:fill="F0F0F0"/>
            <w:vAlign w:val="center"/>
          </w:tcPr>
          <w:p w14:paraId="4397491C" w14:textId="77777777" w:rsidR="00A806B2" w:rsidRPr="00A864B8" w:rsidRDefault="00000000">
            <w:pPr>
              <w:spacing w:before="20" w:after="10" w:line="240" w:lineRule="auto"/>
              <w:jc w:val="center"/>
            </w:pPr>
            <w:r w:rsidRPr="00A864B8">
              <w:rPr>
                <w:sz w:val="20"/>
              </w:rPr>
              <w:t>Vollladezyklen</w:t>
            </w:r>
          </w:p>
        </w:tc>
        <w:tc>
          <w:tcPr>
            <w:tcW w:w="4320" w:type="dxa"/>
            <w:tcBorders>
              <w:bottom w:val="single" w:sz="8" w:space="0" w:color="9B9B9B"/>
            </w:tcBorders>
            <w:shd w:val="clear" w:color="auto" w:fill="F0F0F0"/>
            <w:vAlign w:val="center"/>
          </w:tcPr>
          <w:p w14:paraId="1DDC8639" w14:textId="77777777" w:rsidR="00A806B2" w:rsidRPr="00A864B8" w:rsidRDefault="00000000">
            <w:pPr>
              <w:spacing w:before="20" w:after="10" w:line="240" w:lineRule="auto"/>
              <w:jc w:val="center"/>
            </w:pPr>
            <w:r w:rsidRPr="00A864B8">
              <w:rPr>
                <w:sz w:val="20"/>
              </w:rPr>
              <w:t>425</w:t>
            </w:r>
          </w:p>
        </w:tc>
      </w:tr>
    </w:tbl>
    <w:p w14:paraId="57B30EF9" w14:textId="77777777" w:rsidR="00A806B2" w:rsidRPr="00A864B8" w:rsidRDefault="00A806B2"/>
    <w:p w14:paraId="0B524B77" w14:textId="67AE8858" w:rsidR="00A806B2" w:rsidRPr="00A864B8" w:rsidRDefault="00000000">
      <w:pPr>
        <w:pStyle w:val="CaptionStyle"/>
        <w:spacing w:before="40" w:after="0"/>
        <w:jc w:val="center"/>
        <w:rPr>
          <w:lang w:val="de-DE"/>
        </w:rPr>
      </w:pPr>
      <w:bookmarkStart w:id="233" w:name="_Toc240363571"/>
      <w:r w:rsidRPr="00A864B8">
        <w:rPr>
          <w:lang w:val="de-DE"/>
        </w:rPr>
        <w:t xml:space="preserve">Tabelle </w:t>
      </w:r>
      <w:bookmarkStart w:id="234" w:name="results_eh_energy_import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43</w:t>
      </w:r>
      <w:r w:rsidRPr="00A864B8">
        <w:rPr>
          <w:lang w:val="de-DE"/>
        </w:rPr>
        <w:fldChar w:fldCharType="end"/>
      </w:r>
      <w:bookmarkStart w:id="235" w:name="results_eh_energy_import_tab_2"/>
      <w:bookmarkEnd w:id="234"/>
      <w:bookmarkEnd w:id="235"/>
      <w:r w:rsidRPr="00A864B8">
        <w:rPr>
          <w:lang w:val="de-DE"/>
        </w:rPr>
        <w:t>: Variante 2: Energiebezug</w:t>
      </w:r>
      <w:bookmarkEnd w:id="233"/>
    </w:p>
    <w:tbl>
      <w:tblPr>
        <w:tblW w:w="0" w:type="auto"/>
        <w:jc w:val="center"/>
        <w:tblLook w:val="04A0" w:firstRow="1" w:lastRow="0" w:firstColumn="1" w:lastColumn="0" w:noHBand="0" w:noVBand="1"/>
      </w:tblPr>
      <w:tblGrid>
        <w:gridCol w:w="2160"/>
        <w:gridCol w:w="2160"/>
        <w:gridCol w:w="2160"/>
        <w:gridCol w:w="2160"/>
      </w:tblGrid>
      <w:tr w:rsidR="00A806B2" w:rsidRPr="00A864B8" w14:paraId="3F731035" w14:textId="77777777">
        <w:trPr>
          <w:jc w:val="center"/>
        </w:trPr>
        <w:tc>
          <w:tcPr>
            <w:tcW w:w="2160" w:type="dxa"/>
            <w:tcBorders>
              <w:bottom w:val="single" w:sz="22" w:space="0" w:color="C00000"/>
            </w:tcBorders>
            <w:shd w:val="clear" w:color="auto" w:fill="343A40"/>
          </w:tcPr>
          <w:p w14:paraId="6F25C202" w14:textId="77777777" w:rsidR="00A806B2" w:rsidRPr="00A864B8" w:rsidRDefault="00000000">
            <w:pPr>
              <w:spacing w:before="20" w:after="10" w:line="240" w:lineRule="auto"/>
              <w:jc w:val="center"/>
            </w:pPr>
            <w:r w:rsidRPr="00A864B8">
              <w:rPr>
                <w:color w:val="FFFFFF"/>
                <w:sz w:val="20"/>
              </w:rPr>
              <w:t> </w:t>
            </w:r>
          </w:p>
        </w:tc>
        <w:tc>
          <w:tcPr>
            <w:tcW w:w="2160" w:type="dxa"/>
            <w:tcBorders>
              <w:bottom w:val="single" w:sz="22" w:space="0" w:color="C00000"/>
            </w:tcBorders>
            <w:shd w:val="clear" w:color="auto" w:fill="343A40"/>
          </w:tcPr>
          <w:p w14:paraId="1690C642" w14:textId="77777777" w:rsidR="00A806B2" w:rsidRPr="00A864B8" w:rsidRDefault="00000000">
            <w:pPr>
              <w:spacing w:before="20" w:after="10" w:line="240" w:lineRule="auto"/>
              <w:jc w:val="center"/>
            </w:pPr>
            <w:r w:rsidRPr="00A864B8">
              <w:rPr>
                <w:color w:val="FFFFFF"/>
                <w:sz w:val="20"/>
              </w:rPr>
              <w:t>Jahressumme</w:t>
            </w:r>
          </w:p>
        </w:tc>
        <w:tc>
          <w:tcPr>
            <w:tcW w:w="2160" w:type="dxa"/>
            <w:tcBorders>
              <w:bottom w:val="single" w:sz="22" w:space="0" w:color="C00000"/>
            </w:tcBorders>
            <w:shd w:val="clear" w:color="auto" w:fill="343A40"/>
          </w:tcPr>
          <w:p w14:paraId="4B128B72" w14:textId="77777777" w:rsidR="00A806B2" w:rsidRPr="00A864B8" w:rsidRDefault="00000000">
            <w:pPr>
              <w:spacing w:before="20" w:after="10" w:line="240" w:lineRule="auto"/>
              <w:jc w:val="center"/>
            </w:pPr>
            <w:r w:rsidRPr="00A864B8">
              <w:rPr>
                <w:color w:val="FFFFFF"/>
                <w:sz w:val="20"/>
              </w:rPr>
              <w:t>Maximalleistung</w:t>
            </w:r>
          </w:p>
        </w:tc>
        <w:tc>
          <w:tcPr>
            <w:tcW w:w="2160" w:type="dxa"/>
            <w:tcBorders>
              <w:bottom w:val="single" w:sz="22" w:space="0" w:color="C00000"/>
            </w:tcBorders>
            <w:shd w:val="clear" w:color="auto" w:fill="343A40"/>
          </w:tcPr>
          <w:p w14:paraId="217C7A78" w14:textId="77777777" w:rsidR="00A806B2" w:rsidRPr="00A864B8" w:rsidRDefault="00000000">
            <w:pPr>
              <w:spacing w:before="20" w:after="10" w:line="240" w:lineRule="auto"/>
              <w:jc w:val="center"/>
            </w:pPr>
            <w:r w:rsidRPr="00A864B8">
              <w:rPr>
                <w:color w:val="FFFFFF"/>
                <w:sz w:val="20"/>
              </w:rPr>
              <w:t>Anteil</w:t>
            </w:r>
          </w:p>
        </w:tc>
      </w:tr>
      <w:tr w:rsidR="00A806B2" w:rsidRPr="00A864B8" w14:paraId="7C89F5C4" w14:textId="77777777">
        <w:trPr>
          <w:jc w:val="center"/>
        </w:trPr>
        <w:tc>
          <w:tcPr>
            <w:tcW w:w="2160" w:type="dxa"/>
            <w:tcBorders>
              <w:bottom w:val="single" w:sz="8" w:space="0" w:color="9B9B9B"/>
            </w:tcBorders>
            <w:shd w:val="clear" w:color="auto" w:fill="F0F0F0"/>
            <w:vAlign w:val="center"/>
          </w:tcPr>
          <w:p w14:paraId="3C418716" w14:textId="77777777" w:rsidR="00A806B2" w:rsidRPr="00A864B8" w:rsidRDefault="00000000">
            <w:pPr>
              <w:spacing w:before="20" w:after="10" w:line="240" w:lineRule="auto"/>
              <w:jc w:val="center"/>
            </w:pPr>
            <w:r w:rsidRPr="00A864B8">
              <w:rPr>
                <w:sz w:val="20"/>
              </w:rPr>
              <w:t>Strombezug aus Stromnetz (Energiezentrale)</w:t>
            </w:r>
          </w:p>
        </w:tc>
        <w:tc>
          <w:tcPr>
            <w:tcW w:w="2160" w:type="dxa"/>
            <w:tcBorders>
              <w:bottom w:val="single" w:sz="8" w:space="0" w:color="9B9B9B"/>
            </w:tcBorders>
            <w:shd w:val="clear" w:color="auto" w:fill="F0F0F0"/>
            <w:vAlign w:val="center"/>
          </w:tcPr>
          <w:p w14:paraId="38E83BEC" w14:textId="77777777" w:rsidR="00A806B2" w:rsidRPr="00A864B8" w:rsidRDefault="00000000">
            <w:pPr>
              <w:spacing w:before="20" w:after="10" w:line="240" w:lineRule="auto"/>
              <w:jc w:val="center"/>
            </w:pPr>
            <w:r w:rsidRPr="00A864B8">
              <w:rPr>
                <w:sz w:val="20"/>
              </w:rPr>
              <w:t>114 MWh</w:t>
            </w:r>
          </w:p>
        </w:tc>
        <w:tc>
          <w:tcPr>
            <w:tcW w:w="2160" w:type="dxa"/>
            <w:tcBorders>
              <w:bottom w:val="single" w:sz="8" w:space="0" w:color="9B9B9B"/>
            </w:tcBorders>
            <w:shd w:val="clear" w:color="auto" w:fill="F0F0F0"/>
            <w:vAlign w:val="center"/>
          </w:tcPr>
          <w:p w14:paraId="404F99E9" w14:textId="77777777" w:rsidR="00A806B2" w:rsidRPr="00A864B8" w:rsidRDefault="00000000">
            <w:pPr>
              <w:spacing w:before="20" w:after="10" w:line="240" w:lineRule="auto"/>
              <w:jc w:val="center"/>
            </w:pPr>
            <w:r w:rsidRPr="00A864B8">
              <w:rPr>
                <w:sz w:val="20"/>
              </w:rPr>
              <w:t>154 kW</w:t>
            </w:r>
          </w:p>
        </w:tc>
        <w:tc>
          <w:tcPr>
            <w:tcW w:w="2160" w:type="dxa"/>
            <w:tcBorders>
              <w:bottom w:val="single" w:sz="8" w:space="0" w:color="9B9B9B"/>
            </w:tcBorders>
            <w:shd w:val="clear" w:color="auto" w:fill="F0F0F0"/>
            <w:vAlign w:val="center"/>
          </w:tcPr>
          <w:p w14:paraId="48D05CEE" w14:textId="77777777" w:rsidR="00A806B2" w:rsidRPr="00A864B8" w:rsidRDefault="00000000">
            <w:pPr>
              <w:spacing w:before="20" w:after="10" w:line="240" w:lineRule="auto"/>
              <w:jc w:val="center"/>
            </w:pPr>
            <w:r w:rsidRPr="00A864B8">
              <w:rPr>
                <w:sz w:val="20"/>
              </w:rPr>
              <w:t>8,1 %</w:t>
            </w:r>
          </w:p>
        </w:tc>
      </w:tr>
      <w:tr w:rsidR="00A806B2" w:rsidRPr="00A864B8" w14:paraId="7F535CA9" w14:textId="77777777">
        <w:trPr>
          <w:jc w:val="center"/>
        </w:trPr>
        <w:tc>
          <w:tcPr>
            <w:tcW w:w="2160" w:type="dxa"/>
            <w:tcBorders>
              <w:bottom w:val="single" w:sz="8" w:space="0" w:color="9B9B9B"/>
            </w:tcBorders>
            <w:shd w:val="clear" w:color="auto" w:fill="CFCFCF"/>
            <w:vAlign w:val="center"/>
          </w:tcPr>
          <w:p w14:paraId="53A66234" w14:textId="77777777" w:rsidR="00A806B2" w:rsidRPr="00A864B8" w:rsidRDefault="00000000">
            <w:pPr>
              <w:spacing w:before="20" w:after="10" w:line="240" w:lineRule="auto"/>
              <w:jc w:val="center"/>
            </w:pPr>
            <w:r w:rsidRPr="00A864B8">
              <w:rPr>
                <w:sz w:val="20"/>
              </w:rPr>
              <w:t>Erneuerbare Stromerzeugung</w:t>
            </w:r>
          </w:p>
        </w:tc>
        <w:tc>
          <w:tcPr>
            <w:tcW w:w="2160" w:type="dxa"/>
            <w:tcBorders>
              <w:bottom w:val="single" w:sz="8" w:space="0" w:color="9B9B9B"/>
            </w:tcBorders>
            <w:shd w:val="clear" w:color="auto" w:fill="CFCFCF"/>
            <w:vAlign w:val="center"/>
          </w:tcPr>
          <w:p w14:paraId="3112446D" w14:textId="77777777" w:rsidR="00A806B2" w:rsidRPr="00A864B8" w:rsidRDefault="00000000">
            <w:pPr>
              <w:spacing w:before="20" w:after="10" w:line="240" w:lineRule="auto"/>
              <w:jc w:val="center"/>
            </w:pPr>
            <w:r w:rsidRPr="00A864B8">
              <w:rPr>
                <w:sz w:val="20"/>
              </w:rPr>
              <w:t>243 MWh</w:t>
            </w:r>
          </w:p>
        </w:tc>
        <w:tc>
          <w:tcPr>
            <w:tcW w:w="2160" w:type="dxa"/>
            <w:tcBorders>
              <w:bottom w:val="single" w:sz="8" w:space="0" w:color="9B9B9B"/>
            </w:tcBorders>
            <w:shd w:val="clear" w:color="auto" w:fill="CFCFCF"/>
            <w:vAlign w:val="center"/>
          </w:tcPr>
          <w:p w14:paraId="24D7D3C7" w14:textId="77777777" w:rsidR="00A806B2" w:rsidRPr="00A864B8" w:rsidRDefault="00000000">
            <w:pPr>
              <w:spacing w:before="20" w:after="10" w:line="240" w:lineRule="auto"/>
              <w:jc w:val="center"/>
            </w:pPr>
            <w:r w:rsidRPr="00A864B8">
              <w:rPr>
                <w:sz w:val="20"/>
              </w:rPr>
              <w:t>---</w:t>
            </w:r>
          </w:p>
        </w:tc>
        <w:tc>
          <w:tcPr>
            <w:tcW w:w="2160" w:type="dxa"/>
            <w:tcBorders>
              <w:bottom w:val="single" w:sz="8" w:space="0" w:color="9B9B9B"/>
            </w:tcBorders>
            <w:shd w:val="clear" w:color="auto" w:fill="CFCFCF"/>
            <w:vAlign w:val="center"/>
          </w:tcPr>
          <w:p w14:paraId="06E44C64" w14:textId="77777777" w:rsidR="00A806B2" w:rsidRPr="00A864B8" w:rsidRDefault="00000000">
            <w:pPr>
              <w:spacing w:before="20" w:after="10" w:line="240" w:lineRule="auto"/>
              <w:jc w:val="center"/>
            </w:pPr>
            <w:r w:rsidRPr="00A864B8">
              <w:rPr>
                <w:sz w:val="20"/>
              </w:rPr>
              <w:t>17,4 %</w:t>
            </w:r>
          </w:p>
        </w:tc>
      </w:tr>
      <w:tr w:rsidR="00A806B2" w:rsidRPr="00A864B8" w14:paraId="625588F1" w14:textId="77777777">
        <w:trPr>
          <w:jc w:val="center"/>
        </w:trPr>
        <w:tc>
          <w:tcPr>
            <w:tcW w:w="2160" w:type="dxa"/>
            <w:tcBorders>
              <w:bottom w:val="single" w:sz="8" w:space="0" w:color="9B9B9B"/>
            </w:tcBorders>
            <w:shd w:val="clear" w:color="auto" w:fill="F0F0F0"/>
            <w:vAlign w:val="center"/>
          </w:tcPr>
          <w:p w14:paraId="3C16B269" w14:textId="77777777" w:rsidR="00A806B2" w:rsidRPr="00A864B8" w:rsidRDefault="00000000">
            <w:pPr>
              <w:spacing w:before="20" w:after="10" w:line="240" w:lineRule="auto"/>
              <w:jc w:val="center"/>
            </w:pPr>
            <w:r w:rsidRPr="00A864B8">
              <w:rPr>
                <w:sz w:val="20"/>
              </w:rPr>
              <w:t>Erdgas</w:t>
            </w:r>
          </w:p>
        </w:tc>
        <w:tc>
          <w:tcPr>
            <w:tcW w:w="2160" w:type="dxa"/>
            <w:tcBorders>
              <w:bottom w:val="single" w:sz="8" w:space="0" w:color="9B9B9B"/>
            </w:tcBorders>
            <w:shd w:val="clear" w:color="auto" w:fill="F0F0F0"/>
            <w:vAlign w:val="center"/>
          </w:tcPr>
          <w:p w14:paraId="4DC73917" w14:textId="77777777" w:rsidR="00A806B2" w:rsidRPr="00A864B8" w:rsidRDefault="00000000">
            <w:pPr>
              <w:spacing w:before="20" w:after="10" w:line="240" w:lineRule="auto"/>
              <w:jc w:val="center"/>
            </w:pPr>
            <w:r w:rsidRPr="00A864B8">
              <w:rPr>
                <w:sz w:val="20"/>
              </w:rPr>
              <w:t>1.043 MWh</w:t>
            </w:r>
          </w:p>
        </w:tc>
        <w:tc>
          <w:tcPr>
            <w:tcW w:w="2160" w:type="dxa"/>
            <w:tcBorders>
              <w:bottom w:val="single" w:sz="8" w:space="0" w:color="9B9B9B"/>
            </w:tcBorders>
            <w:shd w:val="clear" w:color="auto" w:fill="F0F0F0"/>
            <w:vAlign w:val="center"/>
          </w:tcPr>
          <w:p w14:paraId="6EE6041D" w14:textId="77777777" w:rsidR="00A806B2" w:rsidRPr="00A864B8" w:rsidRDefault="00000000">
            <w:pPr>
              <w:spacing w:before="20" w:after="10" w:line="240" w:lineRule="auto"/>
              <w:jc w:val="center"/>
            </w:pPr>
            <w:r w:rsidRPr="00A864B8">
              <w:rPr>
                <w:sz w:val="20"/>
              </w:rPr>
              <w:t>398 kW</w:t>
            </w:r>
          </w:p>
        </w:tc>
        <w:tc>
          <w:tcPr>
            <w:tcW w:w="2160" w:type="dxa"/>
            <w:tcBorders>
              <w:bottom w:val="single" w:sz="8" w:space="0" w:color="9B9B9B"/>
            </w:tcBorders>
            <w:shd w:val="clear" w:color="auto" w:fill="F0F0F0"/>
            <w:vAlign w:val="center"/>
          </w:tcPr>
          <w:p w14:paraId="0938C7CC" w14:textId="77777777" w:rsidR="00A806B2" w:rsidRPr="00A864B8" w:rsidRDefault="00000000">
            <w:pPr>
              <w:spacing w:before="20" w:after="10" w:line="240" w:lineRule="auto"/>
              <w:jc w:val="center"/>
            </w:pPr>
            <w:r w:rsidRPr="00A864B8">
              <w:rPr>
                <w:sz w:val="20"/>
              </w:rPr>
              <w:t>74,5 %</w:t>
            </w:r>
          </w:p>
        </w:tc>
      </w:tr>
    </w:tbl>
    <w:p w14:paraId="0673695C" w14:textId="77777777" w:rsidR="00A806B2" w:rsidRPr="00A864B8" w:rsidRDefault="00A806B2"/>
    <w:p w14:paraId="149D9FCD" w14:textId="2B8740F1" w:rsidR="00A806B2" w:rsidRPr="00A864B8" w:rsidRDefault="00000000">
      <w:pPr>
        <w:pStyle w:val="CaptionStyle"/>
        <w:spacing w:before="40" w:after="0"/>
        <w:jc w:val="center"/>
        <w:rPr>
          <w:lang w:val="de-DE"/>
        </w:rPr>
      </w:pPr>
      <w:bookmarkStart w:id="236" w:name="_Toc240363572"/>
      <w:r w:rsidRPr="00A864B8">
        <w:rPr>
          <w:lang w:val="de-DE"/>
        </w:rPr>
        <w:t xml:space="preserve">Tabelle </w:t>
      </w:r>
      <w:bookmarkStart w:id="237" w:name="results_eh_energy_feedin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44</w:t>
      </w:r>
      <w:r w:rsidRPr="00A864B8">
        <w:rPr>
          <w:lang w:val="de-DE"/>
        </w:rPr>
        <w:fldChar w:fldCharType="end"/>
      </w:r>
      <w:bookmarkStart w:id="238" w:name="results_eh_energy_feedin_tab_2"/>
      <w:bookmarkEnd w:id="237"/>
      <w:bookmarkEnd w:id="238"/>
      <w:r w:rsidRPr="00A864B8">
        <w:rPr>
          <w:lang w:val="de-DE"/>
        </w:rPr>
        <w:t>: Variante 2: Energieeinspeisung</w:t>
      </w:r>
      <w:bookmarkEnd w:id="236"/>
    </w:p>
    <w:tbl>
      <w:tblPr>
        <w:tblW w:w="0" w:type="auto"/>
        <w:jc w:val="center"/>
        <w:tblLook w:val="04A0" w:firstRow="1" w:lastRow="0" w:firstColumn="1" w:lastColumn="0" w:noHBand="0" w:noVBand="1"/>
      </w:tblPr>
      <w:tblGrid>
        <w:gridCol w:w="2880"/>
        <w:gridCol w:w="2880"/>
        <w:gridCol w:w="2880"/>
      </w:tblGrid>
      <w:tr w:rsidR="00A806B2" w:rsidRPr="00A864B8" w14:paraId="67545702" w14:textId="77777777">
        <w:trPr>
          <w:jc w:val="center"/>
        </w:trPr>
        <w:tc>
          <w:tcPr>
            <w:tcW w:w="2880" w:type="dxa"/>
            <w:tcBorders>
              <w:bottom w:val="single" w:sz="22" w:space="0" w:color="C00000"/>
            </w:tcBorders>
            <w:shd w:val="clear" w:color="auto" w:fill="343A40"/>
          </w:tcPr>
          <w:p w14:paraId="7E0849D8"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1F05E386"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3FF64F7D" w14:textId="77777777" w:rsidR="00A806B2" w:rsidRPr="00A864B8" w:rsidRDefault="00000000">
            <w:pPr>
              <w:spacing w:before="20" w:after="10" w:line="240" w:lineRule="auto"/>
              <w:jc w:val="center"/>
            </w:pPr>
            <w:r w:rsidRPr="00A864B8">
              <w:rPr>
                <w:color w:val="FFFFFF"/>
                <w:sz w:val="20"/>
              </w:rPr>
              <w:t>Maximalleistung</w:t>
            </w:r>
          </w:p>
        </w:tc>
      </w:tr>
      <w:tr w:rsidR="00A806B2" w:rsidRPr="00A864B8" w14:paraId="26FAC6A4" w14:textId="77777777">
        <w:trPr>
          <w:jc w:val="center"/>
        </w:trPr>
        <w:tc>
          <w:tcPr>
            <w:tcW w:w="2880" w:type="dxa"/>
            <w:tcBorders>
              <w:bottom w:val="single" w:sz="8" w:space="0" w:color="9B9B9B"/>
            </w:tcBorders>
            <w:shd w:val="clear" w:color="auto" w:fill="F0F0F0"/>
            <w:vAlign w:val="center"/>
          </w:tcPr>
          <w:p w14:paraId="299AD772" w14:textId="77777777" w:rsidR="00A806B2" w:rsidRPr="00A864B8" w:rsidRDefault="00000000">
            <w:pPr>
              <w:spacing w:before="20" w:after="10" w:line="240" w:lineRule="auto"/>
              <w:jc w:val="center"/>
            </w:pPr>
            <w:r w:rsidRPr="00A864B8">
              <w:rPr>
                <w:sz w:val="20"/>
              </w:rPr>
              <w:t>Stromeinspeisung</w:t>
            </w:r>
          </w:p>
        </w:tc>
        <w:tc>
          <w:tcPr>
            <w:tcW w:w="2880" w:type="dxa"/>
            <w:tcBorders>
              <w:bottom w:val="single" w:sz="8" w:space="0" w:color="9B9B9B"/>
            </w:tcBorders>
            <w:shd w:val="clear" w:color="auto" w:fill="F0F0F0"/>
            <w:vAlign w:val="center"/>
          </w:tcPr>
          <w:p w14:paraId="34480396" w14:textId="77777777" w:rsidR="00A806B2" w:rsidRPr="00A864B8" w:rsidRDefault="00000000">
            <w:pPr>
              <w:spacing w:before="20" w:after="10" w:line="240" w:lineRule="auto"/>
              <w:jc w:val="center"/>
            </w:pPr>
            <w:r w:rsidRPr="00A864B8">
              <w:rPr>
                <w:sz w:val="20"/>
              </w:rPr>
              <w:t>25,9 MWh</w:t>
            </w:r>
          </w:p>
        </w:tc>
        <w:tc>
          <w:tcPr>
            <w:tcW w:w="2880" w:type="dxa"/>
            <w:tcBorders>
              <w:bottom w:val="single" w:sz="8" w:space="0" w:color="9B9B9B"/>
            </w:tcBorders>
            <w:shd w:val="clear" w:color="auto" w:fill="F0F0F0"/>
            <w:vAlign w:val="center"/>
          </w:tcPr>
          <w:p w14:paraId="49BE5CCB" w14:textId="77777777" w:rsidR="00A806B2" w:rsidRPr="00A864B8" w:rsidRDefault="00000000">
            <w:pPr>
              <w:spacing w:before="20" w:after="10" w:line="240" w:lineRule="auto"/>
              <w:jc w:val="center"/>
            </w:pPr>
            <w:r w:rsidRPr="00A864B8">
              <w:rPr>
                <w:sz w:val="20"/>
              </w:rPr>
              <w:t>131 kW</w:t>
            </w:r>
          </w:p>
        </w:tc>
      </w:tr>
    </w:tbl>
    <w:p w14:paraId="7DA354D2" w14:textId="77777777" w:rsidR="00A806B2" w:rsidRPr="00A864B8" w:rsidRDefault="00A806B2"/>
    <w:p w14:paraId="7DF9F4EC" w14:textId="66162D7E" w:rsidR="00A806B2" w:rsidRPr="00A864B8" w:rsidRDefault="00000000">
      <w:pPr>
        <w:pStyle w:val="CaptionStyle"/>
        <w:spacing w:before="40" w:after="0"/>
        <w:jc w:val="center"/>
        <w:rPr>
          <w:lang w:val="de-DE"/>
        </w:rPr>
      </w:pPr>
      <w:bookmarkStart w:id="239" w:name="_Toc240363573"/>
      <w:r w:rsidRPr="00A864B8">
        <w:rPr>
          <w:lang w:val="de-DE"/>
        </w:rPr>
        <w:t xml:space="preserve">Tabelle </w:t>
      </w:r>
      <w:bookmarkStart w:id="240" w:name="results_elec_generation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45</w:t>
      </w:r>
      <w:r w:rsidRPr="00A864B8">
        <w:rPr>
          <w:lang w:val="de-DE"/>
        </w:rPr>
        <w:fldChar w:fldCharType="end"/>
      </w:r>
      <w:bookmarkStart w:id="241" w:name="results_elec_generation_tab_2"/>
      <w:bookmarkEnd w:id="240"/>
      <w:bookmarkEnd w:id="241"/>
      <w:r w:rsidRPr="00A864B8">
        <w:rPr>
          <w:lang w:val="de-DE"/>
        </w:rPr>
        <w:t>: Variante 2: Stromerzeugung und -bezug</w:t>
      </w:r>
      <w:bookmarkEnd w:id="239"/>
    </w:p>
    <w:tbl>
      <w:tblPr>
        <w:tblW w:w="0" w:type="auto"/>
        <w:jc w:val="center"/>
        <w:tblLook w:val="04A0" w:firstRow="1" w:lastRow="0" w:firstColumn="1" w:lastColumn="0" w:noHBand="0" w:noVBand="1"/>
      </w:tblPr>
      <w:tblGrid>
        <w:gridCol w:w="2880"/>
        <w:gridCol w:w="2880"/>
        <w:gridCol w:w="2880"/>
      </w:tblGrid>
      <w:tr w:rsidR="00A806B2" w:rsidRPr="00A864B8" w14:paraId="042F1578" w14:textId="77777777">
        <w:trPr>
          <w:jc w:val="center"/>
        </w:trPr>
        <w:tc>
          <w:tcPr>
            <w:tcW w:w="2880" w:type="dxa"/>
            <w:tcBorders>
              <w:bottom w:val="single" w:sz="22" w:space="0" w:color="C00000"/>
            </w:tcBorders>
            <w:shd w:val="clear" w:color="auto" w:fill="343A40"/>
          </w:tcPr>
          <w:p w14:paraId="7935ECA7"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24C4CAAA"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2C9FA94F" w14:textId="77777777" w:rsidR="00A806B2" w:rsidRPr="00A864B8" w:rsidRDefault="00000000">
            <w:pPr>
              <w:spacing w:before="20" w:after="10" w:line="240" w:lineRule="auto"/>
              <w:jc w:val="center"/>
            </w:pPr>
            <w:r w:rsidRPr="00A864B8">
              <w:rPr>
                <w:color w:val="FFFFFF"/>
                <w:sz w:val="20"/>
              </w:rPr>
              <w:t>Anteil</w:t>
            </w:r>
          </w:p>
        </w:tc>
      </w:tr>
      <w:tr w:rsidR="00A806B2" w:rsidRPr="00A864B8" w14:paraId="5C0E92FE" w14:textId="77777777">
        <w:trPr>
          <w:jc w:val="center"/>
        </w:trPr>
        <w:tc>
          <w:tcPr>
            <w:tcW w:w="2880" w:type="dxa"/>
            <w:tcBorders>
              <w:bottom w:val="single" w:sz="8" w:space="0" w:color="9B9B9B"/>
            </w:tcBorders>
            <w:shd w:val="clear" w:color="auto" w:fill="F0F0F0"/>
            <w:vAlign w:val="center"/>
          </w:tcPr>
          <w:p w14:paraId="1D5740F0" w14:textId="77777777" w:rsidR="00A806B2" w:rsidRPr="00A864B8" w:rsidRDefault="00000000">
            <w:pPr>
              <w:spacing w:before="20" w:after="10" w:line="240" w:lineRule="auto"/>
              <w:jc w:val="center"/>
            </w:pPr>
            <w:r w:rsidRPr="00A864B8">
              <w:rPr>
                <w:sz w:val="20"/>
              </w:rPr>
              <w:t>Erdgas-BHKW 1</w:t>
            </w:r>
          </w:p>
        </w:tc>
        <w:tc>
          <w:tcPr>
            <w:tcW w:w="2880" w:type="dxa"/>
            <w:tcBorders>
              <w:bottom w:val="single" w:sz="8" w:space="0" w:color="9B9B9B"/>
            </w:tcBorders>
            <w:shd w:val="clear" w:color="auto" w:fill="F0F0F0"/>
            <w:vAlign w:val="center"/>
          </w:tcPr>
          <w:p w14:paraId="3762EE56" w14:textId="77777777" w:rsidR="00A806B2" w:rsidRPr="00A864B8" w:rsidRDefault="00000000">
            <w:pPr>
              <w:spacing w:before="20" w:after="10" w:line="240" w:lineRule="auto"/>
              <w:jc w:val="center"/>
            </w:pPr>
            <w:r w:rsidRPr="00A864B8">
              <w:rPr>
                <w:sz w:val="20"/>
              </w:rPr>
              <w:t>365 MWh</w:t>
            </w:r>
          </w:p>
        </w:tc>
        <w:tc>
          <w:tcPr>
            <w:tcW w:w="2880" w:type="dxa"/>
            <w:tcBorders>
              <w:bottom w:val="single" w:sz="8" w:space="0" w:color="9B9B9B"/>
            </w:tcBorders>
            <w:shd w:val="clear" w:color="auto" w:fill="F0F0F0"/>
            <w:vAlign w:val="center"/>
          </w:tcPr>
          <w:p w14:paraId="695E2717" w14:textId="77777777" w:rsidR="00A806B2" w:rsidRPr="00A864B8" w:rsidRDefault="00000000">
            <w:pPr>
              <w:spacing w:before="20" w:after="10" w:line="240" w:lineRule="auto"/>
              <w:jc w:val="center"/>
            </w:pPr>
            <w:r w:rsidRPr="00A864B8">
              <w:rPr>
                <w:sz w:val="20"/>
              </w:rPr>
              <w:t>50,6 %</w:t>
            </w:r>
          </w:p>
        </w:tc>
      </w:tr>
      <w:tr w:rsidR="00A806B2" w:rsidRPr="00A864B8" w14:paraId="6470DA6A" w14:textId="77777777">
        <w:trPr>
          <w:jc w:val="center"/>
        </w:trPr>
        <w:tc>
          <w:tcPr>
            <w:tcW w:w="2880" w:type="dxa"/>
            <w:tcBorders>
              <w:bottom w:val="single" w:sz="8" w:space="0" w:color="9B9B9B"/>
            </w:tcBorders>
            <w:shd w:val="clear" w:color="auto" w:fill="CFCFCF"/>
            <w:vAlign w:val="center"/>
          </w:tcPr>
          <w:p w14:paraId="3629FADB" w14:textId="77777777" w:rsidR="00A806B2" w:rsidRPr="00A864B8" w:rsidRDefault="00000000">
            <w:pPr>
              <w:spacing w:before="20" w:after="10" w:line="240" w:lineRule="auto"/>
              <w:jc w:val="center"/>
            </w:pPr>
            <w:r w:rsidRPr="00A864B8">
              <w:rPr>
                <w:b/>
                <w:sz w:val="20"/>
              </w:rPr>
              <w:t>Erneuerbare Stromerzeugung</w:t>
            </w:r>
          </w:p>
        </w:tc>
        <w:tc>
          <w:tcPr>
            <w:tcW w:w="2880" w:type="dxa"/>
            <w:tcBorders>
              <w:bottom w:val="single" w:sz="8" w:space="0" w:color="9B9B9B"/>
            </w:tcBorders>
            <w:shd w:val="clear" w:color="auto" w:fill="CFCFCF"/>
            <w:vAlign w:val="center"/>
          </w:tcPr>
          <w:p w14:paraId="03898292" w14:textId="77777777" w:rsidR="00A806B2" w:rsidRPr="00A864B8" w:rsidRDefault="00000000">
            <w:pPr>
              <w:spacing w:before="20" w:after="10" w:line="240" w:lineRule="auto"/>
              <w:jc w:val="center"/>
            </w:pPr>
            <w:r w:rsidRPr="00A864B8">
              <w:rPr>
                <w:b/>
                <w:sz w:val="20"/>
              </w:rPr>
              <w:t>243 MWh</w:t>
            </w:r>
          </w:p>
        </w:tc>
        <w:tc>
          <w:tcPr>
            <w:tcW w:w="2880" w:type="dxa"/>
            <w:tcBorders>
              <w:bottom w:val="single" w:sz="8" w:space="0" w:color="9B9B9B"/>
            </w:tcBorders>
            <w:shd w:val="clear" w:color="auto" w:fill="CFCFCF"/>
            <w:vAlign w:val="center"/>
          </w:tcPr>
          <w:p w14:paraId="4D62DACD" w14:textId="77777777" w:rsidR="00A806B2" w:rsidRPr="00A864B8" w:rsidRDefault="00000000">
            <w:pPr>
              <w:spacing w:before="20" w:after="10" w:line="240" w:lineRule="auto"/>
              <w:jc w:val="center"/>
            </w:pPr>
            <w:r w:rsidRPr="00A864B8">
              <w:rPr>
                <w:b/>
                <w:sz w:val="20"/>
              </w:rPr>
              <w:t>33,7 %</w:t>
            </w:r>
          </w:p>
        </w:tc>
      </w:tr>
      <w:tr w:rsidR="00A806B2" w:rsidRPr="00A864B8" w14:paraId="54B8F1DD" w14:textId="77777777">
        <w:trPr>
          <w:jc w:val="center"/>
        </w:trPr>
        <w:tc>
          <w:tcPr>
            <w:tcW w:w="2880" w:type="dxa"/>
            <w:tcBorders>
              <w:bottom w:val="single" w:sz="8" w:space="0" w:color="9B9B9B"/>
            </w:tcBorders>
            <w:shd w:val="clear" w:color="auto" w:fill="F0F0F0"/>
            <w:vAlign w:val="center"/>
          </w:tcPr>
          <w:p w14:paraId="5877FC95" w14:textId="77777777" w:rsidR="00A806B2" w:rsidRPr="00A864B8" w:rsidRDefault="00000000">
            <w:pPr>
              <w:spacing w:before="20" w:after="10" w:line="240" w:lineRule="auto"/>
              <w:jc w:val="center"/>
            </w:pPr>
            <w:r w:rsidRPr="00A864B8">
              <w:rPr>
                <w:sz w:val="20"/>
              </w:rPr>
              <w:t>davon Photovoltaik</w:t>
            </w:r>
          </w:p>
        </w:tc>
        <w:tc>
          <w:tcPr>
            <w:tcW w:w="2880" w:type="dxa"/>
            <w:tcBorders>
              <w:bottom w:val="single" w:sz="8" w:space="0" w:color="9B9B9B"/>
            </w:tcBorders>
            <w:shd w:val="clear" w:color="auto" w:fill="F0F0F0"/>
            <w:vAlign w:val="center"/>
          </w:tcPr>
          <w:p w14:paraId="0E21C56F" w14:textId="77777777" w:rsidR="00A806B2" w:rsidRPr="00A864B8" w:rsidRDefault="00000000">
            <w:pPr>
              <w:spacing w:before="20" w:after="10" w:line="240" w:lineRule="auto"/>
              <w:jc w:val="center"/>
            </w:pPr>
            <w:r w:rsidRPr="00A864B8">
              <w:rPr>
                <w:sz w:val="20"/>
              </w:rPr>
              <w:t>243 MWh</w:t>
            </w:r>
          </w:p>
        </w:tc>
        <w:tc>
          <w:tcPr>
            <w:tcW w:w="2880" w:type="dxa"/>
            <w:tcBorders>
              <w:bottom w:val="single" w:sz="8" w:space="0" w:color="9B9B9B"/>
            </w:tcBorders>
            <w:shd w:val="clear" w:color="auto" w:fill="F0F0F0"/>
            <w:vAlign w:val="center"/>
          </w:tcPr>
          <w:p w14:paraId="409FFCFB" w14:textId="77777777" w:rsidR="00A806B2" w:rsidRPr="00A864B8" w:rsidRDefault="00000000">
            <w:pPr>
              <w:spacing w:before="20" w:after="10" w:line="240" w:lineRule="auto"/>
              <w:jc w:val="center"/>
            </w:pPr>
            <w:r w:rsidRPr="00A864B8">
              <w:rPr>
                <w:sz w:val="20"/>
              </w:rPr>
              <w:t>33,7 %</w:t>
            </w:r>
          </w:p>
        </w:tc>
      </w:tr>
      <w:tr w:rsidR="00A806B2" w:rsidRPr="00A864B8" w14:paraId="41768919" w14:textId="77777777">
        <w:trPr>
          <w:jc w:val="center"/>
        </w:trPr>
        <w:tc>
          <w:tcPr>
            <w:tcW w:w="2880" w:type="dxa"/>
            <w:tcBorders>
              <w:bottom w:val="single" w:sz="8" w:space="0" w:color="9B9B9B"/>
            </w:tcBorders>
            <w:shd w:val="clear" w:color="auto" w:fill="CFCFCF"/>
            <w:vAlign w:val="center"/>
          </w:tcPr>
          <w:p w14:paraId="56238C77" w14:textId="77777777" w:rsidR="00A806B2" w:rsidRPr="00A864B8" w:rsidRDefault="00000000">
            <w:pPr>
              <w:spacing w:before="20" w:after="10" w:line="240" w:lineRule="auto"/>
              <w:jc w:val="center"/>
            </w:pPr>
            <w:r w:rsidRPr="00A864B8">
              <w:rPr>
                <w:sz w:val="20"/>
              </w:rPr>
              <w:t>Strombezug aus Stromnetz (Energiezentrale)</w:t>
            </w:r>
          </w:p>
        </w:tc>
        <w:tc>
          <w:tcPr>
            <w:tcW w:w="2880" w:type="dxa"/>
            <w:tcBorders>
              <w:bottom w:val="single" w:sz="8" w:space="0" w:color="9B9B9B"/>
            </w:tcBorders>
            <w:shd w:val="clear" w:color="auto" w:fill="CFCFCF"/>
            <w:vAlign w:val="center"/>
          </w:tcPr>
          <w:p w14:paraId="2CD0A1A0" w14:textId="77777777" w:rsidR="00A806B2" w:rsidRPr="00A864B8" w:rsidRDefault="00000000">
            <w:pPr>
              <w:spacing w:before="20" w:after="10" w:line="240" w:lineRule="auto"/>
              <w:jc w:val="center"/>
            </w:pPr>
            <w:r w:rsidRPr="00A864B8">
              <w:rPr>
                <w:sz w:val="20"/>
              </w:rPr>
              <w:t>114 MWh</w:t>
            </w:r>
          </w:p>
        </w:tc>
        <w:tc>
          <w:tcPr>
            <w:tcW w:w="2880" w:type="dxa"/>
            <w:tcBorders>
              <w:bottom w:val="single" w:sz="8" w:space="0" w:color="9B9B9B"/>
            </w:tcBorders>
            <w:shd w:val="clear" w:color="auto" w:fill="CFCFCF"/>
            <w:vAlign w:val="center"/>
          </w:tcPr>
          <w:p w14:paraId="5AD53C48" w14:textId="77777777" w:rsidR="00A806B2" w:rsidRPr="00A864B8" w:rsidRDefault="00000000">
            <w:pPr>
              <w:spacing w:before="20" w:after="10" w:line="240" w:lineRule="auto"/>
              <w:jc w:val="center"/>
            </w:pPr>
            <w:r w:rsidRPr="00A864B8">
              <w:rPr>
                <w:sz w:val="20"/>
              </w:rPr>
              <w:t>15,8 %</w:t>
            </w:r>
          </w:p>
        </w:tc>
      </w:tr>
      <w:tr w:rsidR="00A806B2" w:rsidRPr="00A864B8" w14:paraId="4CEF2B7F" w14:textId="77777777">
        <w:trPr>
          <w:jc w:val="center"/>
        </w:trPr>
        <w:tc>
          <w:tcPr>
            <w:tcW w:w="2880" w:type="dxa"/>
            <w:tcBorders>
              <w:bottom w:val="single" w:sz="8" w:space="0" w:color="9B9B9B"/>
            </w:tcBorders>
            <w:shd w:val="clear" w:color="auto" w:fill="F0F0F0"/>
            <w:vAlign w:val="center"/>
          </w:tcPr>
          <w:p w14:paraId="7B764FFB" w14:textId="77777777" w:rsidR="00A806B2" w:rsidRPr="00A864B8" w:rsidRDefault="00000000">
            <w:pPr>
              <w:spacing w:before="20" w:after="10" w:line="240" w:lineRule="auto"/>
              <w:jc w:val="center"/>
            </w:pPr>
            <w:r w:rsidRPr="00A864B8">
              <w:rPr>
                <w:b/>
                <w:sz w:val="20"/>
              </w:rPr>
              <w:t> </w:t>
            </w:r>
          </w:p>
        </w:tc>
        <w:tc>
          <w:tcPr>
            <w:tcW w:w="2880" w:type="dxa"/>
            <w:tcBorders>
              <w:bottom w:val="single" w:sz="8" w:space="0" w:color="9B9B9B"/>
            </w:tcBorders>
            <w:shd w:val="clear" w:color="auto" w:fill="F0F0F0"/>
            <w:vAlign w:val="center"/>
          </w:tcPr>
          <w:p w14:paraId="04E75077" w14:textId="77777777" w:rsidR="00A806B2" w:rsidRPr="00A864B8" w:rsidRDefault="00000000">
            <w:pPr>
              <w:spacing w:before="20" w:after="10" w:line="240" w:lineRule="auto"/>
              <w:jc w:val="center"/>
            </w:pPr>
            <w:r w:rsidRPr="00A864B8">
              <w:rPr>
                <w:b/>
                <w:sz w:val="20"/>
              </w:rPr>
              <w:t>Autarkiegrad</w:t>
            </w:r>
          </w:p>
        </w:tc>
        <w:tc>
          <w:tcPr>
            <w:tcW w:w="2880" w:type="dxa"/>
            <w:tcBorders>
              <w:bottom w:val="single" w:sz="8" w:space="0" w:color="9B9B9B"/>
            </w:tcBorders>
            <w:shd w:val="clear" w:color="auto" w:fill="F0F0F0"/>
            <w:vAlign w:val="center"/>
          </w:tcPr>
          <w:p w14:paraId="39069782" w14:textId="77777777" w:rsidR="00A806B2" w:rsidRPr="00A864B8" w:rsidRDefault="00000000">
            <w:pPr>
              <w:spacing w:before="20" w:after="10" w:line="240" w:lineRule="auto"/>
              <w:jc w:val="center"/>
            </w:pPr>
            <w:r w:rsidRPr="00A864B8">
              <w:rPr>
                <w:b/>
                <w:sz w:val="20"/>
              </w:rPr>
              <w:t>84 %</w:t>
            </w:r>
          </w:p>
        </w:tc>
      </w:tr>
      <w:tr w:rsidR="00A806B2" w:rsidRPr="00A864B8" w14:paraId="3A3E1212" w14:textId="77777777">
        <w:trPr>
          <w:jc w:val="center"/>
        </w:trPr>
        <w:tc>
          <w:tcPr>
            <w:tcW w:w="2880" w:type="dxa"/>
            <w:tcBorders>
              <w:bottom w:val="single" w:sz="8" w:space="0" w:color="9B9B9B"/>
            </w:tcBorders>
            <w:shd w:val="clear" w:color="auto" w:fill="CFCFCF"/>
            <w:vAlign w:val="center"/>
          </w:tcPr>
          <w:p w14:paraId="0E6475BD" w14:textId="77777777" w:rsidR="00A806B2" w:rsidRPr="00A864B8" w:rsidRDefault="00000000">
            <w:pPr>
              <w:spacing w:before="20" w:after="10" w:line="240" w:lineRule="auto"/>
              <w:jc w:val="center"/>
            </w:pPr>
            <w:r w:rsidRPr="00A864B8">
              <w:rPr>
                <w:b/>
                <w:sz w:val="20"/>
              </w:rPr>
              <w:t> </w:t>
            </w:r>
          </w:p>
        </w:tc>
        <w:tc>
          <w:tcPr>
            <w:tcW w:w="2880" w:type="dxa"/>
            <w:tcBorders>
              <w:bottom w:val="single" w:sz="8" w:space="0" w:color="9B9B9B"/>
            </w:tcBorders>
            <w:shd w:val="clear" w:color="auto" w:fill="CFCFCF"/>
            <w:vAlign w:val="center"/>
          </w:tcPr>
          <w:p w14:paraId="3F059BE4" w14:textId="77777777" w:rsidR="00A806B2" w:rsidRPr="00A864B8" w:rsidRDefault="00000000">
            <w:pPr>
              <w:spacing w:before="20" w:after="10" w:line="240" w:lineRule="auto"/>
              <w:jc w:val="center"/>
            </w:pPr>
            <w:r w:rsidRPr="00A864B8">
              <w:rPr>
                <w:b/>
                <w:sz w:val="20"/>
              </w:rPr>
              <w:t>Eigenverbrauchsquote</w:t>
            </w:r>
          </w:p>
        </w:tc>
        <w:tc>
          <w:tcPr>
            <w:tcW w:w="2880" w:type="dxa"/>
            <w:tcBorders>
              <w:bottom w:val="single" w:sz="8" w:space="0" w:color="9B9B9B"/>
            </w:tcBorders>
            <w:shd w:val="clear" w:color="auto" w:fill="CFCFCF"/>
            <w:vAlign w:val="center"/>
          </w:tcPr>
          <w:p w14:paraId="553A5790" w14:textId="77777777" w:rsidR="00A806B2" w:rsidRPr="00A864B8" w:rsidRDefault="00000000">
            <w:pPr>
              <w:spacing w:before="20" w:after="10" w:line="240" w:lineRule="auto"/>
              <w:jc w:val="center"/>
            </w:pPr>
            <w:r w:rsidRPr="00A864B8">
              <w:rPr>
                <w:b/>
                <w:sz w:val="20"/>
              </w:rPr>
              <w:t>96 %</w:t>
            </w:r>
          </w:p>
        </w:tc>
      </w:tr>
    </w:tbl>
    <w:p w14:paraId="7A47FF72" w14:textId="77777777" w:rsidR="00A806B2" w:rsidRPr="00A864B8" w:rsidRDefault="00A806B2"/>
    <w:p w14:paraId="371FC07C" w14:textId="01BC51B6" w:rsidR="00A806B2" w:rsidRPr="00A864B8" w:rsidRDefault="00000000">
      <w:pPr>
        <w:pStyle w:val="CaptionStyle"/>
        <w:spacing w:before="40" w:after="0"/>
        <w:jc w:val="center"/>
        <w:rPr>
          <w:lang w:val="de-DE"/>
        </w:rPr>
      </w:pPr>
      <w:bookmarkStart w:id="242" w:name="_Toc240363574"/>
      <w:r w:rsidRPr="00A864B8">
        <w:rPr>
          <w:lang w:val="de-DE"/>
        </w:rPr>
        <w:t xml:space="preserve">Tabelle </w:t>
      </w:r>
      <w:bookmarkStart w:id="243" w:name="results_heat_generation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46</w:t>
      </w:r>
      <w:r w:rsidRPr="00A864B8">
        <w:rPr>
          <w:lang w:val="de-DE"/>
        </w:rPr>
        <w:fldChar w:fldCharType="end"/>
      </w:r>
      <w:bookmarkStart w:id="244" w:name="results_heat_generation_tab_2"/>
      <w:bookmarkEnd w:id="243"/>
      <w:bookmarkEnd w:id="244"/>
      <w:r w:rsidRPr="00A864B8">
        <w:rPr>
          <w:lang w:val="de-DE"/>
        </w:rPr>
        <w:t>: Variante 2: Wärmeerzeugung und -bezug</w:t>
      </w:r>
      <w:bookmarkEnd w:id="242"/>
    </w:p>
    <w:tbl>
      <w:tblPr>
        <w:tblW w:w="0" w:type="auto"/>
        <w:jc w:val="center"/>
        <w:tblLook w:val="04A0" w:firstRow="1" w:lastRow="0" w:firstColumn="1" w:lastColumn="0" w:noHBand="0" w:noVBand="1"/>
      </w:tblPr>
      <w:tblGrid>
        <w:gridCol w:w="2880"/>
        <w:gridCol w:w="2880"/>
        <w:gridCol w:w="2880"/>
      </w:tblGrid>
      <w:tr w:rsidR="00A806B2" w:rsidRPr="00A864B8" w14:paraId="4F39EF6F" w14:textId="77777777">
        <w:trPr>
          <w:jc w:val="center"/>
        </w:trPr>
        <w:tc>
          <w:tcPr>
            <w:tcW w:w="2880" w:type="dxa"/>
            <w:tcBorders>
              <w:bottom w:val="single" w:sz="22" w:space="0" w:color="C00000"/>
            </w:tcBorders>
            <w:shd w:val="clear" w:color="auto" w:fill="343A40"/>
          </w:tcPr>
          <w:p w14:paraId="5828297D" w14:textId="77777777" w:rsidR="00A806B2" w:rsidRPr="00A864B8" w:rsidRDefault="00000000">
            <w:pPr>
              <w:spacing w:before="20" w:after="10" w:line="240" w:lineRule="auto"/>
              <w:jc w:val="center"/>
            </w:pPr>
            <w:r w:rsidRPr="00A864B8">
              <w:rPr>
                <w:color w:val="FFFFFF"/>
                <w:sz w:val="20"/>
              </w:rPr>
              <w:t>Technologie</w:t>
            </w:r>
          </w:p>
        </w:tc>
        <w:tc>
          <w:tcPr>
            <w:tcW w:w="2880" w:type="dxa"/>
            <w:tcBorders>
              <w:bottom w:val="single" w:sz="22" w:space="0" w:color="C00000"/>
            </w:tcBorders>
            <w:shd w:val="clear" w:color="auto" w:fill="343A40"/>
          </w:tcPr>
          <w:p w14:paraId="17CC9573" w14:textId="77777777" w:rsidR="00A806B2" w:rsidRPr="00A864B8" w:rsidRDefault="00000000">
            <w:pPr>
              <w:spacing w:before="20" w:after="10" w:line="240" w:lineRule="auto"/>
              <w:jc w:val="center"/>
            </w:pPr>
            <w:r w:rsidRPr="00A864B8">
              <w:rPr>
                <w:color w:val="FFFFFF"/>
                <w:sz w:val="20"/>
              </w:rPr>
              <w:t>Jahresenergie</w:t>
            </w:r>
          </w:p>
        </w:tc>
        <w:tc>
          <w:tcPr>
            <w:tcW w:w="2880" w:type="dxa"/>
            <w:tcBorders>
              <w:bottom w:val="single" w:sz="22" w:space="0" w:color="C00000"/>
            </w:tcBorders>
            <w:shd w:val="clear" w:color="auto" w:fill="343A40"/>
          </w:tcPr>
          <w:p w14:paraId="1E8E2BFB" w14:textId="77777777" w:rsidR="00A806B2" w:rsidRPr="00A864B8" w:rsidRDefault="00000000">
            <w:pPr>
              <w:spacing w:before="20" w:after="10" w:line="240" w:lineRule="auto"/>
              <w:jc w:val="center"/>
            </w:pPr>
            <w:r w:rsidRPr="00A864B8">
              <w:rPr>
                <w:color w:val="FFFFFF"/>
                <w:sz w:val="20"/>
              </w:rPr>
              <w:t>Anteil</w:t>
            </w:r>
          </w:p>
        </w:tc>
      </w:tr>
      <w:tr w:rsidR="00A806B2" w:rsidRPr="00A864B8" w14:paraId="2BD1304E" w14:textId="77777777">
        <w:trPr>
          <w:jc w:val="center"/>
        </w:trPr>
        <w:tc>
          <w:tcPr>
            <w:tcW w:w="2880" w:type="dxa"/>
            <w:tcBorders>
              <w:bottom w:val="single" w:sz="8" w:space="0" w:color="9B9B9B"/>
            </w:tcBorders>
            <w:shd w:val="clear" w:color="auto" w:fill="F0F0F0"/>
            <w:vAlign w:val="center"/>
          </w:tcPr>
          <w:p w14:paraId="7CA35873" w14:textId="77777777" w:rsidR="00A806B2" w:rsidRPr="00A864B8" w:rsidRDefault="00000000">
            <w:pPr>
              <w:spacing w:before="20" w:after="10" w:line="240" w:lineRule="auto"/>
              <w:jc w:val="center"/>
            </w:pPr>
            <w:r w:rsidRPr="00A864B8">
              <w:rPr>
                <w:sz w:val="20"/>
              </w:rPr>
              <w:t>Erdgas-BHKW 1</w:t>
            </w:r>
          </w:p>
        </w:tc>
        <w:tc>
          <w:tcPr>
            <w:tcW w:w="2880" w:type="dxa"/>
            <w:tcBorders>
              <w:bottom w:val="single" w:sz="8" w:space="0" w:color="9B9B9B"/>
            </w:tcBorders>
            <w:shd w:val="clear" w:color="auto" w:fill="F0F0F0"/>
            <w:vAlign w:val="center"/>
          </w:tcPr>
          <w:p w14:paraId="21853FE5" w14:textId="77777777" w:rsidR="00A806B2" w:rsidRPr="00A864B8" w:rsidRDefault="00000000">
            <w:pPr>
              <w:spacing w:before="20" w:after="10" w:line="240" w:lineRule="auto"/>
              <w:jc w:val="center"/>
            </w:pPr>
            <w:r w:rsidRPr="00A864B8">
              <w:rPr>
                <w:sz w:val="20"/>
              </w:rPr>
              <w:t>522 MWh</w:t>
            </w:r>
          </w:p>
        </w:tc>
        <w:tc>
          <w:tcPr>
            <w:tcW w:w="2880" w:type="dxa"/>
            <w:tcBorders>
              <w:bottom w:val="single" w:sz="8" w:space="0" w:color="9B9B9B"/>
            </w:tcBorders>
            <w:shd w:val="clear" w:color="auto" w:fill="F0F0F0"/>
            <w:vAlign w:val="center"/>
          </w:tcPr>
          <w:p w14:paraId="0FF10172" w14:textId="77777777" w:rsidR="00A806B2" w:rsidRPr="00A864B8" w:rsidRDefault="00000000">
            <w:pPr>
              <w:spacing w:before="20" w:after="10" w:line="240" w:lineRule="auto"/>
              <w:jc w:val="center"/>
            </w:pPr>
            <w:r w:rsidRPr="00A864B8">
              <w:rPr>
                <w:sz w:val="20"/>
              </w:rPr>
              <w:t>54,3 %</w:t>
            </w:r>
          </w:p>
        </w:tc>
      </w:tr>
      <w:tr w:rsidR="00A806B2" w:rsidRPr="00A864B8" w14:paraId="3427EA21" w14:textId="77777777">
        <w:trPr>
          <w:jc w:val="center"/>
        </w:trPr>
        <w:tc>
          <w:tcPr>
            <w:tcW w:w="2880" w:type="dxa"/>
            <w:tcBorders>
              <w:bottom w:val="single" w:sz="8" w:space="0" w:color="9B9B9B"/>
            </w:tcBorders>
            <w:shd w:val="clear" w:color="auto" w:fill="CFCFCF"/>
            <w:vAlign w:val="center"/>
          </w:tcPr>
          <w:p w14:paraId="1336FB87"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CFCFCF"/>
            <w:vAlign w:val="center"/>
          </w:tcPr>
          <w:p w14:paraId="3F5C1FB1" w14:textId="77777777" w:rsidR="00A806B2" w:rsidRPr="00A864B8" w:rsidRDefault="00000000">
            <w:pPr>
              <w:spacing w:before="20" w:after="10" w:line="240" w:lineRule="auto"/>
              <w:jc w:val="center"/>
            </w:pPr>
            <w:r w:rsidRPr="00A864B8">
              <w:rPr>
                <w:sz w:val="20"/>
              </w:rPr>
              <w:t>440 MWh</w:t>
            </w:r>
          </w:p>
        </w:tc>
        <w:tc>
          <w:tcPr>
            <w:tcW w:w="2880" w:type="dxa"/>
            <w:tcBorders>
              <w:bottom w:val="single" w:sz="8" w:space="0" w:color="9B9B9B"/>
            </w:tcBorders>
            <w:shd w:val="clear" w:color="auto" w:fill="CFCFCF"/>
            <w:vAlign w:val="center"/>
          </w:tcPr>
          <w:p w14:paraId="4C38A53D" w14:textId="77777777" w:rsidR="00A806B2" w:rsidRPr="00A864B8" w:rsidRDefault="00000000">
            <w:pPr>
              <w:spacing w:before="20" w:after="10" w:line="240" w:lineRule="auto"/>
              <w:jc w:val="center"/>
            </w:pPr>
            <w:r w:rsidRPr="00A864B8">
              <w:rPr>
                <w:sz w:val="20"/>
              </w:rPr>
              <w:t>45,7 %</w:t>
            </w:r>
          </w:p>
        </w:tc>
      </w:tr>
    </w:tbl>
    <w:p w14:paraId="7A4DCD13" w14:textId="77777777" w:rsidR="00A806B2" w:rsidRPr="00A864B8" w:rsidRDefault="00A806B2"/>
    <w:p w14:paraId="15C150FC" w14:textId="77777777" w:rsidR="00A806B2" w:rsidRPr="00A864B8" w:rsidRDefault="00000000">
      <w:r w:rsidRPr="00A864B8">
        <w:rPr>
          <w:b/>
          <w:sz w:val="28"/>
        </w:rPr>
        <w:t>Emissionen und Primärenergie</w:t>
      </w:r>
    </w:p>
    <w:p w14:paraId="344C896C" w14:textId="034DA0A1" w:rsidR="00A806B2" w:rsidRPr="00A864B8" w:rsidRDefault="00000000">
      <w:pPr>
        <w:pStyle w:val="CaptionStyle"/>
        <w:spacing w:before="40" w:after="0"/>
        <w:jc w:val="center"/>
        <w:rPr>
          <w:lang w:val="de-DE"/>
        </w:rPr>
      </w:pPr>
      <w:bookmarkStart w:id="245" w:name="_Toc240363575"/>
      <w:r w:rsidRPr="00A864B8">
        <w:rPr>
          <w:lang w:val="de-DE"/>
        </w:rPr>
        <w:t xml:space="preserve">Tabelle </w:t>
      </w:r>
      <w:bookmarkStart w:id="246" w:name="results_emission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47</w:t>
      </w:r>
      <w:r w:rsidRPr="00A864B8">
        <w:rPr>
          <w:lang w:val="de-DE"/>
        </w:rPr>
        <w:fldChar w:fldCharType="end"/>
      </w:r>
      <w:bookmarkStart w:id="247" w:name="results_emissions_tab_2"/>
      <w:bookmarkEnd w:id="246"/>
      <w:bookmarkEnd w:id="247"/>
      <w:r w:rsidRPr="00A864B8">
        <w:rPr>
          <w:lang w:val="de-DE"/>
        </w:rPr>
        <w:t>: Variante 2: Emissionen</w:t>
      </w:r>
      <w:bookmarkEnd w:id="245"/>
    </w:p>
    <w:tbl>
      <w:tblPr>
        <w:tblW w:w="0" w:type="auto"/>
        <w:jc w:val="center"/>
        <w:tblLook w:val="04A0" w:firstRow="1" w:lastRow="0" w:firstColumn="1" w:lastColumn="0" w:noHBand="0" w:noVBand="1"/>
      </w:tblPr>
      <w:tblGrid>
        <w:gridCol w:w="1672"/>
        <w:gridCol w:w="1439"/>
        <w:gridCol w:w="1434"/>
        <w:gridCol w:w="1439"/>
        <w:gridCol w:w="1434"/>
        <w:gridCol w:w="1438"/>
      </w:tblGrid>
      <w:tr w:rsidR="00A806B2" w:rsidRPr="00A864B8" w14:paraId="23788FCF" w14:textId="77777777">
        <w:trPr>
          <w:jc w:val="center"/>
        </w:trPr>
        <w:tc>
          <w:tcPr>
            <w:tcW w:w="1440" w:type="dxa"/>
            <w:tcBorders>
              <w:bottom w:val="single" w:sz="22" w:space="0" w:color="C00000"/>
            </w:tcBorders>
            <w:shd w:val="clear" w:color="auto" w:fill="343A40"/>
          </w:tcPr>
          <w:p w14:paraId="7740BEB6"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09E13B17" w14:textId="77777777" w:rsidR="00A806B2" w:rsidRPr="00A864B8" w:rsidRDefault="00000000">
            <w:pPr>
              <w:spacing w:before="20" w:after="10" w:line="240" w:lineRule="auto"/>
              <w:jc w:val="center"/>
            </w:pPr>
            <w:r w:rsidRPr="00A864B8">
              <w:rPr>
                <w:color w:val="FFFFFF"/>
                <w:sz w:val="20"/>
              </w:rPr>
              <w:t>Spez. Emissionen</w:t>
            </w:r>
          </w:p>
        </w:tc>
        <w:tc>
          <w:tcPr>
            <w:tcW w:w="1440" w:type="dxa"/>
            <w:tcBorders>
              <w:bottom w:val="single" w:sz="22" w:space="0" w:color="C00000"/>
            </w:tcBorders>
            <w:shd w:val="clear" w:color="auto" w:fill="343A40"/>
          </w:tcPr>
          <w:p w14:paraId="20A49548"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64FFC046" w14:textId="77777777" w:rsidR="00A806B2" w:rsidRPr="00A864B8" w:rsidRDefault="00000000">
            <w:pPr>
              <w:spacing w:before="20" w:after="10" w:line="240" w:lineRule="auto"/>
              <w:jc w:val="center"/>
            </w:pPr>
            <w:r w:rsidRPr="00A864B8">
              <w:rPr>
                <w:color w:val="FFFFFF"/>
                <w:sz w:val="20"/>
              </w:rPr>
              <w:t>Jahressumme</w:t>
            </w:r>
          </w:p>
        </w:tc>
        <w:tc>
          <w:tcPr>
            <w:tcW w:w="1440" w:type="dxa"/>
            <w:tcBorders>
              <w:bottom w:val="single" w:sz="22" w:space="0" w:color="C00000"/>
            </w:tcBorders>
            <w:shd w:val="clear" w:color="auto" w:fill="343A40"/>
          </w:tcPr>
          <w:p w14:paraId="42802475"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49036CFA" w14:textId="77777777" w:rsidR="00A806B2" w:rsidRPr="00A864B8" w:rsidRDefault="00000000">
            <w:pPr>
              <w:spacing w:before="20" w:after="10" w:line="240" w:lineRule="auto"/>
              <w:jc w:val="center"/>
            </w:pPr>
            <w:r w:rsidRPr="00A864B8">
              <w:rPr>
                <w:color w:val="FFFFFF"/>
                <w:sz w:val="20"/>
              </w:rPr>
              <w:t>CO₂-Emissionen</w:t>
            </w:r>
          </w:p>
        </w:tc>
      </w:tr>
      <w:tr w:rsidR="00A806B2" w:rsidRPr="00A864B8" w14:paraId="2C4E3D0A" w14:textId="77777777">
        <w:trPr>
          <w:jc w:val="center"/>
        </w:trPr>
        <w:tc>
          <w:tcPr>
            <w:tcW w:w="1440" w:type="dxa"/>
            <w:tcBorders>
              <w:bottom w:val="single" w:sz="8" w:space="0" w:color="9B9B9B"/>
            </w:tcBorders>
            <w:shd w:val="clear" w:color="auto" w:fill="F0F0F0"/>
            <w:vAlign w:val="center"/>
          </w:tcPr>
          <w:p w14:paraId="6331BBA2" w14:textId="77777777" w:rsidR="00A806B2" w:rsidRPr="00A864B8" w:rsidRDefault="00000000">
            <w:pPr>
              <w:spacing w:before="20" w:after="10" w:line="240" w:lineRule="auto"/>
              <w:jc w:val="center"/>
            </w:pPr>
            <w:r w:rsidRPr="00A864B8">
              <w:rPr>
                <w:sz w:val="20"/>
              </w:rPr>
              <w:t>Strombezug (Energiezentrale)</w:t>
            </w:r>
          </w:p>
        </w:tc>
        <w:tc>
          <w:tcPr>
            <w:tcW w:w="1440" w:type="dxa"/>
            <w:tcBorders>
              <w:bottom w:val="single" w:sz="8" w:space="0" w:color="9B9B9B"/>
            </w:tcBorders>
            <w:shd w:val="clear" w:color="auto" w:fill="F0F0F0"/>
            <w:vAlign w:val="center"/>
          </w:tcPr>
          <w:p w14:paraId="05F821FA" w14:textId="77777777" w:rsidR="00A806B2" w:rsidRPr="00A864B8" w:rsidRDefault="00000000">
            <w:pPr>
              <w:spacing w:before="20" w:after="10" w:line="240" w:lineRule="auto"/>
              <w:jc w:val="center"/>
            </w:pPr>
            <w:r w:rsidRPr="00A864B8">
              <w:rPr>
                <w:sz w:val="20"/>
              </w:rPr>
              <w:t>350 g/kWh</w:t>
            </w:r>
          </w:p>
        </w:tc>
        <w:tc>
          <w:tcPr>
            <w:tcW w:w="1440" w:type="dxa"/>
            <w:tcBorders>
              <w:bottom w:val="single" w:sz="8" w:space="0" w:color="9B9B9B"/>
            </w:tcBorders>
            <w:shd w:val="clear" w:color="auto" w:fill="F0F0F0"/>
            <w:vAlign w:val="center"/>
          </w:tcPr>
          <w:p w14:paraId="1B3C2B6B"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6E5A792A" w14:textId="77777777" w:rsidR="00A806B2" w:rsidRPr="00A864B8" w:rsidRDefault="00000000">
            <w:pPr>
              <w:spacing w:before="20" w:after="10" w:line="240" w:lineRule="auto"/>
              <w:jc w:val="center"/>
            </w:pPr>
            <w:r w:rsidRPr="00A864B8">
              <w:rPr>
                <w:sz w:val="20"/>
              </w:rPr>
              <w:t>114 MWh</w:t>
            </w:r>
          </w:p>
        </w:tc>
        <w:tc>
          <w:tcPr>
            <w:tcW w:w="1440" w:type="dxa"/>
            <w:tcBorders>
              <w:bottom w:val="single" w:sz="8" w:space="0" w:color="9B9B9B"/>
            </w:tcBorders>
            <w:shd w:val="clear" w:color="auto" w:fill="F0F0F0"/>
            <w:vAlign w:val="center"/>
          </w:tcPr>
          <w:p w14:paraId="1FE74389"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06169B3E" w14:textId="77777777" w:rsidR="00A806B2" w:rsidRPr="00A864B8" w:rsidRDefault="00000000">
            <w:pPr>
              <w:spacing w:before="20" w:after="10" w:line="240" w:lineRule="auto"/>
              <w:jc w:val="center"/>
            </w:pPr>
            <w:r w:rsidRPr="00A864B8">
              <w:rPr>
                <w:sz w:val="20"/>
              </w:rPr>
              <w:t>39,9 t</w:t>
            </w:r>
          </w:p>
        </w:tc>
      </w:tr>
      <w:tr w:rsidR="00A806B2" w:rsidRPr="00A864B8" w14:paraId="32149DC9" w14:textId="77777777">
        <w:trPr>
          <w:jc w:val="center"/>
        </w:trPr>
        <w:tc>
          <w:tcPr>
            <w:tcW w:w="1440" w:type="dxa"/>
            <w:tcBorders>
              <w:bottom w:val="single" w:sz="8" w:space="0" w:color="9B9B9B"/>
            </w:tcBorders>
            <w:shd w:val="clear" w:color="auto" w:fill="CFCFCF"/>
            <w:vAlign w:val="center"/>
          </w:tcPr>
          <w:p w14:paraId="50888638" w14:textId="77777777" w:rsidR="00A806B2" w:rsidRPr="00A864B8" w:rsidRDefault="00000000">
            <w:pPr>
              <w:spacing w:before="20" w:after="10" w:line="240" w:lineRule="auto"/>
              <w:jc w:val="center"/>
            </w:pPr>
            <w:r w:rsidRPr="00A864B8">
              <w:rPr>
                <w:sz w:val="20"/>
              </w:rPr>
              <w:t>Stromeinspeisung</w:t>
            </w:r>
          </w:p>
        </w:tc>
        <w:tc>
          <w:tcPr>
            <w:tcW w:w="1440" w:type="dxa"/>
            <w:tcBorders>
              <w:bottom w:val="single" w:sz="8" w:space="0" w:color="9B9B9B"/>
            </w:tcBorders>
            <w:shd w:val="clear" w:color="auto" w:fill="CFCFCF"/>
            <w:vAlign w:val="center"/>
          </w:tcPr>
          <w:p w14:paraId="2091E72A" w14:textId="77777777" w:rsidR="00A806B2" w:rsidRPr="00A864B8" w:rsidRDefault="00000000">
            <w:pPr>
              <w:spacing w:before="20" w:after="10" w:line="240" w:lineRule="auto"/>
              <w:jc w:val="center"/>
            </w:pPr>
            <w:r w:rsidRPr="00A864B8">
              <w:rPr>
                <w:sz w:val="20"/>
              </w:rPr>
              <w:t>- 0 g/kWh</w:t>
            </w:r>
          </w:p>
        </w:tc>
        <w:tc>
          <w:tcPr>
            <w:tcW w:w="1440" w:type="dxa"/>
            <w:tcBorders>
              <w:bottom w:val="single" w:sz="8" w:space="0" w:color="9B9B9B"/>
            </w:tcBorders>
            <w:shd w:val="clear" w:color="auto" w:fill="CFCFCF"/>
            <w:vAlign w:val="center"/>
          </w:tcPr>
          <w:p w14:paraId="185E016A"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6968FA19" w14:textId="77777777" w:rsidR="00A806B2" w:rsidRPr="00A864B8" w:rsidRDefault="00000000">
            <w:pPr>
              <w:spacing w:before="20" w:after="10" w:line="240" w:lineRule="auto"/>
              <w:jc w:val="center"/>
            </w:pPr>
            <w:r w:rsidRPr="00A864B8">
              <w:rPr>
                <w:sz w:val="20"/>
              </w:rPr>
              <w:t>25,9 MWh</w:t>
            </w:r>
          </w:p>
        </w:tc>
        <w:tc>
          <w:tcPr>
            <w:tcW w:w="1440" w:type="dxa"/>
            <w:tcBorders>
              <w:bottom w:val="single" w:sz="8" w:space="0" w:color="9B9B9B"/>
            </w:tcBorders>
            <w:shd w:val="clear" w:color="auto" w:fill="CFCFCF"/>
            <w:vAlign w:val="center"/>
          </w:tcPr>
          <w:p w14:paraId="7B4F92E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36C4AC59" w14:textId="77777777" w:rsidR="00A806B2" w:rsidRPr="00A864B8" w:rsidRDefault="00000000">
            <w:pPr>
              <w:spacing w:before="20" w:after="10" w:line="240" w:lineRule="auto"/>
              <w:jc w:val="center"/>
            </w:pPr>
            <w:r w:rsidRPr="00A864B8">
              <w:rPr>
                <w:sz w:val="20"/>
              </w:rPr>
              <w:t>- 0 t</w:t>
            </w:r>
          </w:p>
        </w:tc>
      </w:tr>
      <w:tr w:rsidR="00A806B2" w:rsidRPr="00A864B8" w14:paraId="1B4899AC" w14:textId="77777777">
        <w:trPr>
          <w:jc w:val="center"/>
        </w:trPr>
        <w:tc>
          <w:tcPr>
            <w:tcW w:w="1440" w:type="dxa"/>
            <w:tcBorders>
              <w:bottom w:val="single" w:sz="8" w:space="0" w:color="9B9B9B"/>
            </w:tcBorders>
            <w:shd w:val="clear" w:color="auto" w:fill="F0F0F0"/>
            <w:vAlign w:val="center"/>
          </w:tcPr>
          <w:p w14:paraId="5BF5FE7C" w14:textId="77777777" w:rsidR="00A806B2" w:rsidRPr="00A864B8" w:rsidRDefault="00000000">
            <w:pPr>
              <w:spacing w:before="20" w:after="10" w:line="240" w:lineRule="auto"/>
              <w:jc w:val="center"/>
            </w:pPr>
            <w:r w:rsidRPr="00A864B8">
              <w:rPr>
                <w:sz w:val="20"/>
              </w:rPr>
              <w:t>Erdgas</w:t>
            </w:r>
          </w:p>
        </w:tc>
        <w:tc>
          <w:tcPr>
            <w:tcW w:w="1440" w:type="dxa"/>
            <w:tcBorders>
              <w:bottom w:val="single" w:sz="8" w:space="0" w:color="9B9B9B"/>
            </w:tcBorders>
            <w:shd w:val="clear" w:color="auto" w:fill="F0F0F0"/>
            <w:vAlign w:val="center"/>
          </w:tcPr>
          <w:p w14:paraId="0730CC6B" w14:textId="77777777" w:rsidR="00A806B2" w:rsidRPr="00A864B8" w:rsidRDefault="00000000">
            <w:pPr>
              <w:spacing w:before="20" w:after="10" w:line="240" w:lineRule="auto"/>
              <w:jc w:val="center"/>
            </w:pPr>
            <w:r w:rsidRPr="00A864B8">
              <w:rPr>
                <w:sz w:val="20"/>
              </w:rPr>
              <w:t>250 g/kWh</w:t>
            </w:r>
          </w:p>
        </w:tc>
        <w:tc>
          <w:tcPr>
            <w:tcW w:w="1440" w:type="dxa"/>
            <w:tcBorders>
              <w:bottom w:val="single" w:sz="8" w:space="0" w:color="9B9B9B"/>
            </w:tcBorders>
            <w:shd w:val="clear" w:color="auto" w:fill="F0F0F0"/>
            <w:vAlign w:val="center"/>
          </w:tcPr>
          <w:p w14:paraId="761ED186"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17590BC6" w14:textId="77777777" w:rsidR="00A806B2" w:rsidRPr="00A864B8" w:rsidRDefault="00000000">
            <w:pPr>
              <w:spacing w:before="20" w:after="10" w:line="240" w:lineRule="auto"/>
              <w:jc w:val="center"/>
            </w:pPr>
            <w:r w:rsidRPr="00A864B8">
              <w:rPr>
                <w:sz w:val="20"/>
              </w:rPr>
              <w:t>1.043 MWh</w:t>
            </w:r>
          </w:p>
        </w:tc>
        <w:tc>
          <w:tcPr>
            <w:tcW w:w="1440" w:type="dxa"/>
            <w:tcBorders>
              <w:bottom w:val="single" w:sz="8" w:space="0" w:color="9B9B9B"/>
            </w:tcBorders>
            <w:shd w:val="clear" w:color="auto" w:fill="F0F0F0"/>
            <w:vAlign w:val="center"/>
          </w:tcPr>
          <w:p w14:paraId="4E257BC7"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0F0A5AC3" w14:textId="77777777" w:rsidR="00A806B2" w:rsidRPr="00A864B8" w:rsidRDefault="00000000">
            <w:pPr>
              <w:spacing w:before="20" w:after="10" w:line="240" w:lineRule="auto"/>
              <w:jc w:val="center"/>
            </w:pPr>
            <w:r w:rsidRPr="00A864B8">
              <w:rPr>
                <w:sz w:val="20"/>
              </w:rPr>
              <w:t>261 t</w:t>
            </w:r>
          </w:p>
        </w:tc>
      </w:tr>
      <w:tr w:rsidR="00A806B2" w:rsidRPr="00A864B8" w14:paraId="737447D1" w14:textId="77777777">
        <w:trPr>
          <w:jc w:val="center"/>
        </w:trPr>
        <w:tc>
          <w:tcPr>
            <w:tcW w:w="1440" w:type="dxa"/>
            <w:tcBorders>
              <w:bottom w:val="single" w:sz="8" w:space="0" w:color="9B9B9B"/>
            </w:tcBorders>
            <w:shd w:val="clear" w:color="auto" w:fill="CFCFCF"/>
            <w:vAlign w:val="center"/>
          </w:tcPr>
          <w:p w14:paraId="4B3C231E" w14:textId="77777777" w:rsidR="00A806B2" w:rsidRPr="00A864B8" w:rsidRDefault="00000000">
            <w:pPr>
              <w:spacing w:before="20" w:after="10" w:line="240" w:lineRule="auto"/>
              <w:jc w:val="center"/>
            </w:pPr>
            <w:r w:rsidRPr="00A864B8">
              <w:rPr>
                <w:sz w:val="20"/>
              </w:rPr>
              <w:t>Fernwärmebezug</w:t>
            </w:r>
          </w:p>
        </w:tc>
        <w:tc>
          <w:tcPr>
            <w:tcW w:w="1440" w:type="dxa"/>
            <w:tcBorders>
              <w:bottom w:val="single" w:sz="8" w:space="0" w:color="9B9B9B"/>
            </w:tcBorders>
            <w:shd w:val="clear" w:color="auto" w:fill="CFCFCF"/>
            <w:vAlign w:val="center"/>
          </w:tcPr>
          <w:p w14:paraId="5D1C0240" w14:textId="77777777" w:rsidR="00A806B2" w:rsidRPr="00A864B8" w:rsidRDefault="00000000">
            <w:pPr>
              <w:spacing w:before="20" w:after="10" w:line="240" w:lineRule="auto"/>
              <w:jc w:val="center"/>
            </w:pPr>
            <w:r w:rsidRPr="00A864B8">
              <w:rPr>
                <w:sz w:val="20"/>
              </w:rPr>
              <w:t>  150 g/kWh</w:t>
            </w:r>
          </w:p>
        </w:tc>
        <w:tc>
          <w:tcPr>
            <w:tcW w:w="1440" w:type="dxa"/>
            <w:tcBorders>
              <w:bottom w:val="single" w:sz="8" w:space="0" w:color="9B9B9B"/>
            </w:tcBorders>
            <w:shd w:val="clear" w:color="auto" w:fill="CFCFCF"/>
            <w:vAlign w:val="center"/>
          </w:tcPr>
          <w:p w14:paraId="168F2E9D"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0DFBFCF4"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CFCFCF"/>
            <w:vAlign w:val="center"/>
          </w:tcPr>
          <w:p w14:paraId="1723CDCC"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539AC494" w14:textId="77777777" w:rsidR="00A806B2" w:rsidRPr="00A864B8" w:rsidRDefault="00000000">
            <w:pPr>
              <w:spacing w:before="20" w:after="10" w:line="240" w:lineRule="auto"/>
              <w:jc w:val="center"/>
            </w:pPr>
            <w:r w:rsidRPr="00A864B8">
              <w:rPr>
                <w:sz w:val="20"/>
              </w:rPr>
              <w:t>  0 t</w:t>
            </w:r>
          </w:p>
        </w:tc>
      </w:tr>
      <w:tr w:rsidR="00A806B2" w:rsidRPr="00A864B8" w14:paraId="23303FEE" w14:textId="77777777">
        <w:trPr>
          <w:jc w:val="center"/>
        </w:trPr>
        <w:tc>
          <w:tcPr>
            <w:tcW w:w="1440" w:type="dxa"/>
            <w:tcBorders>
              <w:bottom w:val="single" w:sz="8" w:space="0" w:color="9B9B9B"/>
            </w:tcBorders>
            <w:shd w:val="clear" w:color="auto" w:fill="F0F0F0"/>
            <w:vAlign w:val="center"/>
          </w:tcPr>
          <w:p w14:paraId="4EF405E6" w14:textId="77777777" w:rsidR="00A806B2" w:rsidRPr="00A864B8" w:rsidRDefault="00000000">
            <w:pPr>
              <w:spacing w:before="20" w:after="10" w:line="240" w:lineRule="auto"/>
              <w:jc w:val="center"/>
            </w:pPr>
            <w:r w:rsidRPr="00A864B8">
              <w:rPr>
                <w:sz w:val="20"/>
              </w:rPr>
              <w:t>Fernkältebezug</w:t>
            </w:r>
          </w:p>
        </w:tc>
        <w:tc>
          <w:tcPr>
            <w:tcW w:w="1440" w:type="dxa"/>
            <w:tcBorders>
              <w:bottom w:val="single" w:sz="8" w:space="0" w:color="9B9B9B"/>
            </w:tcBorders>
            <w:shd w:val="clear" w:color="auto" w:fill="F0F0F0"/>
            <w:vAlign w:val="center"/>
          </w:tcPr>
          <w:p w14:paraId="029334D5" w14:textId="77777777" w:rsidR="00A806B2" w:rsidRPr="00A864B8" w:rsidRDefault="00000000">
            <w:pPr>
              <w:spacing w:before="20" w:after="10" w:line="240" w:lineRule="auto"/>
              <w:jc w:val="center"/>
            </w:pPr>
            <w:r w:rsidRPr="00A864B8">
              <w:rPr>
                <w:sz w:val="20"/>
              </w:rPr>
              <w:t>  150 g/kWh</w:t>
            </w:r>
          </w:p>
        </w:tc>
        <w:tc>
          <w:tcPr>
            <w:tcW w:w="1440" w:type="dxa"/>
            <w:tcBorders>
              <w:bottom w:val="single" w:sz="8" w:space="0" w:color="9B9B9B"/>
            </w:tcBorders>
            <w:shd w:val="clear" w:color="auto" w:fill="F0F0F0"/>
            <w:vAlign w:val="center"/>
          </w:tcPr>
          <w:p w14:paraId="645E6E8C"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15C3E048"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F0F0F0"/>
            <w:vAlign w:val="center"/>
          </w:tcPr>
          <w:p w14:paraId="167FF876"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466B733A" w14:textId="77777777" w:rsidR="00A806B2" w:rsidRPr="00A864B8" w:rsidRDefault="00000000">
            <w:pPr>
              <w:spacing w:before="20" w:after="10" w:line="240" w:lineRule="auto"/>
              <w:jc w:val="center"/>
            </w:pPr>
            <w:r w:rsidRPr="00A864B8">
              <w:rPr>
                <w:sz w:val="20"/>
              </w:rPr>
              <w:t>  0 t</w:t>
            </w:r>
          </w:p>
        </w:tc>
      </w:tr>
      <w:tr w:rsidR="00A806B2" w:rsidRPr="00A864B8" w14:paraId="0CFBAEFA" w14:textId="77777777">
        <w:trPr>
          <w:jc w:val="center"/>
        </w:trPr>
        <w:tc>
          <w:tcPr>
            <w:tcW w:w="1440" w:type="dxa"/>
            <w:tcBorders>
              <w:bottom w:val="single" w:sz="8" w:space="0" w:color="9B9B9B"/>
            </w:tcBorders>
            <w:shd w:val="clear" w:color="auto" w:fill="CFCFCF"/>
            <w:vAlign w:val="center"/>
          </w:tcPr>
          <w:p w14:paraId="0D11485C"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6B119C0E"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1D9CAC7D"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1E92045D" w14:textId="77777777" w:rsidR="00A806B2" w:rsidRPr="00A864B8" w:rsidRDefault="00000000">
            <w:pPr>
              <w:spacing w:before="20" w:after="10" w:line="240" w:lineRule="auto"/>
              <w:jc w:val="center"/>
            </w:pPr>
            <w:r w:rsidRPr="00A864B8">
              <w:rPr>
                <w:b/>
                <w:sz w:val="20"/>
              </w:rPr>
              <w:t>Summe</w:t>
            </w:r>
          </w:p>
        </w:tc>
        <w:tc>
          <w:tcPr>
            <w:tcW w:w="1440" w:type="dxa"/>
            <w:tcBorders>
              <w:bottom w:val="single" w:sz="8" w:space="0" w:color="9B9B9B"/>
            </w:tcBorders>
            <w:shd w:val="clear" w:color="auto" w:fill="CFCFCF"/>
            <w:vAlign w:val="center"/>
          </w:tcPr>
          <w:p w14:paraId="62BE2C2A"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34B132EE" w14:textId="77777777" w:rsidR="00A806B2" w:rsidRPr="00A864B8" w:rsidRDefault="00000000">
            <w:pPr>
              <w:spacing w:before="20" w:after="10" w:line="240" w:lineRule="auto"/>
              <w:jc w:val="center"/>
            </w:pPr>
            <w:r w:rsidRPr="00A864B8">
              <w:rPr>
                <w:b/>
                <w:sz w:val="20"/>
              </w:rPr>
              <w:t>301 t</w:t>
            </w:r>
          </w:p>
        </w:tc>
      </w:tr>
    </w:tbl>
    <w:p w14:paraId="2E74707B" w14:textId="77777777" w:rsidR="00A806B2" w:rsidRPr="00A864B8" w:rsidRDefault="00A806B2"/>
    <w:p w14:paraId="440BF959" w14:textId="0AA661FE" w:rsidR="00A806B2" w:rsidRPr="00A864B8" w:rsidRDefault="00000000">
      <w:pPr>
        <w:pStyle w:val="CaptionStyle"/>
        <w:spacing w:before="40" w:after="0"/>
        <w:jc w:val="center"/>
        <w:rPr>
          <w:lang w:val="de-DE"/>
        </w:rPr>
      </w:pPr>
      <w:bookmarkStart w:id="248" w:name="_Toc240363576"/>
      <w:r w:rsidRPr="00A864B8">
        <w:rPr>
          <w:lang w:val="de-DE"/>
        </w:rPr>
        <w:t xml:space="preserve">Tabelle </w:t>
      </w:r>
      <w:bookmarkStart w:id="249" w:name="results_primary_energy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48</w:t>
      </w:r>
      <w:r w:rsidRPr="00A864B8">
        <w:rPr>
          <w:lang w:val="de-DE"/>
        </w:rPr>
        <w:fldChar w:fldCharType="end"/>
      </w:r>
      <w:bookmarkStart w:id="250" w:name="results_primary_energy_tab_2"/>
      <w:bookmarkEnd w:id="249"/>
      <w:bookmarkEnd w:id="250"/>
      <w:r w:rsidRPr="00A864B8">
        <w:rPr>
          <w:lang w:val="de-DE"/>
        </w:rPr>
        <w:t>: Variante 2: Primärenergiefaktor</w:t>
      </w:r>
      <w:bookmarkEnd w:id="248"/>
    </w:p>
    <w:tbl>
      <w:tblPr>
        <w:tblW w:w="0" w:type="auto"/>
        <w:jc w:val="center"/>
        <w:tblLook w:val="04A0" w:firstRow="1" w:lastRow="0" w:firstColumn="1" w:lastColumn="0" w:noHBand="0" w:noVBand="1"/>
      </w:tblPr>
      <w:tblGrid>
        <w:gridCol w:w="1672"/>
        <w:gridCol w:w="1864"/>
        <w:gridCol w:w="1236"/>
        <w:gridCol w:w="1420"/>
        <w:gridCol w:w="1236"/>
        <w:gridCol w:w="1428"/>
      </w:tblGrid>
      <w:tr w:rsidR="00A806B2" w:rsidRPr="00A864B8" w14:paraId="1349588E" w14:textId="77777777">
        <w:trPr>
          <w:jc w:val="center"/>
        </w:trPr>
        <w:tc>
          <w:tcPr>
            <w:tcW w:w="1440" w:type="dxa"/>
            <w:tcBorders>
              <w:bottom w:val="single" w:sz="22" w:space="0" w:color="C00000"/>
            </w:tcBorders>
            <w:shd w:val="clear" w:color="auto" w:fill="343A40"/>
          </w:tcPr>
          <w:p w14:paraId="1A699CEE"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60B628E1" w14:textId="77777777" w:rsidR="00A806B2" w:rsidRPr="00A864B8" w:rsidRDefault="00000000">
            <w:pPr>
              <w:spacing w:before="20" w:after="10" w:line="240" w:lineRule="auto"/>
              <w:jc w:val="center"/>
            </w:pPr>
            <w:r w:rsidRPr="00A864B8">
              <w:rPr>
                <w:color w:val="FFFFFF"/>
                <w:sz w:val="20"/>
              </w:rPr>
              <w:t>Primärenergiefaktor</w:t>
            </w:r>
          </w:p>
        </w:tc>
        <w:tc>
          <w:tcPr>
            <w:tcW w:w="1440" w:type="dxa"/>
            <w:tcBorders>
              <w:bottom w:val="single" w:sz="22" w:space="0" w:color="C00000"/>
            </w:tcBorders>
            <w:shd w:val="clear" w:color="auto" w:fill="343A40"/>
          </w:tcPr>
          <w:p w14:paraId="474B3873"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2BC15F28" w14:textId="77777777" w:rsidR="00A806B2" w:rsidRPr="00A864B8" w:rsidRDefault="00000000">
            <w:pPr>
              <w:spacing w:before="20" w:after="10" w:line="240" w:lineRule="auto"/>
              <w:jc w:val="center"/>
            </w:pPr>
            <w:r w:rsidRPr="00A864B8">
              <w:rPr>
                <w:color w:val="FFFFFF"/>
                <w:sz w:val="20"/>
              </w:rPr>
              <w:t>Jahressumme</w:t>
            </w:r>
          </w:p>
        </w:tc>
        <w:tc>
          <w:tcPr>
            <w:tcW w:w="1440" w:type="dxa"/>
            <w:tcBorders>
              <w:bottom w:val="single" w:sz="22" w:space="0" w:color="C00000"/>
            </w:tcBorders>
            <w:shd w:val="clear" w:color="auto" w:fill="343A40"/>
          </w:tcPr>
          <w:p w14:paraId="346C5108"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3A6D6F08" w14:textId="77777777" w:rsidR="00A806B2" w:rsidRPr="00A864B8" w:rsidRDefault="00000000">
            <w:pPr>
              <w:spacing w:before="20" w:after="10" w:line="240" w:lineRule="auto"/>
              <w:jc w:val="center"/>
            </w:pPr>
            <w:r w:rsidRPr="00A864B8">
              <w:rPr>
                <w:color w:val="FFFFFF"/>
                <w:sz w:val="20"/>
              </w:rPr>
              <w:t>Primärenergie</w:t>
            </w:r>
          </w:p>
        </w:tc>
      </w:tr>
      <w:tr w:rsidR="00A806B2" w:rsidRPr="00A864B8" w14:paraId="6E0D481A" w14:textId="77777777">
        <w:trPr>
          <w:jc w:val="center"/>
        </w:trPr>
        <w:tc>
          <w:tcPr>
            <w:tcW w:w="1440" w:type="dxa"/>
            <w:tcBorders>
              <w:bottom w:val="single" w:sz="8" w:space="0" w:color="9B9B9B"/>
            </w:tcBorders>
            <w:shd w:val="clear" w:color="auto" w:fill="F0F0F0"/>
            <w:vAlign w:val="center"/>
          </w:tcPr>
          <w:p w14:paraId="7FD70078" w14:textId="77777777" w:rsidR="00A806B2" w:rsidRPr="00A864B8" w:rsidRDefault="00000000">
            <w:pPr>
              <w:spacing w:before="20" w:after="10" w:line="240" w:lineRule="auto"/>
              <w:jc w:val="center"/>
            </w:pPr>
            <w:r w:rsidRPr="00A864B8">
              <w:rPr>
                <w:sz w:val="20"/>
              </w:rPr>
              <w:t>Strombezug (Energiezentrale)</w:t>
            </w:r>
          </w:p>
        </w:tc>
        <w:tc>
          <w:tcPr>
            <w:tcW w:w="1440" w:type="dxa"/>
            <w:tcBorders>
              <w:bottom w:val="single" w:sz="8" w:space="0" w:color="9B9B9B"/>
            </w:tcBorders>
            <w:shd w:val="clear" w:color="auto" w:fill="F0F0F0"/>
            <w:vAlign w:val="center"/>
          </w:tcPr>
          <w:p w14:paraId="763A0755" w14:textId="77777777" w:rsidR="00A806B2" w:rsidRPr="00A864B8" w:rsidRDefault="00000000">
            <w:pPr>
              <w:spacing w:before="20" w:after="10" w:line="240" w:lineRule="auto"/>
              <w:jc w:val="center"/>
            </w:pPr>
            <w:r w:rsidRPr="00A864B8">
              <w:rPr>
                <w:sz w:val="20"/>
              </w:rPr>
              <w:t>1,8</w:t>
            </w:r>
          </w:p>
        </w:tc>
        <w:tc>
          <w:tcPr>
            <w:tcW w:w="1440" w:type="dxa"/>
            <w:tcBorders>
              <w:bottom w:val="single" w:sz="8" w:space="0" w:color="9B9B9B"/>
            </w:tcBorders>
            <w:shd w:val="clear" w:color="auto" w:fill="F0F0F0"/>
            <w:vAlign w:val="center"/>
          </w:tcPr>
          <w:p w14:paraId="2B383EF1"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27D36F28" w14:textId="77777777" w:rsidR="00A806B2" w:rsidRPr="00A864B8" w:rsidRDefault="00000000">
            <w:pPr>
              <w:spacing w:before="20" w:after="10" w:line="240" w:lineRule="auto"/>
              <w:jc w:val="center"/>
            </w:pPr>
            <w:r w:rsidRPr="00A864B8">
              <w:rPr>
                <w:sz w:val="20"/>
              </w:rPr>
              <w:t>114 MWh</w:t>
            </w:r>
          </w:p>
        </w:tc>
        <w:tc>
          <w:tcPr>
            <w:tcW w:w="1440" w:type="dxa"/>
            <w:tcBorders>
              <w:bottom w:val="single" w:sz="8" w:space="0" w:color="9B9B9B"/>
            </w:tcBorders>
            <w:shd w:val="clear" w:color="auto" w:fill="F0F0F0"/>
            <w:vAlign w:val="center"/>
          </w:tcPr>
          <w:p w14:paraId="755C0F92"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67CE3D29" w14:textId="77777777" w:rsidR="00A806B2" w:rsidRPr="00A864B8" w:rsidRDefault="00000000">
            <w:pPr>
              <w:spacing w:before="20" w:after="10" w:line="240" w:lineRule="auto"/>
              <w:jc w:val="center"/>
            </w:pPr>
            <w:r w:rsidRPr="00A864B8">
              <w:rPr>
                <w:sz w:val="20"/>
              </w:rPr>
              <w:t>205 MWh</w:t>
            </w:r>
          </w:p>
        </w:tc>
      </w:tr>
      <w:tr w:rsidR="00A806B2" w:rsidRPr="00A864B8" w14:paraId="2587C86C" w14:textId="77777777">
        <w:trPr>
          <w:jc w:val="center"/>
        </w:trPr>
        <w:tc>
          <w:tcPr>
            <w:tcW w:w="1440" w:type="dxa"/>
            <w:tcBorders>
              <w:bottom w:val="single" w:sz="8" w:space="0" w:color="9B9B9B"/>
            </w:tcBorders>
            <w:shd w:val="clear" w:color="auto" w:fill="CFCFCF"/>
            <w:vAlign w:val="center"/>
          </w:tcPr>
          <w:p w14:paraId="0E93F11A" w14:textId="77777777" w:rsidR="00A806B2" w:rsidRPr="00A864B8" w:rsidRDefault="00000000">
            <w:pPr>
              <w:spacing w:before="20" w:after="10" w:line="240" w:lineRule="auto"/>
              <w:jc w:val="center"/>
            </w:pPr>
            <w:r w:rsidRPr="00A864B8">
              <w:rPr>
                <w:sz w:val="20"/>
              </w:rPr>
              <w:t>Stromeinspeisung</w:t>
            </w:r>
          </w:p>
        </w:tc>
        <w:tc>
          <w:tcPr>
            <w:tcW w:w="1440" w:type="dxa"/>
            <w:tcBorders>
              <w:bottom w:val="single" w:sz="8" w:space="0" w:color="9B9B9B"/>
            </w:tcBorders>
            <w:shd w:val="clear" w:color="auto" w:fill="CFCFCF"/>
            <w:vAlign w:val="center"/>
          </w:tcPr>
          <w:p w14:paraId="5C953C66" w14:textId="77777777" w:rsidR="00A806B2" w:rsidRPr="00A864B8" w:rsidRDefault="00000000">
            <w:pPr>
              <w:spacing w:before="20" w:after="10" w:line="240" w:lineRule="auto"/>
              <w:jc w:val="center"/>
            </w:pPr>
            <w:r w:rsidRPr="00A864B8">
              <w:rPr>
                <w:sz w:val="20"/>
              </w:rPr>
              <w:t>- 0</w:t>
            </w:r>
          </w:p>
        </w:tc>
        <w:tc>
          <w:tcPr>
            <w:tcW w:w="1440" w:type="dxa"/>
            <w:tcBorders>
              <w:bottom w:val="single" w:sz="8" w:space="0" w:color="9B9B9B"/>
            </w:tcBorders>
            <w:shd w:val="clear" w:color="auto" w:fill="CFCFCF"/>
            <w:vAlign w:val="center"/>
          </w:tcPr>
          <w:p w14:paraId="643AF99B"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4586A65F" w14:textId="77777777" w:rsidR="00A806B2" w:rsidRPr="00A864B8" w:rsidRDefault="00000000">
            <w:pPr>
              <w:spacing w:before="20" w:after="10" w:line="240" w:lineRule="auto"/>
              <w:jc w:val="center"/>
            </w:pPr>
            <w:r w:rsidRPr="00A864B8">
              <w:rPr>
                <w:sz w:val="20"/>
              </w:rPr>
              <w:t>25,9 MWh</w:t>
            </w:r>
          </w:p>
        </w:tc>
        <w:tc>
          <w:tcPr>
            <w:tcW w:w="1440" w:type="dxa"/>
            <w:tcBorders>
              <w:bottom w:val="single" w:sz="8" w:space="0" w:color="9B9B9B"/>
            </w:tcBorders>
            <w:shd w:val="clear" w:color="auto" w:fill="CFCFCF"/>
            <w:vAlign w:val="center"/>
          </w:tcPr>
          <w:p w14:paraId="59A9560A"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50569B11" w14:textId="77777777" w:rsidR="00A806B2" w:rsidRPr="00A864B8" w:rsidRDefault="00000000">
            <w:pPr>
              <w:spacing w:before="20" w:after="10" w:line="240" w:lineRule="auto"/>
              <w:jc w:val="center"/>
            </w:pPr>
            <w:r w:rsidRPr="00A864B8">
              <w:rPr>
                <w:sz w:val="20"/>
              </w:rPr>
              <w:t>- 0 MWh</w:t>
            </w:r>
          </w:p>
        </w:tc>
      </w:tr>
      <w:tr w:rsidR="00A806B2" w:rsidRPr="00A864B8" w14:paraId="65CA35D1" w14:textId="77777777">
        <w:trPr>
          <w:jc w:val="center"/>
        </w:trPr>
        <w:tc>
          <w:tcPr>
            <w:tcW w:w="1440" w:type="dxa"/>
            <w:tcBorders>
              <w:bottom w:val="single" w:sz="8" w:space="0" w:color="9B9B9B"/>
            </w:tcBorders>
            <w:shd w:val="clear" w:color="auto" w:fill="F0F0F0"/>
            <w:vAlign w:val="center"/>
          </w:tcPr>
          <w:p w14:paraId="6520AAA1" w14:textId="77777777" w:rsidR="00A806B2" w:rsidRPr="00A864B8" w:rsidRDefault="00000000">
            <w:pPr>
              <w:spacing w:before="20" w:after="10" w:line="240" w:lineRule="auto"/>
              <w:jc w:val="center"/>
            </w:pPr>
            <w:r w:rsidRPr="00A864B8">
              <w:rPr>
                <w:sz w:val="20"/>
              </w:rPr>
              <w:t>Erdgas</w:t>
            </w:r>
          </w:p>
        </w:tc>
        <w:tc>
          <w:tcPr>
            <w:tcW w:w="1440" w:type="dxa"/>
            <w:tcBorders>
              <w:bottom w:val="single" w:sz="8" w:space="0" w:color="9B9B9B"/>
            </w:tcBorders>
            <w:shd w:val="clear" w:color="auto" w:fill="F0F0F0"/>
            <w:vAlign w:val="center"/>
          </w:tcPr>
          <w:p w14:paraId="313EC2B3" w14:textId="77777777" w:rsidR="00A806B2" w:rsidRPr="00A864B8" w:rsidRDefault="00000000">
            <w:pPr>
              <w:spacing w:before="20" w:after="10" w:line="240" w:lineRule="auto"/>
              <w:jc w:val="center"/>
            </w:pPr>
            <w:r w:rsidRPr="00A864B8">
              <w:rPr>
                <w:sz w:val="20"/>
              </w:rPr>
              <w:t>1,1</w:t>
            </w:r>
          </w:p>
        </w:tc>
        <w:tc>
          <w:tcPr>
            <w:tcW w:w="1440" w:type="dxa"/>
            <w:tcBorders>
              <w:bottom w:val="single" w:sz="8" w:space="0" w:color="9B9B9B"/>
            </w:tcBorders>
            <w:shd w:val="clear" w:color="auto" w:fill="F0F0F0"/>
            <w:vAlign w:val="center"/>
          </w:tcPr>
          <w:p w14:paraId="4FC00932"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152D9789" w14:textId="77777777" w:rsidR="00A806B2" w:rsidRPr="00A864B8" w:rsidRDefault="00000000">
            <w:pPr>
              <w:spacing w:before="20" w:after="10" w:line="240" w:lineRule="auto"/>
              <w:jc w:val="center"/>
            </w:pPr>
            <w:r w:rsidRPr="00A864B8">
              <w:rPr>
                <w:sz w:val="20"/>
              </w:rPr>
              <w:t>1.043 MWh</w:t>
            </w:r>
          </w:p>
        </w:tc>
        <w:tc>
          <w:tcPr>
            <w:tcW w:w="1440" w:type="dxa"/>
            <w:tcBorders>
              <w:bottom w:val="single" w:sz="8" w:space="0" w:color="9B9B9B"/>
            </w:tcBorders>
            <w:shd w:val="clear" w:color="auto" w:fill="F0F0F0"/>
            <w:vAlign w:val="center"/>
          </w:tcPr>
          <w:p w14:paraId="111B2A7B"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5A395DA4" w14:textId="77777777" w:rsidR="00A806B2" w:rsidRPr="00A864B8" w:rsidRDefault="00000000">
            <w:pPr>
              <w:spacing w:before="20" w:after="10" w:line="240" w:lineRule="auto"/>
              <w:jc w:val="center"/>
            </w:pPr>
            <w:r w:rsidRPr="00A864B8">
              <w:rPr>
                <w:sz w:val="20"/>
              </w:rPr>
              <w:t>1.147 MWh</w:t>
            </w:r>
          </w:p>
        </w:tc>
      </w:tr>
      <w:tr w:rsidR="00A806B2" w:rsidRPr="00A864B8" w14:paraId="1A5A019E" w14:textId="77777777">
        <w:trPr>
          <w:jc w:val="center"/>
        </w:trPr>
        <w:tc>
          <w:tcPr>
            <w:tcW w:w="1440" w:type="dxa"/>
            <w:tcBorders>
              <w:bottom w:val="single" w:sz="8" w:space="0" w:color="9B9B9B"/>
            </w:tcBorders>
            <w:shd w:val="clear" w:color="auto" w:fill="CFCFCF"/>
            <w:vAlign w:val="center"/>
          </w:tcPr>
          <w:p w14:paraId="197F7995" w14:textId="77777777" w:rsidR="00A806B2" w:rsidRPr="00A864B8" w:rsidRDefault="00000000">
            <w:pPr>
              <w:spacing w:before="20" w:after="10" w:line="240" w:lineRule="auto"/>
              <w:jc w:val="center"/>
            </w:pPr>
            <w:r w:rsidRPr="00A864B8">
              <w:rPr>
                <w:sz w:val="20"/>
              </w:rPr>
              <w:t>Fernwärmebezug</w:t>
            </w:r>
          </w:p>
        </w:tc>
        <w:tc>
          <w:tcPr>
            <w:tcW w:w="1440" w:type="dxa"/>
            <w:tcBorders>
              <w:bottom w:val="single" w:sz="8" w:space="0" w:color="9B9B9B"/>
            </w:tcBorders>
            <w:shd w:val="clear" w:color="auto" w:fill="CFCFCF"/>
            <w:vAlign w:val="center"/>
          </w:tcPr>
          <w:p w14:paraId="4A67F6C3" w14:textId="77777777" w:rsidR="00A806B2" w:rsidRPr="00A864B8" w:rsidRDefault="00000000">
            <w:pPr>
              <w:spacing w:before="20" w:after="10" w:line="240" w:lineRule="auto"/>
              <w:jc w:val="center"/>
            </w:pPr>
            <w:r w:rsidRPr="00A864B8">
              <w:rPr>
                <w:sz w:val="20"/>
              </w:rPr>
              <w:t>  0,6</w:t>
            </w:r>
          </w:p>
        </w:tc>
        <w:tc>
          <w:tcPr>
            <w:tcW w:w="1440" w:type="dxa"/>
            <w:tcBorders>
              <w:bottom w:val="single" w:sz="8" w:space="0" w:color="9B9B9B"/>
            </w:tcBorders>
            <w:shd w:val="clear" w:color="auto" w:fill="CFCFCF"/>
            <w:vAlign w:val="center"/>
          </w:tcPr>
          <w:p w14:paraId="11726212"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6C290E19"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CFCFCF"/>
            <w:vAlign w:val="center"/>
          </w:tcPr>
          <w:p w14:paraId="7E0ED2CF"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CFCFCF"/>
            <w:vAlign w:val="center"/>
          </w:tcPr>
          <w:p w14:paraId="19BA479D" w14:textId="77777777" w:rsidR="00A806B2" w:rsidRPr="00A864B8" w:rsidRDefault="00000000">
            <w:pPr>
              <w:spacing w:before="20" w:after="10" w:line="240" w:lineRule="auto"/>
              <w:jc w:val="center"/>
            </w:pPr>
            <w:r w:rsidRPr="00A864B8">
              <w:rPr>
                <w:sz w:val="20"/>
              </w:rPr>
              <w:t>  0 MWh</w:t>
            </w:r>
          </w:p>
        </w:tc>
      </w:tr>
      <w:tr w:rsidR="00A806B2" w:rsidRPr="00A864B8" w14:paraId="4856EE26" w14:textId="77777777">
        <w:trPr>
          <w:jc w:val="center"/>
        </w:trPr>
        <w:tc>
          <w:tcPr>
            <w:tcW w:w="1440" w:type="dxa"/>
            <w:tcBorders>
              <w:bottom w:val="single" w:sz="8" w:space="0" w:color="9B9B9B"/>
            </w:tcBorders>
            <w:shd w:val="clear" w:color="auto" w:fill="F0F0F0"/>
            <w:vAlign w:val="center"/>
          </w:tcPr>
          <w:p w14:paraId="09FCCAFE" w14:textId="77777777" w:rsidR="00A806B2" w:rsidRPr="00A864B8" w:rsidRDefault="00000000">
            <w:pPr>
              <w:spacing w:before="20" w:after="10" w:line="240" w:lineRule="auto"/>
              <w:jc w:val="center"/>
            </w:pPr>
            <w:r w:rsidRPr="00A864B8">
              <w:rPr>
                <w:sz w:val="20"/>
              </w:rPr>
              <w:t>Fernkältebezug</w:t>
            </w:r>
          </w:p>
        </w:tc>
        <w:tc>
          <w:tcPr>
            <w:tcW w:w="1440" w:type="dxa"/>
            <w:tcBorders>
              <w:bottom w:val="single" w:sz="8" w:space="0" w:color="9B9B9B"/>
            </w:tcBorders>
            <w:shd w:val="clear" w:color="auto" w:fill="F0F0F0"/>
            <w:vAlign w:val="center"/>
          </w:tcPr>
          <w:p w14:paraId="4204156A" w14:textId="77777777" w:rsidR="00A806B2" w:rsidRPr="00A864B8" w:rsidRDefault="00000000">
            <w:pPr>
              <w:spacing w:before="20" w:after="10" w:line="240" w:lineRule="auto"/>
              <w:jc w:val="center"/>
            </w:pPr>
            <w:r w:rsidRPr="00A864B8">
              <w:rPr>
                <w:sz w:val="20"/>
              </w:rPr>
              <w:t>  0,8</w:t>
            </w:r>
          </w:p>
        </w:tc>
        <w:tc>
          <w:tcPr>
            <w:tcW w:w="1440" w:type="dxa"/>
            <w:tcBorders>
              <w:bottom w:val="single" w:sz="8" w:space="0" w:color="9B9B9B"/>
            </w:tcBorders>
            <w:shd w:val="clear" w:color="auto" w:fill="F0F0F0"/>
            <w:vAlign w:val="center"/>
          </w:tcPr>
          <w:p w14:paraId="31B6649E"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3D3EC476" w14:textId="77777777" w:rsidR="00A806B2" w:rsidRPr="00A864B8" w:rsidRDefault="00000000">
            <w:pPr>
              <w:spacing w:before="20" w:after="10" w:line="240" w:lineRule="auto"/>
              <w:jc w:val="center"/>
            </w:pPr>
            <w:r w:rsidRPr="00A864B8">
              <w:rPr>
                <w:sz w:val="20"/>
              </w:rPr>
              <w:t>0 MWh</w:t>
            </w:r>
          </w:p>
        </w:tc>
        <w:tc>
          <w:tcPr>
            <w:tcW w:w="1440" w:type="dxa"/>
            <w:tcBorders>
              <w:bottom w:val="single" w:sz="8" w:space="0" w:color="9B9B9B"/>
            </w:tcBorders>
            <w:shd w:val="clear" w:color="auto" w:fill="F0F0F0"/>
            <w:vAlign w:val="center"/>
          </w:tcPr>
          <w:p w14:paraId="2C03AC26" w14:textId="77777777" w:rsidR="00A806B2" w:rsidRPr="00A864B8" w:rsidRDefault="00000000">
            <w:pPr>
              <w:spacing w:before="20" w:after="10" w:line="240" w:lineRule="auto"/>
              <w:jc w:val="center"/>
            </w:pPr>
            <w:r w:rsidRPr="00A864B8">
              <w:rPr>
                <w:sz w:val="20"/>
              </w:rPr>
              <w:t>=</w:t>
            </w:r>
          </w:p>
        </w:tc>
        <w:tc>
          <w:tcPr>
            <w:tcW w:w="1440" w:type="dxa"/>
            <w:tcBorders>
              <w:bottom w:val="single" w:sz="8" w:space="0" w:color="9B9B9B"/>
            </w:tcBorders>
            <w:shd w:val="clear" w:color="auto" w:fill="F0F0F0"/>
            <w:vAlign w:val="center"/>
          </w:tcPr>
          <w:p w14:paraId="23EFFA02" w14:textId="77777777" w:rsidR="00A806B2" w:rsidRPr="00A864B8" w:rsidRDefault="00000000">
            <w:pPr>
              <w:spacing w:before="20" w:after="10" w:line="240" w:lineRule="auto"/>
              <w:jc w:val="center"/>
            </w:pPr>
            <w:r w:rsidRPr="00A864B8">
              <w:rPr>
                <w:sz w:val="20"/>
              </w:rPr>
              <w:t>  0 MWh</w:t>
            </w:r>
          </w:p>
        </w:tc>
      </w:tr>
      <w:tr w:rsidR="00A806B2" w:rsidRPr="00A864B8" w14:paraId="5FC46BFD" w14:textId="77777777">
        <w:trPr>
          <w:jc w:val="center"/>
        </w:trPr>
        <w:tc>
          <w:tcPr>
            <w:tcW w:w="1440" w:type="dxa"/>
            <w:tcBorders>
              <w:bottom w:val="single" w:sz="8" w:space="0" w:color="9B9B9B"/>
            </w:tcBorders>
            <w:shd w:val="clear" w:color="auto" w:fill="CFCFCF"/>
            <w:vAlign w:val="center"/>
          </w:tcPr>
          <w:p w14:paraId="49FB1653"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409444EB"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1324D240"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06A2A3CA" w14:textId="77777777" w:rsidR="00A806B2" w:rsidRPr="00A864B8" w:rsidRDefault="00000000">
            <w:pPr>
              <w:spacing w:before="20" w:after="10" w:line="240" w:lineRule="auto"/>
              <w:jc w:val="center"/>
            </w:pPr>
            <w:r w:rsidRPr="00A864B8">
              <w:rPr>
                <w:b/>
                <w:sz w:val="20"/>
              </w:rPr>
              <w:t>Summe</w:t>
            </w:r>
          </w:p>
        </w:tc>
        <w:tc>
          <w:tcPr>
            <w:tcW w:w="1440" w:type="dxa"/>
            <w:tcBorders>
              <w:bottom w:val="single" w:sz="8" w:space="0" w:color="9B9B9B"/>
            </w:tcBorders>
            <w:shd w:val="clear" w:color="auto" w:fill="CFCFCF"/>
            <w:vAlign w:val="center"/>
          </w:tcPr>
          <w:p w14:paraId="28723B40" w14:textId="77777777" w:rsidR="00A806B2" w:rsidRPr="00A864B8" w:rsidRDefault="00000000">
            <w:pPr>
              <w:spacing w:before="20" w:after="10" w:line="240" w:lineRule="auto"/>
              <w:jc w:val="center"/>
            </w:pPr>
            <w:r w:rsidRPr="00A864B8">
              <w:rPr>
                <w:b/>
                <w:sz w:val="20"/>
              </w:rPr>
              <w:t> </w:t>
            </w:r>
          </w:p>
        </w:tc>
        <w:tc>
          <w:tcPr>
            <w:tcW w:w="1440" w:type="dxa"/>
            <w:tcBorders>
              <w:bottom w:val="single" w:sz="8" w:space="0" w:color="9B9B9B"/>
            </w:tcBorders>
            <w:shd w:val="clear" w:color="auto" w:fill="CFCFCF"/>
            <w:vAlign w:val="center"/>
          </w:tcPr>
          <w:p w14:paraId="4157C8F0" w14:textId="77777777" w:rsidR="00A806B2" w:rsidRPr="00A864B8" w:rsidRDefault="00000000">
            <w:pPr>
              <w:spacing w:before="20" w:after="10" w:line="240" w:lineRule="auto"/>
              <w:jc w:val="center"/>
            </w:pPr>
            <w:r w:rsidRPr="00A864B8">
              <w:rPr>
                <w:b/>
                <w:sz w:val="20"/>
              </w:rPr>
              <w:t>1.353 MWh</w:t>
            </w:r>
          </w:p>
        </w:tc>
      </w:tr>
    </w:tbl>
    <w:p w14:paraId="0D6FA9B9" w14:textId="77777777" w:rsidR="00A806B2" w:rsidRPr="00A864B8" w:rsidRDefault="00A806B2"/>
    <w:p w14:paraId="0FCEC566" w14:textId="77777777" w:rsidR="00A806B2" w:rsidRPr="00A864B8" w:rsidRDefault="00000000">
      <w:pPr>
        <w:pStyle w:val="berschrift3"/>
      </w:pPr>
      <w:bookmarkStart w:id="251" w:name="cha_3_economic_results_num"/>
      <w:bookmarkStart w:id="252" w:name="_Toc240363509"/>
      <w:r w:rsidRPr="00A864B8">
        <w:rPr>
          <w:color w:val="000000"/>
          <w:sz w:val="32"/>
        </w:rPr>
        <w:t xml:space="preserve">5.2.4 </w:t>
      </w:r>
      <w:bookmarkEnd w:id="251"/>
      <w:r w:rsidRPr="00A864B8">
        <w:rPr>
          <w:color w:val="000000"/>
          <w:sz w:val="32"/>
        </w:rPr>
        <w:t>Wirtschaftlichkeit</w:t>
      </w:r>
      <w:bookmarkEnd w:id="252"/>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41175A30" w14:textId="77777777">
        <w:tc>
          <w:tcPr>
            <w:tcW w:w="8640" w:type="dxa"/>
            <w:shd w:val="clear" w:color="auto" w:fill="D9F3F7"/>
          </w:tcPr>
          <w:p w14:paraId="0A778D76" w14:textId="77777777" w:rsidR="00A806B2" w:rsidRPr="00A864B8" w:rsidRDefault="00000000">
            <w:pPr>
              <w:spacing w:line="240" w:lineRule="auto"/>
            </w:pPr>
            <w:r w:rsidRPr="00A864B8">
              <w:rPr>
                <w:b/>
              </w:rPr>
              <w:t>💡 Auszug aus "Merkblatt Antragstellung, technische Anforderungen und Verwendungsnachweis" (Version 3.1, 01.04.2026)</w:t>
            </w:r>
          </w:p>
          <w:p w14:paraId="277A8C36" w14:textId="77777777" w:rsidR="00A806B2" w:rsidRPr="00A864B8" w:rsidRDefault="00000000">
            <w:pPr>
              <w:spacing w:line="240" w:lineRule="auto"/>
            </w:pPr>
            <w:r w:rsidRPr="00A864B8">
              <w:rPr>
                <w:b/>
                <w:sz w:val="20"/>
              </w:rPr>
              <w:t>Kostenrahmen</w:t>
            </w:r>
          </w:p>
          <w:p w14:paraId="2361AAC4" w14:textId="77777777" w:rsidR="00A806B2" w:rsidRPr="00A864B8" w:rsidRDefault="00000000">
            <w:pPr>
              <w:spacing w:line="240" w:lineRule="auto"/>
            </w:pPr>
            <w:r w:rsidRPr="00A864B8">
              <w:rPr>
                <w:sz w:val="20"/>
              </w:rPr>
              <w:t>Im Kostenrahmen sind grob die Investitionssummen der einzelnen Komponenten des Wärmenetzes darzustellen, betriebs- und verbrauchsbedingte Kosten zu schätzen, eine Analyse der Wirtschaftlichkeit durchzuführen und darzustellen wie die Investitionen finanziert werden sollen. Hierbei sind Risikoanalysen durchzuführen und maximale Kosten für eine Finanzierbarkeit festzulegen. Zur Berücksichtigung zukünftiger Zahlungsströme wird eine Diskontierung empfohlen. Vorgaben zum Diskontierungssatz oder den Methoden für Analysen und Berechnungen gibt es aber nicht.</w:t>
            </w:r>
          </w:p>
          <w:p w14:paraId="74E0EF0D" w14:textId="77777777" w:rsidR="00A806B2" w:rsidRPr="00A864B8" w:rsidRDefault="00000000">
            <w:pPr>
              <w:spacing w:line="240" w:lineRule="auto"/>
            </w:pPr>
            <w:r w:rsidRPr="00A864B8">
              <w:rPr>
                <w:b/>
                <w:sz w:val="20"/>
              </w:rPr>
              <w:t>Mindestinhalte Planungsleistungen angelehnt an Leistungsphasen 2 bis 4</w:t>
            </w:r>
          </w:p>
          <w:p w14:paraId="743FBB5B" w14:textId="77777777" w:rsidR="00A806B2" w:rsidRPr="00A864B8" w:rsidRDefault="00000000">
            <w:pPr>
              <w:spacing w:line="240" w:lineRule="auto"/>
            </w:pPr>
            <w:r w:rsidRPr="00A864B8">
              <w:rPr>
                <w:b/>
                <w:sz w:val="20"/>
              </w:rPr>
              <w:t>Wirtschaftlichkeitsbetrachtung</w:t>
            </w:r>
          </w:p>
          <w:p w14:paraId="4C039927" w14:textId="77777777" w:rsidR="00A806B2" w:rsidRPr="00A864B8" w:rsidRDefault="00000000">
            <w:pPr>
              <w:spacing w:line="240" w:lineRule="auto"/>
            </w:pPr>
            <w:r w:rsidRPr="00A864B8">
              <w:rPr>
                <w:sz w:val="20"/>
              </w:rPr>
              <w:t>Im Rahmen einer Wirtschaftlichkeitsbetrachtung ist eine Kostenberechnung auf Grundlage der Entwurfsplanung nach DIN 276 für alle zu fördernden Komponenten vorzunehmen. Zusätzlich ist eine Betriebs- und Verbrauchskostenberechnung durchzuführen. Durch eine Gegenüberstellung der Einnahmen und Ausgaben über mindestens die ersten 30 Jahre des Betriebs ist die wirtschaftliche Umsetzbarkeit des Vorhabens darzulegen. Zusätzlich kann eine WLB mit den Exceldateien des BAFA durchgeführt werden.</w:t>
            </w:r>
          </w:p>
        </w:tc>
      </w:tr>
    </w:tbl>
    <w:p w14:paraId="37EBC84B" w14:textId="77777777" w:rsidR="00A806B2" w:rsidRPr="00A864B8" w:rsidRDefault="00A806B2">
      <w:pPr>
        <w:spacing w:after="280"/>
      </w:pPr>
    </w:p>
    <w:p w14:paraId="6B6FAB74" w14:textId="77777777" w:rsidR="00A806B2" w:rsidRPr="00A864B8" w:rsidRDefault="00000000">
      <w:r w:rsidRPr="00A864B8">
        <w:rPr>
          <w:b/>
          <w:sz w:val="28"/>
        </w:rPr>
        <w:t>Zusammenfassung</w:t>
      </w:r>
    </w:p>
    <w:p w14:paraId="3611628C" w14:textId="0EABCDF4" w:rsidR="00A806B2" w:rsidRPr="00A864B8" w:rsidRDefault="00000000">
      <w:pPr>
        <w:pStyle w:val="CaptionStyle"/>
        <w:spacing w:before="40" w:after="0"/>
        <w:jc w:val="center"/>
        <w:rPr>
          <w:lang w:val="de-DE"/>
        </w:rPr>
      </w:pPr>
      <w:bookmarkStart w:id="253" w:name="_Toc240363577"/>
      <w:r w:rsidRPr="00A864B8">
        <w:rPr>
          <w:lang w:val="de-DE"/>
        </w:rPr>
        <w:t xml:space="preserve">Tabelle </w:t>
      </w:r>
      <w:bookmarkStart w:id="254" w:name="results_economic_kpi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49</w:t>
      </w:r>
      <w:r w:rsidRPr="00A864B8">
        <w:rPr>
          <w:lang w:val="de-DE"/>
        </w:rPr>
        <w:fldChar w:fldCharType="end"/>
      </w:r>
      <w:bookmarkStart w:id="255" w:name="results_economic_kpis_tab_2"/>
      <w:bookmarkEnd w:id="254"/>
      <w:bookmarkEnd w:id="255"/>
      <w:r w:rsidRPr="00A864B8">
        <w:rPr>
          <w:lang w:val="de-DE"/>
        </w:rPr>
        <w:t>: Variante 2: Wirtschaftliche Kennzahlen</w:t>
      </w:r>
      <w:bookmarkEnd w:id="253"/>
    </w:p>
    <w:tbl>
      <w:tblPr>
        <w:tblW w:w="0" w:type="auto"/>
        <w:jc w:val="center"/>
        <w:tblLook w:val="04A0" w:firstRow="1" w:lastRow="0" w:firstColumn="1" w:lastColumn="0" w:noHBand="0" w:noVBand="1"/>
      </w:tblPr>
      <w:tblGrid>
        <w:gridCol w:w="4320"/>
        <w:gridCol w:w="4320"/>
      </w:tblGrid>
      <w:tr w:rsidR="00A806B2" w:rsidRPr="00A864B8" w14:paraId="0194BEFC" w14:textId="77777777">
        <w:trPr>
          <w:jc w:val="center"/>
        </w:trPr>
        <w:tc>
          <w:tcPr>
            <w:tcW w:w="4320" w:type="dxa"/>
            <w:tcBorders>
              <w:bottom w:val="single" w:sz="22" w:space="0" w:color="C00000"/>
            </w:tcBorders>
            <w:shd w:val="clear" w:color="auto" w:fill="343A40"/>
          </w:tcPr>
          <w:p w14:paraId="53FE73CB"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3AD11E7" w14:textId="77777777" w:rsidR="00A806B2" w:rsidRPr="00A864B8" w:rsidRDefault="00000000">
            <w:pPr>
              <w:spacing w:before="20" w:after="10" w:line="240" w:lineRule="auto"/>
              <w:jc w:val="center"/>
            </w:pPr>
            <w:r w:rsidRPr="00A864B8">
              <w:rPr>
                <w:color w:val="FFFFFF"/>
                <w:sz w:val="20"/>
              </w:rPr>
              <w:t> </w:t>
            </w:r>
          </w:p>
        </w:tc>
      </w:tr>
      <w:tr w:rsidR="00A806B2" w:rsidRPr="00A864B8" w14:paraId="6507B5D2" w14:textId="77777777">
        <w:trPr>
          <w:jc w:val="center"/>
        </w:trPr>
        <w:tc>
          <w:tcPr>
            <w:tcW w:w="4320" w:type="dxa"/>
            <w:tcBorders>
              <w:bottom w:val="single" w:sz="8" w:space="0" w:color="9B9B9B"/>
            </w:tcBorders>
            <w:shd w:val="clear" w:color="auto" w:fill="F0F0F0"/>
            <w:vAlign w:val="center"/>
          </w:tcPr>
          <w:p w14:paraId="426F8AE2" w14:textId="77777777" w:rsidR="00A806B2" w:rsidRPr="00A864B8" w:rsidRDefault="00000000">
            <w:pPr>
              <w:spacing w:before="20" w:after="10" w:line="240" w:lineRule="auto"/>
              <w:jc w:val="center"/>
            </w:pPr>
            <w:r w:rsidRPr="00A864B8">
              <w:rPr>
                <w:sz w:val="20"/>
              </w:rPr>
              <w:t>Kapitalwert</w:t>
            </w:r>
          </w:p>
        </w:tc>
        <w:tc>
          <w:tcPr>
            <w:tcW w:w="4320" w:type="dxa"/>
            <w:tcBorders>
              <w:bottom w:val="single" w:sz="8" w:space="0" w:color="9B9B9B"/>
            </w:tcBorders>
            <w:shd w:val="clear" w:color="auto" w:fill="F0F0F0"/>
            <w:vAlign w:val="center"/>
          </w:tcPr>
          <w:p w14:paraId="4C2FE8ED" w14:textId="77777777" w:rsidR="00A806B2" w:rsidRPr="00A864B8" w:rsidRDefault="00000000">
            <w:pPr>
              <w:spacing w:before="20" w:after="10" w:line="240" w:lineRule="auto"/>
              <w:jc w:val="center"/>
            </w:pPr>
            <w:r w:rsidRPr="00A864B8">
              <w:rPr>
                <w:sz w:val="20"/>
              </w:rPr>
              <w:t>+ 458.831 €</w:t>
            </w:r>
          </w:p>
        </w:tc>
      </w:tr>
      <w:tr w:rsidR="00A806B2" w:rsidRPr="00A864B8" w14:paraId="08F9645A" w14:textId="77777777">
        <w:trPr>
          <w:jc w:val="center"/>
        </w:trPr>
        <w:tc>
          <w:tcPr>
            <w:tcW w:w="4320" w:type="dxa"/>
            <w:tcBorders>
              <w:bottom w:val="single" w:sz="8" w:space="0" w:color="9B9B9B"/>
            </w:tcBorders>
            <w:shd w:val="clear" w:color="auto" w:fill="CFCFCF"/>
            <w:vAlign w:val="center"/>
          </w:tcPr>
          <w:p w14:paraId="73D71E70" w14:textId="77777777" w:rsidR="00A806B2" w:rsidRPr="00A864B8" w:rsidRDefault="00000000">
            <w:pPr>
              <w:spacing w:before="20" w:after="10" w:line="240" w:lineRule="auto"/>
              <w:jc w:val="center"/>
            </w:pPr>
            <w:r w:rsidRPr="00A864B8">
              <w:rPr>
                <w:sz w:val="20"/>
              </w:rPr>
              <w:t>Amortisationsdauer</w:t>
            </w:r>
          </w:p>
        </w:tc>
        <w:tc>
          <w:tcPr>
            <w:tcW w:w="4320" w:type="dxa"/>
            <w:tcBorders>
              <w:bottom w:val="single" w:sz="8" w:space="0" w:color="9B9B9B"/>
            </w:tcBorders>
            <w:shd w:val="clear" w:color="auto" w:fill="CFCFCF"/>
            <w:vAlign w:val="center"/>
          </w:tcPr>
          <w:p w14:paraId="1EB7B722" w14:textId="77777777" w:rsidR="00A806B2" w:rsidRPr="00A864B8" w:rsidRDefault="00000000">
            <w:pPr>
              <w:spacing w:before="20" w:after="10" w:line="240" w:lineRule="auto"/>
              <w:jc w:val="center"/>
            </w:pPr>
            <w:r w:rsidRPr="00A864B8">
              <w:rPr>
                <w:sz w:val="20"/>
              </w:rPr>
              <w:t>19 Jahre</w:t>
            </w:r>
          </w:p>
        </w:tc>
      </w:tr>
      <w:tr w:rsidR="00A806B2" w:rsidRPr="00A864B8" w14:paraId="2690ADA2" w14:textId="77777777">
        <w:trPr>
          <w:jc w:val="center"/>
        </w:trPr>
        <w:tc>
          <w:tcPr>
            <w:tcW w:w="4320" w:type="dxa"/>
            <w:tcBorders>
              <w:bottom w:val="single" w:sz="8" w:space="0" w:color="9B9B9B"/>
            </w:tcBorders>
            <w:shd w:val="clear" w:color="auto" w:fill="F0F0F0"/>
            <w:vAlign w:val="center"/>
          </w:tcPr>
          <w:p w14:paraId="628B91BB" w14:textId="77777777" w:rsidR="00A806B2" w:rsidRPr="00A864B8" w:rsidRDefault="00000000">
            <w:pPr>
              <w:spacing w:before="20" w:after="10" w:line="240" w:lineRule="auto"/>
              <w:jc w:val="center"/>
            </w:pPr>
            <w:r w:rsidRPr="00A864B8">
              <w:rPr>
                <w:sz w:val="20"/>
              </w:rPr>
              <w:t>Interner Zinsfuß</w:t>
            </w:r>
          </w:p>
        </w:tc>
        <w:tc>
          <w:tcPr>
            <w:tcW w:w="4320" w:type="dxa"/>
            <w:tcBorders>
              <w:bottom w:val="single" w:sz="8" w:space="0" w:color="9B9B9B"/>
            </w:tcBorders>
            <w:shd w:val="clear" w:color="auto" w:fill="F0F0F0"/>
            <w:vAlign w:val="center"/>
          </w:tcPr>
          <w:p w14:paraId="1F62A640" w14:textId="77777777" w:rsidR="00A806B2" w:rsidRPr="00A864B8" w:rsidRDefault="00000000">
            <w:pPr>
              <w:spacing w:before="20" w:after="10" w:line="240" w:lineRule="auto"/>
              <w:jc w:val="center"/>
            </w:pPr>
            <w:r w:rsidRPr="00A864B8">
              <w:rPr>
                <w:sz w:val="20"/>
              </w:rPr>
              <w:t>7,3 %</w:t>
            </w:r>
          </w:p>
        </w:tc>
      </w:tr>
      <w:tr w:rsidR="00A806B2" w:rsidRPr="00A864B8" w14:paraId="3FCAEFCE" w14:textId="77777777">
        <w:trPr>
          <w:jc w:val="center"/>
        </w:trPr>
        <w:tc>
          <w:tcPr>
            <w:tcW w:w="4320" w:type="dxa"/>
            <w:tcBorders>
              <w:bottom w:val="single" w:sz="8" w:space="0" w:color="9B9B9B"/>
            </w:tcBorders>
            <w:shd w:val="clear" w:color="auto" w:fill="CFCFCF"/>
            <w:vAlign w:val="center"/>
          </w:tcPr>
          <w:p w14:paraId="1761E52A" w14:textId="77777777" w:rsidR="00A806B2" w:rsidRPr="00A864B8" w:rsidRDefault="00000000">
            <w:pPr>
              <w:spacing w:before="20" w:after="10" w:line="240" w:lineRule="auto"/>
              <w:jc w:val="center"/>
            </w:pPr>
            <w:r w:rsidRPr="00A864B8">
              <w:rPr>
                <w:sz w:val="20"/>
              </w:rPr>
              <w:t>Gesamtkosten (exkl. Verkaufserlöse)</w:t>
            </w:r>
          </w:p>
        </w:tc>
        <w:tc>
          <w:tcPr>
            <w:tcW w:w="4320" w:type="dxa"/>
            <w:tcBorders>
              <w:bottom w:val="single" w:sz="8" w:space="0" w:color="9B9B9B"/>
            </w:tcBorders>
            <w:shd w:val="clear" w:color="auto" w:fill="CFCFCF"/>
            <w:vAlign w:val="center"/>
          </w:tcPr>
          <w:p w14:paraId="21A13069" w14:textId="77777777" w:rsidR="00A806B2" w:rsidRPr="00A864B8" w:rsidRDefault="00000000">
            <w:pPr>
              <w:spacing w:before="20" w:after="10" w:line="240" w:lineRule="auto"/>
              <w:jc w:val="center"/>
            </w:pPr>
            <w:r w:rsidRPr="00A864B8">
              <w:rPr>
                <w:sz w:val="20"/>
              </w:rPr>
              <w:t>4.105.798,0 €</w:t>
            </w:r>
          </w:p>
        </w:tc>
      </w:tr>
      <w:tr w:rsidR="00A806B2" w:rsidRPr="00A864B8" w14:paraId="20487D81" w14:textId="77777777">
        <w:trPr>
          <w:jc w:val="center"/>
        </w:trPr>
        <w:tc>
          <w:tcPr>
            <w:tcW w:w="4320" w:type="dxa"/>
            <w:tcBorders>
              <w:bottom w:val="single" w:sz="8" w:space="0" w:color="9B9B9B"/>
            </w:tcBorders>
            <w:shd w:val="clear" w:color="auto" w:fill="F0F0F0"/>
            <w:vAlign w:val="center"/>
          </w:tcPr>
          <w:p w14:paraId="675E8C7F" w14:textId="77777777" w:rsidR="00A806B2" w:rsidRPr="00A864B8" w:rsidRDefault="00000000">
            <w:pPr>
              <w:spacing w:before="20" w:after="10" w:line="240" w:lineRule="auto"/>
              <w:jc w:val="center"/>
            </w:pPr>
            <w:r w:rsidRPr="00A864B8">
              <w:rPr>
                <w:sz w:val="20"/>
              </w:rPr>
              <w:t>Energiegestehungskosten</w:t>
            </w:r>
          </w:p>
        </w:tc>
        <w:tc>
          <w:tcPr>
            <w:tcW w:w="4320" w:type="dxa"/>
            <w:tcBorders>
              <w:bottom w:val="single" w:sz="8" w:space="0" w:color="9B9B9B"/>
            </w:tcBorders>
            <w:shd w:val="clear" w:color="auto" w:fill="F0F0F0"/>
            <w:vAlign w:val="center"/>
          </w:tcPr>
          <w:p w14:paraId="3140DC19" w14:textId="77777777" w:rsidR="00A806B2" w:rsidRPr="00A864B8" w:rsidRDefault="00000000">
            <w:pPr>
              <w:spacing w:before="20" w:after="10" w:line="240" w:lineRule="auto"/>
              <w:jc w:val="center"/>
            </w:pPr>
            <w:r w:rsidRPr="00A864B8">
              <w:rPr>
                <w:sz w:val="20"/>
              </w:rPr>
              <w:t>0,255 €/kWh</w:t>
            </w:r>
          </w:p>
        </w:tc>
      </w:tr>
      <w:tr w:rsidR="00A806B2" w:rsidRPr="00A864B8" w14:paraId="77713022" w14:textId="77777777">
        <w:trPr>
          <w:jc w:val="center"/>
        </w:trPr>
        <w:tc>
          <w:tcPr>
            <w:tcW w:w="4320" w:type="dxa"/>
            <w:tcBorders>
              <w:bottom w:val="single" w:sz="8" w:space="0" w:color="9B9B9B"/>
            </w:tcBorders>
            <w:shd w:val="clear" w:color="auto" w:fill="CFCFCF"/>
            <w:vAlign w:val="center"/>
          </w:tcPr>
          <w:p w14:paraId="18039036" w14:textId="77777777" w:rsidR="00A806B2" w:rsidRPr="00A864B8" w:rsidRDefault="00000000">
            <w:pPr>
              <w:spacing w:before="20" w:after="10" w:line="240" w:lineRule="auto"/>
              <w:jc w:val="center"/>
            </w:pPr>
            <w:r w:rsidRPr="00A864B8">
              <w:rPr>
                <w:sz w:val="20"/>
              </w:rPr>
              <w:t>Jährl. Energiekosten pro Nutzfläche</w:t>
            </w:r>
          </w:p>
        </w:tc>
        <w:tc>
          <w:tcPr>
            <w:tcW w:w="4320" w:type="dxa"/>
            <w:tcBorders>
              <w:bottom w:val="single" w:sz="8" w:space="0" w:color="9B9B9B"/>
            </w:tcBorders>
            <w:shd w:val="clear" w:color="auto" w:fill="CFCFCF"/>
            <w:vAlign w:val="center"/>
          </w:tcPr>
          <w:p w14:paraId="5BC032FE" w14:textId="77777777" w:rsidR="00A806B2" w:rsidRPr="00A864B8" w:rsidRDefault="00000000">
            <w:pPr>
              <w:spacing w:before="20" w:after="10" w:line="240" w:lineRule="auto"/>
              <w:jc w:val="center"/>
            </w:pPr>
            <w:r w:rsidRPr="00A864B8">
              <w:rPr>
                <w:sz w:val="20"/>
              </w:rPr>
              <w:t>48,46 €/m²</w:t>
            </w:r>
          </w:p>
        </w:tc>
      </w:tr>
      <w:tr w:rsidR="00A806B2" w:rsidRPr="00A864B8" w14:paraId="447D7400" w14:textId="77777777">
        <w:trPr>
          <w:jc w:val="center"/>
        </w:trPr>
        <w:tc>
          <w:tcPr>
            <w:tcW w:w="4320" w:type="dxa"/>
            <w:tcBorders>
              <w:bottom w:val="single" w:sz="8" w:space="0" w:color="9B9B9B"/>
            </w:tcBorders>
            <w:shd w:val="clear" w:color="auto" w:fill="F0F0F0"/>
            <w:vAlign w:val="center"/>
          </w:tcPr>
          <w:p w14:paraId="4C507DD7" w14:textId="77777777" w:rsidR="00A806B2" w:rsidRPr="00A864B8" w:rsidRDefault="00000000">
            <w:pPr>
              <w:spacing w:before="20" w:after="10" w:line="240" w:lineRule="auto"/>
              <w:jc w:val="center"/>
            </w:pPr>
            <w:r w:rsidRPr="00A864B8">
              <w:rPr>
                <w:sz w:val="20"/>
              </w:rPr>
              <w:t>Monatliche Energiekosten pro Nutzfläche</w:t>
            </w:r>
          </w:p>
        </w:tc>
        <w:tc>
          <w:tcPr>
            <w:tcW w:w="4320" w:type="dxa"/>
            <w:tcBorders>
              <w:bottom w:val="single" w:sz="8" w:space="0" w:color="9B9B9B"/>
            </w:tcBorders>
            <w:shd w:val="clear" w:color="auto" w:fill="F0F0F0"/>
            <w:vAlign w:val="center"/>
          </w:tcPr>
          <w:p w14:paraId="46F873C0" w14:textId="77777777" w:rsidR="00A806B2" w:rsidRPr="00A864B8" w:rsidRDefault="00000000">
            <w:pPr>
              <w:spacing w:before="20" w:after="10" w:line="240" w:lineRule="auto"/>
              <w:jc w:val="center"/>
            </w:pPr>
            <w:r w:rsidRPr="00A864B8">
              <w:rPr>
                <w:sz w:val="20"/>
              </w:rPr>
              <w:t>4,04 €/m²</w:t>
            </w:r>
          </w:p>
        </w:tc>
      </w:tr>
    </w:tbl>
    <w:p w14:paraId="1BD80961" w14:textId="77777777" w:rsidR="00A806B2" w:rsidRPr="00A864B8" w:rsidRDefault="00A806B2"/>
    <w:p w14:paraId="49EC9EDC" w14:textId="496BDF5C" w:rsidR="00A806B2" w:rsidRPr="00A864B8" w:rsidRDefault="00000000">
      <w:pPr>
        <w:pStyle w:val="CaptionStyle"/>
        <w:spacing w:before="40" w:after="0"/>
        <w:jc w:val="center"/>
        <w:rPr>
          <w:lang w:val="de-DE"/>
        </w:rPr>
      </w:pPr>
      <w:bookmarkStart w:id="256" w:name="_Toc240363578"/>
      <w:r w:rsidRPr="00A864B8">
        <w:rPr>
          <w:lang w:val="de-DE"/>
        </w:rPr>
        <w:t xml:space="preserve">Tabelle </w:t>
      </w:r>
      <w:bookmarkStart w:id="257" w:name="results_subsidy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50</w:t>
      </w:r>
      <w:r w:rsidRPr="00A864B8">
        <w:rPr>
          <w:lang w:val="de-DE"/>
        </w:rPr>
        <w:fldChar w:fldCharType="end"/>
      </w:r>
      <w:bookmarkStart w:id="258" w:name="results_subsidy_tab_2"/>
      <w:bookmarkEnd w:id="257"/>
      <w:bookmarkEnd w:id="258"/>
      <w:r w:rsidRPr="00A864B8">
        <w:rPr>
          <w:lang w:val="de-DE"/>
        </w:rPr>
        <w:t>: Variante 2: Förderungen</w:t>
      </w:r>
      <w:bookmarkEnd w:id="256"/>
    </w:p>
    <w:tbl>
      <w:tblPr>
        <w:tblW w:w="0" w:type="auto"/>
        <w:jc w:val="center"/>
        <w:tblLook w:val="04A0" w:firstRow="1" w:lastRow="0" w:firstColumn="1" w:lastColumn="0" w:noHBand="0" w:noVBand="1"/>
      </w:tblPr>
      <w:tblGrid>
        <w:gridCol w:w="4320"/>
        <w:gridCol w:w="4320"/>
      </w:tblGrid>
      <w:tr w:rsidR="00A806B2" w:rsidRPr="00A864B8" w14:paraId="0DED9B0E" w14:textId="77777777">
        <w:trPr>
          <w:jc w:val="center"/>
        </w:trPr>
        <w:tc>
          <w:tcPr>
            <w:tcW w:w="4320" w:type="dxa"/>
            <w:tcBorders>
              <w:bottom w:val="single" w:sz="22" w:space="0" w:color="C00000"/>
            </w:tcBorders>
            <w:shd w:val="clear" w:color="auto" w:fill="343A40"/>
          </w:tcPr>
          <w:p w14:paraId="159748D9"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7D26806" w14:textId="77777777" w:rsidR="00A806B2" w:rsidRPr="00A864B8" w:rsidRDefault="00000000">
            <w:pPr>
              <w:spacing w:before="20" w:after="10" w:line="240" w:lineRule="auto"/>
              <w:jc w:val="center"/>
            </w:pPr>
            <w:r w:rsidRPr="00A864B8">
              <w:rPr>
                <w:color w:val="FFFFFF"/>
                <w:sz w:val="20"/>
              </w:rPr>
              <w:t> </w:t>
            </w:r>
          </w:p>
        </w:tc>
      </w:tr>
      <w:tr w:rsidR="00A806B2" w:rsidRPr="00A864B8" w14:paraId="4BEB5F46" w14:textId="77777777">
        <w:trPr>
          <w:jc w:val="center"/>
        </w:trPr>
        <w:tc>
          <w:tcPr>
            <w:tcW w:w="4320" w:type="dxa"/>
            <w:tcBorders>
              <w:bottom w:val="single" w:sz="8" w:space="0" w:color="9B9B9B"/>
            </w:tcBorders>
            <w:shd w:val="clear" w:color="auto" w:fill="F0F0F0"/>
            <w:vAlign w:val="center"/>
          </w:tcPr>
          <w:p w14:paraId="6F6218A3" w14:textId="77777777" w:rsidR="00A806B2" w:rsidRPr="00A864B8" w:rsidRDefault="00000000">
            <w:pPr>
              <w:spacing w:before="20" w:after="10" w:line="240" w:lineRule="auto"/>
              <w:jc w:val="center"/>
            </w:pPr>
            <w:r w:rsidRPr="00A864B8">
              <w:rPr>
                <w:sz w:val="20"/>
              </w:rPr>
              <w:t>Anfangsinvestition</w:t>
            </w:r>
          </w:p>
        </w:tc>
        <w:tc>
          <w:tcPr>
            <w:tcW w:w="4320" w:type="dxa"/>
            <w:tcBorders>
              <w:bottom w:val="single" w:sz="8" w:space="0" w:color="9B9B9B"/>
            </w:tcBorders>
            <w:shd w:val="clear" w:color="auto" w:fill="F0F0F0"/>
            <w:vAlign w:val="center"/>
          </w:tcPr>
          <w:p w14:paraId="21581A08" w14:textId="77777777" w:rsidR="00A806B2" w:rsidRPr="00A864B8" w:rsidRDefault="00000000">
            <w:pPr>
              <w:spacing w:before="20" w:after="10" w:line="240" w:lineRule="auto"/>
              <w:jc w:val="center"/>
            </w:pPr>
            <w:r w:rsidRPr="00A864B8">
              <w:rPr>
                <w:sz w:val="20"/>
              </w:rPr>
              <w:t>3.330.428,0 €</w:t>
            </w:r>
          </w:p>
        </w:tc>
      </w:tr>
      <w:tr w:rsidR="00A806B2" w:rsidRPr="00A864B8" w14:paraId="4F05582B" w14:textId="77777777">
        <w:trPr>
          <w:jc w:val="center"/>
        </w:trPr>
        <w:tc>
          <w:tcPr>
            <w:tcW w:w="4320" w:type="dxa"/>
            <w:tcBorders>
              <w:bottom w:val="single" w:sz="8" w:space="0" w:color="9B9B9B"/>
            </w:tcBorders>
            <w:shd w:val="clear" w:color="auto" w:fill="CFCFCF"/>
            <w:vAlign w:val="center"/>
          </w:tcPr>
          <w:p w14:paraId="1FB2ED61" w14:textId="77777777" w:rsidR="00A806B2" w:rsidRPr="00A864B8" w:rsidRDefault="00000000">
            <w:pPr>
              <w:spacing w:before="20" w:after="10" w:line="240" w:lineRule="auto"/>
              <w:jc w:val="center"/>
            </w:pPr>
            <w:r w:rsidRPr="00A864B8">
              <w:rPr>
                <w:sz w:val="20"/>
              </w:rPr>
              <w:t>Förderung auf Anfangsinvestition</w:t>
            </w:r>
          </w:p>
        </w:tc>
        <w:tc>
          <w:tcPr>
            <w:tcW w:w="4320" w:type="dxa"/>
            <w:tcBorders>
              <w:bottom w:val="single" w:sz="8" w:space="0" w:color="9B9B9B"/>
            </w:tcBorders>
            <w:shd w:val="clear" w:color="auto" w:fill="CFCFCF"/>
            <w:vAlign w:val="center"/>
          </w:tcPr>
          <w:p w14:paraId="2E4959C3" w14:textId="77777777" w:rsidR="00A806B2" w:rsidRPr="00A864B8" w:rsidRDefault="00000000">
            <w:pPr>
              <w:spacing w:before="20" w:after="10" w:line="240" w:lineRule="auto"/>
              <w:jc w:val="center"/>
            </w:pPr>
            <w:r w:rsidRPr="00A864B8">
              <w:rPr>
                <w:sz w:val="20"/>
              </w:rPr>
              <w:t>1.020.584,0 €</w:t>
            </w:r>
          </w:p>
        </w:tc>
      </w:tr>
      <w:tr w:rsidR="00A806B2" w:rsidRPr="00A864B8" w14:paraId="0BFD5808" w14:textId="77777777">
        <w:trPr>
          <w:jc w:val="center"/>
        </w:trPr>
        <w:tc>
          <w:tcPr>
            <w:tcW w:w="4320" w:type="dxa"/>
            <w:tcBorders>
              <w:bottom w:val="single" w:sz="8" w:space="0" w:color="9B9B9B"/>
            </w:tcBorders>
            <w:shd w:val="clear" w:color="auto" w:fill="F0F0F0"/>
            <w:vAlign w:val="center"/>
          </w:tcPr>
          <w:p w14:paraId="1B144AA8" w14:textId="77777777" w:rsidR="00A806B2" w:rsidRPr="00A864B8" w:rsidRDefault="00000000">
            <w:pPr>
              <w:spacing w:before="20" w:after="10" w:line="240" w:lineRule="auto"/>
              <w:jc w:val="center"/>
            </w:pPr>
            <w:r w:rsidRPr="00A864B8">
              <w:rPr>
                <w:sz w:val="20"/>
              </w:rPr>
              <w:t>Förderquote Anfangsinvestition</w:t>
            </w:r>
          </w:p>
        </w:tc>
        <w:tc>
          <w:tcPr>
            <w:tcW w:w="4320" w:type="dxa"/>
            <w:tcBorders>
              <w:bottom w:val="single" w:sz="8" w:space="0" w:color="9B9B9B"/>
            </w:tcBorders>
            <w:shd w:val="clear" w:color="auto" w:fill="F0F0F0"/>
            <w:vAlign w:val="center"/>
          </w:tcPr>
          <w:p w14:paraId="7480CB1F" w14:textId="77777777" w:rsidR="00A806B2" w:rsidRPr="00A864B8" w:rsidRDefault="00000000">
            <w:pPr>
              <w:spacing w:before="20" w:after="10" w:line="240" w:lineRule="auto"/>
              <w:jc w:val="center"/>
            </w:pPr>
            <w:r w:rsidRPr="00A864B8">
              <w:rPr>
                <w:sz w:val="20"/>
              </w:rPr>
              <w:t>30,6 %</w:t>
            </w:r>
          </w:p>
        </w:tc>
      </w:tr>
      <w:tr w:rsidR="00A806B2" w:rsidRPr="00A864B8" w14:paraId="357C9228" w14:textId="77777777">
        <w:trPr>
          <w:jc w:val="center"/>
        </w:trPr>
        <w:tc>
          <w:tcPr>
            <w:tcW w:w="4320" w:type="dxa"/>
            <w:tcBorders>
              <w:bottom w:val="single" w:sz="8" w:space="0" w:color="9B9B9B"/>
            </w:tcBorders>
            <w:shd w:val="clear" w:color="auto" w:fill="CFCFCF"/>
            <w:vAlign w:val="center"/>
          </w:tcPr>
          <w:p w14:paraId="1126D073" w14:textId="77777777" w:rsidR="00A806B2" w:rsidRPr="00A864B8" w:rsidRDefault="00000000">
            <w:pPr>
              <w:spacing w:before="20" w:after="10" w:line="240" w:lineRule="auto"/>
              <w:jc w:val="center"/>
            </w:pPr>
            <w:r w:rsidRPr="00A864B8">
              <w:rPr>
                <w:sz w:val="20"/>
              </w:rPr>
              <w:t>Gesamtkosten (exkl. aller Erlöse und Förderungen)</w:t>
            </w:r>
          </w:p>
        </w:tc>
        <w:tc>
          <w:tcPr>
            <w:tcW w:w="4320" w:type="dxa"/>
            <w:tcBorders>
              <w:bottom w:val="single" w:sz="8" w:space="0" w:color="9B9B9B"/>
            </w:tcBorders>
            <w:shd w:val="clear" w:color="auto" w:fill="CFCFCF"/>
            <w:vAlign w:val="center"/>
          </w:tcPr>
          <w:p w14:paraId="19177F55" w14:textId="77777777" w:rsidR="00A806B2" w:rsidRPr="00A864B8" w:rsidRDefault="00000000">
            <w:pPr>
              <w:spacing w:before="20" w:after="10" w:line="240" w:lineRule="auto"/>
              <w:jc w:val="center"/>
            </w:pPr>
            <w:r w:rsidRPr="00A864B8">
              <w:rPr>
                <w:sz w:val="20"/>
              </w:rPr>
              <w:t>5.139.292 €</w:t>
            </w:r>
          </w:p>
        </w:tc>
      </w:tr>
      <w:tr w:rsidR="00A806B2" w:rsidRPr="00A864B8" w14:paraId="37F73122" w14:textId="77777777">
        <w:trPr>
          <w:jc w:val="center"/>
        </w:trPr>
        <w:tc>
          <w:tcPr>
            <w:tcW w:w="4320" w:type="dxa"/>
            <w:tcBorders>
              <w:bottom w:val="single" w:sz="8" w:space="0" w:color="9B9B9B"/>
            </w:tcBorders>
            <w:shd w:val="clear" w:color="auto" w:fill="F0F0F0"/>
            <w:vAlign w:val="center"/>
          </w:tcPr>
          <w:p w14:paraId="06FFDDCE" w14:textId="77777777" w:rsidR="00A806B2" w:rsidRPr="00A864B8" w:rsidRDefault="00000000">
            <w:pPr>
              <w:spacing w:before="20" w:after="10" w:line="240" w:lineRule="auto"/>
              <w:jc w:val="center"/>
            </w:pPr>
            <w:r w:rsidRPr="00A864B8">
              <w:rPr>
                <w:sz w:val="20"/>
              </w:rPr>
              <w:t>Gesamtförderung im Betrachtungshorizont</w:t>
            </w:r>
          </w:p>
        </w:tc>
        <w:tc>
          <w:tcPr>
            <w:tcW w:w="4320" w:type="dxa"/>
            <w:tcBorders>
              <w:bottom w:val="single" w:sz="8" w:space="0" w:color="9B9B9B"/>
            </w:tcBorders>
            <w:shd w:val="clear" w:color="auto" w:fill="F0F0F0"/>
            <w:vAlign w:val="center"/>
          </w:tcPr>
          <w:p w14:paraId="20ECD013" w14:textId="77777777" w:rsidR="00A806B2" w:rsidRPr="00A864B8" w:rsidRDefault="00000000">
            <w:pPr>
              <w:spacing w:before="20" w:after="10" w:line="240" w:lineRule="auto"/>
              <w:jc w:val="center"/>
            </w:pPr>
            <w:r w:rsidRPr="00A864B8">
              <w:rPr>
                <w:sz w:val="20"/>
              </w:rPr>
              <w:t>1.070.433 €</w:t>
            </w:r>
          </w:p>
        </w:tc>
      </w:tr>
      <w:tr w:rsidR="00A806B2" w:rsidRPr="00A864B8" w14:paraId="7DB259A8" w14:textId="77777777">
        <w:trPr>
          <w:jc w:val="center"/>
        </w:trPr>
        <w:tc>
          <w:tcPr>
            <w:tcW w:w="4320" w:type="dxa"/>
            <w:tcBorders>
              <w:bottom w:val="single" w:sz="8" w:space="0" w:color="9B9B9B"/>
            </w:tcBorders>
            <w:shd w:val="clear" w:color="auto" w:fill="CFCFCF"/>
            <w:vAlign w:val="center"/>
          </w:tcPr>
          <w:p w14:paraId="2124C317" w14:textId="77777777" w:rsidR="00A806B2" w:rsidRPr="00A864B8" w:rsidRDefault="00000000">
            <w:pPr>
              <w:spacing w:before="20" w:after="10" w:line="240" w:lineRule="auto"/>
              <w:jc w:val="center"/>
            </w:pPr>
            <w:r w:rsidRPr="00A864B8">
              <w:rPr>
                <w:sz w:val="20"/>
              </w:rPr>
              <w:t>Förderquote (gesamt)</w:t>
            </w:r>
          </w:p>
        </w:tc>
        <w:tc>
          <w:tcPr>
            <w:tcW w:w="4320" w:type="dxa"/>
            <w:tcBorders>
              <w:bottom w:val="single" w:sz="8" w:space="0" w:color="9B9B9B"/>
            </w:tcBorders>
            <w:shd w:val="clear" w:color="auto" w:fill="CFCFCF"/>
            <w:vAlign w:val="center"/>
          </w:tcPr>
          <w:p w14:paraId="1A5D05C0" w14:textId="77777777" w:rsidR="00A806B2" w:rsidRPr="00A864B8" w:rsidRDefault="00000000">
            <w:pPr>
              <w:spacing w:before="20" w:after="10" w:line="240" w:lineRule="auto"/>
              <w:jc w:val="center"/>
            </w:pPr>
            <w:r w:rsidRPr="00A864B8">
              <w:rPr>
                <w:sz w:val="20"/>
              </w:rPr>
              <w:t>20,8 %</w:t>
            </w:r>
          </w:p>
        </w:tc>
      </w:tr>
    </w:tbl>
    <w:p w14:paraId="3E268A1A" w14:textId="77777777" w:rsidR="00A806B2" w:rsidRPr="00A864B8" w:rsidRDefault="00A806B2"/>
    <w:p w14:paraId="678CDBE3" w14:textId="77777777" w:rsidR="00A806B2" w:rsidRPr="00A864B8" w:rsidRDefault="00000000">
      <w:r w:rsidRPr="00A864B8">
        <w:rPr>
          <w:b/>
          <w:sz w:val="28"/>
        </w:rPr>
        <w:t>Kosten- und Erlösaufstellung</w:t>
      </w:r>
    </w:p>
    <w:p w14:paraId="21DC8881" w14:textId="2F8C93C2" w:rsidR="00A806B2" w:rsidRPr="00A864B8" w:rsidRDefault="00000000">
      <w:pPr>
        <w:pStyle w:val="CaptionStyle"/>
        <w:spacing w:before="40" w:after="0"/>
        <w:jc w:val="center"/>
        <w:rPr>
          <w:lang w:val="de-DE"/>
        </w:rPr>
      </w:pPr>
      <w:bookmarkStart w:id="259" w:name="_Toc240363579"/>
      <w:r w:rsidRPr="00A864B8">
        <w:rPr>
          <w:lang w:val="de-DE"/>
        </w:rPr>
        <w:t xml:space="preserve">Tabelle </w:t>
      </w:r>
      <w:bookmarkStart w:id="260" w:name="results_cash_flow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51</w:t>
      </w:r>
      <w:r w:rsidRPr="00A864B8">
        <w:rPr>
          <w:lang w:val="de-DE"/>
        </w:rPr>
        <w:fldChar w:fldCharType="end"/>
      </w:r>
      <w:bookmarkStart w:id="261" w:name="results_cash_flow_tab_2"/>
      <w:bookmarkEnd w:id="260"/>
      <w:bookmarkEnd w:id="261"/>
      <w:r w:rsidRPr="00A864B8">
        <w:rPr>
          <w:lang w:val="de-DE"/>
        </w:rPr>
        <w:t>: Variante 2: Kostenaufstellung in €</w:t>
      </w:r>
      <w:bookmarkEnd w:id="259"/>
    </w:p>
    <w:tbl>
      <w:tblPr>
        <w:tblW w:w="0" w:type="auto"/>
        <w:jc w:val="center"/>
        <w:tblLook w:val="04A0" w:firstRow="1" w:lastRow="0" w:firstColumn="1" w:lastColumn="0" w:noHBand="0" w:noVBand="1"/>
      </w:tblPr>
      <w:tblGrid>
        <w:gridCol w:w="2206"/>
        <w:gridCol w:w="1005"/>
        <w:gridCol w:w="1004"/>
        <w:gridCol w:w="854"/>
        <w:gridCol w:w="854"/>
        <w:gridCol w:w="854"/>
        <w:gridCol w:w="371"/>
        <w:gridCol w:w="854"/>
        <w:gridCol w:w="854"/>
      </w:tblGrid>
      <w:tr w:rsidR="00A806B2" w:rsidRPr="00A864B8" w14:paraId="408D366D" w14:textId="77777777">
        <w:trPr>
          <w:jc w:val="center"/>
        </w:trPr>
        <w:tc>
          <w:tcPr>
            <w:tcW w:w="960" w:type="dxa"/>
            <w:tcBorders>
              <w:bottom w:val="single" w:sz="22" w:space="0" w:color="C00000"/>
            </w:tcBorders>
            <w:shd w:val="clear" w:color="auto" w:fill="343A40"/>
          </w:tcPr>
          <w:p w14:paraId="246D8C11" w14:textId="77777777" w:rsidR="00A806B2" w:rsidRPr="00A864B8" w:rsidRDefault="00000000">
            <w:pPr>
              <w:spacing w:before="20" w:after="10" w:line="240" w:lineRule="auto"/>
              <w:jc w:val="center"/>
            </w:pPr>
            <w:r w:rsidRPr="00A864B8">
              <w:rPr>
                <w:color w:val="FFFFFF"/>
                <w:sz w:val="20"/>
              </w:rPr>
              <w:t> </w:t>
            </w:r>
          </w:p>
        </w:tc>
        <w:tc>
          <w:tcPr>
            <w:tcW w:w="960" w:type="dxa"/>
            <w:tcBorders>
              <w:bottom w:val="single" w:sz="22" w:space="0" w:color="C00000"/>
            </w:tcBorders>
            <w:shd w:val="clear" w:color="auto" w:fill="343A40"/>
          </w:tcPr>
          <w:p w14:paraId="19A31B6E" w14:textId="77777777" w:rsidR="00A806B2" w:rsidRPr="00A864B8" w:rsidRDefault="00000000">
            <w:pPr>
              <w:spacing w:before="20" w:after="10" w:line="240" w:lineRule="auto"/>
              <w:jc w:val="center"/>
            </w:pPr>
            <w:r w:rsidRPr="00A864B8">
              <w:rPr>
                <w:color w:val="FFFFFF"/>
                <w:sz w:val="20"/>
              </w:rPr>
              <w:t>Summe</w:t>
            </w:r>
          </w:p>
        </w:tc>
        <w:tc>
          <w:tcPr>
            <w:tcW w:w="960" w:type="dxa"/>
            <w:tcBorders>
              <w:bottom w:val="single" w:sz="22" w:space="0" w:color="C00000"/>
            </w:tcBorders>
            <w:shd w:val="clear" w:color="auto" w:fill="343A40"/>
          </w:tcPr>
          <w:p w14:paraId="216007BB" w14:textId="77777777" w:rsidR="00A806B2" w:rsidRPr="00A864B8" w:rsidRDefault="00000000">
            <w:pPr>
              <w:spacing w:before="20" w:after="10" w:line="240" w:lineRule="auto"/>
              <w:jc w:val="center"/>
            </w:pPr>
            <w:r w:rsidRPr="00A864B8">
              <w:rPr>
                <w:color w:val="FFFFFF"/>
                <w:sz w:val="20"/>
              </w:rPr>
              <w:t>2027</w:t>
            </w:r>
          </w:p>
        </w:tc>
        <w:tc>
          <w:tcPr>
            <w:tcW w:w="960" w:type="dxa"/>
            <w:tcBorders>
              <w:bottom w:val="single" w:sz="22" w:space="0" w:color="C00000"/>
            </w:tcBorders>
            <w:shd w:val="clear" w:color="auto" w:fill="343A40"/>
          </w:tcPr>
          <w:p w14:paraId="7C155052" w14:textId="77777777" w:rsidR="00A806B2" w:rsidRPr="00A864B8" w:rsidRDefault="00000000">
            <w:pPr>
              <w:spacing w:before="20" w:after="10" w:line="240" w:lineRule="auto"/>
              <w:jc w:val="center"/>
            </w:pPr>
            <w:r w:rsidRPr="00A864B8">
              <w:rPr>
                <w:color w:val="FFFFFF"/>
                <w:sz w:val="20"/>
              </w:rPr>
              <w:t>2028</w:t>
            </w:r>
          </w:p>
        </w:tc>
        <w:tc>
          <w:tcPr>
            <w:tcW w:w="960" w:type="dxa"/>
            <w:tcBorders>
              <w:bottom w:val="single" w:sz="22" w:space="0" w:color="C00000"/>
            </w:tcBorders>
            <w:shd w:val="clear" w:color="auto" w:fill="343A40"/>
          </w:tcPr>
          <w:p w14:paraId="58B74D41" w14:textId="77777777" w:rsidR="00A806B2" w:rsidRPr="00A864B8" w:rsidRDefault="00000000">
            <w:pPr>
              <w:spacing w:before="20" w:after="10" w:line="240" w:lineRule="auto"/>
              <w:jc w:val="center"/>
            </w:pPr>
            <w:r w:rsidRPr="00A864B8">
              <w:rPr>
                <w:color w:val="FFFFFF"/>
                <w:sz w:val="20"/>
              </w:rPr>
              <w:t>2029</w:t>
            </w:r>
          </w:p>
        </w:tc>
        <w:tc>
          <w:tcPr>
            <w:tcW w:w="960" w:type="dxa"/>
            <w:tcBorders>
              <w:bottom w:val="single" w:sz="22" w:space="0" w:color="C00000"/>
            </w:tcBorders>
            <w:shd w:val="clear" w:color="auto" w:fill="343A40"/>
          </w:tcPr>
          <w:p w14:paraId="0B1B8D02" w14:textId="77777777" w:rsidR="00A806B2" w:rsidRPr="00A864B8" w:rsidRDefault="00000000">
            <w:pPr>
              <w:spacing w:before="20" w:after="10" w:line="240" w:lineRule="auto"/>
              <w:jc w:val="center"/>
            </w:pPr>
            <w:r w:rsidRPr="00A864B8">
              <w:rPr>
                <w:color w:val="FFFFFF"/>
                <w:sz w:val="20"/>
              </w:rPr>
              <w:t>2030</w:t>
            </w:r>
          </w:p>
        </w:tc>
        <w:tc>
          <w:tcPr>
            <w:tcW w:w="960" w:type="dxa"/>
            <w:tcBorders>
              <w:bottom w:val="single" w:sz="22" w:space="0" w:color="C00000"/>
            </w:tcBorders>
            <w:shd w:val="clear" w:color="auto" w:fill="343A40"/>
          </w:tcPr>
          <w:p w14:paraId="3AFD49C3" w14:textId="77777777" w:rsidR="00A806B2" w:rsidRPr="00A864B8" w:rsidRDefault="00000000">
            <w:pPr>
              <w:spacing w:before="20" w:after="10" w:line="240" w:lineRule="auto"/>
              <w:jc w:val="center"/>
            </w:pPr>
            <w:r w:rsidRPr="00A864B8">
              <w:rPr>
                <w:color w:val="FFFFFF"/>
                <w:sz w:val="20"/>
              </w:rPr>
              <w:t>...</w:t>
            </w:r>
          </w:p>
        </w:tc>
        <w:tc>
          <w:tcPr>
            <w:tcW w:w="960" w:type="dxa"/>
            <w:tcBorders>
              <w:bottom w:val="single" w:sz="22" w:space="0" w:color="C00000"/>
            </w:tcBorders>
            <w:shd w:val="clear" w:color="auto" w:fill="343A40"/>
          </w:tcPr>
          <w:p w14:paraId="220394FC" w14:textId="77777777" w:rsidR="00A806B2" w:rsidRPr="00A864B8" w:rsidRDefault="00000000">
            <w:pPr>
              <w:spacing w:before="20" w:after="10" w:line="240" w:lineRule="auto"/>
              <w:jc w:val="center"/>
            </w:pPr>
            <w:r w:rsidRPr="00A864B8">
              <w:rPr>
                <w:color w:val="FFFFFF"/>
                <w:sz w:val="20"/>
              </w:rPr>
              <w:t>2046</w:t>
            </w:r>
          </w:p>
        </w:tc>
        <w:tc>
          <w:tcPr>
            <w:tcW w:w="960" w:type="dxa"/>
            <w:tcBorders>
              <w:bottom w:val="single" w:sz="22" w:space="0" w:color="C00000"/>
            </w:tcBorders>
            <w:shd w:val="clear" w:color="auto" w:fill="343A40"/>
          </w:tcPr>
          <w:p w14:paraId="7E774489" w14:textId="77777777" w:rsidR="00A806B2" w:rsidRPr="00A864B8" w:rsidRDefault="00000000">
            <w:pPr>
              <w:spacing w:before="20" w:after="10" w:line="240" w:lineRule="auto"/>
              <w:jc w:val="center"/>
            </w:pPr>
            <w:r w:rsidRPr="00A864B8">
              <w:rPr>
                <w:color w:val="FFFFFF"/>
                <w:sz w:val="20"/>
              </w:rPr>
              <w:t>2047</w:t>
            </w:r>
          </w:p>
        </w:tc>
      </w:tr>
      <w:tr w:rsidR="00A806B2" w:rsidRPr="00A864B8" w14:paraId="53CCC948" w14:textId="77777777">
        <w:trPr>
          <w:jc w:val="center"/>
        </w:trPr>
        <w:tc>
          <w:tcPr>
            <w:tcW w:w="960" w:type="dxa"/>
            <w:tcBorders>
              <w:bottom w:val="single" w:sz="8" w:space="0" w:color="9B9B9B"/>
            </w:tcBorders>
            <w:shd w:val="clear" w:color="auto" w:fill="F0F0F0"/>
            <w:vAlign w:val="center"/>
          </w:tcPr>
          <w:p w14:paraId="046DDAC7" w14:textId="77777777" w:rsidR="00A806B2" w:rsidRPr="00A864B8" w:rsidRDefault="00000000">
            <w:pPr>
              <w:spacing w:before="20" w:after="10" w:line="240" w:lineRule="auto"/>
              <w:jc w:val="center"/>
            </w:pPr>
            <w:r w:rsidRPr="00A864B8">
              <w:rPr>
                <w:b/>
                <w:sz w:val="20"/>
              </w:rPr>
              <w:t>Gesamtkosten</w:t>
            </w:r>
          </w:p>
        </w:tc>
        <w:tc>
          <w:tcPr>
            <w:tcW w:w="960" w:type="dxa"/>
            <w:tcBorders>
              <w:bottom w:val="single" w:sz="8" w:space="0" w:color="9B9B9B"/>
            </w:tcBorders>
            <w:shd w:val="clear" w:color="auto" w:fill="F0F0F0"/>
            <w:vAlign w:val="center"/>
          </w:tcPr>
          <w:p w14:paraId="056EBC58" w14:textId="77777777" w:rsidR="00A806B2" w:rsidRPr="00A864B8" w:rsidRDefault="00000000">
            <w:pPr>
              <w:spacing w:before="20" w:after="10" w:line="240" w:lineRule="auto"/>
              <w:jc w:val="center"/>
            </w:pPr>
            <w:r w:rsidRPr="00A864B8">
              <w:rPr>
                <w:b/>
                <w:sz w:val="20"/>
              </w:rPr>
              <w:t>-458.830</w:t>
            </w:r>
          </w:p>
        </w:tc>
        <w:tc>
          <w:tcPr>
            <w:tcW w:w="960" w:type="dxa"/>
            <w:tcBorders>
              <w:bottom w:val="single" w:sz="8" w:space="0" w:color="9B9B9B"/>
            </w:tcBorders>
            <w:shd w:val="clear" w:color="auto" w:fill="F0F0F0"/>
            <w:vAlign w:val="center"/>
          </w:tcPr>
          <w:p w14:paraId="043C2A5A" w14:textId="77777777" w:rsidR="00A806B2" w:rsidRPr="00A864B8" w:rsidRDefault="00000000">
            <w:pPr>
              <w:spacing w:before="20" w:after="10" w:line="240" w:lineRule="auto"/>
              <w:jc w:val="center"/>
            </w:pPr>
            <w:r w:rsidRPr="00A864B8">
              <w:rPr>
                <w:b/>
                <w:sz w:val="20"/>
              </w:rPr>
              <w:t>1.933.844</w:t>
            </w:r>
          </w:p>
        </w:tc>
        <w:tc>
          <w:tcPr>
            <w:tcW w:w="960" w:type="dxa"/>
            <w:tcBorders>
              <w:bottom w:val="single" w:sz="8" w:space="0" w:color="9B9B9B"/>
            </w:tcBorders>
            <w:shd w:val="clear" w:color="auto" w:fill="F0F0F0"/>
            <w:vAlign w:val="center"/>
          </w:tcPr>
          <w:p w14:paraId="133182E2" w14:textId="77777777" w:rsidR="00A806B2" w:rsidRPr="00A864B8" w:rsidRDefault="00000000">
            <w:pPr>
              <w:spacing w:before="20" w:after="10" w:line="240" w:lineRule="auto"/>
              <w:jc w:val="center"/>
            </w:pPr>
            <w:r w:rsidRPr="00A864B8">
              <w:rPr>
                <w:b/>
                <w:sz w:val="20"/>
              </w:rPr>
              <w:t>-161.711</w:t>
            </w:r>
          </w:p>
        </w:tc>
        <w:tc>
          <w:tcPr>
            <w:tcW w:w="960" w:type="dxa"/>
            <w:tcBorders>
              <w:bottom w:val="single" w:sz="8" w:space="0" w:color="9B9B9B"/>
            </w:tcBorders>
            <w:shd w:val="clear" w:color="auto" w:fill="F0F0F0"/>
            <w:vAlign w:val="center"/>
          </w:tcPr>
          <w:p w14:paraId="6D76D6D0" w14:textId="77777777" w:rsidR="00A806B2" w:rsidRPr="00A864B8" w:rsidRDefault="00000000">
            <w:pPr>
              <w:spacing w:before="20" w:after="10" w:line="240" w:lineRule="auto"/>
              <w:jc w:val="center"/>
            </w:pPr>
            <w:r w:rsidRPr="00A864B8">
              <w:rPr>
                <w:b/>
                <w:sz w:val="20"/>
              </w:rPr>
              <w:t>-154.011</w:t>
            </w:r>
          </w:p>
        </w:tc>
        <w:tc>
          <w:tcPr>
            <w:tcW w:w="960" w:type="dxa"/>
            <w:tcBorders>
              <w:bottom w:val="single" w:sz="8" w:space="0" w:color="9B9B9B"/>
            </w:tcBorders>
            <w:shd w:val="clear" w:color="auto" w:fill="F0F0F0"/>
            <w:vAlign w:val="center"/>
          </w:tcPr>
          <w:p w14:paraId="031BEB0B" w14:textId="77777777" w:rsidR="00A806B2" w:rsidRPr="00A864B8" w:rsidRDefault="00000000">
            <w:pPr>
              <w:spacing w:before="20" w:after="10" w:line="240" w:lineRule="auto"/>
              <w:jc w:val="center"/>
            </w:pPr>
            <w:r w:rsidRPr="00A864B8">
              <w:rPr>
                <w:b/>
                <w:sz w:val="20"/>
              </w:rPr>
              <w:t>-146.677</w:t>
            </w:r>
          </w:p>
        </w:tc>
        <w:tc>
          <w:tcPr>
            <w:tcW w:w="960" w:type="dxa"/>
            <w:tcBorders>
              <w:bottom w:val="single" w:sz="8" w:space="0" w:color="9B9B9B"/>
            </w:tcBorders>
            <w:shd w:val="clear" w:color="auto" w:fill="F0F0F0"/>
            <w:vAlign w:val="center"/>
          </w:tcPr>
          <w:p w14:paraId="6114B3AD"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723DD3E8" w14:textId="77777777" w:rsidR="00A806B2" w:rsidRPr="00A864B8" w:rsidRDefault="00000000">
            <w:pPr>
              <w:spacing w:before="20" w:after="10" w:line="240" w:lineRule="auto"/>
              <w:jc w:val="center"/>
            </w:pPr>
            <w:r w:rsidRPr="00A864B8">
              <w:rPr>
                <w:b/>
                <w:sz w:val="20"/>
              </w:rPr>
              <w:t>-67.194</w:t>
            </w:r>
          </w:p>
        </w:tc>
        <w:tc>
          <w:tcPr>
            <w:tcW w:w="960" w:type="dxa"/>
            <w:tcBorders>
              <w:bottom w:val="single" w:sz="8" w:space="0" w:color="9B9B9B"/>
            </w:tcBorders>
            <w:shd w:val="clear" w:color="auto" w:fill="F0F0F0"/>
            <w:vAlign w:val="center"/>
          </w:tcPr>
          <w:p w14:paraId="48F756E1" w14:textId="77777777" w:rsidR="00A806B2" w:rsidRPr="00A864B8" w:rsidRDefault="00000000">
            <w:pPr>
              <w:spacing w:before="20" w:after="10" w:line="240" w:lineRule="auto"/>
              <w:jc w:val="center"/>
            </w:pPr>
            <w:r w:rsidRPr="00A864B8">
              <w:rPr>
                <w:b/>
                <w:sz w:val="20"/>
              </w:rPr>
              <w:t>-423.402</w:t>
            </w:r>
          </w:p>
        </w:tc>
      </w:tr>
      <w:tr w:rsidR="00A806B2" w:rsidRPr="00A864B8" w14:paraId="623F6602" w14:textId="77777777">
        <w:trPr>
          <w:jc w:val="center"/>
        </w:trPr>
        <w:tc>
          <w:tcPr>
            <w:tcW w:w="960" w:type="dxa"/>
            <w:tcBorders>
              <w:bottom w:val="single" w:sz="8" w:space="0" w:color="9B9B9B"/>
            </w:tcBorders>
            <w:shd w:val="clear" w:color="auto" w:fill="CFCFCF"/>
            <w:vAlign w:val="center"/>
          </w:tcPr>
          <w:p w14:paraId="7252BD4C" w14:textId="77777777" w:rsidR="00A806B2" w:rsidRPr="00A864B8" w:rsidRDefault="00000000">
            <w:pPr>
              <w:spacing w:before="20" w:after="10" w:line="240" w:lineRule="auto"/>
              <w:jc w:val="center"/>
            </w:pPr>
            <w:r w:rsidRPr="00A864B8">
              <w:rPr>
                <w:b/>
                <w:sz w:val="20"/>
              </w:rPr>
              <w:t>Investitionskosten</w:t>
            </w:r>
          </w:p>
        </w:tc>
        <w:tc>
          <w:tcPr>
            <w:tcW w:w="960" w:type="dxa"/>
            <w:tcBorders>
              <w:bottom w:val="single" w:sz="8" w:space="0" w:color="9B9B9B"/>
            </w:tcBorders>
            <w:shd w:val="clear" w:color="auto" w:fill="CFCFCF"/>
            <w:vAlign w:val="center"/>
          </w:tcPr>
          <w:p w14:paraId="6B350D42" w14:textId="77777777" w:rsidR="00A806B2" w:rsidRPr="00A864B8" w:rsidRDefault="00000000">
            <w:pPr>
              <w:spacing w:before="20" w:after="10" w:line="240" w:lineRule="auto"/>
              <w:jc w:val="center"/>
            </w:pPr>
            <w:r w:rsidRPr="00A864B8">
              <w:rPr>
                <w:b/>
                <w:sz w:val="20"/>
              </w:rPr>
              <w:t>3.053.801</w:t>
            </w:r>
          </w:p>
        </w:tc>
        <w:tc>
          <w:tcPr>
            <w:tcW w:w="960" w:type="dxa"/>
            <w:tcBorders>
              <w:bottom w:val="single" w:sz="8" w:space="0" w:color="9B9B9B"/>
            </w:tcBorders>
            <w:shd w:val="clear" w:color="auto" w:fill="CFCFCF"/>
            <w:vAlign w:val="center"/>
          </w:tcPr>
          <w:p w14:paraId="6D4A9888" w14:textId="77777777" w:rsidR="00A806B2" w:rsidRPr="00A864B8" w:rsidRDefault="00000000">
            <w:pPr>
              <w:spacing w:before="20" w:after="10" w:line="240" w:lineRule="auto"/>
              <w:jc w:val="center"/>
            </w:pPr>
            <w:r w:rsidRPr="00A864B8">
              <w:rPr>
                <w:b/>
                <w:sz w:val="20"/>
              </w:rPr>
              <w:t>3.330.428</w:t>
            </w:r>
          </w:p>
        </w:tc>
        <w:tc>
          <w:tcPr>
            <w:tcW w:w="960" w:type="dxa"/>
            <w:tcBorders>
              <w:bottom w:val="single" w:sz="8" w:space="0" w:color="9B9B9B"/>
            </w:tcBorders>
            <w:shd w:val="clear" w:color="auto" w:fill="CFCFCF"/>
            <w:vAlign w:val="center"/>
          </w:tcPr>
          <w:p w14:paraId="61CA877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1BC26B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A261AB1"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2DAB478"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5B4A33F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8B85270" w14:textId="77777777" w:rsidR="00A806B2" w:rsidRPr="00A864B8" w:rsidRDefault="00000000">
            <w:pPr>
              <w:spacing w:before="20" w:after="10" w:line="240" w:lineRule="auto"/>
              <w:jc w:val="center"/>
            </w:pPr>
            <w:r w:rsidRPr="00A864B8">
              <w:rPr>
                <w:b/>
                <w:sz w:val="20"/>
              </w:rPr>
              <w:t>-359.407</w:t>
            </w:r>
          </w:p>
        </w:tc>
      </w:tr>
      <w:tr w:rsidR="00A806B2" w:rsidRPr="00A864B8" w14:paraId="3EDAB6BC" w14:textId="77777777">
        <w:trPr>
          <w:jc w:val="center"/>
        </w:trPr>
        <w:tc>
          <w:tcPr>
            <w:tcW w:w="960" w:type="dxa"/>
            <w:tcBorders>
              <w:bottom w:val="single" w:sz="8" w:space="0" w:color="9B9B9B"/>
            </w:tcBorders>
            <w:shd w:val="clear" w:color="auto" w:fill="F0F0F0"/>
            <w:vAlign w:val="center"/>
          </w:tcPr>
          <w:p w14:paraId="353933F8"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F0F0F0"/>
            <w:vAlign w:val="center"/>
          </w:tcPr>
          <w:p w14:paraId="6E8B7161" w14:textId="77777777" w:rsidR="00A806B2" w:rsidRPr="00A864B8" w:rsidRDefault="00000000">
            <w:pPr>
              <w:spacing w:before="20" w:after="10" w:line="240" w:lineRule="auto"/>
              <w:jc w:val="center"/>
            </w:pPr>
            <w:r w:rsidRPr="00A864B8">
              <w:rPr>
                <w:b/>
                <w:sz w:val="20"/>
              </w:rPr>
              <w:t>533.111</w:t>
            </w:r>
          </w:p>
        </w:tc>
        <w:tc>
          <w:tcPr>
            <w:tcW w:w="960" w:type="dxa"/>
            <w:tcBorders>
              <w:bottom w:val="single" w:sz="8" w:space="0" w:color="9B9B9B"/>
            </w:tcBorders>
            <w:shd w:val="clear" w:color="auto" w:fill="F0F0F0"/>
            <w:vAlign w:val="center"/>
          </w:tcPr>
          <w:p w14:paraId="76899098" w14:textId="77777777" w:rsidR="00A806B2" w:rsidRPr="00A864B8" w:rsidRDefault="00000000">
            <w:pPr>
              <w:spacing w:before="20" w:after="10" w:line="240" w:lineRule="auto"/>
              <w:jc w:val="center"/>
            </w:pPr>
            <w:r w:rsidRPr="00A864B8">
              <w:rPr>
                <w:b/>
                <w:sz w:val="20"/>
              </w:rPr>
              <w:t>607.830</w:t>
            </w:r>
          </w:p>
        </w:tc>
        <w:tc>
          <w:tcPr>
            <w:tcW w:w="960" w:type="dxa"/>
            <w:tcBorders>
              <w:bottom w:val="single" w:sz="8" w:space="0" w:color="9B9B9B"/>
            </w:tcBorders>
            <w:shd w:val="clear" w:color="auto" w:fill="F0F0F0"/>
            <w:vAlign w:val="center"/>
          </w:tcPr>
          <w:p w14:paraId="167D08E3"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5CAB51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C914DC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D60B343"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11C9FC7E"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CE81783" w14:textId="77777777" w:rsidR="00A806B2" w:rsidRPr="00A864B8" w:rsidRDefault="00000000">
            <w:pPr>
              <w:spacing w:before="20" w:after="10" w:line="240" w:lineRule="auto"/>
              <w:jc w:val="center"/>
            </w:pPr>
            <w:r w:rsidRPr="00A864B8">
              <w:rPr>
                <w:b/>
                <w:sz w:val="20"/>
              </w:rPr>
              <w:t>-74.718</w:t>
            </w:r>
          </w:p>
        </w:tc>
      </w:tr>
      <w:tr w:rsidR="00A806B2" w:rsidRPr="00A864B8" w14:paraId="0B67965C" w14:textId="77777777">
        <w:trPr>
          <w:jc w:val="center"/>
        </w:trPr>
        <w:tc>
          <w:tcPr>
            <w:tcW w:w="960" w:type="dxa"/>
            <w:tcBorders>
              <w:bottom w:val="single" w:sz="8" w:space="0" w:color="9B9B9B"/>
            </w:tcBorders>
            <w:shd w:val="clear" w:color="auto" w:fill="CFCFCF"/>
            <w:vAlign w:val="center"/>
          </w:tcPr>
          <w:p w14:paraId="67A12256" w14:textId="77777777" w:rsidR="00A806B2" w:rsidRPr="00A864B8" w:rsidRDefault="00000000">
            <w:pPr>
              <w:spacing w:before="20" w:after="10" w:line="240" w:lineRule="auto"/>
              <w:jc w:val="center"/>
            </w:pPr>
            <w:r w:rsidRPr="00A864B8">
              <w:rPr>
                <w:sz w:val="20"/>
              </w:rPr>
              <w:t>Elektrischer Heizstab</w:t>
            </w:r>
          </w:p>
        </w:tc>
        <w:tc>
          <w:tcPr>
            <w:tcW w:w="960" w:type="dxa"/>
            <w:tcBorders>
              <w:bottom w:val="single" w:sz="8" w:space="0" w:color="9B9B9B"/>
            </w:tcBorders>
            <w:shd w:val="clear" w:color="auto" w:fill="CFCFCF"/>
            <w:vAlign w:val="center"/>
          </w:tcPr>
          <w:p w14:paraId="2BAF277E" w14:textId="77777777" w:rsidR="00A806B2" w:rsidRPr="00A864B8" w:rsidRDefault="00000000">
            <w:pPr>
              <w:spacing w:before="20" w:after="10" w:line="240" w:lineRule="auto"/>
              <w:jc w:val="center"/>
            </w:pPr>
            <w:r w:rsidRPr="00A864B8">
              <w:rPr>
                <w:sz w:val="20"/>
              </w:rPr>
              <w:t>1.153</w:t>
            </w:r>
          </w:p>
        </w:tc>
        <w:tc>
          <w:tcPr>
            <w:tcW w:w="960" w:type="dxa"/>
            <w:tcBorders>
              <w:bottom w:val="single" w:sz="8" w:space="0" w:color="9B9B9B"/>
            </w:tcBorders>
            <w:shd w:val="clear" w:color="auto" w:fill="CFCFCF"/>
            <w:vAlign w:val="center"/>
          </w:tcPr>
          <w:p w14:paraId="798AD5FA" w14:textId="77777777" w:rsidR="00A806B2" w:rsidRPr="00A864B8" w:rsidRDefault="00000000">
            <w:pPr>
              <w:spacing w:before="20" w:after="10" w:line="240" w:lineRule="auto"/>
              <w:jc w:val="center"/>
            </w:pPr>
            <w:r w:rsidRPr="00A864B8">
              <w:rPr>
                <w:sz w:val="20"/>
              </w:rPr>
              <w:t>1.247</w:t>
            </w:r>
          </w:p>
        </w:tc>
        <w:tc>
          <w:tcPr>
            <w:tcW w:w="960" w:type="dxa"/>
            <w:tcBorders>
              <w:bottom w:val="single" w:sz="8" w:space="0" w:color="9B9B9B"/>
            </w:tcBorders>
            <w:shd w:val="clear" w:color="auto" w:fill="CFCFCF"/>
            <w:vAlign w:val="center"/>
          </w:tcPr>
          <w:p w14:paraId="5E3FC36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F38B36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D47D7A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828FBF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756BB2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5557B4B" w14:textId="77777777" w:rsidR="00A806B2" w:rsidRPr="00A864B8" w:rsidRDefault="00000000">
            <w:pPr>
              <w:spacing w:before="20" w:after="10" w:line="240" w:lineRule="auto"/>
              <w:jc w:val="center"/>
            </w:pPr>
            <w:r w:rsidRPr="00A864B8">
              <w:rPr>
                <w:sz w:val="20"/>
              </w:rPr>
              <w:t>-94</w:t>
            </w:r>
          </w:p>
        </w:tc>
      </w:tr>
      <w:tr w:rsidR="00A806B2" w:rsidRPr="00A864B8" w14:paraId="5785F2F2" w14:textId="77777777">
        <w:trPr>
          <w:jc w:val="center"/>
        </w:trPr>
        <w:tc>
          <w:tcPr>
            <w:tcW w:w="960" w:type="dxa"/>
            <w:tcBorders>
              <w:bottom w:val="single" w:sz="8" w:space="0" w:color="9B9B9B"/>
            </w:tcBorders>
            <w:shd w:val="clear" w:color="auto" w:fill="F0F0F0"/>
            <w:vAlign w:val="center"/>
          </w:tcPr>
          <w:p w14:paraId="1FFFFE0C"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F0F0F0"/>
            <w:vAlign w:val="center"/>
          </w:tcPr>
          <w:p w14:paraId="3AC1D5CC" w14:textId="77777777" w:rsidR="00A806B2" w:rsidRPr="00A864B8" w:rsidRDefault="00000000">
            <w:pPr>
              <w:spacing w:before="20" w:after="10" w:line="240" w:lineRule="auto"/>
              <w:jc w:val="center"/>
            </w:pPr>
            <w:r w:rsidRPr="00A864B8">
              <w:rPr>
                <w:sz w:val="20"/>
              </w:rPr>
              <w:t>5.590</w:t>
            </w:r>
          </w:p>
        </w:tc>
        <w:tc>
          <w:tcPr>
            <w:tcW w:w="960" w:type="dxa"/>
            <w:tcBorders>
              <w:bottom w:val="single" w:sz="8" w:space="0" w:color="9B9B9B"/>
            </w:tcBorders>
            <w:shd w:val="clear" w:color="auto" w:fill="F0F0F0"/>
            <w:vAlign w:val="center"/>
          </w:tcPr>
          <w:p w14:paraId="3933B8DE" w14:textId="77777777" w:rsidR="00A806B2" w:rsidRPr="00A864B8" w:rsidRDefault="00000000">
            <w:pPr>
              <w:spacing w:before="20" w:after="10" w:line="240" w:lineRule="auto"/>
              <w:jc w:val="center"/>
            </w:pPr>
            <w:r w:rsidRPr="00A864B8">
              <w:rPr>
                <w:sz w:val="20"/>
              </w:rPr>
              <w:t>5.590</w:t>
            </w:r>
          </w:p>
        </w:tc>
        <w:tc>
          <w:tcPr>
            <w:tcW w:w="960" w:type="dxa"/>
            <w:tcBorders>
              <w:bottom w:val="single" w:sz="8" w:space="0" w:color="9B9B9B"/>
            </w:tcBorders>
            <w:shd w:val="clear" w:color="auto" w:fill="F0F0F0"/>
            <w:vAlign w:val="center"/>
          </w:tcPr>
          <w:p w14:paraId="1047FA9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46603F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8B31E0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A92EF3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1EF1B0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CED5296" w14:textId="77777777" w:rsidR="00A806B2" w:rsidRPr="00A864B8" w:rsidRDefault="00000000">
            <w:pPr>
              <w:spacing w:before="20" w:after="10" w:line="240" w:lineRule="auto"/>
              <w:jc w:val="center"/>
            </w:pPr>
            <w:r w:rsidRPr="00A864B8">
              <w:rPr>
                <w:sz w:val="20"/>
              </w:rPr>
              <w:t>0</w:t>
            </w:r>
          </w:p>
        </w:tc>
      </w:tr>
      <w:tr w:rsidR="00A806B2" w:rsidRPr="00A864B8" w14:paraId="28DDBC2C" w14:textId="77777777">
        <w:trPr>
          <w:jc w:val="center"/>
        </w:trPr>
        <w:tc>
          <w:tcPr>
            <w:tcW w:w="960" w:type="dxa"/>
            <w:tcBorders>
              <w:bottom w:val="single" w:sz="8" w:space="0" w:color="9B9B9B"/>
            </w:tcBorders>
            <w:shd w:val="clear" w:color="auto" w:fill="CFCFCF"/>
            <w:vAlign w:val="center"/>
          </w:tcPr>
          <w:p w14:paraId="48C61F6E" w14:textId="77777777" w:rsidR="00A806B2" w:rsidRPr="00A864B8" w:rsidRDefault="00000000">
            <w:pPr>
              <w:spacing w:before="20" w:after="10" w:line="240" w:lineRule="auto"/>
              <w:jc w:val="center"/>
            </w:pPr>
            <w:r w:rsidRPr="00A864B8">
              <w:rPr>
                <w:sz w:val="20"/>
              </w:rPr>
              <w:t>Erdwärmepumpe</w:t>
            </w:r>
          </w:p>
        </w:tc>
        <w:tc>
          <w:tcPr>
            <w:tcW w:w="960" w:type="dxa"/>
            <w:tcBorders>
              <w:bottom w:val="single" w:sz="8" w:space="0" w:color="9B9B9B"/>
            </w:tcBorders>
            <w:shd w:val="clear" w:color="auto" w:fill="CFCFCF"/>
            <w:vAlign w:val="center"/>
          </w:tcPr>
          <w:p w14:paraId="73B09FEA" w14:textId="77777777" w:rsidR="00A806B2" w:rsidRPr="00A864B8" w:rsidRDefault="00000000">
            <w:pPr>
              <w:spacing w:before="20" w:after="10" w:line="240" w:lineRule="auto"/>
              <w:jc w:val="center"/>
            </w:pPr>
            <w:r w:rsidRPr="00A864B8">
              <w:rPr>
                <w:sz w:val="20"/>
              </w:rPr>
              <w:t>24.671</w:t>
            </w:r>
          </w:p>
        </w:tc>
        <w:tc>
          <w:tcPr>
            <w:tcW w:w="960" w:type="dxa"/>
            <w:tcBorders>
              <w:bottom w:val="single" w:sz="8" w:space="0" w:color="9B9B9B"/>
            </w:tcBorders>
            <w:shd w:val="clear" w:color="auto" w:fill="CFCFCF"/>
            <w:vAlign w:val="center"/>
          </w:tcPr>
          <w:p w14:paraId="59F3D5DB" w14:textId="77777777" w:rsidR="00A806B2" w:rsidRPr="00A864B8" w:rsidRDefault="00000000">
            <w:pPr>
              <w:spacing w:before="20" w:after="10" w:line="240" w:lineRule="auto"/>
              <w:jc w:val="center"/>
            </w:pPr>
            <w:r w:rsidRPr="00A864B8">
              <w:rPr>
                <w:sz w:val="20"/>
              </w:rPr>
              <w:t>24.671</w:t>
            </w:r>
          </w:p>
        </w:tc>
        <w:tc>
          <w:tcPr>
            <w:tcW w:w="960" w:type="dxa"/>
            <w:tcBorders>
              <w:bottom w:val="single" w:sz="8" w:space="0" w:color="9B9B9B"/>
            </w:tcBorders>
            <w:shd w:val="clear" w:color="auto" w:fill="CFCFCF"/>
            <w:vAlign w:val="center"/>
          </w:tcPr>
          <w:p w14:paraId="7A602A8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64C02B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D11DF0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1A51B1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660DAA4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54B67E6" w14:textId="77777777" w:rsidR="00A806B2" w:rsidRPr="00A864B8" w:rsidRDefault="00000000">
            <w:pPr>
              <w:spacing w:before="20" w:after="10" w:line="240" w:lineRule="auto"/>
              <w:jc w:val="center"/>
            </w:pPr>
            <w:r w:rsidRPr="00A864B8">
              <w:rPr>
                <w:sz w:val="20"/>
              </w:rPr>
              <w:t>0</w:t>
            </w:r>
          </w:p>
        </w:tc>
      </w:tr>
      <w:tr w:rsidR="00A806B2" w:rsidRPr="00A864B8" w14:paraId="32C7643F" w14:textId="77777777">
        <w:trPr>
          <w:jc w:val="center"/>
        </w:trPr>
        <w:tc>
          <w:tcPr>
            <w:tcW w:w="960" w:type="dxa"/>
            <w:tcBorders>
              <w:bottom w:val="single" w:sz="8" w:space="0" w:color="9B9B9B"/>
            </w:tcBorders>
            <w:shd w:val="clear" w:color="auto" w:fill="F0F0F0"/>
            <w:vAlign w:val="center"/>
          </w:tcPr>
          <w:p w14:paraId="5D88A0C0"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F0F0F0"/>
            <w:vAlign w:val="center"/>
          </w:tcPr>
          <w:p w14:paraId="5D8BCB80" w14:textId="77777777" w:rsidR="00A806B2" w:rsidRPr="00A864B8" w:rsidRDefault="00000000">
            <w:pPr>
              <w:spacing w:before="20" w:after="10" w:line="240" w:lineRule="auto"/>
              <w:jc w:val="center"/>
            </w:pPr>
            <w:r w:rsidRPr="00A864B8">
              <w:rPr>
                <w:sz w:val="20"/>
              </w:rPr>
              <w:t>82.005</w:t>
            </w:r>
          </w:p>
        </w:tc>
        <w:tc>
          <w:tcPr>
            <w:tcW w:w="960" w:type="dxa"/>
            <w:tcBorders>
              <w:bottom w:val="single" w:sz="8" w:space="0" w:color="9B9B9B"/>
            </w:tcBorders>
            <w:shd w:val="clear" w:color="auto" w:fill="F0F0F0"/>
            <w:vAlign w:val="center"/>
          </w:tcPr>
          <w:p w14:paraId="570AE0F7" w14:textId="77777777" w:rsidR="00A806B2" w:rsidRPr="00A864B8" w:rsidRDefault="00000000">
            <w:pPr>
              <w:spacing w:before="20" w:after="10" w:line="240" w:lineRule="auto"/>
              <w:jc w:val="center"/>
            </w:pPr>
            <w:r w:rsidRPr="00A864B8">
              <w:rPr>
                <w:sz w:val="20"/>
              </w:rPr>
              <w:t>82.005</w:t>
            </w:r>
          </w:p>
        </w:tc>
        <w:tc>
          <w:tcPr>
            <w:tcW w:w="960" w:type="dxa"/>
            <w:tcBorders>
              <w:bottom w:val="single" w:sz="8" w:space="0" w:color="9B9B9B"/>
            </w:tcBorders>
            <w:shd w:val="clear" w:color="auto" w:fill="F0F0F0"/>
            <w:vAlign w:val="center"/>
          </w:tcPr>
          <w:p w14:paraId="57653A0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170C1C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DC73DA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F94C5E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979C68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FC2E491" w14:textId="77777777" w:rsidR="00A806B2" w:rsidRPr="00A864B8" w:rsidRDefault="00000000">
            <w:pPr>
              <w:spacing w:before="20" w:after="10" w:line="240" w:lineRule="auto"/>
              <w:jc w:val="center"/>
            </w:pPr>
            <w:r w:rsidRPr="00A864B8">
              <w:rPr>
                <w:sz w:val="20"/>
              </w:rPr>
              <w:t>0</w:t>
            </w:r>
          </w:p>
        </w:tc>
      </w:tr>
      <w:tr w:rsidR="00A806B2" w:rsidRPr="00A864B8" w14:paraId="23A863C9" w14:textId="77777777">
        <w:trPr>
          <w:jc w:val="center"/>
        </w:trPr>
        <w:tc>
          <w:tcPr>
            <w:tcW w:w="960" w:type="dxa"/>
            <w:tcBorders>
              <w:bottom w:val="single" w:sz="8" w:space="0" w:color="9B9B9B"/>
            </w:tcBorders>
            <w:shd w:val="clear" w:color="auto" w:fill="CFCFCF"/>
            <w:vAlign w:val="center"/>
          </w:tcPr>
          <w:p w14:paraId="265D8900" w14:textId="77777777" w:rsidR="00A806B2" w:rsidRPr="00A864B8" w:rsidRDefault="00000000">
            <w:pPr>
              <w:spacing w:before="20" w:after="10" w:line="240" w:lineRule="auto"/>
              <w:jc w:val="center"/>
            </w:pPr>
            <w:r w:rsidRPr="00A864B8">
              <w:rPr>
                <w:sz w:val="20"/>
              </w:rPr>
              <w:t>Luftgekühlte Kältemaschine</w:t>
            </w:r>
          </w:p>
        </w:tc>
        <w:tc>
          <w:tcPr>
            <w:tcW w:w="960" w:type="dxa"/>
            <w:tcBorders>
              <w:bottom w:val="single" w:sz="8" w:space="0" w:color="9B9B9B"/>
            </w:tcBorders>
            <w:shd w:val="clear" w:color="auto" w:fill="CFCFCF"/>
            <w:vAlign w:val="center"/>
          </w:tcPr>
          <w:p w14:paraId="6D5D7CBF" w14:textId="77777777" w:rsidR="00A806B2" w:rsidRPr="00A864B8" w:rsidRDefault="00000000">
            <w:pPr>
              <w:spacing w:before="20" w:after="10" w:line="240" w:lineRule="auto"/>
              <w:jc w:val="center"/>
            </w:pPr>
            <w:r w:rsidRPr="00A864B8">
              <w:rPr>
                <w:sz w:val="20"/>
              </w:rPr>
              <w:t>77.242</w:t>
            </w:r>
          </w:p>
        </w:tc>
        <w:tc>
          <w:tcPr>
            <w:tcW w:w="960" w:type="dxa"/>
            <w:tcBorders>
              <w:bottom w:val="single" w:sz="8" w:space="0" w:color="9B9B9B"/>
            </w:tcBorders>
            <w:shd w:val="clear" w:color="auto" w:fill="CFCFCF"/>
            <w:vAlign w:val="center"/>
          </w:tcPr>
          <w:p w14:paraId="36878A9F" w14:textId="77777777" w:rsidR="00A806B2" w:rsidRPr="00A864B8" w:rsidRDefault="00000000">
            <w:pPr>
              <w:spacing w:before="20" w:after="10" w:line="240" w:lineRule="auto"/>
              <w:jc w:val="center"/>
            </w:pPr>
            <w:r w:rsidRPr="00A864B8">
              <w:rPr>
                <w:sz w:val="20"/>
              </w:rPr>
              <w:t>77.242</w:t>
            </w:r>
          </w:p>
        </w:tc>
        <w:tc>
          <w:tcPr>
            <w:tcW w:w="960" w:type="dxa"/>
            <w:tcBorders>
              <w:bottom w:val="single" w:sz="8" w:space="0" w:color="9B9B9B"/>
            </w:tcBorders>
            <w:shd w:val="clear" w:color="auto" w:fill="CFCFCF"/>
            <w:vAlign w:val="center"/>
          </w:tcPr>
          <w:p w14:paraId="08DDCA8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FAEA16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9731E3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05B4BD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9788C5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0AC78EF" w14:textId="77777777" w:rsidR="00A806B2" w:rsidRPr="00A864B8" w:rsidRDefault="00000000">
            <w:pPr>
              <w:spacing w:before="20" w:after="10" w:line="240" w:lineRule="auto"/>
              <w:jc w:val="center"/>
            </w:pPr>
            <w:r w:rsidRPr="00A864B8">
              <w:rPr>
                <w:sz w:val="20"/>
              </w:rPr>
              <w:t>0</w:t>
            </w:r>
          </w:p>
        </w:tc>
      </w:tr>
      <w:tr w:rsidR="00A806B2" w:rsidRPr="00A864B8" w14:paraId="39089BD8" w14:textId="77777777">
        <w:trPr>
          <w:jc w:val="center"/>
        </w:trPr>
        <w:tc>
          <w:tcPr>
            <w:tcW w:w="960" w:type="dxa"/>
            <w:tcBorders>
              <w:bottom w:val="single" w:sz="8" w:space="0" w:color="9B9B9B"/>
            </w:tcBorders>
            <w:shd w:val="clear" w:color="auto" w:fill="F0F0F0"/>
            <w:vAlign w:val="center"/>
          </w:tcPr>
          <w:p w14:paraId="0E08CC59" w14:textId="77777777" w:rsidR="00A806B2" w:rsidRPr="00A864B8" w:rsidRDefault="00000000">
            <w:pPr>
              <w:spacing w:before="20" w:after="10" w:line="240" w:lineRule="auto"/>
              <w:jc w:val="center"/>
            </w:pPr>
            <w:r w:rsidRPr="00A864B8">
              <w:rPr>
                <w:sz w:val="20"/>
              </w:rPr>
              <w:t>Speicher (TWW)</w:t>
            </w:r>
          </w:p>
        </w:tc>
        <w:tc>
          <w:tcPr>
            <w:tcW w:w="960" w:type="dxa"/>
            <w:tcBorders>
              <w:bottom w:val="single" w:sz="8" w:space="0" w:color="9B9B9B"/>
            </w:tcBorders>
            <w:shd w:val="clear" w:color="auto" w:fill="F0F0F0"/>
            <w:vAlign w:val="center"/>
          </w:tcPr>
          <w:p w14:paraId="029419E6" w14:textId="77777777" w:rsidR="00A806B2" w:rsidRPr="00A864B8" w:rsidRDefault="00000000">
            <w:pPr>
              <w:spacing w:before="20" w:after="10" w:line="240" w:lineRule="auto"/>
              <w:jc w:val="center"/>
            </w:pPr>
            <w:r w:rsidRPr="00A864B8">
              <w:rPr>
                <w:sz w:val="20"/>
              </w:rPr>
              <w:t>65.341</w:t>
            </w:r>
          </w:p>
        </w:tc>
        <w:tc>
          <w:tcPr>
            <w:tcW w:w="960" w:type="dxa"/>
            <w:tcBorders>
              <w:bottom w:val="single" w:sz="8" w:space="0" w:color="9B9B9B"/>
            </w:tcBorders>
            <w:shd w:val="clear" w:color="auto" w:fill="F0F0F0"/>
            <w:vAlign w:val="center"/>
          </w:tcPr>
          <w:p w14:paraId="06B23C70" w14:textId="77777777" w:rsidR="00A806B2" w:rsidRPr="00A864B8" w:rsidRDefault="00000000">
            <w:pPr>
              <w:spacing w:before="20" w:after="10" w:line="240" w:lineRule="auto"/>
              <w:jc w:val="center"/>
            </w:pPr>
            <w:r w:rsidRPr="00A864B8">
              <w:rPr>
                <w:sz w:val="20"/>
              </w:rPr>
              <w:t>74.730</w:t>
            </w:r>
          </w:p>
        </w:tc>
        <w:tc>
          <w:tcPr>
            <w:tcW w:w="960" w:type="dxa"/>
            <w:tcBorders>
              <w:bottom w:val="single" w:sz="8" w:space="0" w:color="9B9B9B"/>
            </w:tcBorders>
            <w:shd w:val="clear" w:color="auto" w:fill="F0F0F0"/>
            <w:vAlign w:val="center"/>
          </w:tcPr>
          <w:p w14:paraId="7EC54AC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1D2F76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569CE7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722469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48FA811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D365931" w14:textId="77777777" w:rsidR="00A806B2" w:rsidRPr="00A864B8" w:rsidRDefault="00000000">
            <w:pPr>
              <w:spacing w:before="20" w:after="10" w:line="240" w:lineRule="auto"/>
              <w:jc w:val="center"/>
            </w:pPr>
            <w:r w:rsidRPr="00A864B8">
              <w:rPr>
                <w:sz w:val="20"/>
              </w:rPr>
              <w:t>-9.388</w:t>
            </w:r>
          </w:p>
        </w:tc>
      </w:tr>
      <w:tr w:rsidR="00A806B2" w:rsidRPr="00A864B8" w14:paraId="262F6F46" w14:textId="77777777">
        <w:trPr>
          <w:jc w:val="center"/>
        </w:trPr>
        <w:tc>
          <w:tcPr>
            <w:tcW w:w="960" w:type="dxa"/>
            <w:tcBorders>
              <w:bottom w:val="single" w:sz="8" w:space="0" w:color="9B9B9B"/>
            </w:tcBorders>
            <w:shd w:val="clear" w:color="auto" w:fill="CFCFCF"/>
            <w:vAlign w:val="center"/>
          </w:tcPr>
          <w:p w14:paraId="1A4F8EA7"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CFCFCF"/>
            <w:vAlign w:val="center"/>
          </w:tcPr>
          <w:p w14:paraId="792066B2" w14:textId="77777777" w:rsidR="00A806B2" w:rsidRPr="00A864B8" w:rsidRDefault="00000000">
            <w:pPr>
              <w:spacing w:before="20" w:after="10" w:line="240" w:lineRule="auto"/>
              <w:jc w:val="center"/>
            </w:pPr>
            <w:r w:rsidRPr="00A864B8">
              <w:rPr>
                <w:sz w:val="20"/>
              </w:rPr>
              <w:t>262.256</w:t>
            </w:r>
          </w:p>
        </w:tc>
        <w:tc>
          <w:tcPr>
            <w:tcW w:w="960" w:type="dxa"/>
            <w:tcBorders>
              <w:bottom w:val="single" w:sz="8" w:space="0" w:color="9B9B9B"/>
            </w:tcBorders>
            <w:shd w:val="clear" w:color="auto" w:fill="CFCFCF"/>
            <w:vAlign w:val="center"/>
          </w:tcPr>
          <w:p w14:paraId="6B10A62F" w14:textId="77777777" w:rsidR="00A806B2" w:rsidRPr="00A864B8" w:rsidRDefault="00000000">
            <w:pPr>
              <w:spacing w:before="20" w:after="10" w:line="240" w:lineRule="auto"/>
              <w:jc w:val="center"/>
            </w:pPr>
            <w:r w:rsidRPr="00A864B8">
              <w:rPr>
                <w:sz w:val="20"/>
              </w:rPr>
              <w:t>323.152</w:t>
            </w:r>
          </w:p>
        </w:tc>
        <w:tc>
          <w:tcPr>
            <w:tcW w:w="960" w:type="dxa"/>
            <w:tcBorders>
              <w:bottom w:val="single" w:sz="8" w:space="0" w:color="9B9B9B"/>
            </w:tcBorders>
            <w:shd w:val="clear" w:color="auto" w:fill="CFCFCF"/>
            <w:vAlign w:val="center"/>
          </w:tcPr>
          <w:p w14:paraId="78C44C1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DA7E14E"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C7B23C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B19981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FEB6BD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593E7C6" w14:textId="77777777" w:rsidR="00A806B2" w:rsidRPr="00A864B8" w:rsidRDefault="00000000">
            <w:pPr>
              <w:spacing w:before="20" w:after="10" w:line="240" w:lineRule="auto"/>
              <w:jc w:val="center"/>
            </w:pPr>
            <w:r w:rsidRPr="00A864B8">
              <w:rPr>
                <w:sz w:val="20"/>
              </w:rPr>
              <w:t>-60.896</w:t>
            </w:r>
          </w:p>
        </w:tc>
      </w:tr>
      <w:tr w:rsidR="00A806B2" w:rsidRPr="00A864B8" w14:paraId="46189684" w14:textId="77777777">
        <w:trPr>
          <w:jc w:val="center"/>
        </w:trPr>
        <w:tc>
          <w:tcPr>
            <w:tcW w:w="960" w:type="dxa"/>
            <w:tcBorders>
              <w:bottom w:val="single" w:sz="8" w:space="0" w:color="9B9B9B"/>
            </w:tcBorders>
            <w:shd w:val="clear" w:color="auto" w:fill="F0F0F0"/>
            <w:vAlign w:val="center"/>
          </w:tcPr>
          <w:p w14:paraId="04CC89D4" w14:textId="77777777" w:rsidR="00A806B2" w:rsidRPr="00A864B8" w:rsidRDefault="00000000">
            <w:pPr>
              <w:spacing w:before="20" w:after="10" w:line="240" w:lineRule="auto"/>
              <w:jc w:val="center"/>
            </w:pPr>
            <w:r w:rsidRPr="00A864B8">
              <w:rPr>
                <w:sz w:val="20"/>
              </w:rPr>
              <w:t>Geothermiesonden</w:t>
            </w:r>
          </w:p>
        </w:tc>
        <w:tc>
          <w:tcPr>
            <w:tcW w:w="960" w:type="dxa"/>
            <w:tcBorders>
              <w:bottom w:val="single" w:sz="8" w:space="0" w:color="9B9B9B"/>
            </w:tcBorders>
            <w:shd w:val="clear" w:color="auto" w:fill="F0F0F0"/>
            <w:vAlign w:val="center"/>
          </w:tcPr>
          <w:p w14:paraId="35D042BD" w14:textId="77777777" w:rsidR="00A806B2" w:rsidRPr="00A864B8" w:rsidRDefault="00000000">
            <w:pPr>
              <w:spacing w:before="20" w:after="10" w:line="240" w:lineRule="auto"/>
              <w:jc w:val="center"/>
            </w:pPr>
            <w:r w:rsidRPr="00A864B8">
              <w:rPr>
                <w:sz w:val="20"/>
              </w:rPr>
              <w:t>14.850</w:t>
            </w:r>
          </w:p>
        </w:tc>
        <w:tc>
          <w:tcPr>
            <w:tcW w:w="960" w:type="dxa"/>
            <w:tcBorders>
              <w:bottom w:val="single" w:sz="8" w:space="0" w:color="9B9B9B"/>
            </w:tcBorders>
            <w:shd w:val="clear" w:color="auto" w:fill="F0F0F0"/>
            <w:vAlign w:val="center"/>
          </w:tcPr>
          <w:p w14:paraId="119D1365" w14:textId="77777777" w:rsidR="00A806B2" w:rsidRPr="00A864B8" w:rsidRDefault="00000000">
            <w:pPr>
              <w:spacing w:before="20" w:after="10" w:line="240" w:lineRule="auto"/>
              <w:jc w:val="center"/>
            </w:pPr>
            <w:r w:rsidRPr="00A864B8">
              <w:rPr>
                <w:sz w:val="20"/>
              </w:rPr>
              <w:t>19.189</w:t>
            </w:r>
          </w:p>
        </w:tc>
        <w:tc>
          <w:tcPr>
            <w:tcW w:w="960" w:type="dxa"/>
            <w:tcBorders>
              <w:bottom w:val="single" w:sz="8" w:space="0" w:color="9B9B9B"/>
            </w:tcBorders>
            <w:shd w:val="clear" w:color="auto" w:fill="F0F0F0"/>
            <w:vAlign w:val="center"/>
          </w:tcPr>
          <w:p w14:paraId="51FDCF2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100CD4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6CF186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1E7B61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141F45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A48635B" w14:textId="77777777" w:rsidR="00A806B2" w:rsidRPr="00A864B8" w:rsidRDefault="00000000">
            <w:pPr>
              <w:spacing w:before="20" w:after="10" w:line="240" w:lineRule="auto"/>
              <w:jc w:val="center"/>
            </w:pPr>
            <w:r w:rsidRPr="00A864B8">
              <w:rPr>
                <w:sz w:val="20"/>
              </w:rPr>
              <w:t>-4.339</w:t>
            </w:r>
          </w:p>
        </w:tc>
      </w:tr>
      <w:tr w:rsidR="00A806B2" w:rsidRPr="00A864B8" w14:paraId="0091194D" w14:textId="77777777">
        <w:trPr>
          <w:jc w:val="center"/>
        </w:trPr>
        <w:tc>
          <w:tcPr>
            <w:tcW w:w="960" w:type="dxa"/>
            <w:tcBorders>
              <w:bottom w:val="single" w:sz="8" w:space="0" w:color="9B9B9B"/>
            </w:tcBorders>
            <w:shd w:val="clear" w:color="auto" w:fill="CFCFCF"/>
            <w:vAlign w:val="center"/>
          </w:tcPr>
          <w:p w14:paraId="3853148E"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CFCFCF"/>
            <w:vAlign w:val="center"/>
          </w:tcPr>
          <w:p w14:paraId="664853D1" w14:textId="77777777" w:rsidR="00A806B2" w:rsidRPr="00A864B8" w:rsidRDefault="00000000">
            <w:pPr>
              <w:spacing w:before="20" w:after="10" w:line="240" w:lineRule="auto"/>
              <w:jc w:val="center"/>
            </w:pPr>
            <w:r w:rsidRPr="00A864B8">
              <w:rPr>
                <w:b/>
                <w:sz w:val="20"/>
              </w:rPr>
              <w:t>1.030.511</w:t>
            </w:r>
          </w:p>
        </w:tc>
        <w:tc>
          <w:tcPr>
            <w:tcW w:w="960" w:type="dxa"/>
            <w:tcBorders>
              <w:bottom w:val="single" w:sz="8" w:space="0" w:color="9B9B9B"/>
            </w:tcBorders>
            <w:shd w:val="clear" w:color="auto" w:fill="CFCFCF"/>
            <w:vAlign w:val="center"/>
          </w:tcPr>
          <w:p w14:paraId="7FC456A8" w14:textId="77777777" w:rsidR="00A806B2" w:rsidRPr="00A864B8" w:rsidRDefault="00000000">
            <w:pPr>
              <w:spacing w:before="20" w:after="10" w:line="240" w:lineRule="auto"/>
              <w:jc w:val="center"/>
            </w:pPr>
            <w:r w:rsidRPr="00A864B8">
              <w:rPr>
                <w:b/>
                <w:sz w:val="20"/>
              </w:rPr>
              <w:t>1.269.798</w:t>
            </w:r>
          </w:p>
        </w:tc>
        <w:tc>
          <w:tcPr>
            <w:tcW w:w="960" w:type="dxa"/>
            <w:tcBorders>
              <w:bottom w:val="single" w:sz="8" w:space="0" w:color="9B9B9B"/>
            </w:tcBorders>
            <w:shd w:val="clear" w:color="auto" w:fill="CFCFCF"/>
            <w:vAlign w:val="center"/>
          </w:tcPr>
          <w:p w14:paraId="2A3D742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29DBF3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8BE03B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CA14FAF"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137ABC0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668B1427" w14:textId="77777777" w:rsidR="00A806B2" w:rsidRPr="00A864B8" w:rsidRDefault="00000000">
            <w:pPr>
              <w:spacing w:before="20" w:after="10" w:line="240" w:lineRule="auto"/>
              <w:jc w:val="center"/>
            </w:pPr>
            <w:r w:rsidRPr="00A864B8">
              <w:rPr>
                <w:b/>
                <w:sz w:val="20"/>
              </w:rPr>
              <w:t>-239.286</w:t>
            </w:r>
          </w:p>
        </w:tc>
      </w:tr>
      <w:tr w:rsidR="00A806B2" w:rsidRPr="00A864B8" w14:paraId="2CA332F0" w14:textId="77777777">
        <w:trPr>
          <w:jc w:val="center"/>
        </w:trPr>
        <w:tc>
          <w:tcPr>
            <w:tcW w:w="960" w:type="dxa"/>
            <w:tcBorders>
              <w:bottom w:val="single" w:sz="8" w:space="0" w:color="9B9B9B"/>
            </w:tcBorders>
            <w:shd w:val="clear" w:color="auto" w:fill="F0F0F0"/>
            <w:vAlign w:val="center"/>
          </w:tcPr>
          <w:p w14:paraId="59845F7C"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F0F0F0"/>
            <w:vAlign w:val="center"/>
          </w:tcPr>
          <w:p w14:paraId="465000F3" w14:textId="77777777" w:rsidR="00A806B2" w:rsidRPr="00A864B8" w:rsidRDefault="00000000">
            <w:pPr>
              <w:spacing w:before="20" w:after="10" w:line="240" w:lineRule="auto"/>
              <w:jc w:val="center"/>
            </w:pPr>
            <w:r w:rsidRPr="00A864B8">
              <w:rPr>
                <w:sz w:val="20"/>
              </w:rPr>
              <w:t>418.062</w:t>
            </w:r>
          </w:p>
        </w:tc>
        <w:tc>
          <w:tcPr>
            <w:tcW w:w="960" w:type="dxa"/>
            <w:tcBorders>
              <w:bottom w:val="single" w:sz="8" w:space="0" w:color="9B9B9B"/>
            </w:tcBorders>
            <w:shd w:val="clear" w:color="auto" w:fill="F0F0F0"/>
            <w:vAlign w:val="center"/>
          </w:tcPr>
          <w:p w14:paraId="0641349C" w14:textId="77777777" w:rsidR="00A806B2" w:rsidRPr="00A864B8" w:rsidRDefault="00000000">
            <w:pPr>
              <w:spacing w:before="20" w:after="10" w:line="240" w:lineRule="auto"/>
              <w:jc w:val="center"/>
            </w:pPr>
            <w:r w:rsidRPr="00A864B8">
              <w:rPr>
                <w:sz w:val="20"/>
              </w:rPr>
              <w:t>515.137</w:t>
            </w:r>
          </w:p>
        </w:tc>
        <w:tc>
          <w:tcPr>
            <w:tcW w:w="960" w:type="dxa"/>
            <w:tcBorders>
              <w:bottom w:val="single" w:sz="8" w:space="0" w:color="9B9B9B"/>
            </w:tcBorders>
            <w:shd w:val="clear" w:color="auto" w:fill="F0F0F0"/>
            <w:vAlign w:val="center"/>
          </w:tcPr>
          <w:p w14:paraId="0E8BFF5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BCF8F1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4B0263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4B6D7D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581F32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559AF35" w14:textId="77777777" w:rsidR="00A806B2" w:rsidRPr="00A864B8" w:rsidRDefault="00000000">
            <w:pPr>
              <w:spacing w:before="20" w:after="10" w:line="240" w:lineRule="auto"/>
              <w:jc w:val="center"/>
            </w:pPr>
            <w:r w:rsidRPr="00A864B8">
              <w:rPr>
                <w:sz w:val="20"/>
              </w:rPr>
              <w:t>-97.075</w:t>
            </w:r>
          </w:p>
        </w:tc>
      </w:tr>
      <w:tr w:rsidR="00A806B2" w:rsidRPr="00A864B8" w14:paraId="1DF1F5C2" w14:textId="77777777">
        <w:trPr>
          <w:jc w:val="center"/>
        </w:trPr>
        <w:tc>
          <w:tcPr>
            <w:tcW w:w="960" w:type="dxa"/>
            <w:tcBorders>
              <w:bottom w:val="single" w:sz="8" w:space="0" w:color="9B9B9B"/>
            </w:tcBorders>
            <w:shd w:val="clear" w:color="auto" w:fill="CFCFCF"/>
            <w:vAlign w:val="center"/>
          </w:tcPr>
          <w:p w14:paraId="0BE5DAE3"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CFCFCF"/>
            <w:vAlign w:val="center"/>
          </w:tcPr>
          <w:p w14:paraId="0C0AE4B3" w14:textId="77777777" w:rsidR="00A806B2" w:rsidRPr="00A864B8" w:rsidRDefault="00000000">
            <w:pPr>
              <w:spacing w:before="20" w:after="10" w:line="240" w:lineRule="auto"/>
              <w:jc w:val="center"/>
            </w:pPr>
            <w:r w:rsidRPr="00A864B8">
              <w:rPr>
                <w:sz w:val="20"/>
              </w:rPr>
              <w:t>612.448</w:t>
            </w:r>
          </w:p>
        </w:tc>
        <w:tc>
          <w:tcPr>
            <w:tcW w:w="960" w:type="dxa"/>
            <w:tcBorders>
              <w:bottom w:val="single" w:sz="8" w:space="0" w:color="9B9B9B"/>
            </w:tcBorders>
            <w:shd w:val="clear" w:color="auto" w:fill="CFCFCF"/>
            <w:vAlign w:val="center"/>
          </w:tcPr>
          <w:p w14:paraId="18F45D47" w14:textId="77777777" w:rsidR="00A806B2" w:rsidRPr="00A864B8" w:rsidRDefault="00000000">
            <w:pPr>
              <w:spacing w:before="20" w:after="10" w:line="240" w:lineRule="auto"/>
              <w:jc w:val="center"/>
            </w:pPr>
            <w:r w:rsidRPr="00A864B8">
              <w:rPr>
                <w:sz w:val="20"/>
              </w:rPr>
              <w:t>754.660</w:t>
            </w:r>
          </w:p>
        </w:tc>
        <w:tc>
          <w:tcPr>
            <w:tcW w:w="960" w:type="dxa"/>
            <w:tcBorders>
              <w:bottom w:val="single" w:sz="8" w:space="0" w:color="9B9B9B"/>
            </w:tcBorders>
            <w:shd w:val="clear" w:color="auto" w:fill="CFCFCF"/>
            <w:vAlign w:val="center"/>
          </w:tcPr>
          <w:p w14:paraId="71AB33B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FED271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8025FC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E20F96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20CF9C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6D6150A" w14:textId="77777777" w:rsidR="00A806B2" w:rsidRPr="00A864B8" w:rsidRDefault="00000000">
            <w:pPr>
              <w:spacing w:before="20" w:after="10" w:line="240" w:lineRule="auto"/>
              <w:jc w:val="center"/>
            </w:pPr>
            <w:r w:rsidRPr="00A864B8">
              <w:rPr>
                <w:sz w:val="20"/>
              </w:rPr>
              <w:t>-142.211</w:t>
            </w:r>
          </w:p>
        </w:tc>
      </w:tr>
      <w:tr w:rsidR="00A806B2" w:rsidRPr="00A864B8" w14:paraId="676F3007" w14:textId="77777777">
        <w:trPr>
          <w:jc w:val="center"/>
        </w:trPr>
        <w:tc>
          <w:tcPr>
            <w:tcW w:w="960" w:type="dxa"/>
            <w:tcBorders>
              <w:bottom w:val="single" w:sz="8" w:space="0" w:color="9B9B9B"/>
            </w:tcBorders>
            <w:shd w:val="clear" w:color="auto" w:fill="F0F0F0"/>
            <w:vAlign w:val="center"/>
          </w:tcPr>
          <w:p w14:paraId="666DC4C7"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F0F0F0"/>
            <w:vAlign w:val="center"/>
          </w:tcPr>
          <w:p w14:paraId="1C22F411" w14:textId="77777777" w:rsidR="00A806B2" w:rsidRPr="00A864B8" w:rsidRDefault="00000000">
            <w:pPr>
              <w:spacing w:before="20" w:after="10" w:line="240" w:lineRule="auto"/>
              <w:jc w:val="center"/>
            </w:pPr>
            <w:r w:rsidRPr="00A864B8">
              <w:rPr>
                <w:b/>
                <w:sz w:val="20"/>
              </w:rPr>
              <w:t>1.210.178</w:t>
            </w:r>
          </w:p>
        </w:tc>
        <w:tc>
          <w:tcPr>
            <w:tcW w:w="960" w:type="dxa"/>
            <w:tcBorders>
              <w:bottom w:val="single" w:sz="8" w:space="0" w:color="9B9B9B"/>
            </w:tcBorders>
            <w:shd w:val="clear" w:color="auto" w:fill="F0F0F0"/>
            <w:vAlign w:val="center"/>
          </w:tcPr>
          <w:p w14:paraId="03F9E7A0" w14:textId="77777777" w:rsidR="00A806B2" w:rsidRPr="00A864B8" w:rsidRDefault="00000000">
            <w:pPr>
              <w:spacing w:before="20" w:after="10" w:line="240" w:lineRule="auto"/>
              <w:jc w:val="center"/>
            </w:pPr>
            <w:r w:rsidRPr="00A864B8">
              <w:rPr>
                <w:b/>
                <w:sz w:val="20"/>
              </w:rPr>
              <w:t>1.172.800</w:t>
            </w:r>
          </w:p>
        </w:tc>
        <w:tc>
          <w:tcPr>
            <w:tcW w:w="960" w:type="dxa"/>
            <w:tcBorders>
              <w:bottom w:val="single" w:sz="8" w:space="0" w:color="9B9B9B"/>
            </w:tcBorders>
            <w:shd w:val="clear" w:color="auto" w:fill="F0F0F0"/>
            <w:vAlign w:val="center"/>
          </w:tcPr>
          <w:p w14:paraId="2537A87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63478233"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95AC09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99BF198"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2E9034A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6D40BBBD" w14:textId="77777777" w:rsidR="00A806B2" w:rsidRPr="00A864B8" w:rsidRDefault="00000000">
            <w:pPr>
              <w:spacing w:before="20" w:after="10" w:line="240" w:lineRule="auto"/>
              <w:jc w:val="center"/>
            </w:pPr>
            <w:r w:rsidRPr="00A864B8">
              <w:rPr>
                <w:b/>
                <w:sz w:val="20"/>
              </w:rPr>
              <w:t>-45.402</w:t>
            </w:r>
          </w:p>
        </w:tc>
      </w:tr>
      <w:tr w:rsidR="00A806B2" w:rsidRPr="00A864B8" w14:paraId="2D21227F" w14:textId="77777777">
        <w:trPr>
          <w:jc w:val="center"/>
        </w:trPr>
        <w:tc>
          <w:tcPr>
            <w:tcW w:w="960" w:type="dxa"/>
            <w:tcBorders>
              <w:bottom w:val="single" w:sz="8" w:space="0" w:color="9B9B9B"/>
            </w:tcBorders>
            <w:shd w:val="clear" w:color="auto" w:fill="CFCFCF"/>
            <w:vAlign w:val="center"/>
          </w:tcPr>
          <w:p w14:paraId="2F926BD0" w14:textId="77777777" w:rsidR="00A806B2" w:rsidRPr="00A864B8" w:rsidRDefault="00000000">
            <w:pPr>
              <w:spacing w:before="20" w:after="10" w:line="240" w:lineRule="auto"/>
              <w:jc w:val="center"/>
            </w:pPr>
            <w:r w:rsidRPr="00A864B8">
              <w:rPr>
                <w:sz w:val="20"/>
              </w:rPr>
              <w:t>Erdgas-BHKW 1</w:t>
            </w:r>
          </w:p>
        </w:tc>
        <w:tc>
          <w:tcPr>
            <w:tcW w:w="960" w:type="dxa"/>
            <w:tcBorders>
              <w:bottom w:val="single" w:sz="8" w:space="0" w:color="9B9B9B"/>
            </w:tcBorders>
            <w:shd w:val="clear" w:color="auto" w:fill="CFCFCF"/>
            <w:vAlign w:val="center"/>
          </w:tcPr>
          <w:p w14:paraId="1F3EDA4A" w14:textId="77777777" w:rsidR="00A806B2" w:rsidRPr="00A864B8" w:rsidRDefault="00000000">
            <w:pPr>
              <w:spacing w:before="20" w:after="10" w:line="240" w:lineRule="auto"/>
              <w:jc w:val="center"/>
            </w:pPr>
            <w:r w:rsidRPr="00A864B8">
              <w:rPr>
                <w:sz w:val="20"/>
              </w:rPr>
              <w:t>218.078</w:t>
            </w:r>
          </w:p>
        </w:tc>
        <w:tc>
          <w:tcPr>
            <w:tcW w:w="960" w:type="dxa"/>
            <w:tcBorders>
              <w:bottom w:val="single" w:sz="8" w:space="0" w:color="9B9B9B"/>
            </w:tcBorders>
            <w:shd w:val="clear" w:color="auto" w:fill="CFCFCF"/>
            <w:vAlign w:val="center"/>
          </w:tcPr>
          <w:p w14:paraId="4949068C" w14:textId="77777777" w:rsidR="00A806B2" w:rsidRPr="00A864B8" w:rsidRDefault="00000000">
            <w:pPr>
              <w:spacing w:before="20" w:after="10" w:line="240" w:lineRule="auto"/>
              <w:jc w:val="center"/>
            </w:pPr>
            <w:r w:rsidRPr="00A864B8">
              <w:rPr>
                <w:sz w:val="20"/>
              </w:rPr>
              <w:t>180.700</w:t>
            </w:r>
          </w:p>
        </w:tc>
        <w:tc>
          <w:tcPr>
            <w:tcW w:w="960" w:type="dxa"/>
            <w:tcBorders>
              <w:bottom w:val="single" w:sz="8" w:space="0" w:color="9B9B9B"/>
            </w:tcBorders>
            <w:shd w:val="clear" w:color="auto" w:fill="CFCFCF"/>
            <w:vAlign w:val="center"/>
          </w:tcPr>
          <w:p w14:paraId="118D158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C7EDE3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A20A4F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165C3F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81CB17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FD0823C" w14:textId="77777777" w:rsidR="00A806B2" w:rsidRPr="00A864B8" w:rsidRDefault="00000000">
            <w:pPr>
              <w:spacing w:before="20" w:after="10" w:line="240" w:lineRule="auto"/>
              <w:jc w:val="center"/>
            </w:pPr>
            <w:r w:rsidRPr="00A864B8">
              <w:rPr>
                <w:sz w:val="20"/>
              </w:rPr>
              <w:t>-45.402</w:t>
            </w:r>
          </w:p>
        </w:tc>
      </w:tr>
      <w:tr w:rsidR="00A806B2" w:rsidRPr="00A864B8" w14:paraId="460E9413" w14:textId="77777777">
        <w:trPr>
          <w:jc w:val="center"/>
        </w:trPr>
        <w:tc>
          <w:tcPr>
            <w:tcW w:w="960" w:type="dxa"/>
            <w:tcBorders>
              <w:bottom w:val="single" w:sz="8" w:space="0" w:color="9B9B9B"/>
            </w:tcBorders>
            <w:shd w:val="clear" w:color="auto" w:fill="F0F0F0"/>
            <w:vAlign w:val="center"/>
          </w:tcPr>
          <w:p w14:paraId="6B352EC9" w14:textId="77777777" w:rsidR="00A806B2" w:rsidRPr="00A864B8" w:rsidRDefault="00000000">
            <w:pPr>
              <w:spacing w:before="20" w:after="10" w:line="240" w:lineRule="auto"/>
              <w:jc w:val="center"/>
            </w:pPr>
            <w:r w:rsidRPr="00A864B8">
              <w:rPr>
                <w:sz w:val="20"/>
              </w:rPr>
              <w:t>Photovoltaik</w:t>
            </w:r>
          </w:p>
        </w:tc>
        <w:tc>
          <w:tcPr>
            <w:tcW w:w="960" w:type="dxa"/>
            <w:tcBorders>
              <w:bottom w:val="single" w:sz="8" w:space="0" w:color="9B9B9B"/>
            </w:tcBorders>
            <w:shd w:val="clear" w:color="auto" w:fill="F0F0F0"/>
            <w:vAlign w:val="center"/>
          </w:tcPr>
          <w:p w14:paraId="7250CE40" w14:textId="77777777" w:rsidR="00A806B2" w:rsidRPr="00A864B8" w:rsidRDefault="00000000">
            <w:pPr>
              <w:spacing w:before="20" w:after="10" w:line="240" w:lineRule="auto"/>
              <w:jc w:val="center"/>
            </w:pPr>
            <w:r w:rsidRPr="00A864B8">
              <w:rPr>
                <w:sz w:val="20"/>
              </w:rPr>
              <w:t>276.100</w:t>
            </w:r>
          </w:p>
        </w:tc>
        <w:tc>
          <w:tcPr>
            <w:tcW w:w="960" w:type="dxa"/>
            <w:tcBorders>
              <w:bottom w:val="single" w:sz="8" w:space="0" w:color="9B9B9B"/>
            </w:tcBorders>
            <w:shd w:val="clear" w:color="auto" w:fill="F0F0F0"/>
            <w:vAlign w:val="center"/>
          </w:tcPr>
          <w:p w14:paraId="2105698F" w14:textId="77777777" w:rsidR="00A806B2" w:rsidRPr="00A864B8" w:rsidRDefault="00000000">
            <w:pPr>
              <w:spacing w:before="20" w:after="10" w:line="240" w:lineRule="auto"/>
              <w:jc w:val="center"/>
            </w:pPr>
            <w:r w:rsidRPr="00A864B8">
              <w:rPr>
                <w:sz w:val="20"/>
              </w:rPr>
              <w:t>276.100</w:t>
            </w:r>
          </w:p>
        </w:tc>
        <w:tc>
          <w:tcPr>
            <w:tcW w:w="960" w:type="dxa"/>
            <w:tcBorders>
              <w:bottom w:val="single" w:sz="8" w:space="0" w:color="9B9B9B"/>
            </w:tcBorders>
            <w:shd w:val="clear" w:color="auto" w:fill="F0F0F0"/>
            <w:vAlign w:val="center"/>
          </w:tcPr>
          <w:p w14:paraId="67AF539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C277E8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22D1E3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7ECE76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676B9A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3BC3372" w14:textId="77777777" w:rsidR="00A806B2" w:rsidRPr="00A864B8" w:rsidRDefault="00000000">
            <w:pPr>
              <w:spacing w:before="20" w:after="10" w:line="240" w:lineRule="auto"/>
              <w:jc w:val="center"/>
            </w:pPr>
            <w:r w:rsidRPr="00A864B8">
              <w:rPr>
                <w:sz w:val="20"/>
              </w:rPr>
              <w:t>0</w:t>
            </w:r>
          </w:p>
        </w:tc>
      </w:tr>
      <w:tr w:rsidR="00A806B2" w:rsidRPr="00A864B8" w14:paraId="75A90DFC" w14:textId="77777777">
        <w:trPr>
          <w:jc w:val="center"/>
        </w:trPr>
        <w:tc>
          <w:tcPr>
            <w:tcW w:w="960" w:type="dxa"/>
            <w:tcBorders>
              <w:bottom w:val="single" w:sz="8" w:space="0" w:color="9B9B9B"/>
            </w:tcBorders>
            <w:shd w:val="clear" w:color="auto" w:fill="CFCFCF"/>
            <w:vAlign w:val="center"/>
          </w:tcPr>
          <w:p w14:paraId="385379D0"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CFCFCF"/>
            <w:vAlign w:val="center"/>
          </w:tcPr>
          <w:p w14:paraId="75750364" w14:textId="77777777" w:rsidR="00A806B2" w:rsidRPr="00A864B8" w:rsidRDefault="00000000">
            <w:pPr>
              <w:spacing w:before="20" w:after="10" w:line="240" w:lineRule="auto"/>
              <w:jc w:val="center"/>
            </w:pPr>
            <w:r w:rsidRPr="00A864B8">
              <w:rPr>
                <w:sz w:val="20"/>
              </w:rPr>
              <w:t>704.000</w:t>
            </w:r>
          </w:p>
        </w:tc>
        <w:tc>
          <w:tcPr>
            <w:tcW w:w="960" w:type="dxa"/>
            <w:tcBorders>
              <w:bottom w:val="single" w:sz="8" w:space="0" w:color="9B9B9B"/>
            </w:tcBorders>
            <w:shd w:val="clear" w:color="auto" w:fill="CFCFCF"/>
            <w:vAlign w:val="center"/>
          </w:tcPr>
          <w:p w14:paraId="25100393" w14:textId="77777777" w:rsidR="00A806B2" w:rsidRPr="00A864B8" w:rsidRDefault="00000000">
            <w:pPr>
              <w:spacing w:before="20" w:after="10" w:line="240" w:lineRule="auto"/>
              <w:jc w:val="center"/>
            </w:pPr>
            <w:r w:rsidRPr="00A864B8">
              <w:rPr>
                <w:sz w:val="20"/>
              </w:rPr>
              <w:t>704.000</w:t>
            </w:r>
          </w:p>
        </w:tc>
        <w:tc>
          <w:tcPr>
            <w:tcW w:w="960" w:type="dxa"/>
            <w:tcBorders>
              <w:bottom w:val="single" w:sz="8" w:space="0" w:color="9B9B9B"/>
            </w:tcBorders>
            <w:shd w:val="clear" w:color="auto" w:fill="CFCFCF"/>
            <w:vAlign w:val="center"/>
          </w:tcPr>
          <w:p w14:paraId="7265D5C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7C6EFA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5E5F60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21B2747"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76BEC15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F0CB5D9" w14:textId="77777777" w:rsidR="00A806B2" w:rsidRPr="00A864B8" w:rsidRDefault="00000000">
            <w:pPr>
              <w:spacing w:before="20" w:after="10" w:line="240" w:lineRule="auto"/>
              <w:jc w:val="center"/>
            </w:pPr>
            <w:r w:rsidRPr="00A864B8">
              <w:rPr>
                <w:sz w:val="20"/>
              </w:rPr>
              <w:t>0</w:t>
            </w:r>
          </w:p>
        </w:tc>
      </w:tr>
      <w:tr w:rsidR="00A806B2" w:rsidRPr="00A864B8" w14:paraId="42AAB732" w14:textId="77777777">
        <w:trPr>
          <w:jc w:val="center"/>
        </w:trPr>
        <w:tc>
          <w:tcPr>
            <w:tcW w:w="960" w:type="dxa"/>
            <w:tcBorders>
              <w:bottom w:val="single" w:sz="8" w:space="0" w:color="9B9B9B"/>
            </w:tcBorders>
            <w:shd w:val="clear" w:color="auto" w:fill="F0F0F0"/>
            <w:vAlign w:val="center"/>
          </w:tcPr>
          <w:p w14:paraId="718A79AD" w14:textId="77777777" w:rsidR="00A806B2" w:rsidRPr="00A864B8" w:rsidRDefault="00000000">
            <w:pPr>
              <w:spacing w:before="20" w:after="10" w:line="240" w:lineRule="auto"/>
              <w:jc w:val="center"/>
            </w:pPr>
            <w:r w:rsidRPr="00A864B8">
              <w:rPr>
                <w:sz w:val="20"/>
              </w:rPr>
              <w:t>Wärmespeicher</w:t>
            </w:r>
          </w:p>
        </w:tc>
        <w:tc>
          <w:tcPr>
            <w:tcW w:w="960" w:type="dxa"/>
            <w:tcBorders>
              <w:bottom w:val="single" w:sz="8" w:space="0" w:color="9B9B9B"/>
            </w:tcBorders>
            <w:shd w:val="clear" w:color="auto" w:fill="F0F0F0"/>
            <w:vAlign w:val="center"/>
          </w:tcPr>
          <w:p w14:paraId="686AC8DF"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F0F0F0"/>
            <w:vAlign w:val="center"/>
          </w:tcPr>
          <w:p w14:paraId="63A909EC"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F0F0F0"/>
            <w:vAlign w:val="center"/>
          </w:tcPr>
          <w:p w14:paraId="66EE86B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7B1F39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0DBBA8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88FCDD7"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FD8BA8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878859C" w14:textId="77777777" w:rsidR="00A806B2" w:rsidRPr="00A864B8" w:rsidRDefault="00000000">
            <w:pPr>
              <w:spacing w:before="20" w:after="10" w:line="240" w:lineRule="auto"/>
              <w:jc w:val="center"/>
            </w:pPr>
            <w:r w:rsidRPr="00A864B8">
              <w:rPr>
                <w:sz w:val="20"/>
              </w:rPr>
              <w:t>0</w:t>
            </w:r>
          </w:p>
        </w:tc>
      </w:tr>
      <w:tr w:rsidR="00A806B2" w:rsidRPr="00A864B8" w14:paraId="0DB991FE" w14:textId="77777777">
        <w:trPr>
          <w:jc w:val="center"/>
        </w:trPr>
        <w:tc>
          <w:tcPr>
            <w:tcW w:w="960" w:type="dxa"/>
            <w:tcBorders>
              <w:bottom w:val="single" w:sz="8" w:space="0" w:color="9B9B9B"/>
            </w:tcBorders>
            <w:shd w:val="clear" w:color="auto" w:fill="CFCFCF"/>
            <w:vAlign w:val="center"/>
          </w:tcPr>
          <w:p w14:paraId="2A42C704"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CFCFCF"/>
            <w:vAlign w:val="center"/>
          </w:tcPr>
          <w:p w14:paraId="5ED9B3BA" w14:textId="77777777" w:rsidR="00A806B2" w:rsidRPr="00A864B8" w:rsidRDefault="00000000">
            <w:pPr>
              <w:spacing w:before="20" w:after="10" w:line="240" w:lineRule="auto"/>
              <w:jc w:val="center"/>
            </w:pPr>
            <w:r w:rsidRPr="00A864B8">
              <w:rPr>
                <w:b/>
                <w:sz w:val="20"/>
              </w:rPr>
              <w:t>280.000</w:t>
            </w:r>
          </w:p>
        </w:tc>
        <w:tc>
          <w:tcPr>
            <w:tcW w:w="960" w:type="dxa"/>
            <w:tcBorders>
              <w:bottom w:val="single" w:sz="8" w:space="0" w:color="9B9B9B"/>
            </w:tcBorders>
            <w:shd w:val="clear" w:color="auto" w:fill="CFCFCF"/>
            <w:vAlign w:val="center"/>
          </w:tcPr>
          <w:p w14:paraId="60D0C727" w14:textId="77777777" w:rsidR="00A806B2" w:rsidRPr="00A864B8" w:rsidRDefault="00000000">
            <w:pPr>
              <w:spacing w:before="20" w:after="10" w:line="240" w:lineRule="auto"/>
              <w:jc w:val="center"/>
            </w:pPr>
            <w:r w:rsidRPr="00A864B8">
              <w:rPr>
                <w:b/>
                <w:sz w:val="20"/>
              </w:rPr>
              <w:t>280.000</w:t>
            </w:r>
          </w:p>
        </w:tc>
        <w:tc>
          <w:tcPr>
            <w:tcW w:w="960" w:type="dxa"/>
            <w:tcBorders>
              <w:bottom w:val="single" w:sz="8" w:space="0" w:color="9B9B9B"/>
            </w:tcBorders>
            <w:shd w:val="clear" w:color="auto" w:fill="CFCFCF"/>
            <w:vAlign w:val="center"/>
          </w:tcPr>
          <w:p w14:paraId="4475022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57E15E7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BF237E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16575AA2"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03CB7DE"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24669046" w14:textId="77777777" w:rsidR="00A806B2" w:rsidRPr="00A864B8" w:rsidRDefault="00000000">
            <w:pPr>
              <w:spacing w:before="20" w:after="10" w:line="240" w:lineRule="auto"/>
              <w:jc w:val="center"/>
            </w:pPr>
            <w:r w:rsidRPr="00A864B8">
              <w:rPr>
                <w:b/>
                <w:sz w:val="20"/>
              </w:rPr>
              <w:t>0</w:t>
            </w:r>
          </w:p>
        </w:tc>
      </w:tr>
      <w:tr w:rsidR="00A806B2" w:rsidRPr="00A864B8" w14:paraId="5E90A764" w14:textId="77777777">
        <w:trPr>
          <w:jc w:val="center"/>
        </w:trPr>
        <w:tc>
          <w:tcPr>
            <w:tcW w:w="960" w:type="dxa"/>
            <w:tcBorders>
              <w:bottom w:val="single" w:sz="8" w:space="0" w:color="9B9B9B"/>
            </w:tcBorders>
            <w:shd w:val="clear" w:color="auto" w:fill="F0F0F0"/>
            <w:vAlign w:val="center"/>
          </w:tcPr>
          <w:p w14:paraId="23227878" w14:textId="77777777" w:rsidR="00A806B2" w:rsidRPr="00A864B8" w:rsidRDefault="00000000">
            <w:pPr>
              <w:spacing w:before="20" w:after="10" w:line="240" w:lineRule="auto"/>
              <w:jc w:val="center"/>
            </w:pPr>
            <w:r w:rsidRPr="00A864B8">
              <w:rPr>
                <w:sz w:val="20"/>
              </w:rPr>
              <w:t>Gebäude Energiezentrale</w:t>
            </w:r>
          </w:p>
        </w:tc>
        <w:tc>
          <w:tcPr>
            <w:tcW w:w="960" w:type="dxa"/>
            <w:tcBorders>
              <w:bottom w:val="single" w:sz="8" w:space="0" w:color="9B9B9B"/>
            </w:tcBorders>
            <w:shd w:val="clear" w:color="auto" w:fill="F0F0F0"/>
            <w:vAlign w:val="center"/>
          </w:tcPr>
          <w:p w14:paraId="7C745A19" w14:textId="77777777" w:rsidR="00A806B2" w:rsidRPr="00A864B8" w:rsidRDefault="00000000">
            <w:pPr>
              <w:spacing w:before="20" w:after="10" w:line="240" w:lineRule="auto"/>
              <w:jc w:val="center"/>
            </w:pPr>
            <w:r w:rsidRPr="00A864B8">
              <w:rPr>
                <w:sz w:val="20"/>
              </w:rPr>
              <w:t>150.000</w:t>
            </w:r>
          </w:p>
        </w:tc>
        <w:tc>
          <w:tcPr>
            <w:tcW w:w="960" w:type="dxa"/>
            <w:tcBorders>
              <w:bottom w:val="single" w:sz="8" w:space="0" w:color="9B9B9B"/>
            </w:tcBorders>
            <w:shd w:val="clear" w:color="auto" w:fill="F0F0F0"/>
            <w:vAlign w:val="center"/>
          </w:tcPr>
          <w:p w14:paraId="16B16E5D" w14:textId="77777777" w:rsidR="00A806B2" w:rsidRPr="00A864B8" w:rsidRDefault="00000000">
            <w:pPr>
              <w:spacing w:before="20" w:after="10" w:line="240" w:lineRule="auto"/>
              <w:jc w:val="center"/>
            </w:pPr>
            <w:r w:rsidRPr="00A864B8">
              <w:rPr>
                <w:sz w:val="20"/>
              </w:rPr>
              <w:t>150.000</w:t>
            </w:r>
          </w:p>
        </w:tc>
        <w:tc>
          <w:tcPr>
            <w:tcW w:w="960" w:type="dxa"/>
            <w:tcBorders>
              <w:bottom w:val="single" w:sz="8" w:space="0" w:color="9B9B9B"/>
            </w:tcBorders>
            <w:shd w:val="clear" w:color="auto" w:fill="F0F0F0"/>
            <w:vAlign w:val="center"/>
          </w:tcPr>
          <w:p w14:paraId="2FE3B43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D86427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2B0421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EE55AE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FDD403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5F6225A" w14:textId="77777777" w:rsidR="00A806B2" w:rsidRPr="00A864B8" w:rsidRDefault="00000000">
            <w:pPr>
              <w:spacing w:before="20" w:after="10" w:line="240" w:lineRule="auto"/>
              <w:jc w:val="center"/>
            </w:pPr>
            <w:r w:rsidRPr="00A864B8">
              <w:rPr>
                <w:sz w:val="20"/>
              </w:rPr>
              <w:t>0</w:t>
            </w:r>
          </w:p>
        </w:tc>
      </w:tr>
      <w:tr w:rsidR="00A806B2" w:rsidRPr="00A864B8" w14:paraId="5A7D0033" w14:textId="77777777">
        <w:trPr>
          <w:jc w:val="center"/>
        </w:trPr>
        <w:tc>
          <w:tcPr>
            <w:tcW w:w="960" w:type="dxa"/>
            <w:tcBorders>
              <w:bottom w:val="single" w:sz="8" w:space="0" w:color="9B9B9B"/>
            </w:tcBorders>
            <w:shd w:val="clear" w:color="auto" w:fill="CFCFCF"/>
            <w:vAlign w:val="center"/>
          </w:tcPr>
          <w:p w14:paraId="6E729937"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CFCFCF"/>
            <w:vAlign w:val="center"/>
          </w:tcPr>
          <w:p w14:paraId="3D6CD6C8" w14:textId="77777777" w:rsidR="00A806B2" w:rsidRPr="00A864B8" w:rsidRDefault="00000000">
            <w:pPr>
              <w:spacing w:before="20" w:after="10" w:line="240" w:lineRule="auto"/>
              <w:jc w:val="center"/>
            </w:pPr>
            <w:r w:rsidRPr="00A864B8">
              <w:rPr>
                <w:sz w:val="20"/>
              </w:rPr>
              <w:t>30.000</w:t>
            </w:r>
          </w:p>
        </w:tc>
        <w:tc>
          <w:tcPr>
            <w:tcW w:w="960" w:type="dxa"/>
            <w:tcBorders>
              <w:bottom w:val="single" w:sz="8" w:space="0" w:color="9B9B9B"/>
            </w:tcBorders>
            <w:shd w:val="clear" w:color="auto" w:fill="CFCFCF"/>
            <w:vAlign w:val="center"/>
          </w:tcPr>
          <w:p w14:paraId="13787D9E" w14:textId="77777777" w:rsidR="00A806B2" w:rsidRPr="00A864B8" w:rsidRDefault="00000000">
            <w:pPr>
              <w:spacing w:before="20" w:after="10" w:line="240" w:lineRule="auto"/>
              <w:jc w:val="center"/>
            </w:pPr>
            <w:r w:rsidRPr="00A864B8">
              <w:rPr>
                <w:sz w:val="20"/>
              </w:rPr>
              <w:t>30.000</w:t>
            </w:r>
          </w:p>
        </w:tc>
        <w:tc>
          <w:tcPr>
            <w:tcW w:w="960" w:type="dxa"/>
            <w:tcBorders>
              <w:bottom w:val="single" w:sz="8" w:space="0" w:color="9B9B9B"/>
            </w:tcBorders>
            <w:shd w:val="clear" w:color="auto" w:fill="CFCFCF"/>
            <w:vAlign w:val="center"/>
          </w:tcPr>
          <w:p w14:paraId="1077CA6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E9C872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5F952F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8F15E6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EBF222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58E2DBA" w14:textId="77777777" w:rsidR="00A806B2" w:rsidRPr="00A864B8" w:rsidRDefault="00000000">
            <w:pPr>
              <w:spacing w:before="20" w:after="10" w:line="240" w:lineRule="auto"/>
              <w:jc w:val="center"/>
            </w:pPr>
            <w:r w:rsidRPr="00A864B8">
              <w:rPr>
                <w:sz w:val="20"/>
              </w:rPr>
              <w:t>0</w:t>
            </w:r>
          </w:p>
        </w:tc>
      </w:tr>
      <w:tr w:rsidR="00A806B2" w:rsidRPr="00A864B8" w14:paraId="009CA6D2" w14:textId="77777777">
        <w:trPr>
          <w:jc w:val="center"/>
        </w:trPr>
        <w:tc>
          <w:tcPr>
            <w:tcW w:w="960" w:type="dxa"/>
            <w:tcBorders>
              <w:bottom w:val="single" w:sz="8" w:space="0" w:color="9B9B9B"/>
            </w:tcBorders>
            <w:shd w:val="clear" w:color="auto" w:fill="F0F0F0"/>
            <w:vAlign w:val="center"/>
          </w:tcPr>
          <w:p w14:paraId="087D973F" w14:textId="77777777" w:rsidR="00A806B2" w:rsidRPr="00A864B8" w:rsidRDefault="00000000">
            <w:pPr>
              <w:spacing w:before="20" w:after="10" w:line="240" w:lineRule="auto"/>
              <w:jc w:val="center"/>
            </w:pPr>
            <w:r w:rsidRPr="00A864B8">
              <w:rPr>
                <w:sz w:val="20"/>
              </w:rPr>
              <w:t>Planungskosten</w:t>
            </w:r>
          </w:p>
        </w:tc>
        <w:tc>
          <w:tcPr>
            <w:tcW w:w="960" w:type="dxa"/>
            <w:tcBorders>
              <w:bottom w:val="single" w:sz="8" w:space="0" w:color="9B9B9B"/>
            </w:tcBorders>
            <w:shd w:val="clear" w:color="auto" w:fill="F0F0F0"/>
            <w:vAlign w:val="center"/>
          </w:tcPr>
          <w:p w14:paraId="552002E2" w14:textId="77777777" w:rsidR="00A806B2" w:rsidRPr="00A864B8" w:rsidRDefault="00000000">
            <w:pPr>
              <w:spacing w:before="20" w:after="10" w:line="240" w:lineRule="auto"/>
              <w:jc w:val="center"/>
            </w:pPr>
            <w:r w:rsidRPr="00A864B8">
              <w:rPr>
                <w:sz w:val="20"/>
              </w:rPr>
              <w:t>100.000</w:t>
            </w:r>
          </w:p>
        </w:tc>
        <w:tc>
          <w:tcPr>
            <w:tcW w:w="960" w:type="dxa"/>
            <w:tcBorders>
              <w:bottom w:val="single" w:sz="8" w:space="0" w:color="9B9B9B"/>
            </w:tcBorders>
            <w:shd w:val="clear" w:color="auto" w:fill="F0F0F0"/>
            <w:vAlign w:val="center"/>
          </w:tcPr>
          <w:p w14:paraId="481B7E61" w14:textId="77777777" w:rsidR="00A806B2" w:rsidRPr="00A864B8" w:rsidRDefault="00000000">
            <w:pPr>
              <w:spacing w:before="20" w:after="10" w:line="240" w:lineRule="auto"/>
              <w:jc w:val="center"/>
            </w:pPr>
            <w:r w:rsidRPr="00A864B8">
              <w:rPr>
                <w:sz w:val="20"/>
              </w:rPr>
              <w:t>100.000</w:t>
            </w:r>
          </w:p>
        </w:tc>
        <w:tc>
          <w:tcPr>
            <w:tcW w:w="960" w:type="dxa"/>
            <w:tcBorders>
              <w:bottom w:val="single" w:sz="8" w:space="0" w:color="9B9B9B"/>
            </w:tcBorders>
            <w:shd w:val="clear" w:color="auto" w:fill="F0F0F0"/>
            <w:vAlign w:val="center"/>
          </w:tcPr>
          <w:p w14:paraId="61CC26C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FF799F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8D9BEF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47FF2D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B948F5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D4B6633" w14:textId="77777777" w:rsidR="00A806B2" w:rsidRPr="00A864B8" w:rsidRDefault="00000000">
            <w:pPr>
              <w:spacing w:before="20" w:after="10" w:line="240" w:lineRule="auto"/>
              <w:jc w:val="center"/>
            </w:pPr>
            <w:r w:rsidRPr="00A864B8">
              <w:rPr>
                <w:sz w:val="20"/>
              </w:rPr>
              <w:t>0</w:t>
            </w:r>
          </w:p>
        </w:tc>
      </w:tr>
      <w:tr w:rsidR="00A806B2" w:rsidRPr="00A864B8" w14:paraId="6B66E0CD" w14:textId="77777777">
        <w:trPr>
          <w:jc w:val="center"/>
        </w:trPr>
        <w:tc>
          <w:tcPr>
            <w:tcW w:w="960" w:type="dxa"/>
            <w:tcBorders>
              <w:bottom w:val="single" w:sz="8" w:space="0" w:color="9B9B9B"/>
            </w:tcBorders>
            <w:shd w:val="clear" w:color="auto" w:fill="CFCFCF"/>
            <w:vAlign w:val="center"/>
          </w:tcPr>
          <w:p w14:paraId="14B8762C" w14:textId="77777777" w:rsidR="00A806B2" w:rsidRPr="00A864B8" w:rsidRDefault="00000000">
            <w:pPr>
              <w:spacing w:before="20" w:after="10" w:line="240" w:lineRule="auto"/>
              <w:jc w:val="center"/>
            </w:pPr>
            <w:r w:rsidRPr="00A864B8">
              <w:rPr>
                <w:b/>
                <w:sz w:val="20"/>
              </w:rPr>
              <w:t>Wartungskosten</w:t>
            </w:r>
          </w:p>
        </w:tc>
        <w:tc>
          <w:tcPr>
            <w:tcW w:w="960" w:type="dxa"/>
            <w:tcBorders>
              <w:bottom w:val="single" w:sz="8" w:space="0" w:color="9B9B9B"/>
            </w:tcBorders>
            <w:shd w:val="clear" w:color="auto" w:fill="CFCFCF"/>
            <w:vAlign w:val="center"/>
          </w:tcPr>
          <w:p w14:paraId="039A2C16" w14:textId="77777777" w:rsidR="00A806B2" w:rsidRPr="00A864B8" w:rsidRDefault="00000000">
            <w:pPr>
              <w:spacing w:before="20" w:after="10" w:line="240" w:lineRule="auto"/>
              <w:jc w:val="center"/>
            </w:pPr>
            <w:r w:rsidRPr="00A864B8">
              <w:rPr>
                <w:b/>
                <w:sz w:val="20"/>
              </w:rPr>
              <w:t>686.732</w:t>
            </w:r>
          </w:p>
        </w:tc>
        <w:tc>
          <w:tcPr>
            <w:tcW w:w="960" w:type="dxa"/>
            <w:tcBorders>
              <w:bottom w:val="single" w:sz="8" w:space="0" w:color="9B9B9B"/>
            </w:tcBorders>
            <w:shd w:val="clear" w:color="auto" w:fill="CFCFCF"/>
            <w:vAlign w:val="center"/>
          </w:tcPr>
          <w:p w14:paraId="4C9A0C83"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4CDEEED8" w14:textId="77777777" w:rsidR="00A806B2" w:rsidRPr="00A864B8" w:rsidRDefault="00000000">
            <w:pPr>
              <w:spacing w:before="20" w:after="10" w:line="240" w:lineRule="auto"/>
              <w:jc w:val="center"/>
            </w:pPr>
            <w:r w:rsidRPr="00A864B8">
              <w:rPr>
                <w:b/>
                <w:sz w:val="20"/>
              </w:rPr>
              <w:t>52.481</w:t>
            </w:r>
          </w:p>
        </w:tc>
        <w:tc>
          <w:tcPr>
            <w:tcW w:w="960" w:type="dxa"/>
            <w:tcBorders>
              <w:bottom w:val="single" w:sz="8" w:space="0" w:color="9B9B9B"/>
            </w:tcBorders>
            <w:shd w:val="clear" w:color="auto" w:fill="CFCFCF"/>
            <w:vAlign w:val="center"/>
          </w:tcPr>
          <w:p w14:paraId="1F7DB02F" w14:textId="77777777" w:rsidR="00A806B2" w:rsidRPr="00A864B8" w:rsidRDefault="00000000">
            <w:pPr>
              <w:spacing w:before="20" w:after="10" w:line="240" w:lineRule="auto"/>
              <w:jc w:val="center"/>
            </w:pPr>
            <w:r w:rsidRPr="00A864B8">
              <w:rPr>
                <w:b/>
                <w:sz w:val="20"/>
              </w:rPr>
              <w:t>49.982</w:t>
            </w:r>
          </w:p>
        </w:tc>
        <w:tc>
          <w:tcPr>
            <w:tcW w:w="960" w:type="dxa"/>
            <w:tcBorders>
              <w:bottom w:val="single" w:sz="8" w:space="0" w:color="9B9B9B"/>
            </w:tcBorders>
            <w:shd w:val="clear" w:color="auto" w:fill="CFCFCF"/>
            <w:vAlign w:val="center"/>
          </w:tcPr>
          <w:p w14:paraId="33DCBB24" w14:textId="77777777" w:rsidR="00A806B2" w:rsidRPr="00A864B8" w:rsidRDefault="00000000">
            <w:pPr>
              <w:spacing w:before="20" w:after="10" w:line="240" w:lineRule="auto"/>
              <w:jc w:val="center"/>
            </w:pPr>
            <w:r w:rsidRPr="00A864B8">
              <w:rPr>
                <w:b/>
                <w:sz w:val="20"/>
              </w:rPr>
              <w:t>47.601</w:t>
            </w:r>
          </w:p>
        </w:tc>
        <w:tc>
          <w:tcPr>
            <w:tcW w:w="960" w:type="dxa"/>
            <w:tcBorders>
              <w:bottom w:val="single" w:sz="8" w:space="0" w:color="9B9B9B"/>
            </w:tcBorders>
            <w:shd w:val="clear" w:color="auto" w:fill="CFCFCF"/>
            <w:vAlign w:val="center"/>
          </w:tcPr>
          <w:p w14:paraId="3604132B"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55603036" w14:textId="77777777" w:rsidR="00A806B2" w:rsidRPr="00A864B8" w:rsidRDefault="00000000">
            <w:pPr>
              <w:spacing w:before="20" w:after="10" w:line="240" w:lineRule="auto"/>
              <w:jc w:val="center"/>
            </w:pPr>
            <w:r w:rsidRPr="00A864B8">
              <w:rPr>
                <w:b/>
                <w:sz w:val="20"/>
              </w:rPr>
              <w:t>21.806</w:t>
            </w:r>
          </w:p>
        </w:tc>
        <w:tc>
          <w:tcPr>
            <w:tcW w:w="960" w:type="dxa"/>
            <w:tcBorders>
              <w:bottom w:val="single" w:sz="8" w:space="0" w:color="9B9B9B"/>
            </w:tcBorders>
            <w:shd w:val="clear" w:color="auto" w:fill="CFCFCF"/>
            <w:vAlign w:val="center"/>
          </w:tcPr>
          <w:p w14:paraId="66266E6B" w14:textId="77777777" w:rsidR="00A806B2" w:rsidRPr="00A864B8" w:rsidRDefault="00000000">
            <w:pPr>
              <w:spacing w:before="20" w:after="10" w:line="240" w:lineRule="auto"/>
              <w:jc w:val="center"/>
            </w:pPr>
            <w:r w:rsidRPr="00A864B8">
              <w:rPr>
                <w:b/>
                <w:sz w:val="20"/>
              </w:rPr>
              <w:t>20.768</w:t>
            </w:r>
          </w:p>
        </w:tc>
      </w:tr>
      <w:tr w:rsidR="00A806B2" w:rsidRPr="00A864B8" w14:paraId="09FA47BF" w14:textId="77777777">
        <w:trPr>
          <w:jc w:val="center"/>
        </w:trPr>
        <w:tc>
          <w:tcPr>
            <w:tcW w:w="960" w:type="dxa"/>
            <w:tcBorders>
              <w:bottom w:val="single" w:sz="8" w:space="0" w:color="9B9B9B"/>
            </w:tcBorders>
            <w:shd w:val="clear" w:color="auto" w:fill="F0F0F0"/>
            <w:vAlign w:val="center"/>
          </w:tcPr>
          <w:p w14:paraId="64CB01D2"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F0F0F0"/>
            <w:vAlign w:val="center"/>
          </w:tcPr>
          <w:p w14:paraId="5B11BE1D" w14:textId="77777777" w:rsidR="00A806B2" w:rsidRPr="00A864B8" w:rsidRDefault="00000000">
            <w:pPr>
              <w:spacing w:before="20" w:after="10" w:line="240" w:lineRule="auto"/>
              <w:jc w:val="center"/>
            </w:pPr>
            <w:r w:rsidRPr="00A864B8">
              <w:rPr>
                <w:b/>
                <w:sz w:val="20"/>
              </w:rPr>
              <w:t>89.356</w:t>
            </w:r>
          </w:p>
        </w:tc>
        <w:tc>
          <w:tcPr>
            <w:tcW w:w="960" w:type="dxa"/>
            <w:tcBorders>
              <w:bottom w:val="single" w:sz="8" w:space="0" w:color="9B9B9B"/>
            </w:tcBorders>
            <w:shd w:val="clear" w:color="auto" w:fill="F0F0F0"/>
            <w:vAlign w:val="center"/>
          </w:tcPr>
          <w:p w14:paraId="52B73CC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AA424EA" w14:textId="77777777" w:rsidR="00A806B2" w:rsidRPr="00A864B8" w:rsidRDefault="00000000">
            <w:pPr>
              <w:spacing w:before="20" w:after="10" w:line="240" w:lineRule="auto"/>
              <w:jc w:val="center"/>
            </w:pPr>
            <w:r w:rsidRPr="00A864B8">
              <w:rPr>
                <w:b/>
                <w:sz w:val="20"/>
              </w:rPr>
              <w:t>6.828</w:t>
            </w:r>
          </w:p>
        </w:tc>
        <w:tc>
          <w:tcPr>
            <w:tcW w:w="960" w:type="dxa"/>
            <w:tcBorders>
              <w:bottom w:val="single" w:sz="8" w:space="0" w:color="9B9B9B"/>
            </w:tcBorders>
            <w:shd w:val="clear" w:color="auto" w:fill="F0F0F0"/>
            <w:vAlign w:val="center"/>
          </w:tcPr>
          <w:p w14:paraId="662917CC" w14:textId="77777777" w:rsidR="00A806B2" w:rsidRPr="00A864B8" w:rsidRDefault="00000000">
            <w:pPr>
              <w:spacing w:before="20" w:after="10" w:line="240" w:lineRule="auto"/>
              <w:jc w:val="center"/>
            </w:pPr>
            <w:r w:rsidRPr="00A864B8">
              <w:rPr>
                <w:b/>
                <w:sz w:val="20"/>
              </w:rPr>
              <w:t>6.503</w:t>
            </w:r>
          </w:p>
        </w:tc>
        <w:tc>
          <w:tcPr>
            <w:tcW w:w="960" w:type="dxa"/>
            <w:tcBorders>
              <w:bottom w:val="single" w:sz="8" w:space="0" w:color="9B9B9B"/>
            </w:tcBorders>
            <w:shd w:val="clear" w:color="auto" w:fill="F0F0F0"/>
            <w:vAlign w:val="center"/>
          </w:tcPr>
          <w:p w14:paraId="5182D170" w14:textId="77777777" w:rsidR="00A806B2" w:rsidRPr="00A864B8" w:rsidRDefault="00000000">
            <w:pPr>
              <w:spacing w:before="20" w:after="10" w:line="240" w:lineRule="auto"/>
              <w:jc w:val="center"/>
            </w:pPr>
            <w:r w:rsidRPr="00A864B8">
              <w:rPr>
                <w:b/>
                <w:sz w:val="20"/>
              </w:rPr>
              <w:t>6.193</w:t>
            </w:r>
          </w:p>
        </w:tc>
        <w:tc>
          <w:tcPr>
            <w:tcW w:w="960" w:type="dxa"/>
            <w:tcBorders>
              <w:bottom w:val="single" w:sz="8" w:space="0" w:color="9B9B9B"/>
            </w:tcBorders>
            <w:shd w:val="clear" w:color="auto" w:fill="F0F0F0"/>
            <w:vAlign w:val="center"/>
          </w:tcPr>
          <w:p w14:paraId="22A997D8"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5F33115C" w14:textId="77777777" w:rsidR="00A806B2" w:rsidRPr="00A864B8" w:rsidRDefault="00000000">
            <w:pPr>
              <w:spacing w:before="20" w:after="10" w:line="240" w:lineRule="auto"/>
              <w:jc w:val="center"/>
            </w:pPr>
            <w:r w:rsidRPr="00A864B8">
              <w:rPr>
                <w:b/>
                <w:sz w:val="20"/>
              </w:rPr>
              <w:t>2.837</w:t>
            </w:r>
          </w:p>
        </w:tc>
        <w:tc>
          <w:tcPr>
            <w:tcW w:w="960" w:type="dxa"/>
            <w:tcBorders>
              <w:bottom w:val="single" w:sz="8" w:space="0" w:color="9B9B9B"/>
            </w:tcBorders>
            <w:shd w:val="clear" w:color="auto" w:fill="F0F0F0"/>
            <w:vAlign w:val="center"/>
          </w:tcPr>
          <w:p w14:paraId="452DD2BC" w14:textId="77777777" w:rsidR="00A806B2" w:rsidRPr="00A864B8" w:rsidRDefault="00000000">
            <w:pPr>
              <w:spacing w:before="20" w:after="10" w:line="240" w:lineRule="auto"/>
              <w:jc w:val="center"/>
            </w:pPr>
            <w:r w:rsidRPr="00A864B8">
              <w:rPr>
                <w:b/>
                <w:sz w:val="20"/>
              </w:rPr>
              <w:t>2.702</w:t>
            </w:r>
          </w:p>
        </w:tc>
      </w:tr>
      <w:tr w:rsidR="00A806B2" w:rsidRPr="00A864B8" w14:paraId="0EF2203F" w14:textId="77777777">
        <w:trPr>
          <w:jc w:val="center"/>
        </w:trPr>
        <w:tc>
          <w:tcPr>
            <w:tcW w:w="960" w:type="dxa"/>
            <w:tcBorders>
              <w:bottom w:val="single" w:sz="8" w:space="0" w:color="9B9B9B"/>
            </w:tcBorders>
            <w:shd w:val="clear" w:color="auto" w:fill="CFCFCF"/>
            <w:vAlign w:val="center"/>
          </w:tcPr>
          <w:p w14:paraId="619F2EDF" w14:textId="77777777" w:rsidR="00A806B2" w:rsidRPr="00A864B8" w:rsidRDefault="00000000">
            <w:pPr>
              <w:spacing w:before="20" w:after="10" w:line="240" w:lineRule="auto"/>
              <w:jc w:val="center"/>
            </w:pPr>
            <w:r w:rsidRPr="00A864B8">
              <w:rPr>
                <w:sz w:val="20"/>
              </w:rPr>
              <w:t>Elektrischer Heizstab</w:t>
            </w:r>
          </w:p>
        </w:tc>
        <w:tc>
          <w:tcPr>
            <w:tcW w:w="960" w:type="dxa"/>
            <w:tcBorders>
              <w:bottom w:val="single" w:sz="8" w:space="0" w:color="9B9B9B"/>
            </w:tcBorders>
            <w:shd w:val="clear" w:color="auto" w:fill="CFCFCF"/>
            <w:vAlign w:val="center"/>
          </w:tcPr>
          <w:p w14:paraId="32D5FB9A" w14:textId="77777777" w:rsidR="00A806B2" w:rsidRPr="00A864B8" w:rsidRDefault="00000000">
            <w:pPr>
              <w:spacing w:before="20" w:after="10" w:line="240" w:lineRule="auto"/>
              <w:jc w:val="center"/>
            </w:pPr>
            <w:r w:rsidRPr="00A864B8">
              <w:rPr>
                <w:sz w:val="20"/>
              </w:rPr>
              <w:t>155</w:t>
            </w:r>
          </w:p>
        </w:tc>
        <w:tc>
          <w:tcPr>
            <w:tcW w:w="960" w:type="dxa"/>
            <w:tcBorders>
              <w:bottom w:val="single" w:sz="8" w:space="0" w:color="9B9B9B"/>
            </w:tcBorders>
            <w:shd w:val="clear" w:color="auto" w:fill="CFCFCF"/>
            <w:vAlign w:val="center"/>
          </w:tcPr>
          <w:p w14:paraId="56220D9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36F96F1" w14:textId="77777777" w:rsidR="00A806B2" w:rsidRPr="00A864B8" w:rsidRDefault="00000000">
            <w:pPr>
              <w:spacing w:before="20" w:after="10" w:line="240" w:lineRule="auto"/>
              <w:jc w:val="center"/>
            </w:pPr>
            <w:r w:rsidRPr="00A864B8">
              <w:rPr>
                <w:sz w:val="20"/>
              </w:rPr>
              <w:t>11</w:t>
            </w:r>
          </w:p>
        </w:tc>
        <w:tc>
          <w:tcPr>
            <w:tcW w:w="960" w:type="dxa"/>
            <w:tcBorders>
              <w:bottom w:val="single" w:sz="8" w:space="0" w:color="9B9B9B"/>
            </w:tcBorders>
            <w:shd w:val="clear" w:color="auto" w:fill="CFCFCF"/>
            <w:vAlign w:val="center"/>
          </w:tcPr>
          <w:p w14:paraId="1AFE93E3" w14:textId="77777777" w:rsidR="00A806B2" w:rsidRPr="00A864B8" w:rsidRDefault="00000000">
            <w:pPr>
              <w:spacing w:before="20" w:after="10" w:line="240" w:lineRule="auto"/>
              <w:jc w:val="center"/>
            </w:pPr>
            <w:r w:rsidRPr="00A864B8">
              <w:rPr>
                <w:sz w:val="20"/>
              </w:rPr>
              <w:t>11</w:t>
            </w:r>
          </w:p>
        </w:tc>
        <w:tc>
          <w:tcPr>
            <w:tcW w:w="960" w:type="dxa"/>
            <w:tcBorders>
              <w:bottom w:val="single" w:sz="8" w:space="0" w:color="9B9B9B"/>
            </w:tcBorders>
            <w:shd w:val="clear" w:color="auto" w:fill="CFCFCF"/>
            <w:vAlign w:val="center"/>
          </w:tcPr>
          <w:p w14:paraId="337C3A84" w14:textId="77777777" w:rsidR="00A806B2" w:rsidRPr="00A864B8" w:rsidRDefault="00000000">
            <w:pPr>
              <w:spacing w:before="20" w:after="10" w:line="240" w:lineRule="auto"/>
              <w:jc w:val="center"/>
            </w:pPr>
            <w:r w:rsidRPr="00A864B8">
              <w:rPr>
                <w:sz w:val="20"/>
              </w:rPr>
              <w:t>10</w:t>
            </w:r>
          </w:p>
        </w:tc>
        <w:tc>
          <w:tcPr>
            <w:tcW w:w="960" w:type="dxa"/>
            <w:tcBorders>
              <w:bottom w:val="single" w:sz="8" w:space="0" w:color="9B9B9B"/>
            </w:tcBorders>
            <w:shd w:val="clear" w:color="auto" w:fill="CFCFCF"/>
            <w:vAlign w:val="center"/>
          </w:tcPr>
          <w:p w14:paraId="3FDDA5A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527FCDD" w14:textId="77777777" w:rsidR="00A806B2" w:rsidRPr="00A864B8" w:rsidRDefault="00000000">
            <w:pPr>
              <w:spacing w:before="20" w:after="10" w:line="240" w:lineRule="auto"/>
              <w:jc w:val="center"/>
            </w:pPr>
            <w:r w:rsidRPr="00A864B8">
              <w:rPr>
                <w:sz w:val="20"/>
              </w:rPr>
              <w:t>4</w:t>
            </w:r>
          </w:p>
        </w:tc>
        <w:tc>
          <w:tcPr>
            <w:tcW w:w="960" w:type="dxa"/>
            <w:tcBorders>
              <w:bottom w:val="single" w:sz="8" w:space="0" w:color="9B9B9B"/>
            </w:tcBorders>
            <w:shd w:val="clear" w:color="auto" w:fill="CFCFCF"/>
            <w:vAlign w:val="center"/>
          </w:tcPr>
          <w:p w14:paraId="5A1C68ED" w14:textId="77777777" w:rsidR="00A806B2" w:rsidRPr="00A864B8" w:rsidRDefault="00000000">
            <w:pPr>
              <w:spacing w:before="20" w:after="10" w:line="240" w:lineRule="auto"/>
              <w:jc w:val="center"/>
            </w:pPr>
            <w:r w:rsidRPr="00A864B8">
              <w:rPr>
                <w:sz w:val="20"/>
              </w:rPr>
              <w:t>4</w:t>
            </w:r>
          </w:p>
        </w:tc>
      </w:tr>
      <w:tr w:rsidR="00A806B2" w:rsidRPr="00A864B8" w14:paraId="1CECA1F9" w14:textId="77777777">
        <w:trPr>
          <w:jc w:val="center"/>
        </w:trPr>
        <w:tc>
          <w:tcPr>
            <w:tcW w:w="960" w:type="dxa"/>
            <w:tcBorders>
              <w:bottom w:val="single" w:sz="8" w:space="0" w:color="9B9B9B"/>
            </w:tcBorders>
            <w:shd w:val="clear" w:color="auto" w:fill="F0F0F0"/>
            <w:vAlign w:val="center"/>
          </w:tcPr>
          <w:p w14:paraId="79CBC3AF"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F0F0F0"/>
            <w:vAlign w:val="center"/>
          </w:tcPr>
          <w:p w14:paraId="191F16A0" w14:textId="77777777" w:rsidR="00A806B2" w:rsidRPr="00A864B8" w:rsidRDefault="00000000">
            <w:pPr>
              <w:spacing w:before="20" w:after="10" w:line="240" w:lineRule="auto"/>
              <w:jc w:val="center"/>
            </w:pPr>
            <w:r w:rsidRPr="00A864B8">
              <w:rPr>
                <w:sz w:val="20"/>
              </w:rPr>
              <w:t>696</w:t>
            </w:r>
          </w:p>
        </w:tc>
        <w:tc>
          <w:tcPr>
            <w:tcW w:w="960" w:type="dxa"/>
            <w:tcBorders>
              <w:bottom w:val="single" w:sz="8" w:space="0" w:color="9B9B9B"/>
            </w:tcBorders>
            <w:shd w:val="clear" w:color="auto" w:fill="F0F0F0"/>
            <w:vAlign w:val="center"/>
          </w:tcPr>
          <w:p w14:paraId="58B3A9F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F8BC775" w14:textId="77777777" w:rsidR="00A806B2" w:rsidRPr="00A864B8" w:rsidRDefault="00000000">
            <w:pPr>
              <w:spacing w:before="20" w:after="10" w:line="240" w:lineRule="auto"/>
              <w:jc w:val="center"/>
            </w:pPr>
            <w:r w:rsidRPr="00A864B8">
              <w:rPr>
                <w:sz w:val="20"/>
              </w:rPr>
              <w:t>53</w:t>
            </w:r>
          </w:p>
        </w:tc>
        <w:tc>
          <w:tcPr>
            <w:tcW w:w="960" w:type="dxa"/>
            <w:tcBorders>
              <w:bottom w:val="single" w:sz="8" w:space="0" w:color="9B9B9B"/>
            </w:tcBorders>
            <w:shd w:val="clear" w:color="auto" w:fill="F0F0F0"/>
            <w:vAlign w:val="center"/>
          </w:tcPr>
          <w:p w14:paraId="306FE132" w14:textId="77777777" w:rsidR="00A806B2" w:rsidRPr="00A864B8" w:rsidRDefault="00000000">
            <w:pPr>
              <w:spacing w:before="20" w:after="10" w:line="240" w:lineRule="auto"/>
              <w:jc w:val="center"/>
            </w:pPr>
            <w:r w:rsidRPr="00A864B8">
              <w:rPr>
                <w:sz w:val="20"/>
              </w:rPr>
              <w:t>50</w:t>
            </w:r>
          </w:p>
        </w:tc>
        <w:tc>
          <w:tcPr>
            <w:tcW w:w="960" w:type="dxa"/>
            <w:tcBorders>
              <w:bottom w:val="single" w:sz="8" w:space="0" w:color="9B9B9B"/>
            </w:tcBorders>
            <w:shd w:val="clear" w:color="auto" w:fill="F0F0F0"/>
            <w:vAlign w:val="center"/>
          </w:tcPr>
          <w:p w14:paraId="4F1F0139" w14:textId="77777777" w:rsidR="00A806B2" w:rsidRPr="00A864B8" w:rsidRDefault="00000000">
            <w:pPr>
              <w:spacing w:before="20" w:after="10" w:line="240" w:lineRule="auto"/>
              <w:jc w:val="center"/>
            </w:pPr>
            <w:r w:rsidRPr="00A864B8">
              <w:rPr>
                <w:sz w:val="20"/>
              </w:rPr>
              <w:t>48</w:t>
            </w:r>
          </w:p>
        </w:tc>
        <w:tc>
          <w:tcPr>
            <w:tcW w:w="960" w:type="dxa"/>
            <w:tcBorders>
              <w:bottom w:val="single" w:sz="8" w:space="0" w:color="9B9B9B"/>
            </w:tcBorders>
            <w:shd w:val="clear" w:color="auto" w:fill="F0F0F0"/>
            <w:vAlign w:val="center"/>
          </w:tcPr>
          <w:p w14:paraId="737EBB2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FDF9486" w14:textId="77777777" w:rsidR="00A806B2" w:rsidRPr="00A864B8" w:rsidRDefault="00000000">
            <w:pPr>
              <w:spacing w:before="20" w:after="10" w:line="240" w:lineRule="auto"/>
              <w:jc w:val="center"/>
            </w:pPr>
            <w:r w:rsidRPr="00A864B8">
              <w:rPr>
                <w:sz w:val="20"/>
              </w:rPr>
              <w:t>22</w:t>
            </w:r>
          </w:p>
        </w:tc>
        <w:tc>
          <w:tcPr>
            <w:tcW w:w="960" w:type="dxa"/>
            <w:tcBorders>
              <w:bottom w:val="single" w:sz="8" w:space="0" w:color="9B9B9B"/>
            </w:tcBorders>
            <w:shd w:val="clear" w:color="auto" w:fill="F0F0F0"/>
            <w:vAlign w:val="center"/>
          </w:tcPr>
          <w:p w14:paraId="1F51B72B" w14:textId="77777777" w:rsidR="00A806B2" w:rsidRPr="00A864B8" w:rsidRDefault="00000000">
            <w:pPr>
              <w:spacing w:before="20" w:after="10" w:line="240" w:lineRule="auto"/>
              <w:jc w:val="center"/>
            </w:pPr>
            <w:r w:rsidRPr="00A864B8">
              <w:rPr>
                <w:sz w:val="20"/>
              </w:rPr>
              <w:t>21</w:t>
            </w:r>
          </w:p>
        </w:tc>
      </w:tr>
      <w:tr w:rsidR="00A806B2" w:rsidRPr="00A864B8" w14:paraId="12992167" w14:textId="77777777">
        <w:trPr>
          <w:jc w:val="center"/>
        </w:trPr>
        <w:tc>
          <w:tcPr>
            <w:tcW w:w="960" w:type="dxa"/>
            <w:tcBorders>
              <w:bottom w:val="single" w:sz="8" w:space="0" w:color="9B9B9B"/>
            </w:tcBorders>
            <w:shd w:val="clear" w:color="auto" w:fill="CFCFCF"/>
            <w:vAlign w:val="center"/>
          </w:tcPr>
          <w:p w14:paraId="3D0E8D85" w14:textId="77777777" w:rsidR="00A806B2" w:rsidRPr="00A864B8" w:rsidRDefault="00000000">
            <w:pPr>
              <w:spacing w:before="20" w:after="10" w:line="240" w:lineRule="auto"/>
              <w:jc w:val="center"/>
            </w:pPr>
            <w:r w:rsidRPr="00A864B8">
              <w:rPr>
                <w:sz w:val="20"/>
              </w:rPr>
              <w:t>Erdwärmepumpe</w:t>
            </w:r>
          </w:p>
        </w:tc>
        <w:tc>
          <w:tcPr>
            <w:tcW w:w="960" w:type="dxa"/>
            <w:tcBorders>
              <w:bottom w:val="single" w:sz="8" w:space="0" w:color="9B9B9B"/>
            </w:tcBorders>
            <w:shd w:val="clear" w:color="auto" w:fill="CFCFCF"/>
            <w:vAlign w:val="center"/>
          </w:tcPr>
          <w:p w14:paraId="72580CC4" w14:textId="77777777" w:rsidR="00A806B2" w:rsidRPr="00A864B8" w:rsidRDefault="00000000">
            <w:pPr>
              <w:spacing w:before="20" w:after="10" w:line="240" w:lineRule="auto"/>
              <w:jc w:val="center"/>
            </w:pPr>
            <w:r w:rsidRPr="00A864B8">
              <w:rPr>
                <w:sz w:val="20"/>
              </w:rPr>
              <w:t>6.149</w:t>
            </w:r>
          </w:p>
        </w:tc>
        <w:tc>
          <w:tcPr>
            <w:tcW w:w="960" w:type="dxa"/>
            <w:tcBorders>
              <w:bottom w:val="single" w:sz="8" w:space="0" w:color="9B9B9B"/>
            </w:tcBorders>
            <w:shd w:val="clear" w:color="auto" w:fill="CFCFCF"/>
            <w:vAlign w:val="center"/>
          </w:tcPr>
          <w:p w14:paraId="36EEB92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F421A67" w14:textId="77777777" w:rsidR="00A806B2" w:rsidRPr="00A864B8" w:rsidRDefault="00000000">
            <w:pPr>
              <w:spacing w:before="20" w:after="10" w:line="240" w:lineRule="auto"/>
              <w:jc w:val="center"/>
            </w:pPr>
            <w:r w:rsidRPr="00A864B8">
              <w:rPr>
                <w:sz w:val="20"/>
              </w:rPr>
              <w:t>469</w:t>
            </w:r>
          </w:p>
        </w:tc>
        <w:tc>
          <w:tcPr>
            <w:tcW w:w="960" w:type="dxa"/>
            <w:tcBorders>
              <w:bottom w:val="single" w:sz="8" w:space="0" w:color="9B9B9B"/>
            </w:tcBorders>
            <w:shd w:val="clear" w:color="auto" w:fill="CFCFCF"/>
            <w:vAlign w:val="center"/>
          </w:tcPr>
          <w:p w14:paraId="25FBF0AF" w14:textId="77777777" w:rsidR="00A806B2" w:rsidRPr="00A864B8" w:rsidRDefault="00000000">
            <w:pPr>
              <w:spacing w:before="20" w:after="10" w:line="240" w:lineRule="auto"/>
              <w:jc w:val="center"/>
            </w:pPr>
            <w:r w:rsidRPr="00A864B8">
              <w:rPr>
                <w:sz w:val="20"/>
              </w:rPr>
              <w:t>447</w:t>
            </w:r>
          </w:p>
        </w:tc>
        <w:tc>
          <w:tcPr>
            <w:tcW w:w="960" w:type="dxa"/>
            <w:tcBorders>
              <w:bottom w:val="single" w:sz="8" w:space="0" w:color="9B9B9B"/>
            </w:tcBorders>
            <w:shd w:val="clear" w:color="auto" w:fill="CFCFCF"/>
            <w:vAlign w:val="center"/>
          </w:tcPr>
          <w:p w14:paraId="4D4D2870" w14:textId="77777777" w:rsidR="00A806B2" w:rsidRPr="00A864B8" w:rsidRDefault="00000000">
            <w:pPr>
              <w:spacing w:before="20" w:after="10" w:line="240" w:lineRule="auto"/>
              <w:jc w:val="center"/>
            </w:pPr>
            <w:r w:rsidRPr="00A864B8">
              <w:rPr>
                <w:sz w:val="20"/>
              </w:rPr>
              <w:t>426</w:t>
            </w:r>
          </w:p>
        </w:tc>
        <w:tc>
          <w:tcPr>
            <w:tcW w:w="960" w:type="dxa"/>
            <w:tcBorders>
              <w:bottom w:val="single" w:sz="8" w:space="0" w:color="9B9B9B"/>
            </w:tcBorders>
            <w:shd w:val="clear" w:color="auto" w:fill="CFCFCF"/>
            <w:vAlign w:val="center"/>
          </w:tcPr>
          <w:p w14:paraId="241539B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D54D476" w14:textId="77777777" w:rsidR="00A806B2" w:rsidRPr="00A864B8" w:rsidRDefault="00000000">
            <w:pPr>
              <w:spacing w:before="20" w:after="10" w:line="240" w:lineRule="auto"/>
              <w:jc w:val="center"/>
            </w:pPr>
            <w:r w:rsidRPr="00A864B8">
              <w:rPr>
                <w:sz w:val="20"/>
              </w:rPr>
              <w:t>195</w:t>
            </w:r>
          </w:p>
        </w:tc>
        <w:tc>
          <w:tcPr>
            <w:tcW w:w="960" w:type="dxa"/>
            <w:tcBorders>
              <w:bottom w:val="single" w:sz="8" w:space="0" w:color="9B9B9B"/>
            </w:tcBorders>
            <w:shd w:val="clear" w:color="auto" w:fill="CFCFCF"/>
            <w:vAlign w:val="center"/>
          </w:tcPr>
          <w:p w14:paraId="1A6793AD" w14:textId="77777777" w:rsidR="00A806B2" w:rsidRPr="00A864B8" w:rsidRDefault="00000000">
            <w:pPr>
              <w:spacing w:before="20" w:after="10" w:line="240" w:lineRule="auto"/>
              <w:jc w:val="center"/>
            </w:pPr>
            <w:r w:rsidRPr="00A864B8">
              <w:rPr>
                <w:sz w:val="20"/>
              </w:rPr>
              <w:t>185</w:t>
            </w:r>
          </w:p>
        </w:tc>
      </w:tr>
      <w:tr w:rsidR="00A806B2" w:rsidRPr="00A864B8" w14:paraId="3ABC634C" w14:textId="77777777">
        <w:trPr>
          <w:jc w:val="center"/>
        </w:trPr>
        <w:tc>
          <w:tcPr>
            <w:tcW w:w="960" w:type="dxa"/>
            <w:tcBorders>
              <w:bottom w:val="single" w:sz="8" w:space="0" w:color="9B9B9B"/>
            </w:tcBorders>
            <w:shd w:val="clear" w:color="auto" w:fill="F0F0F0"/>
            <w:vAlign w:val="center"/>
          </w:tcPr>
          <w:p w14:paraId="17A31FD2"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F0F0F0"/>
            <w:vAlign w:val="center"/>
          </w:tcPr>
          <w:p w14:paraId="680885FE" w14:textId="77777777" w:rsidR="00A806B2" w:rsidRPr="00A864B8" w:rsidRDefault="00000000">
            <w:pPr>
              <w:spacing w:before="20" w:after="10" w:line="240" w:lineRule="auto"/>
              <w:jc w:val="center"/>
            </w:pPr>
            <w:r w:rsidRPr="00A864B8">
              <w:rPr>
                <w:sz w:val="20"/>
              </w:rPr>
              <w:t>20.439</w:t>
            </w:r>
          </w:p>
        </w:tc>
        <w:tc>
          <w:tcPr>
            <w:tcW w:w="960" w:type="dxa"/>
            <w:tcBorders>
              <w:bottom w:val="single" w:sz="8" w:space="0" w:color="9B9B9B"/>
            </w:tcBorders>
            <w:shd w:val="clear" w:color="auto" w:fill="F0F0F0"/>
            <w:vAlign w:val="center"/>
          </w:tcPr>
          <w:p w14:paraId="2A093EC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FBA72DF" w14:textId="77777777" w:rsidR="00A806B2" w:rsidRPr="00A864B8" w:rsidRDefault="00000000">
            <w:pPr>
              <w:spacing w:before="20" w:after="10" w:line="240" w:lineRule="auto"/>
              <w:jc w:val="center"/>
            </w:pPr>
            <w:r w:rsidRPr="00A864B8">
              <w:rPr>
                <w:sz w:val="20"/>
              </w:rPr>
              <w:t>1.562</w:t>
            </w:r>
          </w:p>
        </w:tc>
        <w:tc>
          <w:tcPr>
            <w:tcW w:w="960" w:type="dxa"/>
            <w:tcBorders>
              <w:bottom w:val="single" w:sz="8" w:space="0" w:color="9B9B9B"/>
            </w:tcBorders>
            <w:shd w:val="clear" w:color="auto" w:fill="F0F0F0"/>
            <w:vAlign w:val="center"/>
          </w:tcPr>
          <w:p w14:paraId="6ED5A449" w14:textId="77777777" w:rsidR="00A806B2" w:rsidRPr="00A864B8" w:rsidRDefault="00000000">
            <w:pPr>
              <w:spacing w:before="20" w:after="10" w:line="240" w:lineRule="auto"/>
              <w:jc w:val="center"/>
            </w:pPr>
            <w:r w:rsidRPr="00A864B8">
              <w:rPr>
                <w:sz w:val="20"/>
              </w:rPr>
              <w:t>1.487</w:t>
            </w:r>
          </w:p>
        </w:tc>
        <w:tc>
          <w:tcPr>
            <w:tcW w:w="960" w:type="dxa"/>
            <w:tcBorders>
              <w:bottom w:val="single" w:sz="8" w:space="0" w:color="9B9B9B"/>
            </w:tcBorders>
            <w:shd w:val="clear" w:color="auto" w:fill="F0F0F0"/>
            <w:vAlign w:val="center"/>
          </w:tcPr>
          <w:p w14:paraId="150C651B" w14:textId="77777777" w:rsidR="00A806B2" w:rsidRPr="00A864B8" w:rsidRDefault="00000000">
            <w:pPr>
              <w:spacing w:before="20" w:after="10" w:line="240" w:lineRule="auto"/>
              <w:jc w:val="center"/>
            </w:pPr>
            <w:r w:rsidRPr="00A864B8">
              <w:rPr>
                <w:sz w:val="20"/>
              </w:rPr>
              <w:t>1.416</w:t>
            </w:r>
          </w:p>
        </w:tc>
        <w:tc>
          <w:tcPr>
            <w:tcW w:w="960" w:type="dxa"/>
            <w:tcBorders>
              <w:bottom w:val="single" w:sz="8" w:space="0" w:color="9B9B9B"/>
            </w:tcBorders>
            <w:shd w:val="clear" w:color="auto" w:fill="F0F0F0"/>
            <w:vAlign w:val="center"/>
          </w:tcPr>
          <w:p w14:paraId="178F758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59CA923" w14:textId="77777777" w:rsidR="00A806B2" w:rsidRPr="00A864B8" w:rsidRDefault="00000000">
            <w:pPr>
              <w:spacing w:before="20" w:after="10" w:line="240" w:lineRule="auto"/>
              <w:jc w:val="center"/>
            </w:pPr>
            <w:r w:rsidRPr="00A864B8">
              <w:rPr>
                <w:sz w:val="20"/>
              </w:rPr>
              <w:t>649</w:t>
            </w:r>
          </w:p>
        </w:tc>
        <w:tc>
          <w:tcPr>
            <w:tcW w:w="960" w:type="dxa"/>
            <w:tcBorders>
              <w:bottom w:val="single" w:sz="8" w:space="0" w:color="9B9B9B"/>
            </w:tcBorders>
            <w:shd w:val="clear" w:color="auto" w:fill="F0F0F0"/>
            <w:vAlign w:val="center"/>
          </w:tcPr>
          <w:p w14:paraId="16118F8A" w14:textId="77777777" w:rsidR="00A806B2" w:rsidRPr="00A864B8" w:rsidRDefault="00000000">
            <w:pPr>
              <w:spacing w:before="20" w:after="10" w:line="240" w:lineRule="auto"/>
              <w:jc w:val="center"/>
            </w:pPr>
            <w:r w:rsidRPr="00A864B8">
              <w:rPr>
                <w:sz w:val="20"/>
              </w:rPr>
              <w:t>618</w:t>
            </w:r>
          </w:p>
        </w:tc>
      </w:tr>
      <w:tr w:rsidR="00A806B2" w:rsidRPr="00A864B8" w14:paraId="65F0BA8B" w14:textId="77777777">
        <w:trPr>
          <w:jc w:val="center"/>
        </w:trPr>
        <w:tc>
          <w:tcPr>
            <w:tcW w:w="960" w:type="dxa"/>
            <w:tcBorders>
              <w:bottom w:val="single" w:sz="8" w:space="0" w:color="9B9B9B"/>
            </w:tcBorders>
            <w:shd w:val="clear" w:color="auto" w:fill="CFCFCF"/>
            <w:vAlign w:val="center"/>
          </w:tcPr>
          <w:p w14:paraId="683A1CFE" w14:textId="77777777" w:rsidR="00A806B2" w:rsidRPr="00A864B8" w:rsidRDefault="00000000">
            <w:pPr>
              <w:spacing w:before="20" w:after="10" w:line="240" w:lineRule="auto"/>
              <w:jc w:val="center"/>
            </w:pPr>
            <w:r w:rsidRPr="00A864B8">
              <w:rPr>
                <w:sz w:val="20"/>
              </w:rPr>
              <w:t>Luftgekühlte Kältemaschine</w:t>
            </w:r>
          </w:p>
        </w:tc>
        <w:tc>
          <w:tcPr>
            <w:tcW w:w="960" w:type="dxa"/>
            <w:tcBorders>
              <w:bottom w:val="single" w:sz="8" w:space="0" w:color="9B9B9B"/>
            </w:tcBorders>
            <w:shd w:val="clear" w:color="auto" w:fill="CFCFCF"/>
            <w:vAlign w:val="center"/>
          </w:tcPr>
          <w:p w14:paraId="187739EE" w14:textId="77777777" w:rsidR="00A806B2" w:rsidRPr="00A864B8" w:rsidRDefault="00000000">
            <w:pPr>
              <w:spacing w:before="20" w:after="10" w:line="240" w:lineRule="auto"/>
              <w:jc w:val="center"/>
            </w:pPr>
            <w:r w:rsidRPr="00A864B8">
              <w:rPr>
                <w:sz w:val="20"/>
              </w:rPr>
              <w:t>19.252</w:t>
            </w:r>
          </w:p>
        </w:tc>
        <w:tc>
          <w:tcPr>
            <w:tcW w:w="960" w:type="dxa"/>
            <w:tcBorders>
              <w:bottom w:val="single" w:sz="8" w:space="0" w:color="9B9B9B"/>
            </w:tcBorders>
            <w:shd w:val="clear" w:color="auto" w:fill="CFCFCF"/>
            <w:vAlign w:val="center"/>
          </w:tcPr>
          <w:p w14:paraId="30F62A6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EC50A61" w14:textId="77777777" w:rsidR="00A806B2" w:rsidRPr="00A864B8" w:rsidRDefault="00000000">
            <w:pPr>
              <w:spacing w:before="20" w:after="10" w:line="240" w:lineRule="auto"/>
              <w:jc w:val="center"/>
            </w:pPr>
            <w:r w:rsidRPr="00A864B8">
              <w:rPr>
                <w:sz w:val="20"/>
              </w:rPr>
              <w:t>1.471</w:t>
            </w:r>
          </w:p>
        </w:tc>
        <w:tc>
          <w:tcPr>
            <w:tcW w:w="960" w:type="dxa"/>
            <w:tcBorders>
              <w:bottom w:val="single" w:sz="8" w:space="0" w:color="9B9B9B"/>
            </w:tcBorders>
            <w:shd w:val="clear" w:color="auto" w:fill="CFCFCF"/>
            <w:vAlign w:val="center"/>
          </w:tcPr>
          <w:p w14:paraId="182C1317" w14:textId="77777777" w:rsidR="00A806B2" w:rsidRPr="00A864B8" w:rsidRDefault="00000000">
            <w:pPr>
              <w:spacing w:before="20" w:after="10" w:line="240" w:lineRule="auto"/>
              <w:jc w:val="center"/>
            </w:pPr>
            <w:r w:rsidRPr="00A864B8">
              <w:rPr>
                <w:sz w:val="20"/>
              </w:rPr>
              <w:t>1.401</w:t>
            </w:r>
          </w:p>
        </w:tc>
        <w:tc>
          <w:tcPr>
            <w:tcW w:w="960" w:type="dxa"/>
            <w:tcBorders>
              <w:bottom w:val="single" w:sz="8" w:space="0" w:color="9B9B9B"/>
            </w:tcBorders>
            <w:shd w:val="clear" w:color="auto" w:fill="CFCFCF"/>
            <w:vAlign w:val="center"/>
          </w:tcPr>
          <w:p w14:paraId="6DE529E7" w14:textId="77777777" w:rsidR="00A806B2" w:rsidRPr="00A864B8" w:rsidRDefault="00000000">
            <w:pPr>
              <w:spacing w:before="20" w:after="10" w:line="240" w:lineRule="auto"/>
              <w:jc w:val="center"/>
            </w:pPr>
            <w:r w:rsidRPr="00A864B8">
              <w:rPr>
                <w:sz w:val="20"/>
              </w:rPr>
              <w:t>1.334</w:t>
            </w:r>
          </w:p>
        </w:tc>
        <w:tc>
          <w:tcPr>
            <w:tcW w:w="960" w:type="dxa"/>
            <w:tcBorders>
              <w:bottom w:val="single" w:sz="8" w:space="0" w:color="9B9B9B"/>
            </w:tcBorders>
            <w:shd w:val="clear" w:color="auto" w:fill="CFCFCF"/>
            <w:vAlign w:val="center"/>
          </w:tcPr>
          <w:p w14:paraId="0B8566E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7C85ED8" w14:textId="77777777" w:rsidR="00A806B2" w:rsidRPr="00A864B8" w:rsidRDefault="00000000">
            <w:pPr>
              <w:spacing w:before="20" w:after="10" w:line="240" w:lineRule="auto"/>
              <w:jc w:val="center"/>
            </w:pPr>
            <w:r w:rsidRPr="00A864B8">
              <w:rPr>
                <w:sz w:val="20"/>
              </w:rPr>
              <w:t>611</w:t>
            </w:r>
          </w:p>
        </w:tc>
        <w:tc>
          <w:tcPr>
            <w:tcW w:w="960" w:type="dxa"/>
            <w:tcBorders>
              <w:bottom w:val="single" w:sz="8" w:space="0" w:color="9B9B9B"/>
            </w:tcBorders>
            <w:shd w:val="clear" w:color="auto" w:fill="CFCFCF"/>
            <w:vAlign w:val="center"/>
          </w:tcPr>
          <w:p w14:paraId="7CEB322C" w14:textId="77777777" w:rsidR="00A806B2" w:rsidRPr="00A864B8" w:rsidRDefault="00000000">
            <w:pPr>
              <w:spacing w:before="20" w:after="10" w:line="240" w:lineRule="auto"/>
              <w:jc w:val="center"/>
            </w:pPr>
            <w:r w:rsidRPr="00A864B8">
              <w:rPr>
                <w:sz w:val="20"/>
              </w:rPr>
              <w:t>582</w:t>
            </w:r>
          </w:p>
        </w:tc>
      </w:tr>
      <w:tr w:rsidR="00A806B2" w:rsidRPr="00A864B8" w14:paraId="28FC81CC" w14:textId="77777777">
        <w:trPr>
          <w:jc w:val="center"/>
        </w:trPr>
        <w:tc>
          <w:tcPr>
            <w:tcW w:w="960" w:type="dxa"/>
            <w:tcBorders>
              <w:bottom w:val="single" w:sz="8" w:space="0" w:color="9B9B9B"/>
            </w:tcBorders>
            <w:shd w:val="clear" w:color="auto" w:fill="F0F0F0"/>
            <w:vAlign w:val="center"/>
          </w:tcPr>
          <w:p w14:paraId="5F314A60"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F0F0F0"/>
            <w:vAlign w:val="center"/>
          </w:tcPr>
          <w:p w14:paraId="00FF2397" w14:textId="77777777" w:rsidR="00A806B2" w:rsidRPr="00A864B8" w:rsidRDefault="00000000">
            <w:pPr>
              <w:spacing w:before="20" w:after="10" w:line="240" w:lineRule="auto"/>
              <w:jc w:val="center"/>
            </w:pPr>
            <w:r w:rsidRPr="00A864B8">
              <w:rPr>
                <w:sz w:val="20"/>
              </w:rPr>
              <w:t>40.271</w:t>
            </w:r>
          </w:p>
        </w:tc>
        <w:tc>
          <w:tcPr>
            <w:tcW w:w="960" w:type="dxa"/>
            <w:tcBorders>
              <w:bottom w:val="single" w:sz="8" w:space="0" w:color="9B9B9B"/>
            </w:tcBorders>
            <w:shd w:val="clear" w:color="auto" w:fill="F0F0F0"/>
            <w:vAlign w:val="center"/>
          </w:tcPr>
          <w:p w14:paraId="5704FBB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53AA873" w14:textId="77777777" w:rsidR="00A806B2" w:rsidRPr="00A864B8" w:rsidRDefault="00000000">
            <w:pPr>
              <w:spacing w:before="20" w:after="10" w:line="240" w:lineRule="auto"/>
              <w:jc w:val="center"/>
            </w:pPr>
            <w:r w:rsidRPr="00A864B8">
              <w:rPr>
                <w:sz w:val="20"/>
              </w:rPr>
              <w:t>3.077</w:t>
            </w:r>
          </w:p>
        </w:tc>
        <w:tc>
          <w:tcPr>
            <w:tcW w:w="960" w:type="dxa"/>
            <w:tcBorders>
              <w:bottom w:val="single" w:sz="8" w:space="0" w:color="9B9B9B"/>
            </w:tcBorders>
            <w:shd w:val="clear" w:color="auto" w:fill="F0F0F0"/>
            <w:vAlign w:val="center"/>
          </w:tcPr>
          <w:p w14:paraId="665D35D1" w14:textId="77777777" w:rsidR="00A806B2" w:rsidRPr="00A864B8" w:rsidRDefault="00000000">
            <w:pPr>
              <w:spacing w:before="20" w:after="10" w:line="240" w:lineRule="auto"/>
              <w:jc w:val="center"/>
            </w:pPr>
            <w:r w:rsidRPr="00A864B8">
              <w:rPr>
                <w:sz w:val="20"/>
              </w:rPr>
              <w:t>2.931</w:t>
            </w:r>
          </w:p>
        </w:tc>
        <w:tc>
          <w:tcPr>
            <w:tcW w:w="960" w:type="dxa"/>
            <w:tcBorders>
              <w:bottom w:val="single" w:sz="8" w:space="0" w:color="9B9B9B"/>
            </w:tcBorders>
            <w:shd w:val="clear" w:color="auto" w:fill="F0F0F0"/>
            <w:vAlign w:val="center"/>
          </w:tcPr>
          <w:p w14:paraId="20E67E73" w14:textId="77777777" w:rsidR="00A806B2" w:rsidRPr="00A864B8" w:rsidRDefault="00000000">
            <w:pPr>
              <w:spacing w:before="20" w:after="10" w:line="240" w:lineRule="auto"/>
              <w:jc w:val="center"/>
            </w:pPr>
            <w:r w:rsidRPr="00A864B8">
              <w:rPr>
                <w:sz w:val="20"/>
              </w:rPr>
              <w:t>2.791</w:t>
            </w:r>
          </w:p>
        </w:tc>
        <w:tc>
          <w:tcPr>
            <w:tcW w:w="960" w:type="dxa"/>
            <w:tcBorders>
              <w:bottom w:val="single" w:sz="8" w:space="0" w:color="9B9B9B"/>
            </w:tcBorders>
            <w:shd w:val="clear" w:color="auto" w:fill="F0F0F0"/>
            <w:vAlign w:val="center"/>
          </w:tcPr>
          <w:p w14:paraId="458DCE5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C3244F5" w14:textId="77777777" w:rsidR="00A806B2" w:rsidRPr="00A864B8" w:rsidRDefault="00000000">
            <w:pPr>
              <w:spacing w:before="20" w:after="10" w:line="240" w:lineRule="auto"/>
              <w:jc w:val="center"/>
            </w:pPr>
            <w:r w:rsidRPr="00A864B8">
              <w:rPr>
                <w:sz w:val="20"/>
              </w:rPr>
              <w:t>1.278</w:t>
            </w:r>
          </w:p>
        </w:tc>
        <w:tc>
          <w:tcPr>
            <w:tcW w:w="960" w:type="dxa"/>
            <w:tcBorders>
              <w:bottom w:val="single" w:sz="8" w:space="0" w:color="9B9B9B"/>
            </w:tcBorders>
            <w:shd w:val="clear" w:color="auto" w:fill="F0F0F0"/>
            <w:vAlign w:val="center"/>
          </w:tcPr>
          <w:p w14:paraId="5F8C6B48" w14:textId="77777777" w:rsidR="00A806B2" w:rsidRPr="00A864B8" w:rsidRDefault="00000000">
            <w:pPr>
              <w:spacing w:before="20" w:after="10" w:line="240" w:lineRule="auto"/>
              <w:jc w:val="center"/>
            </w:pPr>
            <w:r w:rsidRPr="00A864B8">
              <w:rPr>
                <w:sz w:val="20"/>
              </w:rPr>
              <w:t>1.217</w:t>
            </w:r>
          </w:p>
        </w:tc>
      </w:tr>
      <w:tr w:rsidR="00A806B2" w:rsidRPr="00A864B8" w14:paraId="39AE39B3" w14:textId="77777777">
        <w:trPr>
          <w:jc w:val="center"/>
        </w:trPr>
        <w:tc>
          <w:tcPr>
            <w:tcW w:w="960" w:type="dxa"/>
            <w:tcBorders>
              <w:bottom w:val="single" w:sz="8" w:space="0" w:color="9B9B9B"/>
            </w:tcBorders>
            <w:shd w:val="clear" w:color="auto" w:fill="CFCFCF"/>
            <w:vAlign w:val="center"/>
          </w:tcPr>
          <w:p w14:paraId="7A0C4460" w14:textId="77777777" w:rsidR="00A806B2" w:rsidRPr="00A864B8" w:rsidRDefault="00000000">
            <w:pPr>
              <w:spacing w:before="20" w:after="10" w:line="240" w:lineRule="auto"/>
              <w:jc w:val="center"/>
            </w:pPr>
            <w:r w:rsidRPr="00A864B8">
              <w:rPr>
                <w:sz w:val="20"/>
              </w:rPr>
              <w:t>Geothermiesonden</w:t>
            </w:r>
          </w:p>
        </w:tc>
        <w:tc>
          <w:tcPr>
            <w:tcW w:w="960" w:type="dxa"/>
            <w:tcBorders>
              <w:bottom w:val="single" w:sz="8" w:space="0" w:color="9B9B9B"/>
            </w:tcBorders>
            <w:shd w:val="clear" w:color="auto" w:fill="CFCFCF"/>
            <w:vAlign w:val="center"/>
          </w:tcPr>
          <w:p w14:paraId="43A80BD7" w14:textId="77777777" w:rsidR="00A806B2" w:rsidRPr="00A864B8" w:rsidRDefault="00000000">
            <w:pPr>
              <w:spacing w:before="20" w:after="10" w:line="240" w:lineRule="auto"/>
              <w:jc w:val="center"/>
            </w:pPr>
            <w:r w:rsidRPr="00A864B8">
              <w:rPr>
                <w:sz w:val="20"/>
              </w:rPr>
              <w:t>2.391</w:t>
            </w:r>
          </w:p>
        </w:tc>
        <w:tc>
          <w:tcPr>
            <w:tcW w:w="960" w:type="dxa"/>
            <w:tcBorders>
              <w:bottom w:val="single" w:sz="8" w:space="0" w:color="9B9B9B"/>
            </w:tcBorders>
            <w:shd w:val="clear" w:color="auto" w:fill="CFCFCF"/>
            <w:vAlign w:val="center"/>
          </w:tcPr>
          <w:p w14:paraId="20DAFF6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C8543DA" w14:textId="77777777" w:rsidR="00A806B2" w:rsidRPr="00A864B8" w:rsidRDefault="00000000">
            <w:pPr>
              <w:spacing w:before="20" w:after="10" w:line="240" w:lineRule="auto"/>
              <w:jc w:val="center"/>
            </w:pPr>
            <w:r w:rsidRPr="00A864B8">
              <w:rPr>
                <w:sz w:val="20"/>
              </w:rPr>
              <w:t>182</w:t>
            </w:r>
          </w:p>
        </w:tc>
        <w:tc>
          <w:tcPr>
            <w:tcW w:w="960" w:type="dxa"/>
            <w:tcBorders>
              <w:bottom w:val="single" w:sz="8" w:space="0" w:color="9B9B9B"/>
            </w:tcBorders>
            <w:shd w:val="clear" w:color="auto" w:fill="CFCFCF"/>
            <w:vAlign w:val="center"/>
          </w:tcPr>
          <w:p w14:paraId="6F88BA77" w14:textId="77777777" w:rsidR="00A806B2" w:rsidRPr="00A864B8" w:rsidRDefault="00000000">
            <w:pPr>
              <w:spacing w:before="20" w:after="10" w:line="240" w:lineRule="auto"/>
              <w:jc w:val="center"/>
            </w:pPr>
            <w:r w:rsidRPr="00A864B8">
              <w:rPr>
                <w:sz w:val="20"/>
              </w:rPr>
              <w:t>174</w:t>
            </w:r>
          </w:p>
        </w:tc>
        <w:tc>
          <w:tcPr>
            <w:tcW w:w="960" w:type="dxa"/>
            <w:tcBorders>
              <w:bottom w:val="single" w:sz="8" w:space="0" w:color="9B9B9B"/>
            </w:tcBorders>
            <w:shd w:val="clear" w:color="auto" w:fill="CFCFCF"/>
            <w:vAlign w:val="center"/>
          </w:tcPr>
          <w:p w14:paraId="6B6650E1" w14:textId="77777777" w:rsidR="00A806B2" w:rsidRPr="00A864B8" w:rsidRDefault="00000000">
            <w:pPr>
              <w:spacing w:before="20" w:after="10" w:line="240" w:lineRule="auto"/>
              <w:jc w:val="center"/>
            </w:pPr>
            <w:r w:rsidRPr="00A864B8">
              <w:rPr>
                <w:sz w:val="20"/>
              </w:rPr>
              <w:t>165</w:t>
            </w:r>
          </w:p>
        </w:tc>
        <w:tc>
          <w:tcPr>
            <w:tcW w:w="960" w:type="dxa"/>
            <w:tcBorders>
              <w:bottom w:val="single" w:sz="8" w:space="0" w:color="9B9B9B"/>
            </w:tcBorders>
            <w:shd w:val="clear" w:color="auto" w:fill="CFCFCF"/>
            <w:vAlign w:val="center"/>
          </w:tcPr>
          <w:p w14:paraId="4F39A61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71A4F4C0" w14:textId="77777777" w:rsidR="00A806B2" w:rsidRPr="00A864B8" w:rsidRDefault="00000000">
            <w:pPr>
              <w:spacing w:before="20" w:after="10" w:line="240" w:lineRule="auto"/>
              <w:jc w:val="center"/>
            </w:pPr>
            <w:r w:rsidRPr="00A864B8">
              <w:rPr>
                <w:sz w:val="20"/>
              </w:rPr>
              <w:t>75</w:t>
            </w:r>
          </w:p>
        </w:tc>
        <w:tc>
          <w:tcPr>
            <w:tcW w:w="960" w:type="dxa"/>
            <w:tcBorders>
              <w:bottom w:val="single" w:sz="8" w:space="0" w:color="9B9B9B"/>
            </w:tcBorders>
            <w:shd w:val="clear" w:color="auto" w:fill="CFCFCF"/>
            <w:vAlign w:val="center"/>
          </w:tcPr>
          <w:p w14:paraId="604E5F63" w14:textId="77777777" w:rsidR="00A806B2" w:rsidRPr="00A864B8" w:rsidRDefault="00000000">
            <w:pPr>
              <w:spacing w:before="20" w:after="10" w:line="240" w:lineRule="auto"/>
              <w:jc w:val="center"/>
            </w:pPr>
            <w:r w:rsidRPr="00A864B8">
              <w:rPr>
                <w:sz w:val="20"/>
              </w:rPr>
              <w:t>72</w:t>
            </w:r>
          </w:p>
        </w:tc>
      </w:tr>
      <w:tr w:rsidR="00A806B2" w:rsidRPr="00A864B8" w14:paraId="33BBF539" w14:textId="77777777">
        <w:trPr>
          <w:jc w:val="center"/>
        </w:trPr>
        <w:tc>
          <w:tcPr>
            <w:tcW w:w="960" w:type="dxa"/>
            <w:tcBorders>
              <w:bottom w:val="single" w:sz="8" w:space="0" w:color="9B9B9B"/>
            </w:tcBorders>
            <w:shd w:val="clear" w:color="auto" w:fill="F0F0F0"/>
            <w:vAlign w:val="center"/>
          </w:tcPr>
          <w:p w14:paraId="6BE84E9C"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F0F0F0"/>
            <w:vAlign w:val="center"/>
          </w:tcPr>
          <w:p w14:paraId="4A1C948F" w14:textId="77777777" w:rsidR="00A806B2" w:rsidRPr="00A864B8" w:rsidRDefault="00000000">
            <w:pPr>
              <w:spacing w:before="20" w:after="10" w:line="240" w:lineRule="auto"/>
              <w:jc w:val="center"/>
            </w:pPr>
            <w:r w:rsidRPr="00A864B8">
              <w:rPr>
                <w:b/>
                <w:sz w:val="20"/>
              </w:rPr>
              <w:t>158.244</w:t>
            </w:r>
          </w:p>
        </w:tc>
        <w:tc>
          <w:tcPr>
            <w:tcW w:w="960" w:type="dxa"/>
            <w:tcBorders>
              <w:bottom w:val="single" w:sz="8" w:space="0" w:color="9B9B9B"/>
            </w:tcBorders>
            <w:shd w:val="clear" w:color="auto" w:fill="F0F0F0"/>
            <w:vAlign w:val="center"/>
          </w:tcPr>
          <w:p w14:paraId="457BFC5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08CF0B2" w14:textId="77777777" w:rsidR="00A806B2" w:rsidRPr="00A864B8" w:rsidRDefault="00000000">
            <w:pPr>
              <w:spacing w:before="20" w:after="10" w:line="240" w:lineRule="auto"/>
              <w:jc w:val="center"/>
            </w:pPr>
            <w:r w:rsidRPr="00A864B8">
              <w:rPr>
                <w:b/>
                <w:sz w:val="20"/>
              </w:rPr>
              <w:t>12.093</w:t>
            </w:r>
          </w:p>
        </w:tc>
        <w:tc>
          <w:tcPr>
            <w:tcW w:w="960" w:type="dxa"/>
            <w:tcBorders>
              <w:bottom w:val="single" w:sz="8" w:space="0" w:color="9B9B9B"/>
            </w:tcBorders>
            <w:shd w:val="clear" w:color="auto" w:fill="F0F0F0"/>
            <w:vAlign w:val="center"/>
          </w:tcPr>
          <w:p w14:paraId="79FABAFF" w14:textId="77777777" w:rsidR="00A806B2" w:rsidRPr="00A864B8" w:rsidRDefault="00000000">
            <w:pPr>
              <w:spacing w:before="20" w:after="10" w:line="240" w:lineRule="auto"/>
              <w:jc w:val="center"/>
            </w:pPr>
            <w:r w:rsidRPr="00A864B8">
              <w:rPr>
                <w:b/>
                <w:sz w:val="20"/>
              </w:rPr>
              <w:t>11.517</w:t>
            </w:r>
          </w:p>
        </w:tc>
        <w:tc>
          <w:tcPr>
            <w:tcW w:w="960" w:type="dxa"/>
            <w:tcBorders>
              <w:bottom w:val="single" w:sz="8" w:space="0" w:color="9B9B9B"/>
            </w:tcBorders>
            <w:shd w:val="clear" w:color="auto" w:fill="F0F0F0"/>
            <w:vAlign w:val="center"/>
          </w:tcPr>
          <w:p w14:paraId="22E4BCC7" w14:textId="77777777" w:rsidR="00A806B2" w:rsidRPr="00A864B8" w:rsidRDefault="00000000">
            <w:pPr>
              <w:spacing w:before="20" w:after="10" w:line="240" w:lineRule="auto"/>
              <w:jc w:val="center"/>
            </w:pPr>
            <w:r w:rsidRPr="00A864B8">
              <w:rPr>
                <w:b/>
                <w:sz w:val="20"/>
              </w:rPr>
              <w:t>10.968</w:t>
            </w:r>
          </w:p>
        </w:tc>
        <w:tc>
          <w:tcPr>
            <w:tcW w:w="960" w:type="dxa"/>
            <w:tcBorders>
              <w:bottom w:val="single" w:sz="8" w:space="0" w:color="9B9B9B"/>
            </w:tcBorders>
            <w:shd w:val="clear" w:color="auto" w:fill="F0F0F0"/>
            <w:vAlign w:val="center"/>
          </w:tcPr>
          <w:p w14:paraId="3C2AE6C0"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54E32007" w14:textId="77777777" w:rsidR="00A806B2" w:rsidRPr="00A864B8" w:rsidRDefault="00000000">
            <w:pPr>
              <w:spacing w:before="20" w:after="10" w:line="240" w:lineRule="auto"/>
              <w:jc w:val="center"/>
            </w:pPr>
            <w:r w:rsidRPr="00A864B8">
              <w:rPr>
                <w:b/>
                <w:sz w:val="20"/>
              </w:rPr>
              <w:t>5.025</w:t>
            </w:r>
          </w:p>
        </w:tc>
        <w:tc>
          <w:tcPr>
            <w:tcW w:w="960" w:type="dxa"/>
            <w:tcBorders>
              <w:bottom w:val="single" w:sz="8" w:space="0" w:color="9B9B9B"/>
            </w:tcBorders>
            <w:shd w:val="clear" w:color="auto" w:fill="F0F0F0"/>
            <w:vAlign w:val="center"/>
          </w:tcPr>
          <w:p w14:paraId="285082F0" w14:textId="77777777" w:rsidR="00A806B2" w:rsidRPr="00A864B8" w:rsidRDefault="00000000">
            <w:pPr>
              <w:spacing w:before="20" w:after="10" w:line="240" w:lineRule="auto"/>
              <w:jc w:val="center"/>
            </w:pPr>
            <w:r w:rsidRPr="00A864B8">
              <w:rPr>
                <w:b/>
                <w:sz w:val="20"/>
              </w:rPr>
              <w:t>4.785</w:t>
            </w:r>
          </w:p>
        </w:tc>
      </w:tr>
      <w:tr w:rsidR="00A806B2" w:rsidRPr="00A864B8" w14:paraId="110548EC" w14:textId="77777777">
        <w:trPr>
          <w:jc w:val="center"/>
        </w:trPr>
        <w:tc>
          <w:tcPr>
            <w:tcW w:w="960" w:type="dxa"/>
            <w:tcBorders>
              <w:bottom w:val="single" w:sz="8" w:space="0" w:color="9B9B9B"/>
            </w:tcBorders>
            <w:shd w:val="clear" w:color="auto" w:fill="CFCFCF"/>
            <w:vAlign w:val="center"/>
          </w:tcPr>
          <w:p w14:paraId="4CBB62D9"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CFCFCF"/>
            <w:vAlign w:val="center"/>
          </w:tcPr>
          <w:p w14:paraId="4BCC0230" w14:textId="77777777" w:rsidR="00A806B2" w:rsidRPr="00A864B8" w:rsidRDefault="00000000">
            <w:pPr>
              <w:spacing w:before="20" w:after="10" w:line="240" w:lineRule="auto"/>
              <w:jc w:val="center"/>
            </w:pPr>
            <w:r w:rsidRPr="00A864B8">
              <w:rPr>
                <w:sz w:val="20"/>
              </w:rPr>
              <w:t>64.197</w:t>
            </w:r>
          </w:p>
        </w:tc>
        <w:tc>
          <w:tcPr>
            <w:tcW w:w="960" w:type="dxa"/>
            <w:tcBorders>
              <w:bottom w:val="single" w:sz="8" w:space="0" w:color="9B9B9B"/>
            </w:tcBorders>
            <w:shd w:val="clear" w:color="auto" w:fill="CFCFCF"/>
            <w:vAlign w:val="center"/>
          </w:tcPr>
          <w:p w14:paraId="6C7CBFB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8D4500A" w14:textId="77777777" w:rsidR="00A806B2" w:rsidRPr="00A864B8" w:rsidRDefault="00000000">
            <w:pPr>
              <w:spacing w:before="20" w:after="10" w:line="240" w:lineRule="auto"/>
              <w:jc w:val="center"/>
            </w:pPr>
            <w:r w:rsidRPr="00A864B8">
              <w:rPr>
                <w:sz w:val="20"/>
              </w:rPr>
              <w:t>4.906</w:t>
            </w:r>
          </w:p>
        </w:tc>
        <w:tc>
          <w:tcPr>
            <w:tcW w:w="960" w:type="dxa"/>
            <w:tcBorders>
              <w:bottom w:val="single" w:sz="8" w:space="0" w:color="9B9B9B"/>
            </w:tcBorders>
            <w:shd w:val="clear" w:color="auto" w:fill="CFCFCF"/>
            <w:vAlign w:val="center"/>
          </w:tcPr>
          <w:p w14:paraId="540F40B6" w14:textId="77777777" w:rsidR="00A806B2" w:rsidRPr="00A864B8" w:rsidRDefault="00000000">
            <w:pPr>
              <w:spacing w:before="20" w:after="10" w:line="240" w:lineRule="auto"/>
              <w:jc w:val="center"/>
            </w:pPr>
            <w:r w:rsidRPr="00A864B8">
              <w:rPr>
                <w:sz w:val="20"/>
              </w:rPr>
              <w:t>4.672</w:t>
            </w:r>
          </w:p>
        </w:tc>
        <w:tc>
          <w:tcPr>
            <w:tcW w:w="960" w:type="dxa"/>
            <w:tcBorders>
              <w:bottom w:val="single" w:sz="8" w:space="0" w:color="9B9B9B"/>
            </w:tcBorders>
            <w:shd w:val="clear" w:color="auto" w:fill="CFCFCF"/>
            <w:vAlign w:val="center"/>
          </w:tcPr>
          <w:p w14:paraId="68325EFB" w14:textId="77777777" w:rsidR="00A806B2" w:rsidRPr="00A864B8" w:rsidRDefault="00000000">
            <w:pPr>
              <w:spacing w:before="20" w:after="10" w:line="240" w:lineRule="auto"/>
              <w:jc w:val="center"/>
            </w:pPr>
            <w:r w:rsidRPr="00A864B8">
              <w:rPr>
                <w:sz w:val="20"/>
              </w:rPr>
              <w:t>4.449</w:t>
            </w:r>
          </w:p>
        </w:tc>
        <w:tc>
          <w:tcPr>
            <w:tcW w:w="960" w:type="dxa"/>
            <w:tcBorders>
              <w:bottom w:val="single" w:sz="8" w:space="0" w:color="9B9B9B"/>
            </w:tcBorders>
            <w:shd w:val="clear" w:color="auto" w:fill="CFCFCF"/>
            <w:vAlign w:val="center"/>
          </w:tcPr>
          <w:p w14:paraId="6F72AD5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D7164A9" w14:textId="77777777" w:rsidR="00A806B2" w:rsidRPr="00A864B8" w:rsidRDefault="00000000">
            <w:pPr>
              <w:spacing w:before="20" w:after="10" w:line="240" w:lineRule="auto"/>
              <w:jc w:val="center"/>
            </w:pPr>
            <w:r w:rsidRPr="00A864B8">
              <w:rPr>
                <w:sz w:val="20"/>
              </w:rPr>
              <w:t>2.038</w:t>
            </w:r>
          </w:p>
        </w:tc>
        <w:tc>
          <w:tcPr>
            <w:tcW w:w="960" w:type="dxa"/>
            <w:tcBorders>
              <w:bottom w:val="single" w:sz="8" w:space="0" w:color="9B9B9B"/>
            </w:tcBorders>
            <w:shd w:val="clear" w:color="auto" w:fill="CFCFCF"/>
            <w:vAlign w:val="center"/>
          </w:tcPr>
          <w:p w14:paraId="222F70C0" w14:textId="77777777" w:rsidR="00A806B2" w:rsidRPr="00A864B8" w:rsidRDefault="00000000">
            <w:pPr>
              <w:spacing w:before="20" w:after="10" w:line="240" w:lineRule="auto"/>
              <w:jc w:val="center"/>
            </w:pPr>
            <w:r w:rsidRPr="00A864B8">
              <w:rPr>
                <w:sz w:val="20"/>
              </w:rPr>
              <w:t>1.941</w:t>
            </w:r>
          </w:p>
        </w:tc>
      </w:tr>
      <w:tr w:rsidR="00A806B2" w:rsidRPr="00A864B8" w14:paraId="742B5338" w14:textId="77777777">
        <w:trPr>
          <w:jc w:val="center"/>
        </w:trPr>
        <w:tc>
          <w:tcPr>
            <w:tcW w:w="960" w:type="dxa"/>
            <w:tcBorders>
              <w:bottom w:val="single" w:sz="8" w:space="0" w:color="9B9B9B"/>
            </w:tcBorders>
            <w:shd w:val="clear" w:color="auto" w:fill="F0F0F0"/>
            <w:vAlign w:val="center"/>
          </w:tcPr>
          <w:p w14:paraId="12CB510A"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F0F0F0"/>
            <w:vAlign w:val="center"/>
          </w:tcPr>
          <w:p w14:paraId="1CF0B52A" w14:textId="77777777" w:rsidR="00A806B2" w:rsidRPr="00A864B8" w:rsidRDefault="00000000">
            <w:pPr>
              <w:spacing w:before="20" w:after="10" w:line="240" w:lineRule="auto"/>
              <w:jc w:val="center"/>
            </w:pPr>
            <w:r w:rsidRPr="00A864B8">
              <w:rPr>
                <w:sz w:val="20"/>
              </w:rPr>
              <w:t>94.047</w:t>
            </w:r>
          </w:p>
        </w:tc>
        <w:tc>
          <w:tcPr>
            <w:tcW w:w="960" w:type="dxa"/>
            <w:tcBorders>
              <w:bottom w:val="single" w:sz="8" w:space="0" w:color="9B9B9B"/>
            </w:tcBorders>
            <w:shd w:val="clear" w:color="auto" w:fill="F0F0F0"/>
            <w:vAlign w:val="center"/>
          </w:tcPr>
          <w:p w14:paraId="5962DF8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1252A23" w14:textId="77777777" w:rsidR="00A806B2" w:rsidRPr="00A864B8" w:rsidRDefault="00000000">
            <w:pPr>
              <w:spacing w:before="20" w:after="10" w:line="240" w:lineRule="auto"/>
              <w:jc w:val="center"/>
            </w:pPr>
            <w:r w:rsidRPr="00A864B8">
              <w:rPr>
                <w:sz w:val="20"/>
              </w:rPr>
              <w:t>7.187</w:t>
            </w:r>
          </w:p>
        </w:tc>
        <w:tc>
          <w:tcPr>
            <w:tcW w:w="960" w:type="dxa"/>
            <w:tcBorders>
              <w:bottom w:val="single" w:sz="8" w:space="0" w:color="9B9B9B"/>
            </w:tcBorders>
            <w:shd w:val="clear" w:color="auto" w:fill="F0F0F0"/>
            <w:vAlign w:val="center"/>
          </w:tcPr>
          <w:p w14:paraId="49CE4520" w14:textId="77777777" w:rsidR="00A806B2" w:rsidRPr="00A864B8" w:rsidRDefault="00000000">
            <w:pPr>
              <w:spacing w:before="20" w:after="10" w:line="240" w:lineRule="auto"/>
              <w:jc w:val="center"/>
            </w:pPr>
            <w:r w:rsidRPr="00A864B8">
              <w:rPr>
                <w:sz w:val="20"/>
              </w:rPr>
              <w:t>6.844</w:t>
            </w:r>
          </w:p>
        </w:tc>
        <w:tc>
          <w:tcPr>
            <w:tcW w:w="960" w:type="dxa"/>
            <w:tcBorders>
              <w:bottom w:val="single" w:sz="8" w:space="0" w:color="9B9B9B"/>
            </w:tcBorders>
            <w:shd w:val="clear" w:color="auto" w:fill="F0F0F0"/>
            <w:vAlign w:val="center"/>
          </w:tcPr>
          <w:p w14:paraId="093EB040" w14:textId="77777777" w:rsidR="00A806B2" w:rsidRPr="00A864B8" w:rsidRDefault="00000000">
            <w:pPr>
              <w:spacing w:before="20" w:after="10" w:line="240" w:lineRule="auto"/>
              <w:jc w:val="center"/>
            </w:pPr>
            <w:r w:rsidRPr="00A864B8">
              <w:rPr>
                <w:sz w:val="20"/>
              </w:rPr>
              <w:t>6.519</w:t>
            </w:r>
          </w:p>
        </w:tc>
        <w:tc>
          <w:tcPr>
            <w:tcW w:w="960" w:type="dxa"/>
            <w:tcBorders>
              <w:bottom w:val="single" w:sz="8" w:space="0" w:color="9B9B9B"/>
            </w:tcBorders>
            <w:shd w:val="clear" w:color="auto" w:fill="F0F0F0"/>
            <w:vAlign w:val="center"/>
          </w:tcPr>
          <w:p w14:paraId="44FC2FA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9BC5663" w14:textId="77777777" w:rsidR="00A806B2" w:rsidRPr="00A864B8" w:rsidRDefault="00000000">
            <w:pPr>
              <w:spacing w:before="20" w:after="10" w:line="240" w:lineRule="auto"/>
              <w:jc w:val="center"/>
            </w:pPr>
            <w:r w:rsidRPr="00A864B8">
              <w:rPr>
                <w:sz w:val="20"/>
              </w:rPr>
              <w:t>2.986</w:t>
            </w:r>
          </w:p>
        </w:tc>
        <w:tc>
          <w:tcPr>
            <w:tcW w:w="960" w:type="dxa"/>
            <w:tcBorders>
              <w:bottom w:val="single" w:sz="8" w:space="0" w:color="9B9B9B"/>
            </w:tcBorders>
            <w:shd w:val="clear" w:color="auto" w:fill="F0F0F0"/>
            <w:vAlign w:val="center"/>
          </w:tcPr>
          <w:p w14:paraId="694AC318" w14:textId="77777777" w:rsidR="00A806B2" w:rsidRPr="00A864B8" w:rsidRDefault="00000000">
            <w:pPr>
              <w:spacing w:before="20" w:after="10" w:line="240" w:lineRule="auto"/>
              <w:jc w:val="center"/>
            </w:pPr>
            <w:r w:rsidRPr="00A864B8">
              <w:rPr>
                <w:sz w:val="20"/>
              </w:rPr>
              <w:t>2.844</w:t>
            </w:r>
          </w:p>
        </w:tc>
      </w:tr>
      <w:tr w:rsidR="00A806B2" w:rsidRPr="00A864B8" w14:paraId="08DA5F22" w14:textId="77777777">
        <w:trPr>
          <w:jc w:val="center"/>
        </w:trPr>
        <w:tc>
          <w:tcPr>
            <w:tcW w:w="960" w:type="dxa"/>
            <w:tcBorders>
              <w:bottom w:val="single" w:sz="8" w:space="0" w:color="9B9B9B"/>
            </w:tcBorders>
            <w:shd w:val="clear" w:color="auto" w:fill="CFCFCF"/>
            <w:vAlign w:val="center"/>
          </w:tcPr>
          <w:p w14:paraId="3D2493F0"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CFCFCF"/>
            <w:vAlign w:val="center"/>
          </w:tcPr>
          <w:p w14:paraId="3F4C3D1F" w14:textId="77777777" w:rsidR="00A806B2" w:rsidRPr="00A864B8" w:rsidRDefault="00000000">
            <w:pPr>
              <w:spacing w:before="20" w:after="10" w:line="240" w:lineRule="auto"/>
              <w:jc w:val="center"/>
            </w:pPr>
            <w:r w:rsidRPr="00A864B8">
              <w:rPr>
                <w:b/>
                <w:sz w:val="20"/>
              </w:rPr>
              <w:t>435.392</w:t>
            </w:r>
          </w:p>
        </w:tc>
        <w:tc>
          <w:tcPr>
            <w:tcW w:w="960" w:type="dxa"/>
            <w:tcBorders>
              <w:bottom w:val="single" w:sz="8" w:space="0" w:color="9B9B9B"/>
            </w:tcBorders>
            <w:shd w:val="clear" w:color="auto" w:fill="CFCFCF"/>
            <w:vAlign w:val="center"/>
          </w:tcPr>
          <w:p w14:paraId="6AD1AD6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8F6D5F0" w14:textId="77777777" w:rsidR="00A806B2" w:rsidRPr="00A864B8" w:rsidRDefault="00000000">
            <w:pPr>
              <w:spacing w:before="20" w:after="10" w:line="240" w:lineRule="auto"/>
              <w:jc w:val="center"/>
            </w:pPr>
            <w:r w:rsidRPr="00A864B8">
              <w:rPr>
                <w:b/>
                <w:sz w:val="20"/>
              </w:rPr>
              <w:t>33.273</w:t>
            </w:r>
          </w:p>
        </w:tc>
        <w:tc>
          <w:tcPr>
            <w:tcW w:w="960" w:type="dxa"/>
            <w:tcBorders>
              <w:bottom w:val="single" w:sz="8" w:space="0" w:color="9B9B9B"/>
            </w:tcBorders>
            <w:shd w:val="clear" w:color="auto" w:fill="CFCFCF"/>
            <w:vAlign w:val="center"/>
          </w:tcPr>
          <w:p w14:paraId="007A199B" w14:textId="77777777" w:rsidR="00A806B2" w:rsidRPr="00A864B8" w:rsidRDefault="00000000">
            <w:pPr>
              <w:spacing w:before="20" w:after="10" w:line="240" w:lineRule="auto"/>
              <w:jc w:val="center"/>
            </w:pPr>
            <w:r w:rsidRPr="00A864B8">
              <w:rPr>
                <w:b/>
                <w:sz w:val="20"/>
              </w:rPr>
              <w:t>31.688</w:t>
            </w:r>
          </w:p>
        </w:tc>
        <w:tc>
          <w:tcPr>
            <w:tcW w:w="960" w:type="dxa"/>
            <w:tcBorders>
              <w:bottom w:val="single" w:sz="8" w:space="0" w:color="9B9B9B"/>
            </w:tcBorders>
            <w:shd w:val="clear" w:color="auto" w:fill="CFCFCF"/>
            <w:vAlign w:val="center"/>
          </w:tcPr>
          <w:p w14:paraId="6734F25F" w14:textId="77777777" w:rsidR="00A806B2" w:rsidRPr="00A864B8" w:rsidRDefault="00000000">
            <w:pPr>
              <w:spacing w:before="20" w:after="10" w:line="240" w:lineRule="auto"/>
              <w:jc w:val="center"/>
            </w:pPr>
            <w:r w:rsidRPr="00A864B8">
              <w:rPr>
                <w:b/>
                <w:sz w:val="20"/>
              </w:rPr>
              <w:t>30.179</w:t>
            </w:r>
          </w:p>
        </w:tc>
        <w:tc>
          <w:tcPr>
            <w:tcW w:w="960" w:type="dxa"/>
            <w:tcBorders>
              <w:bottom w:val="single" w:sz="8" w:space="0" w:color="9B9B9B"/>
            </w:tcBorders>
            <w:shd w:val="clear" w:color="auto" w:fill="CFCFCF"/>
            <w:vAlign w:val="center"/>
          </w:tcPr>
          <w:p w14:paraId="75432703"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2C3C971A" w14:textId="77777777" w:rsidR="00A806B2" w:rsidRPr="00A864B8" w:rsidRDefault="00000000">
            <w:pPr>
              <w:spacing w:before="20" w:after="10" w:line="240" w:lineRule="auto"/>
              <w:jc w:val="center"/>
            </w:pPr>
            <w:r w:rsidRPr="00A864B8">
              <w:rPr>
                <w:b/>
                <w:sz w:val="20"/>
              </w:rPr>
              <w:t>13.825</w:t>
            </w:r>
          </w:p>
        </w:tc>
        <w:tc>
          <w:tcPr>
            <w:tcW w:w="960" w:type="dxa"/>
            <w:tcBorders>
              <w:bottom w:val="single" w:sz="8" w:space="0" w:color="9B9B9B"/>
            </w:tcBorders>
            <w:shd w:val="clear" w:color="auto" w:fill="CFCFCF"/>
            <w:vAlign w:val="center"/>
          </w:tcPr>
          <w:p w14:paraId="2B7D8169" w14:textId="77777777" w:rsidR="00A806B2" w:rsidRPr="00A864B8" w:rsidRDefault="00000000">
            <w:pPr>
              <w:spacing w:before="20" w:after="10" w:line="240" w:lineRule="auto"/>
              <w:jc w:val="center"/>
            </w:pPr>
            <w:r w:rsidRPr="00A864B8">
              <w:rPr>
                <w:b/>
                <w:sz w:val="20"/>
              </w:rPr>
              <w:t>13.167</w:t>
            </w:r>
          </w:p>
        </w:tc>
      </w:tr>
      <w:tr w:rsidR="00A806B2" w:rsidRPr="00A864B8" w14:paraId="2EDA8592" w14:textId="77777777">
        <w:trPr>
          <w:jc w:val="center"/>
        </w:trPr>
        <w:tc>
          <w:tcPr>
            <w:tcW w:w="960" w:type="dxa"/>
            <w:tcBorders>
              <w:bottom w:val="single" w:sz="8" w:space="0" w:color="9B9B9B"/>
            </w:tcBorders>
            <w:shd w:val="clear" w:color="auto" w:fill="F0F0F0"/>
            <w:vAlign w:val="center"/>
          </w:tcPr>
          <w:p w14:paraId="3C80417E" w14:textId="77777777" w:rsidR="00A806B2" w:rsidRPr="00A864B8" w:rsidRDefault="00000000">
            <w:pPr>
              <w:spacing w:before="20" w:after="10" w:line="240" w:lineRule="auto"/>
              <w:jc w:val="center"/>
            </w:pPr>
            <w:r w:rsidRPr="00A864B8">
              <w:rPr>
                <w:sz w:val="20"/>
              </w:rPr>
              <w:t>Erdgas-BHKW 1</w:t>
            </w:r>
          </w:p>
        </w:tc>
        <w:tc>
          <w:tcPr>
            <w:tcW w:w="960" w:type="dxa"/>
            <w:tcBorders>
              <w:bottom w:val="single" w:sz="8" w:space="0" w:color="9B9B9B"/>
            </w:tcBorders>
            <w:shd w:val="clear" w:color="auto" w:fill="F0F0F0"/>
            <w:vAlign w:val="center"/>
          </w:tcPr>
          <w:p w14:paraId="1F5D43B6" w14:textId="77777777" w:rsidR="00A806B2" w:rsidRPr="00A864B8" w:rsidRDefault="00000000">
            <w:pPr>
              <w:spacing w:before="20" w:after="10" w:line="240" w:lineRule="auto"/>
              <w:jc w:val="center"/>
            </w:pPr>
            <w:r w:rsidRPr="00A864B8">
              <w:rPr>
                <w:sz w:val="20"/>
              </w:rPr>
              <w:t>180.153</w:t>
            </w:r>
          </w:p>
        </w:tc>
        <w:tc>
          <w:tcPr>
            <w:tcW w:w="960" w:type="dxa"/>
            <w:tcBorders>
              <w:bottom w:val="single" w:sz="8" w:space="0" w:color="9B9B9B"/>
            </w:tcBorders>
            <w:shd w:val="clear" w:color="auto" w:fill="F0F0F0"/>
            <w:vAlign w:val="center"/>
          </w:tcPr>
          <w:p w14:paraId="57FB54C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FF0A1A6" w14:textId="77777777" w:rsidR="00A806B2" w:rsidRPr="00A864B8" w:rsidRDefault="00000000">
            <w:pPr>
              <w:spacing w:before="20" w:after="10" w:line="240" w:lineRule="auto"/>
              <w:jc w:val="center"/>
            </w:pPr>
            <w:r w:rsidRPr="00A864B8">
              <w:rPr>
                <w:sz w:val="20"/>
              </w:rPr>
              <w:t>13.767</w:t>
            </w:r>
          </w:p>
        </w:tc>
        <w:tc>
          <w:tcPr>
            <w:tcW w:w="960" w:type="dxa"/>
            <w:tcBorders>
              <w:bottom w:val="single" w:sz="8" w:space="0" w:color="9B9B9B"/>
            </w:tcBorders>
            <w:shd w:val="clear" w:color="auto" w:fill="F0F0F0"/>
            <w:vAlign w:val="center"/>
          </w:tcPr>
          <w:p w14:paraId="2D763619" w14:textId="77777777" w:rsidR="00A806B2" w:rsidRPr="00A864B8" w:rsidRDefault="00000000">
            <w:pPr>
              <w:spacing w:before="20" w:after="10" w:line="240" w:lineRule="auto"/>
              <w:jc w:val="center"/>
            </w:pPr>
            <w:r w:rsidRPr="00A864B8">
              <w:rPr>
                <w:sz w:val="20"/>
              </w:rPr>
              <w:t>13.112</w:t>
            </w:r>
          </w:p>
        </w:tc>
        <w:tc>
          <w:tcPr>
            <w:tcW w:w="960" w:type="dxa"/>
            <w:tcBorders>
              <w:bottom w:val="single" w:sz="8" w:space="0" w:color="9B9B9B"/>
            </w:tcBorders>
            <w:shd w:val="clear" w:color="auto" w:fill="F0F0F0"/>
            <w:vAlign w:val="center"/>
          </w:tcPr>
          <w:p w14:paraId="2B0619ED" w14:textId="77777777" w:rsidR="00A806B2" w:rsidRPr="00A864B8" w:rsidRDefault="00000000">
            <w:pPr>
              <w:spacing w:before="20" w:after="10" w:line="240" w:lineRule="auto"/>
              <w:jc w:val="center"/>
            </w:pPr>
            <w:r w:rsidRPr="00A864B8">
              <w:rPr>
                <w:sz w:val="20"/>
              </w:rPr>
              <w:t>12.487</w:t>
            </w:r>
          </w:p>
        </w:tc>
        <w:tc>
          <w:tcPr>
            <w:tcW w:w="960" w:type="dxa"/>
            <w:tcBorders>
              <w:bottom w:val="single" w:sz="8" w:space="0" w:color="9B9B9B"/>
            </w:tcBorders>
            <w:shd w:val="clear" w:color="auto" w:fill="F0F0F0"/>
            <w:vAlign w:val="center"/>
          </w:tcPr>
          <w:p w14:paraId="241D5F7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5E3D47D" w14:textId="77777777" w:rsidR="00A806B2" w:rsidRPr="00A864B8" w:rsidRDefault="00000000">
            <w:pPr>
              <w:spacing w:before="20" w:after="10" w:line="240" w:lineRule="auto"/>
              <w:jc w:val="center"/>
            </w:pPr>
            <w:r w:rsidRPr="00A864B8">
              <w:rPr>
                <w:sz w:val="20"/>
              </w:rPr>
              <w:t>5.720</w:t>
            </w:r>
          </w:p>
        </w:tc>
        <w:tc>
          <w:tcPr>
            <w:tcW w:w="960" w:type="dxa"/>
            <w:tcBorders>
              <w:bottom w:val="single" w:sz="8" w:space="0" w:color="9B9B9B"/>
            </w:tcBorders>
            <w:shd w:val="clear" w:color="auto" w:fill="F0F0F0"/>
            <w:vAlign w:val="center"/>
          </w:tcPr>
          <w:p w14:paraId="605B6FBD" w14:textId="77777777" w:rsidR="00A806B2" w:rsidRPr="00A864B8" w:rsidRDefault="00000000">
            <w:pPr>
              <w:spacing w:before="20" w:after="10" w:line="240" w:lineRule="auto"/>
              <w:jc w:val="center"/>
            </w:pPr>
            <w:r w:rsidRPr="00A864B8">
              <w:rPr>
                <w:sz w:val="20"/>
              </w:rPr>
              <w:t>5.448</w:t>
            </w:r>
          </w:p>
        </w:tc>
      </w:tr>
      <w:tr w:rsidR="00A806B2" w:rsidRPr="00A864B8" w14:paraId="119BFFFE" w14:textId="77777777">
        <w:trPr>
          <w:jc w:val="center"/>
        </w:trPr>
        <w:tc>
          <w:tcPr>
            <w:tcW w:w="960" w:type="dxa"/>
            <w:tcBorders>
              <w:bottom w:val="single" w:sz="8" w:space="0" w:color="9B9B9B"/>
            </w:tcBorders>
            <w:shd w:val="clear" w:color="auto" w:fill="CFCFCF"/>
            <w:vAlign w:val="center"/>
          </w:tcPr>
          <w:p w14:paraId="1042F8B3" w14:textId="77777777" w:rsidR="00A806B2" w:rsidRPr="00A864B8" w:rsidRDefault="00000000">
            <w:pPr>
              <w:spacing w:before="20" w:after="10" w:line="240" w:lineRule="auto"/>
              <w:jc w:val="center"/>
            </w:pPr>
            <w:r w:rsidRPr="00A864B8">
              <w:rPr>
                <w:sz w:val="20"/>
              </w:rPr>
              <w:t>Photovoltaik</w:t>
            </w:r>
          </w:p>
        </w:tc>
        <w:tc>
          <w:tcPr>
            <w:tcW w:w="960" w:type="dxa"/>
            <w:tcBorders>
              <w:bottom w:val="single" w:sz="8" w:space="0" w:color="9B9B9B"/>
            </w:tcBorders>
            <w:shd w:val="clear" w:color="auto" w:fill="CFCFCF"/>
            <w:vAlign w:val="center"/>
          </w:tcPr>
          <w:p w14:paraId="744BA984" w14:textId="77777777" w:rsidR="00A806B2" w:rsidRPr="00A864B8" w:rsidRDefault="00000000">
            <w:pPr>
              <w:spacing w:before="20" w:after="10" w:line="240" w:lineRule="auto"/>
              <w:jc w:val="center"/>
            </w:pPr>
            <w:r w:rsidRPr="00A864B8">
              <w:rPr>
                <w:sz w:val="20"/>
              </w:rPr>
              <w:t>34.408</w:t>
            </w:r>
          </w:p>
        </w:tc>
        <w:tc>
          <w:tcPr>
            <w:tcW w:w="960" w:type="dxa"/>
            <w:tcBorders>
              <w:bottom w:val="single" w:sz="8" w:space="0" w:color="9B9B9B"/>
            </w:tcBorders>
            <w:shd w:val="clear" w:color="auto" w:fill="CFCFCF"/>
            <w:vAlign w:val="center"/>
          </w:tcPr>
          <w:p w14:paraId="15B3198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2E70B2A" w14:textId="77777777" w:rsidR="00A806B2" w:rsidRPr="00A864B8" w:rsidRDefault="00000000">
            <w:pPr>
              <w:spacing w:before="20" w:after="10" w:line="240" w:lineRule="auto"/>
              <w:jc w:val="center"/>
            </w:pPr>
            <w:r w:rsidRPr="00A864B8">
              <w:rPr>
                <w:sz w:val="20"/>
              </w:rPr>
              <w:t>2.629</w:t>
            </w:r>
          </w:p>
        </w:tc>
        <w:tc>
          <w:tcPr>
            <w:tcW w:w="960" w:type="dxa"/>
            <w:tcBorders>
              <w:bottom w:val="single" w:sz="8" w:space="0" w:color="9B9B9B"/>
            </w:tcBorders>
            <w:shd w:val="clear" w:color="auto" w:fill="CFCFCF"/>
            <w:vAlign w:val="center"/>
          </w:tcPr>
          <w:p w14:paraId="44A409CC" w14:textId="77777777" w:rsidR="00A806B2" w:rsidRPr="00A864B8" w:rsidRDefault="00000000">
            <w:pPr>
              <w:spacing w:before="20" w:after="10" w:line="240" w:lineRule="auto"/>
              <w:jc w:val="center"/>
            </w:pPr>
            <w:r w:rsidRPr="00A864B8">
              <w:rPr>
                <w:sz w:val="20"/>
              </w:rPr>
              <w:t>2.504</w:t>
            </w:r>
          </w:p>
        </w:tc>
        <w:tc>
          <w:tcPr>
            <w:tcW w:w="960" w:type="dxa"/>
            <w:tcBorders>
              <w:bottom w:val="single" w:sz="8" w:space="0" w:color="9B9B9B"/>
            </w:tcBorders>
            <w:shd w:val="clear" w:color="auto" w:fill="CFCFCF"/>
            <w:vAlign w:val="center"/>
          </w:tcPr>
          <w:p w14:paraId="6418B225" w14:textId="77777777" w:rsidR="00A806B2" w:rsidRPr="00A864B8" w:rsidRDefault="00000000">
            <w:pPr>
              <w:spacing w:before="20" w:after="10" w:line="240" w:lineRule="auto"/>
              <w:jc w:val="center"/>
            </w:pPr>
            <w:r w:rsidRPr="00A864B8">
              <w:rPr>
                <w:sz w:val="20"/>
              </w:rPr>
              <w:t>2.385</w:t>
            </w:r>
          </w:p>
        </w:tc>
        <w:tc>
          <w:tcPr>
            <w:tcW w:w="960" w:type="dxa"/>
            <w:tcBorders>
              <w:bottom w:val="single" w:sz="8" w:space="0" w:color="9B9B9B"/>
            </w:tcBorders>
            <w:shd w:val="clear" w:color="auto" w:fill="CFCFCF"/>
            <w:vAlign w:val="center"/>
          </w:tcPr>
          <w:p w14:paraId="227729E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08E80EB" w14:textId="77777777" w:rsidR="00A806B2" w:rsidRPr="00A864B8" w:rsidRDefault="00000000">
            <w:pPr>
              <w:spacing w:before="20" w:after="10" w:line="240" w:lineRule="auto"/>
              <w:jc w:val="center"/>
            </w:pPr>
            <w:r w:rsidRPr="00A864B8">
              <w:rPr>
                <w:sz w:val="20"/>
              </w:rPr>
              <w:t>1.092</w:t>
            </w:r>
          </w:p>
        </w:tc>
        <w:tc>
          <w:tcPr>
            <w:tcW w:w="960" w:type="dxa"/>
            <w:tcBorders>
              <w:bottom w:val="single" w:sz="8" w:space="0" w:color="9B9B9B"/>
            </w:tcBorders>
            <w:shd w:val="clear" w:color="auto" w:fill="CFCFCF"/>
            <w:vAlign w:val="center"/>
          </w:tcPr>
          <w:p w14:paraId="05F48B98" w14:textId="77777777" w:rsidR="00A806B2" w:rsidRPr="00A864B8" w:rsidRDefault="00000000">
            <w:pPr>
              <w:spacing w:before="20" w:after="10" w:line="240" w:lineRule="auto"/>
              <w:jc w:val="center"/>
            </w:pPr>
            <w:r w:rsidRPr="00A864B8">
              <w:rPr>
                <w:sz w:val="20"/>
              </w:rPr>
              <w:t>1.040</w:t>
            </w:r>
          </w:p>
        </w:tc>
      </w:tr>
      <w:tr w:rsidR="00A806B2" w:rsidRPr="00A864B8" w14:paraId="0029DF84" w14:textId="77777777">
        <w:trPr>
          <w:jc w:val="center"/>
        </w:trPr>
        <w:tc>
          <w:tcPr>
            <w:tcW w:w="960" w:type="dxa"/>
            <w:tcBorders>
              <w:bottom w:val="single" w:sz="8" w:space="0" w:color="9B9B9B"/>
            </w:tcBorders>
            <w:shd w:val="clear" w:color="auto" w:fill="F0F0F0"/>
            <w:vAlign w:val="center"/>
          </w:tcPr>
          <w:p w14:paraId="28B86879"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F0F0F0"/>
            <w:vAlign w:val="center"/>
          </w:tcPr>
          <w:p w14:paraId="458CC273" w14:textId="77777777" w:rsidR="00A806B2" w:rsidRPr="00A864B8" w:rsidRDefault="00000000">
            <w:pPr>
              <w:spacing w:before="20" w:after="10" w:line="240" w:lineRule="auto"/>
              <w:jc w:val="center"/>
            </w:pPr>
            <w:r w:rsidRPr="00A864B8">
              <w:rPr>
                <w:sz w:val="20"/>
              </w:rPr>
              <w:t>219.334</w:t>
            </w:r>
          </w:p>
        </w:tc>
        <w:tc>
          <w:tcPr>
            <w:tcW w:w="960" w:type="dxa"/>
            <w:tcBorders>
              <w:bottom w:val="single" w:sz="8" w:space="0" w:color="9B9B9B"/>
            </w:tcBorders>
            <w:shd w:val="clear" w:color="auto" w:fill="F0F0F0"/>
            <w:vAlign w:val="center"/>
          </w:tcPr>
          <w:p w14:paraId="440C7D1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E287204" w14:textId="77777777" w:rsidR="00A806B2" w:rsidRPr="00A864B8" w:rsidRDefault="00000000">
            <w:pPr>
              <w:spacing w:before="20" w:after="10" w:line="240" w:lineRule="auto"/>
              <w:jc w:val="center"/>
            </w:pPr>
            <w:r w:rsidRPr="00A864B8">
              <w:rPr>
                <w:sz w:val="20"/>
              </w:rPr>
              <w:t>16.761</w:t>
            </w:r>
          </w:p>
        </w:tc>
        <w:tc>
          <w:tcPr>
            <w:tcW w:w="960" w:type="dxa"/>
            <w:tcBorders>
              <w:bottom w:val="single" w:sz="8" w:space="0" w:color="9B9B9B"/>
            </w:tcBorders>
            <w:shd w:val="clear" w:color="auto" w:fill="F0F0F0"/>
            <w:vAlign w:val="center"/>
          </w:tcPr>
          <w:p w14:paraId="60AACAEF" w14:textId="77777777" w:rsidR="00A806B2" w:rsidRPr="00A864B8" w:rsidRDefault="00000000">
            <w:pPr>
              <w:spacing w:before="20" w:after="10" w:line="240" w:lineRule="auto"/>
              <w:jc w:val="center"/>
            </w:pPr>
            <w:r w:rsidRPr="00A864B8">
              <w:rPr>
                <w:sz w:val="20"/>
              </w:rPr>
              <w:t>15.963</w:t>
            </w:r>
          </w:p>
        </w:tc>
        <w:tc>
          <w:tcPr>
            <w:tcW w:w="960" w:type="dxa"/>
            <w:tcBorders>
              <w:bottom w:val="single" w:sz="8" w:space="0" w:color="9B9B9B"/>
            </w:tcBorders>
            <w:shd w:val="clear" w:color="auto" w:fill="F0F0F0"/>
            <w:vAlign w:val="center"/>
          </w:tcPr>
          <w:p w14:paraId="1338179B" w14:textId="77777777" w:rsidR="00A806B2" w:rsidRPr="00A864B8" w:rsidRDefault="00000000">
            <w:pPr>
              <w:spacing w:before="20" w:after="10" w:line="240" w:lineRule="auto"/>
              <w:jc w:val="center"/>
            </w:pPr>
            <w:r w:rsidRPr="00A864B8">
              <w:rPr>
                <w:sz w:val="20"/>
              </w:rPr>
              <w:t>15.203</w:t>
            </w:r>
          </w:p>
        </w:tc>
        <w:tc>
          <w:tcPr>
            <w:tcW w:w="960" w:type="dxa"/>
            <w:tcBorders>
              <w:bottom w:val="single" w:sz="8" w:space="0" w:color="9B9B9B"/>
            </w:tcBorders>
            <w:shd w:val="clear" w:color="auto" w:fill="F0F0F0"/>
            <w:vAlign w:val="center"/>
          </w:tcPr>
          <w:p w14:paraId="69EE548C"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772E6462" w14:textId="77777777" w:rsidR="00A806B2" w:rsidRPr="00A864B8" w:rsidRDefault="00000000">
            <w:pPr>
              <w:spacing w:before="20" w:after="10" w:line="240" w:lineRule="auto"/>
              <w:jc w:val="center"/>
            </w:pPr>
            <w:r w:rsidRPr="00A864B8">
              <w:rPr>
                <w:sz w:val="20"/>
              </w:rPr>
              <w:t>6.964</w:t>
            </w:r>
          </w:p>
        </w:tc>
        <w:tc>
          <w:tcPr>
            <w:tcW w:w="960" w:type="dxa"/>
            <w:tcBorders>
              <w:bottom w:val="single" w:sz="8" w:space="0" w:color="9B9B9B"/>
            </w:tcBorders>
            <w:shd w:val="clear" w:color="auto" w:fill="F0F0F0"/>
            <w:vAlign w:val="center"/>
          </w:tcPr>
          <w:p w14:paraId="49CE0886" w14:textId="77777777" w:rsidR="00A806B2" w:rsidRPr="00A864B8" w:rsidRDefault="00000000">
            <w:pPr>
              <w:spacing w:before="20" w:after="10" w:line="240" w:lineRule="auto"/>
              <w:jc w:val="center"/>
            </w:pPr>
            <w:r w:rsidRPr="00A864B8">
              <w:rPr>
                <w:sz w:val="20"/>
              </w:rPr>
              <w:t>6.633</w:t>
            </w:r>
          </w:p>
        </w:tc>
      </w:tr>
      <w:tr w:rsidR="00A806B2" w:rsidRPr="00A864B8" w14:paraId="45844090" w14:textId="77777777">
        <w:trPr>
          <w:jc w:val="center"/>
        </w:trPr>
        <w:tc>
          <w:tcPr>
            <w:tcW w:w="960" w:type="dxa"/>
            <w:tcBorders>
              <w:bottom w:val="single" w:sz="8" w:space="0" w:color="9B9B9B"/>
            </w:tcBorders>
            <w:shd w:val="clear" w:color="auto" w:fill="CFCFCF"/>
            <w:vAlign w:val="center"/>
          </w:tcPr>
          <w:p w14:paraId="61706E78" w14:textId="77777777" w:rsidR="00A806B2" w:rsidRPr="00A864B8" w:rsidRDefault="00000000">
            <w:pPr>
              <w:spacing w:before="20" w:after="10" w:line="240" w:lineRule="auto"/>
              <w:jc w:val="center"/>
            </w:pPr>
            <w:r w:rsidRPr="00A864B8">
              <w:rPr>
                <w:sz w:val="20"/>
              </w:rPr>
              <w:t>Wärmespeicher</w:t>
            </w:r>
          </w:p>
        </w:tc>
        <w:tc>
          <w:tcPr>
            <w:tcW w:w="960" w:type="dxa"/>
            <w:tcBorders>
              <w:bottom w:val="single" w:sz="8" w:space="0" w:color="9B9B9B"/>
            </w:tcBorders>
            <w:shd w:val="clear" w:color="auto" w:fill="CFCFCF"/>
            <w:vAlign w:val="center"/>
          </w:tcPr>
          <w:p w14:paraId="314ACF2F" w14:textId="77777777" w:rsidR="00A806B2" w:rsidRPr="00A864B8" w:rsidRDefault="00000000">
            <w:pPr>
              <w:spacing w:before="20" w:after="10" w:line="240" w:lineRule="auto"/>
              <w:jc w:val="center"/>
            </w:pPr>
            <w:r w:rsidRPr="00A864B8">
              <w:rPr>
                <w:sz w:val="20"/>
              </w:rPr>
              <w:t>1.495</w:t>
            </w:r>
          </w:p>
        </w:tc>
        <w:tc>
          <w:tcPr>
            <w:tcW w:w="960" w:type="dxa"/>
            <w:tcBorders>
              <w:bottom w:val="single" w:sz="8" w:space="0" w:color="9B9B9B"/>
            </w:tcBorders>
            <w:shd w:val="clear" w:color="auto" w:fill="CFCFCF"/>
            <w:vAlign w:val="center"/>
          </w:tcPr>
          <w:p w14:paraId="1DFAFAEB"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078CFBB" w14:textId="77777777" w:rsidR="00A806B2" w:rsidRPr="00A864B8" w:rsidRDefault="00000000">
            <w:pPr>
              <w:spacing w:before="20" w:after="10" w:line="240" w:lineRule="auto"/>
              <w:jc w:val="center"/>
            </w:pPr>
            <w:r w:rsidRPr="00A864B8">
              <w:rPr>
                <w:sz w:val="20"/>
              </w:rPr>
              <w:t>114</w:t>
            </w:r>
          </w:p>
        </w:tc>
        <w:tc>
          <w:tcPr>
            <w:tcW w:w="960" w:type="dxa"/>
            <w:tcBorders>
              <w:bottom w:val="single" w:sz="8" w:space="0" w:color="9B9B9B"/>
            </w:tcBorders>
            <w:shd w:val="clear" w:color="auto" w:fill="CFCFCF"/>
            <w:vAlign w:val="center"/>
          </w:tcPr>
          <w:p w14:paraId="75C601E9" w14:textId="77777777" w:rsidR="00A806B2" w:rsidRPr="00A864B8" w:rsidRDefault="00000000">
            <w:pPr>
              <w:spacing w:before="20" w:after="10" w:line="240" w:lineRule="auto"/>
              <w:jc w:val="center"/>
            </w:pPr>
            <w:r w:rsidRPr="00A864B8">
              <w:rPr>
                <w:sz w:val="20"/>
              </w:rPr>
              <w:t>108</w:t>
            </w:r>
          </w:p>
        </w:tc>
        <w:tc>
          <w:tcPr>
            <w:tcW w:w="960" w:type="dxa"/>
            <w:tcBorders>
              <w:bottom w:val="single" w:sz="8" w:space="0" w:color="9B9B9B"/>
            </w:tcBorders>
            <w:shd w:val="clear" w:color="auto" w:fill="CFCFCF"/>
            <w:vAlign w:val="center"/>
          </w:tcPr>
          <w:p w14:paraId="484444B3" w14:textId="77777777" w:rsidR="00A806B2" w:rsidRPr="00A864B8" w:rsidRDefault="00000000">
            <w:pPr>
              <w:spacing w:before="20" w:after="10" w:line="240" w:lineRule="auto"/>
              <w:jc w:val="center"/>
            </w:pPr>
            <w:r w:rsidRPr="00A864B8">
              <w:rPr>
                <w:sz w:val="20"/>
              </w:rPr>
              <w:t>103</w:t>
            </w:r>
          </w:p>
        </w:tc>
        <w:tc>
          <w:tcPr>
            <w:tcW w:w="960" w:type="dxa"/>
            <w:tcBorders>
              <w:bottom w:val="single" w:sz="8" w:space="0" w:color="9B9B9B"/>
            </w:tcBorders>
            <w:shd w:val="clear" w:color="auto" w:fill="CFCFCF"/>
            <w:vAlign w:val="center"/>
          </w:tcPr>
          <w:p w14:paraId="7E0C670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CD8ABB7" w14:textId="77777777" w:rsidR="00A806B2" w:rsidRPr="00A864B8" w:rsidRDefault="00000000">
            <w:pPr>
              <w:spacing w:before="20" w:after="10" w:line="240" w:lineRule="auto"/>
              <w:jc w:val="center"/>
            </w:pPr>
            <w:r w:rsidRPr="00A864B8">
              <w:rPr>
                <w:sz w:val="20"/>
              </w:rPr>
              <w:t>47</w:t>
            </w:r>
          </w:p>
        </w:tc>
        <w:tc>
          <w:tcPr>
            <w:tcW w:w="960" w:type="dxa"/>
            <w:tcBorders>
              <w:bottom w:val="single" w:sz="8" w:space="0" w:color="9B9B9B"/>
            </w:tcBorders>
            <w:shd w:val="clear" w:color="auto" w:fill="CFCFCF"/>
            <w:vAlign w:val="center"/>
          </w:tcPr>
          <w:p w14:paraId="5F406C36" w14:textId="77777777" w:rsidR="00A806B2" w:rsidRPr="00A864B8" w:rsidRDefault="00000000">
            <w:pPr>
              <w:spacing w:before="20" w:after="10" w:line="240" w:lineRule="auto"/>
              <w:jc w:val="center"/>
            </w:pPr>
            <w:r w:rsidRPr="00A864B8">
              <w:rPr>
                <w:sz w:val="20"/>
              </w:rPr>
              <w:t>45</w:t>
            </w:r>
          </w:p>
        </w:tc>
      </w:tr>
      <w:tr w:rsidR="00A806B2" w:rsidRPr="00A864B8" w14:paraId="420EA3D3" w14:textId="77777777">
        <w:trPr>
          <w:jc w:val="center"/>
        </w:trPr>
        <w:tc>
          <w:tcPr>
            <w:tcW w:w="960" w:type="dxa"/>
            <w:tcBorders>
              <w:bottom w:val="single" w:sz="8" w:space="0" w:color="9B9B9B"/>
            </w:tcBorders>
            <w:shd w:val="clear" w:color="auto" w:fill="F0F0F0"/>
            <w:vAlign w:val="center"/>
          </w:tcPr>
          <w:p w14:paraId="7DADB232"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F0F0F0"/>
            <w:vAlign w:val="center"/>
          </w:tcPr>
          <w:p w14:paraId="0B9A18DC" w14:textId="77777777" w:rsidR="00A806B2" w:rsidRPr="00A864B8" w:rsidRDefault="00000000">
            <w:pPr>
              <w:spacing w:before="20" w:after="10" w:line="240" w:lineRule="auto"/>
              <w:jc w:val="center"/>
            </w:pPr>
            <w:r w:rsidRPr="00A864B8">
              <w:rPr>
                <w:b/>
                <w:sz w:val="20"/>
              </w:rPr>
              <w:t>3.738</w:t>
            </w:r>
          </w:p>
        </w:tc>
        <w:tc>
          <w:tcPr>
            <w:tcW w:w="960" w:type="dxa"/>
            <w:tcBorders>
              <w:bottom w:val="single" w:sz="8" w:space="0" w:color="9B9B9B"/>
            </w:tcBorders>
            <w:shd w:val="clear" w:color="auto" w:fill="F0F0F0"/>
            <w:vAlign w:val="center"/>
          </w:tcPr>
          <w:p w14:paraId="31B86A9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ADE0551" w14:textId="77777777" w:rsidR="00A806B2" w:rsidRPr="00A864B8" w:rsidRDefault="00000000">
            <w:pPr>
              <w:spacing w:before="20" w:after="10" w:line="240" w:lineRule="auto"/>
              <w:jc w:val="center"/>
            </w:pPr>
            <w:r w:rsidRPr="00A864B8">
              <w:rPr>
                <w:b/>
                <w:sz w:val="20"/>
              </w:rPr>
              <w:t>285</w:t>
            </w:r>
          </w:p>
        </w:tc>
        <w:tc>
          <w:tcPr>
            <w:tcW w:w="960" w:type="dxa"/>
            <w:tcBorders>
              <w:bottom w:val="single" w:sz="8" w:space="0" w:color="9B9B9B"/>
            </w:tcBorders>
            <w:shd w:val="clear" w:color="auto" w:fill="F0F0F0"/>
            <w:vAlign w:val="center"/>
          </w:tcPr>
          <w:p w14:paraId="027E9B78" w14:textId="77777777" w:rsidR="00A806B2" w:rsidRPr="00A864B8" w:rsidRDefault="00000000">
            <w:pPr>
              <w:spacing w:before="20" w:after="10" w:line="240" w:lineRule="auto"/>
              <w:jc w:val="center"/>
            </w:pPr>
            <w:r w:rsidRPr="00A864B8">
              <w:rPr>
                <w:b/>
                <w:sz w:val="20"/>
              </w:rPr>
              <w:t>272</w:t>
            </w:r>
          </w:p>
        </w:tc>
        <w:tc>
          <w:tcPr>
            <w:tcW w:w="960" w:type="dxa"/>
            <w:tcBorders>
              <w:bottom w:val="single" w:sz="8" w:space="0" w:color="9B9B9B"/>
            </w:tcBorders>
            <w:shd w:val="clear" w:color="auto" w:fill="F0F0F0"/>
            <w:vAlign w:val="center"/>
          </w:tcPr>
          <w:p w14:paraId="4E1EF00F" w14:textId="77777777" w:rsidR="00A806B2" w:rsidRPr="00A864B8" w:rsidRDefault="00000000">
            <w:pPr>
              <w:spacing w:before="20" w:after="10" w:line="240" w:lineRule="auto"/>
              <w:jc w:val="center"/>
            </w:pPr>
            <w:r w:rsidRPr="00A864B8">
              <w:rPr>
                <w:b/>
                <w:sz w:val="20"/>
              </w:rPr>
              <w:t>259</w:t>
            </w:r>
          </w:p>
        </w:tc>
        <w:tc>
          <w:tcPr>
            <w:tcW w:w="960" w:type="dxa"/>
            <w:tcBorders>
              <w:bottom w:val="single" w:sz="8" w:space="0" w:color="9B9B9B"/>
            </w:tcBorders>
            <w:shd w:val="clear" w:color="auto" w:fill="F0F0F0"/>
            <w:vAlign w:val="center"/>
          </w:tcPr>
          <w:p w14:paraId="13EC4266"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9BC1074" w14:textId="77777777" w:rsidR="00A806B2" w:rsidRPr="00A864B8" w:rsidRDefault="00000000">
            <w:pPr>
              <w:spacing w:before="20" w:after="10" w:line="240" w:lineRule="auto"/>
              <w:jc w:val="center"/>
            </w:pPr>
            <w:r w:rsidRPr="00A864B8">
              <w:rPr>
                <w:b/>
                <w:sz w:val="20"/>
              </w:rPr>
              <w:t>118</w:t>
            </w:r>
          </w:p>
        </w:tc>
        <w:tc>
          <w:tcPr>
            <w:tcW w:w="960" w:type="dxa"/>
            <w:tcBorders>
              <w:bottom w:val="single" w:sz="8" w:space="0" w:color="9B9B9B"/>
            </w:tcBorders>
            <w:shd w:val="clear" w:color="auto" w:fill="F0F0F0"/>
            <w:vAlign w:val="center"/>
          </w:tcPr>
          <w:p w14:paraId="6ED02454" w14:textId="77777777" w:rsidR="00A806B2" w:rsidRPr="00A864B8" w:rsidRDefault="00000000">
            <w:pPr>
              <w:spacing w:before="20" w:after="10" w:line="240" w:lineRule="auto"/>
              <w:jc w:val="center"/>
            </w:pPr>
            <w:r w:rsidRPr="00A864B8">
              <w:rPr>
                <w:b/>
                <w:sz w:val="20"/>
              </w:rPr>
              <w:t>113</w:t>
            </w:r>
          </w:p>
        </w:tc>
      </w:tr>
      <w:tr w:rsidR="00A806B2" w:rsidRPr="00A864B8" w14:paraId="535BC837" w14:textId="77777777">
        <w:trPr>
          <w:jc w:val="center"/>
        </w:trPr>
        <w:tc>
          <w:tcPr>
            <w:tcW w:w="960" w:type="dxa"/>
            <w:tcBorders>
              <w:bottom w:val="single" w:sz="8" w:space="0" w:color="9B9B9B"/>
            </w:tcBorders>
            <w:shd w:val="clear" w:color="auto" w:fill="CFCFCF"/>
            <w:vAlign w:val="center"/>
          </w:tcPr>
          <w:p w14:paraId="46AFB27D"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CFCFCF"/>
            <w:vAlign w:val="center"/>
          </w:tcPr>
          <w:p w14:paraId="5D5F4145" w14:textId="77777777" w:rsidR="00A806B2" w:rsidRPr="00A864B8" w:rsidRDefault="00000000">
            <w:pPr>
              <w:spacing w:before="20" w:after="10" w:line="240" w:lineRule="auto"/>
              <w:jc w:val="center"/>
            </w:pPr>
            <w:r w:rsidRPr="00A864B8">
              <w:rPr>
                <w:sz w:val="20"/>
              </w:rPr>
              <w:t>3.738</w:t>
            </w:r>
          </w:p>
        </w:tc>
        <w:tc>
          <w:tcPr>
            <w:tcW w:w="960" w:type="dxa"/>
            <w:tcBorders>
              <w:bottom w:val="single" w:sz="8" w:space="0" w:color="9B9B9B"/>
            </w:tcBorders>
            <w:shd w:val="clear" w:color="auto" w:fill="CFCFCF"/>
            <w:vAlign w:val="center"/>
          </w:tcPr>
          <w:p w14:paraId="2A57E86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97CA12D" w14:textId="77777777" w:rsidR="00A806B2" w:rsidRPr="00A864B8" w:rsidRDefault="00000000">
            <w:pPr>
              <w:spacing w:before="20" w:after="10" w:line="240" w:lineRule="auto"/>
              <w:jc w:val="center"/>
            </w:pPr>
            <w:r w:rsidRPr="00A864B8">
              <w:rPr>
                <w:sz w:val="20"/>
              </w:rPr>
              <w:t>285</w:t>
            </w:r>
          </w:p>
        </w:tc>
        <w:tc>
          <w:tcPr>
            <w:tcW w:w="960" w:type="dxa"/>
            <w:tcBorders>
              <w:bottom w:val="single" w:sz="8" w:space="0" w:color="9B9B9B"/>
            </w:tcBorders>
            <w:shd w:val="clear" w:color="auto" w:fill="CFCFCF"/>
            <w:vAlign w:val="center"/>
          </w:tcPr>
          <w:p w14:paraId="0D3FED54" w14:textId="77777777" w:rsidR="00A806B2" w:rsidRPr="00A864B8" w:rsidRDefault="00000000">
            <w:pPr>
              <w:spacing w:before="20" w:after="10" w:line="240" w:lineRule="auto"/>
              <w:jc w:val="center"/>
            </w:pPr>
            <w:r w:rsidRPr="00A864B8">
              <w:rPr>
                <w:sz w:val="20"/>
              </w:rPr>
              <w:t>272</w:t>
            </w:r>
          </w:p>
        </w:tc>
        <w:tc>
          <w:tcPr>
            <w:tcW w:w="960" w:type="dxa"/>
            <w:tcBorders>
              <w:bottom w:val="single" w:sz="8" w:space="0" w:color="9B9B9B"/>
            </w:tcBorders>
            <w:shd w:val="clear" w:color="auto" w:fill="CFCFCF"/>
            <w:vAlign w:val="center"/>
          </w:tcPr>
          <w:p w14:paraId="688068E9" w14:textId="77777777" w:rsidR="00A806B2" w:rsidRPr="00A864B8" w:rsidRDefault="00000000">
            <w:pPr>
              <w:spacing w:before="20" w:after="10" w:line="240" w:lineRule="auto"/>
              <w:jc w:val="center"/>
            </w:pPr>
            <w:r w:rsidRPr="00A864B8">
              <w:rPr>
                <w:sz w:val="20"/>
              </w:rPr>
              <w:t>259</w:t>
            </w:r>
          </w:p>
        </w:tc>
        <w:tc>
          <w:tcPr>
            <w:tcW w:w="960" w:type="dxa"/>
            <w:tcBorders>
              <w:bottom w:val="single" w:sz="8" w:space="0" w:color="9B9B9B"/>
            </w:tcBorders>
            <w:shd w:val="clear" w:color="auto" w:fill="CFCFCF"/>
            <w:vAlign w:val="center"/>
          </w:tcPr>
          <w:p w14:paraId="214591B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4F479AB" w14:textId="77777777" w:rsidR="00A806B2" w:rsidRPr="00A864B8" w:rsidRDefault="00000000">
            <w:pPr>
              <w:spacing w:before="20" w:after="10" w:line="240" w:lineRule="auto"/>
              <w:jc w:val="center"/>
            </w:pPr>
            <w:r w:rsidRPr="00A864B8">
              <w:rPr>
                <w:sz w:val="20"/>
              </w:rPr>
              <w:t>118</w:t>
            </w:r>
          </w:p>
        </w:tc>
        <w:tc>
          <w:tcPr>
            <w:tcW w:w="960" w:type="dxa"/>
            <w:tcBorders>
              <w:bottom w:val="single" w:sz="8" w:space="0" w:color="9B9B9B"/>
            </w:tcBorders>
            <w:shd w:val="clear" w:color="auto" w:fill="CFCFCF"/>
            <w:vAlign w:val="center"/>
          </w:tcPr>
          <w:p w14:paraId="31EC5A95" w14:textId="77777777" w:rsidR="00A806B2" w:rsidRPr="00A864B8" w:rsidRDefault="00000000">
            <w:pPr>
              <w:spacing w:before="20" w:after="10" w:line="240" w:lineRule="auto"/>
              <w:jc w:val="center"/>
            </w:pPr>
            <w:r w:rsidRPr="00A864B8">
              <w:rPr>
                <w:sz w:val="20"/>
              </w:rPr>
              <w:t>113</w:t>
            </w:r>
          </w:p>
        </w:tc>
      </w:tr>
      <w:tr w:rsidR="00A806B2" w:rsidRPr="00A864B8" w14:paraId="70334F78" w14:textId="77777777">
        <w:trPr>
          <w:jc w:val="center"/>
        </w:trPr>
        <w:tc>
          <w:tcPr>
            <w:tcW w:w="960" w:type="dxa"/>
            <w:tcBorders>
              <w:bottom w:val="single" w:sz="8" w:space="0" w:color="9B9B9B"/>
            </w:tcBorders>
            <w:shd w:val="clear" w:color="auto" w:fill="F0F0F0"/>
            <w:vAlign w:val="center"/>
          </w:tcPr>
          <w:p w14:paraId="031CC7C4" w14:textId="77777777" w:rsidR="00A806B2" w:rsidRPr="00A864B8" w:rsidRDefault="00000000">
            <w:pPr>
              <w:spacing w:before="20" w:after="10" w:line="240" w:lineRule="auto"/>
              <w:jc w:val="center"/>
            </w:pPr>
            <w:r w:rsidRPr="00A864B8">
              <w:rPr>
                <w:b/>
                <w:sz w:val="20"/>
              </w:rPr>
              <w:t>Sonstige Betriebskosten</w:t>
            </w:r>
          </w:p>
        </w:tc>
        <w:tc>
          <w:tcPr>
            <w:tcW w:w="960" w:type="dxa"/>
            <w:tcBorders>
              <w:bottom w:val="single" w:sz="8" w:space="0" w:color="9B9B9B"/>
            </w:tcBorders>
            <w:shd w:val="clear" w:color="auto" w:fill="F0F0F0"/>
            <w:vAlign w:val="center"/>
          </w:tcPr>
          <w:p w14:paraId="02285F42" w14:textId="77777777" w:rsidR="00A806B2" w:rsidRPr="00A864B8" w:rsidRDefault="00000000">
            <w:pPr>
              <w:spacing w:before="20" w:after="10" w:line="240" w:lineRule="auto"/>
              <w:jc w:val="center"/>
            </w:pPr>
            <w:r w:rsidRPr="00A864B8">
              <w:rPr>
                <w:b/>
                <w:sz w:val="20"/>
              </w:rPr>
              <w:t>124.622</w:t>
            </w:r>
          </w:p>
        </w:tc>
        <w:tc>
          <w:tcPr>
            <w:tcW w:w="960" w:type="dxa"/>
            <w:tcBorders>
              <w:bottom w:val="single" w:sz="8" w:space="0" w:color="9B9B9B"/>
            </w:tcBorders>
            <w:shd w:val="clear" w:color="auto" w:fill="F0F0F0"/>
            <w:vAlign w:val="center"/>
          </w:tcPr>
          <w:p w14:paraId="61DB0B2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2B485732" w14:textId="77777777" w:rsidR="00A806B2" w:rsidRPr="00A864B8" w:rsidRDefault="00000000">
            <w:pPr>
              <w:spacing w:before="20" w:after="10" w:line="240" w:lineRule="auto"/>
              <w:jc w:val="center"/>
            </w:pPr>
            <w:r w:rsidRPr="00A864B8">
              <w:rPr>
                <w:b/>
                <w:sz w:val="20"/>
              </w:rPr>
              <w:t>9.523</w:t>
            </w:r>
          </w:p>
        </w:tc>
        <w:tc>
          <w:tcPr>
            <w:tcW w:w="960" w:type="dxa"/>
            <w:tcBorders>
              <w:bottom w:val="single" w:sz="8" w:space="0" w:color="9B9B9B"/>
            </w:tcBorders>
            <w:shd w:val="clear" w:color="auto" w:fill="F0F0F0"/>
            <w:vAlign w:val="center"/>
          </w:tcPr>
          <w:p w14:paraId="1145DE8D" w14:textId="77777777" w:rsidR="00A806B2" w:rsidRPr="00A864B8" w:rsidRDefault="00000000">
            <w:pPr>
              <w:spacing w:before="20" w:after="10" w:line="240" w:lineRule="auto"/>
              <w:jc w:val="center"/>
            </w:pPr>
            <w:r w:rsidRPr="00A864B8">
              <w:rPr>
                <w:b/>
                <w:sz w:val="20"/>
              </w:rPr>
              <w:t>9.070</w:t>
            </w:r>
          </w:p>
        </w:tc>
        <w:tc>
          <w:tcPr>
            <w:tcW w:w="960" w:type="dxa"/>
            <w:tcBorders>
              <w:bottom w:val="single" w:sz="8" w:space="0" w:color="9B9B9B"/>
            </w:tcBorders>
            <w:shd w:val="clear" w:color="auto" w:fill="F0F0F0"/>
            <w:vAlign w:val="center"/>
          </w:tcPr>
          <w:p w14:paraId="40778257" w14:textId="77777777" w:rsidR="00A806B2" w:rsidRPr="00A864B8" w:rsidRDefault="00000000">
            <w:pPr>
              <w:spacing w:before="20" w:after="10" w:line="240" w:lineRule="auto"/>
              <w:jc w:val="center"/>
            </w:pPr>
            <w:r w:rsidRPr="00A864B8">
              <w:rPr>
                <w:b/>
                <w:sz w:val="20"/>
              </w:rPr>
              <w:t>8.638</w:t>
            </w:r>
          </w:p>
        </w:tc>
        <w:tc>
          <w:tcPr>
            <w:tcW w:w="960" w:type="dxa"/>
            <w:tcBorders>
              <w:bottom w:val="single" w:sz="8" w:space="0" w:color="9B9B9B"/>
            </w:tcBorders>
            <w:shd w:val="clear" w:color="auto" w:fill="F0F0F0"/>
            <w:vAlign w:val="center"/>
          </w:tcPr>
          <w:p w14:paraId="43D02982"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23D53B44" w14:textId="77777777" w:rsidR="00A806B2" w:rsidRPr="00A864B8" w:rsidRDefault="00000000">
            <w:pPr>
              <w:spacing w:before="20" w:after="10" w:line="240" w:lineRule="auto"/>
              <w:jc w:val="center"/>
            </w:pPr>
            <w:r w:rsidRPr="00A864B8">
              <w:rPr>
                <w:b/>
                <w:sz w:val="20"/>
              </w:rPr>
              <w:t>3.957</w:t>
            </w:r>
          </w:p>
        </w:tc>
        <w:tc>
          <w:tcPr>
            <w:tcW w:w="960" w:type="dxa"/>
            <w:tcBorders>
              <w:bottom w:val="single" w:sz="8" w:space="0" w:color="9B9B9B"/>
            </w:tcBorders>
            <w:shd w:val="clear" w:color="auto" w:fill="F0F0F0"/>
            <w:vAlign w:val="center"/>
          </w:tcPr>
          <w:p w14:paraId="464F6DC7" w14:textId="77777777" w:rsidR="00A806B2" w:rsidRPr="00A864B8" w:rsidRDefault="00000000">
            <w:pPr>
              <w:spacing w:before="20" w:after="10" w:line="240" w:lineRule="auto"/>
              <w:jc w:val="center"/>
            </w:pPr>
            <w:r w:rsidRPr="00A864B8">
              <w:rPr>
                <w:b/>
                <w:sz w:val="20"/>
              </w:rPr>
              <w:t>3.768</w:t>
            </w:r>
          </w:p>
        </w:tc>
      </w:tr>
      <w:tr w:rsidR="00A806B2" w:rsidRPr="00A864B8" w14:paraId="1D4B3705" w14:textId="77777777">
        <w:trPr>
          <w:jc w:val="center"/>
        </w:trPr>
        <w:tc>
          <w:tcPr>
            <w:tcW w:w="960" w:type="dxa"/>
            <w:tcBorders>
              <w:bottom w:val="single" w:sz="8" w:space="0" w:color="9B9B9B"/>
            </w:tcBorders>
            <w:shd w:val="clear" w:color="auto" w:fill="CFCFCF"/>
            <w:vAlign w:val="center"/>
          </w:tcPr>
          <w:p w14:paraId="7B7CA92C" w14:textId="77777777" w:rsidR="00A806B2" w:rsidRPr="00A864B8" w:rsidRDefault="00000000">
            <w:pPr>
              <w:spacing w:before="20" w:after="10" w:line="240" w:lineRule="auto"/>
              <w:jc w:val="center"/>
            </w:pPr>
            <w:r w:rsidRPr="00A864B8">
              <w:rPr>
                <w:sz w:val="20"/>
              </w:rPr>
              <w:t>Verwaltung</w:t>
            </w:r>
          </w:p>
        </w:tc>
        <w:tc>
          <w:tcPr>
            <w:tcW w:w="960" w:type="dxa"/>
            <w:tcBorders>
              <w:bottom w:val="single" w:sz="8" w:space="0" w:color="9B9B9B"/>
            </w:tcBorders>
            <w:shd w:val="clear" w:color="auto" w:fill="CFCFCF"/>
            <w:vAlign w:val="center"/>
          </w:tcPr>
          <w:p w14:paraId="7873037A" w14:textId="77777777" w:rsidR="00A806B2" w:rsidRPr="00A864B8" w:rsidRDefault="00000000">
            <w:pPr>
              <w:spacing w:before="20" w:after="10" w:line="240" w:lineRule="auto"/>
              <w:jc w:val="center"/>
            </w:pPr>
            <w:r w:rsidRPr="00A864B8">
              <w:rPr>
                <w:sz w:val="20"/>
              </w:rPr>
              <w:t>124.622</w:t>
            </w:r>
          </w:p>
        </w:tc>
        <w:tc>
          <w:tcPr>
            <w:tcW w:w="960" w:type="dxa"/>
            <w:tcBorders>
              <w:bottom w:val="single" w:sz="8" w:space="0" w:color="9B9B9B"/>
            </w:tcBorders>
            <w:shd w:val="clear" w:color="auto" w:fill="CFCFCF"/>
            <w:vAlign w:val="center"/>
          </w:tcPr>
          <w:p w14:paraId="6F59615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2F76652" w14:textId="77777777" w:rsidR="00A806B2" w:rsidRPr="00A864B8" w:rsidRDefault="00000000">
            <w:pPr>
              <w:spacing w:before="20" w:after="10" w:line="240" w:lineRule="auto"/>
              <w:jc w:val="center"/>
            </w:pPr>
            <w:r w:rsidRPr="00A864B8">
              <w:rPr>
                <w:sz w:val="20"/>
              </w:rPr>
              <w:t>9.523</w:t>
            </w:r>
          </w:p>
        </w:tc>
        <w:tc>
          <w:tcPr>
            <w:tcW w:w="960" w:type="dxa"/>
            <w:tcBorders>
              <w:bottom w:val="single" w:sz="8" w:space="0" w:color="9B9B9B"/>
            </w:tcBorders>
            <w:shd w:val="clear" w:color="auto" w:fill="CFCFCF"/>
            <w:vAlign w:val="center"/>
          </w:tcPr>
          <w:p w14:paraId="781D4867" w14:textId="77777777" w:rsidR="00A806B2" w:rsidRPr="00A864B8" w:rsidRDefault="00000000">
            <w:pPr>
              <w:spacing w:before="20" w:after="10" w:line="240" w:lineRule="auto"/>
              <w:jc w:val="center"/>
            </w:pPr>
            <w:r w:rsidRPr="00A864B8">
              <w:rPr>
                <w:sz w:val="20"/>
              </w:rPr>
              <w:t>9.070</w:t>
            </w:r>
          </w:p>
        </w:tc>
        <w:tc>
          <w:tcPr>
            <w:tcW w:w="960" w:type="dxa"/>
            <w:tcBorders>
              <w:bottom w:val="single" w:sz="8" w:space="0" w:color="9B9B9B"/>
            </w:tcBorders>
            <w:shd w:val="clear" w:color="auto" w:fill="CFCFCF"/>
            <w:vAlign w:val="center"/>
          </w:tcPr>
          <w:p w14:paraId="166F97D9" w14:textId="77777777" w:rsidR="00A806B2" w:rsidRPr="00A864B8" w:rsidRDefault="00000000">
            <w:pPr>
              <w:spacing w:before="20" w:after="10" w:line="240" w:lineRule="auto"/>
              <w:jc w:val="center"/>
            </w:pPr>
            <w:r w:rsidRPr="00A864B8">
              <w:rPr>
                <w:sz w:val="20"/>
              </w:rPr>
              <w:t>8.638</w:t>
            </w:r>
          </w:p>
        </w:tc>
        <w:tc>
          <w:tcPr>
            <w:tcW w:w="960" w:type="dxa"/>
            <w:tcBorders>
              <w:bottom w:val="single" w:sz="8" w:space="0" w:color="9B9B9B"/>
            </w:tcBorders>
            <w:shd w:val="clear" w:color="auto" w:fill="CFCFCF"/>
            <w:vAlign w:val="center"/>
          </w:tcPr>
          <w:p w14:paraId="52212032"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5BDCF920" w14:textId="77777777" w:rsidR="00A806B2" w:rsidRPr="00A864B8" w:rsidRDefault="00000000">
            <w:pPr>
              <w:spacing w:before="20" w:after="10" w:line="240" w:lineRule="auto"/>
              <w:jc w:val="center"/>
            </w:pPr>
            <w:r w:rsidRPr="00A864B8">
              <w:rPr>
                <w:sz w:val="20"/>
              </w:rPr>
              <w:t>3.957</w:t>
            </w:r>
          </w:p>
        </w:tc>
        <w:tc>
          <w:tcPr>
            <w:tcW w:w="960" w:type="dxa"/>
            <w:tcBorders>
              <w:bottom w:val="single" w:sz="8" w:space="0" w:color="9B9B9B"/>
            </w:tcBorders>
            <w:shd w:val="clear" w:color="auto" w:fill="CFCFCF"/>
            <w:vAlign w:val="center"/>
          </w:tcPr>
          <w:p w14:paraId="474E2E18" w14:textId="77777777" w:rsidR="00A806B2" w:rsidRPr="00A864B8" w:rsidRDefault="00000000">
            <w:pPr>
              <w:spacing w:before="20" w:after="10" w:line="240" w:lineRule="auto"/>
              <w:jc w:val="center"/>
            </w:pPr>
            <w:r w:rsidRPr="00A864B8">
              <w:rPr>
                <w:sz w:val="20"/>
              </w:rPr>
              <w:t>3.768</w:t>
            </w:r>
          </w:p>
        </w:tc>
      </w:tr>
      <w:tr w:rsidR="00A806B2" w:rsidRPr="00A864B8" w14:paraId="1394C4AD" w14:textId="77777777">
        <w:trPr>
          <w:jc w:val="center"/>
        </w:trPr>
        <w:tc>
          <w:tcPr>
            <w:tcW w:w="960" w:type="dxa"/>
            <w:tcBorders>
              <w:bottom w:val="single" w:sz="8" w:space="0" w:color="9B9B9B"/>
            </w:tcBorders>
            <w:shd w:val="clear" w:color="auto" w:fill="F0F0F0"/>
            <w:vAlign w:val="center"/>
          </w:tcPr>
          <w:p w14:paraId="698A8EA9" w14:textId="77777777" w:rsidR="00A806B2" w:rsidRPr="00A864B8" w:rsidRDefault="00000000">
            <w:pPr>
              <w:spacing w:before="20" w:after="10" w:line="240" w:lineRule="auto"/>
              <w:jc w:val="center"/>
            </w:pPr>
            <w:r w:rsidRPr="00A864B8">
              <w:rPr>
                <w:b/>
                <w:sz w:val="20"/>
              </w:rPr>
              <w:t>Energiekosten</w:t>
            </w:r>
          </w:p>
        </w:tc>
        <w:tc>
          <w:tcPr>
            <w:tcW w:w="960" w:type="dxa"/>
            <w:tcBorders>
              <w:bottom w:val="single" w:sz="8" w:space="0" w:color="9B9B9B"/>
            </w:tcBorders>
            <w:shd w:val="clear" w:color="auto" w:fill="F0F0F0"/>
            <w:vAlign w:val="center"/>
          </w:tcPr>
          <w:p w14:paraId="038FCD0E" w14:textId="77777777" w:rsidR="00A806B2" w:rsidRPr="00A864B8" w:rsidRDefault="00000000">
            <w:pPr>
              <w:spacing w:before="20" w:after="10" w:line="240" w:lineRule="auto"/>
              <w:jc w:val="center"/>
            </w:pPr>
            <w:r w:rsidRPr="00A864B8">
              <w:rPr>
                <w:b/>
                <w:sz w:val="20"/>
              </w:rPr>
              <w:t>1.323.985</w:t>
            </w:r>
          </w:p>
        </w:tc>
        <w:tc>
          <w:tcPr>
            <w:tcW w:w="960" w:type="dxa"/>
            <w:tcBorders>
              <w:bottom w:val="single" w:sz="8" w:space="0" w:color="9B9B9B"/>
            </w:tcBorders>
            <w:shd w:val="clear" w:color="auto" w:fill="F0F0F0"/>
            <w:vAlign w:val="center"/>
          </w:tcPr>
          <w:p w14:paraId="3EBA358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8A452AA" w14:textId="77777777" w:rsidR="00A806B2" w:rsidRPr="00A864B8" w:rsidRDefault="00000000">
            <w:pPr>
              <w:spacing w:before="20" w:after="10" w:line="240" w:lineRule="auto"/>
              <w:jc w:val="center"/>
            </w:pPr>
            <w:r w:rsidRPr="00A864B8">
              <w:rPr>
                <w:b/>
                <w:sz w:val="20"/>
              </w:rPr>
              <w:t>101.180</w:t>
            </w:r>
          </w:p>
        </w:tc>
        <w:tc>
          <w:tcPr>
            <w:tcW w:w="960" w:type="dxa"/>
            <w:tcBorders>
              <w:bottom w:val="single" w:sz="8" w:space="0" w:color="9B9B9B"/>
            </w:tcBorders>
            <w:shd w:val="clear" w:color="auto" w:fill="F0F0F0"/>
            <w:vAlign w:val="center"/>
          </w:tcPr>
          <w:p w14:paraId="2303F656" w14:textId="77777777" w:rsidR="00A806B2" w:rsidRPr="00A864B8" w:rsidRDefault="00000000">
            <w:pPr>
              <w:spacing w:before="20" w:after="10" w:line="240" w:lineRule="auto"/>
              <w:jc w:val="center"/>
            </w:pPr>
            <w:r w:rsidRPr="00A864B8">
              <w:rPr>
                <w:b/>
                <w:sz w:val="20"/>
              </w:rPr>
              <w:t>96.362</w:t>
            </w:r>
          </w:p>
        </w:tc>
        <w:tc>
          <w:tcPr>
            <w:tcW w:w="960" w:type="dxa"/>
            <w:tcBorders>
              <w:bottom w:val="single" w:sz="8" w:space="0" w:color="9B9B9B"/>
            </w:tcBorders>
            <w:shd w:val="clear" w:color="auto" w:fill="F0F0F0"/>
            <w:vAlign w:val="center"/>
          </w:tcPr>
          <w:p w14:paraId="6A0E0C05" w14:textId="77777777" w:rsidR="00A806B2" w:rsidRPr="00A864B8" w:rsidRDefault="00000000">
            <w:pPr>
              <w:spacing w:before="20" w:after="10" w:line="240" w:lineRule="auto"/>
              <w:jc w:val="center"/>
            </w:pPr>
            <w:r w:rsidRPr="00A864B8">
              <w:rPr>
                <w:b/>
                <w:sz w:val="20"/>
              </w:rPr>
              <w:t>91.774</w:t>
            </w:r>
          </w:p>
        </w:tc>
        <w:tc>
          <w:tcPr>
            <w:tcW w:w="960" w:type="dxa"/>
            <w:tcBorders>
              <w:bottom w:val="single" w:sz="8" w:space="0" w:color="9B9B9B"/>
            </w:tcBorders>
            <w:shd w:val="clear" w:color="auto" w:fill="F0F0F0"/>
            <w:vAlign w:val="center"/>
          </w:tcPr>
          <w:p w14:paraId="37F0004C"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0D482D58" w14:textId="77777777" w:rsidR="00A806B2" w:rsidRPr="00A864B8" w:rsidRDefault="00000000">
            <w:pPr>
              <w:spacing w:before="20" w:after="10" w:line="240" w:lineRule="auto"/>
              <w:jc w:val="center"/>
            </w:pPr>
            <w:r w:rsidRPr="00A864B8">
              <w:rPr>
                <w:b/>
                <w:sz w:val="20"/>
              </w:rPr>
              <w:t>42.042</w:t>
            </w:r>
          </w:p>
        </w:tc>
        <w:tc>
          <w:tcPr>
            <w:tcW w:w="960" w:type="dxa"/>
            <w:tcBorders>
              <w:bottom w:val="single" w:sz="8" w:space="0" w:color="9B9B9B"/>
            </w:tcBorders>
            <w:shd w:val="clear" w:color="auto" w:fill="F0F0F0"/>
            <w:vAlign w:val="center"/>
          </w:tcPr>
          <w:p w14:paraId="25003242" w14:textId="77777777" w:rsidR="00A806B2" w:rsidRPr="00A864B8" w:rsidRDefault="00000000">
            <w:pPr>
              <w:spacing w:before="20" w:after="10" w:line="240" w:lineRule="auto"/>
              <w:jc w:val="center"/>
            </w:pPr>
            <w:r w:rsidRPr="00A864B8">
              <w:rPr>
                <w:b/>
                <w:sz w:val="20"/>
              </w:rPr>
              <w:t>40.040</w:t>
            </w:r>
          </w:p>
        </w:tc>
      </w:tr>
      <w:tr w:rsidR="00A806B2" w:rsidRPr="00A864B8" w14:paraId="76C7B2AD" w14:textId="77777777">
        <w:trPr>
          <w:jc w:val="center"/>
        </w:trPr>
        <w:tc>
          <w:tcPr>
            <w:tcW w:w="960" w:type="dxa"/>
            <w:tcBorders>
              <w:bottom w:val="single" w:sz="8" w:space="0" w:color="9B9B9B"/>
            </w:tcBorders>
            <w:shd w:val="clear" w:color="auto" w:fill="CFCFCF"/>
            <w:vAlign w:val="center"/>
          </w:tcPr>
          <w:p w14:paraId="4D49EB40"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CFCFCF"/>
            <w:vAlign w:val="center"/>
          </w:tcPr>
          <w:p w14:paraId="27D2DE41" w14:textId="77777777" w:rsidR="00A806B2" w:rsidRPr="00A864B8" w:rsidRDefault="00000000">
            <w:pPr>
              <w:spacing w:before="20" w:after="10" w:line="240" w:lineRule="auto"/>
              <w:jc w:val="center"/>
            </w:pPr>
            <w:r w:rsidRPr="00A864B8">
              <w:rPr>
                <w:b/>
                <w:sz w:val="20"/>
              </w:rPr>
              <w:t>1.323.985</w:t>
            </w:r>
          </w:p>
        </w:tc>
        <w:tc>
          <w:tcPr>
            <w:tcW w:w="960" w:type="dxa"/>
            <w:tcBorders>
              <w:bottom w:val="single" w:sz="8" w:space="0" w:color="9B9B9B"/>
            </w:tcBorders>
            <w:shd w:val="clear" w:color="auto" w:fill="CFCFCF"/>
            <w:vAlign w:val="center"/>
          </w:tcPr>
          <w:p w14:paraId="5FA51B95"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5C201744" w14:textId="77777777" w:rsidR="00A806B2" w:rsidRPr="00A864B8" w:rsidRDefault="00000000">
            <w:pPr>
              <w:spacing w:before="20" w:after="10" w:line="240" w:lineRule="auto"/>
              <w:jc w:val="center"/>
            </w:pPr>
            <w:r w:rsidRPr="00A864B8">
              <w:rPr>
                <w:b/>
                <w:sz w:val="20"/>
              </w:rPr>
              <w:t>101.180</w:t>
            </w:r>
          </w:p>
        </w:tc>
        <w:tc>
          <w:tcPr>
            <w:tcW w:w="960" w:type="dxa"/>
            <w:tcBorders>
              <w:bottom w:val="single" w:sz="8" w:space="0" w:color="9B9B9B"/>
            </w:tcBorders>
            <w:shd w:val="clear" w:color="auto" w:fill="CFCFCF"/>
            <w:vAlign w:val="center"/>
          </w:tcPr>
          <w:p w14:paraId="56297A5F" w14:textId="77777777" w:rsidR="00A806B2" w:rsidRPr="00A864B8" w:rsidRDefault="00000000">
            <w:pPr>
              <w:spacing w:before="20" w:after="10" w:line="240" w:lineRule="auto"/>
              <w:jc w:val="center"/>
            </w:pPr>
            <w:r w:rsidRPr="00A864B8">
              <w:rPr>
                <w:b/>
                <w:sz w:val="20"/>
              </w:rPr>
              <w:t>96.362</w:t>
            </w:r>
          </w:p>
        </w:tc>
        <w:tc>
          <w:tcPr>
            <w:tcW w:w="960" w:type="dxa"/>
            <w:tcBorders>
              <w:bottom w:val="single" w:sz="8" w:space="0" w:color="9B9B9B"/>
            </w:tcBorders>
            <w:shd w:val="clear" w:color="auto" w:fill="CFCFCF"/>
            <w:vAlign w:val="center"/>
          </w:tcPr>
          <w:p w14:paraId="10487338" w14:textId="77777777" w:rsidR="00A806B2" w:rsidRPr="00A864B8" w:rsidRDefault="00000000">
            <w:pPr>
              <w:spacing w:before="20" w:after="10" w:line="240" w:lineRule="auto"/>
              <w:jc w:val="center"/>
            </w:pPr>
            <w:r w:rsidRPr="00A864B8">
              <w:rPr>
                <w:b/>
                <w:sz w:val="20"/>
              </w:rPr>
              <w:t>91.774</w:t>
            </w:r>
          </w:p>
        </w:tc>
        <w:tc>
          <w:tcPr>
            <w:tcW w:w="960" w:type="dxa"/>
            <w:tcBorders>
              <w:bottom w:val="single" w:sz="8" w:space="0" w:color="9B9B9B"/>
            </w:tcBorders>
            <w:shd w:val="clear" w:color="auto" w:fill="CFCFCF"/>
            <w:vAlign w:val="center"/>
          </w:tcPr>
          <w:p w14:paraId="4678E39D"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26C0E7B0" w14:textId="77777777" w:rsidR="00A806B2" w:rsidRPr="00A864B8" w:rsidRDefault="00000000">
            <w:pPr>
              <w:spacing w:before="20" w:after="10" w:line="240" w:lineRule="auto"/>
              <w:jc w:val="center"/>
            </w:pPr>
            <w:r w:rsidRPr="00A864B8">
              <w:rPr>
                <w:b/>
                <w:sz w:val="20"/>
              </w:rPr>
              <w:t>42.042</w:t>
            </w:r>
          </w:p>
        </w:tc>
        <w:tc>
          <w:tcPr>
            <w:tcW w:w="960" w:type="dxa"/>
            <w:tcBorders>
              <w:bottom w:val="single" w:sz="8" w:space="0" w:color="9B9B9B"/>
            </w:tcBorders>
            <w:shd w:val="clear" w:color="auto" w:fill="CFCFCF"/>
            <w:vAlign w:val="center"/>
          </w:tcPr>
          <w:p w14:paraId="518502C2" w14:textId="77777777" w:rsidR="00A806B2" w:rsidRPr="00A864B8" w:rsidRDefault="00000000">
            <w:pPr>
              <w:spacing w:before="20" w:after="10" w:line="240" w:lineRule="auto"/>
              <w:jc w:val="center"/>
            </w:pPr>
            <w:r w:rsidRPr="00A864B8">
              <w:rPr>
                <w:b/>
                <w:sz w:val="20"/>
              </w:rPr>
              <w:t>40.040</w:t>
            </w:r>
          </w:p>
        </w:tc>
      </w:tr>
      <w:tr w:rsidR="00A806B2" w:rsidRPr="00A864B8" w14:paraId="1AF588BE" w14:textId="77777777">
        <w:trPr>
          <w:jc w:val="center"/>
        </w:trPr>
        <w:tc>
          <w:tcPr>
            <w:tcW w:w="960" w:type="dxa"/>
            <w:tcBorders>
              <w:bottom w:val="single" w:sz="8" w:space="0" w:color="9B9B9B"/>
            </w:tcBorders>
            <w:shd w:val="clear" w:color="auto" w:fill="F0F0F0"/>
            <w:vAlign w:val="center"/>
          </w:tcPr>
          <w:p w14:paraId="661E8DC2" w14:textId="77777777" w:rsidR="00A806B2" w:rsidRPr="00A864B8" w:rsidRDefault="00000000">
            <w:pPr>
              <w:spacing w:before="20" w:after="10" w:line="240" w:lineRule="auto"/>
              <w:jc w:val="center"/>
            </w:pPr>
            <w:r w:rsidRPr="00A864B8">
              <w:rPr>
                <w:sz w:val="20"/>
              </w:rPr>
              <w:t>Strom</w:t>
            </w:r>
          </w:p>
        </w:tc>
        <w:tc>
          <w:tcPr>
            <w:tcW w:w="960" w:type="dxa"/>
            <w:tcBorders>
              <w:bottom w:val="single" w:sz="8" w:space="0" w:color="9B9B9B"/>
            </w:tcBorders>
            <w:shd w:val="clear" w:color="auto" w:fill="F0F0F0"/>
            <w:vAlign w:val="center"/>
          </w:tcPr>
          <w:p w14:paraId="3D312F82" w14:textId="77777777" w:rsidR="00A806B2" w:rsidRPr="00A864B8" w:rsidRDefault="00000000">
            <w:pPr>
              <w:spacing w:before="20" w:after="10" w:line="240" w:lineRule="auto"/>
              <w:jc w:val="center"/>
            </w:pPr>
            <w:r w:rsidRPr="00A864B8">
              <w:rPr>
                <w:sz w:val="20"/>
              </w:rPr>
              <w:t>284.138</w:t>
            </w:r>
          </w:p>
        </w:tc>
        <w:tc>
          <w:tcPr>
            <w:tcW w:w="960" w:type="dxa"/>
            <w:tcBorders>
              <w:bottom w:val="single" w:sz="8" w:space="0" w:color="9B9B9B"/>
            </w:tcBorders>
            <w:shd w:val="clear" w:color="auto" w:fill="F0F0F0"/>
            <w:vAlign w:val="center"/>
          </w:tcPr>
          <w:p w14:paraId="22F8548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BCEE79A" w14:textId="77777777" w:rsidR="00A806B2" w:rsidRPr="00A864B8" w:rsidRDefault="00000000">
            <w:pPr>
              <w:spacing w:before="20" w:after="10" w:line="240" w:lineRule="auto"/>
              <w:jc w:val="center"/>
            </w:pPr>
            <w:r w:rsidRPr="00A864B8">
              <w:rPr>
                <w:sz w:val="20"/>
              </w:rPr>
              <w:t>21.714</w:t>
            </w:r>
          </w:p>
        </w:tc>
        <w:tc>
          <w:tcPr>
            <w:tcW w:w="960" w:type="dxa"/>
            <w:tcBorders>
              <w:bottom w:val="single" w:sz="8" w:space="0" w:color="9B9B9B"/>
            </w:tcBorders>
            <w:shd w:val="clear" w:color="auto" w:fill="F0F0F0"/>
            <w:vAlign w:val="center"/>
          </w:tcPr>
          <w:p w14:paraId="3B97D9C2" w14:textId="77777777" w:rsidR="00A806B2" w:rsidRPr="00A864B8" w:rsidRDefault="00000000">
            <w:pPr>
              <w:spacing w:before="20" w:after="10" w:line="240" w:lineRule="auto"/>
              <w:jc w:val="center"/>
            </w:pPr>
            <w:r w:rsidRPr="00A864B8">
              <w:rPr>
                <w:sz w:val="20"/>
              </w:rPr>
              <w:t>20.680</w:t>
            </w:r>
          </w:p>
        </w:tc>
        <w:tc>
          <w:tcPr>
            <w:tcW w:w="960" w:type="dxa"/>
            <w:tcBorders>
              <w:bottom w:val="single" w:sz="8" w:space="0" w:color="9B9B9B"/>
            </w:tcBorders>
            <w:shd w:val="clear" w:color="auto" w:fill="F0F0F0"/>
            <w:vAlign w:val="center"/>
          </w:tcPr>
          <w:p w14:paraId="4B89C702" w14:textId="77777777" w:rsidR="00A806B2" w:rsidRPr="00A864B8" w:rsidRDefault="00000000">
            <w:pPr>
              <w:spacing w:before="20" w:after="10" w:line="240" w:lineRule="auto"/>
              <w:jc w:val="center"/>
            </w:pPr>
            <w:r w:rsidRPr="00A864B8">
              <w:rPr>
                <w:sz w:val="20"/>
              </w:rPr>
              <w:t>19.695</w:t>
            </w:r>
          </w:p>
        </w:tc>
        <w:tc>
          <w:tcPr>
            <w:tcW w:w="960" w:type="dxa"/>
            <w:tcBorders>
              <w:bottom w:val="single" w:sz="8" w:space="0" w:color="9B9B9B"/>
            </w:tcBorders>
            <w:shd w:val="clear" w:color="auto" w:fill="F0F0F0"/>
            <w:vAlign w:val="center"/>
          </w:tcPr>
          <w:p w14:paraId="7FA4884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60C9229" w14:textId="77777777" w:rsidR="00A806B2" w:rsidRPr="00A864B8" w:rsidRDefault="00000000">
            <w:pPr>
              <w:spacing w:before="20" w:after="10" w:line="240" w:lineRule="auto"/>
              <w:jc w:val="center"/>
            </w:pPr>
            <w:r w:rsidRPr="00A864B8">
              <w:rPr>
                <w:sz w:val="20"/>
              </w:rPr>
              <w:t>9.022</w:t>
            </w:r>
          </w:p>
        </w:tc>
        <w:tc>
          <w:tcPr>
            <w:tcW w:w="960" w:type="dxa"/>
            <w:tcBorders>
              <w:bottom w:val="single" w:sz="8" w:space="0" w:color="9B9B9B"/>
            </w:tcBorders>
            <w:shd w:val="clear" w:color="auto" w:fill="F0F0F0"/>
            <w:vAlign w:val="center"/>
          </w:tcPr>
          <w:p w14:paraId="0B5019AC" w14:textId="77777777" w:rsidR="00A806B2" w:rsidRPr="00A864B8" w:rsidRDefault="00000000">
            <w:pPr>
              <w:spacing w:before="20" w:after="10" w:line="240" w:lineRule="auto"/>
              <w:jc w:val="center"/>
            </w:pPr>
            <w:r w:rsidRPr="00A864B8">
              <w:rPr>
                <w:sz w:val="20"/>
              </w:rPr>
              <w:t>8.593</w:t>
            </w:r>
          </w:p>
        </w:tc>
      </w:tr>
      <w:tr w:rsidR="00A806B2" w:rsidRPr="00A864B8" w14:paraId="23811369" w14:textId="77777777">
        <w:trPr>
          <w:jc w:val="center"/>
        </w:trPr>
        <w:tc>
          <w:tcPr>
            <w:tcW w:w="960" w:type="dxa"/>
            <w:tcBorders>
              <w:bottom w:val="single" w:sz="8" w:space="0" w:color="9B9B9B"/>
            </w:tcBorders>
            <w:shd w:val="clear" w:color="auto" w:fill="CFCFCF"/>
            <w:vAlign w:val="center"/>
          </w:tcPr>
          <w:p w14:paraId="588BAFC6"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01E3151A" w14:textId="77777777" w:rsidR="00A806B2" w:rsidRPr="00A864B8" w:rsidRDefault="00000000">
            <w:pPr>
              <w:spacing w:before="20" w:after="10" w:line="240" w:lineRule="auto"/>
              <w:jc w:val="center"/>
            </w:pPr>
            <w:r w:rsidRPr="00A864B8">
              <w:rPr>
                <w:sz w:val="20"/>
              </w:rPr>
              <w:t>284.138</w:t>
            </w:r>
          </w:p>
        </w:tc>
        <w:tc>
          <w:tcPr>
            <w:tcW w:w="960" w:type="dxa"/>
            <w:tcBorders>
              <w:bottom w:val="single" w:sz="8" w:space="0" w:color="9B9B9B"/>
            </w:tcBorders>
            <w:shd w:val="clear" w:color="auto" w:fill="CFCFCF"/>
            <w:vAlign w:val="center"/>
          </w:tcPr>
          <w:p w14:paraId="7FAD359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2ED2BE9" w14:textId="77777777" w:rsidR="00A806B2" w:rsidRPr="00A864B8" w:rsidRDefault="00000000">
            <w:pPr>
              <w:spacing w:before="20" w:after="10" w:line="240" w:lineRule="auto"/>
              <w:jc w:val="center"/>
            </w:pPr>
            <w:r w:rsidRPr="00A864B8">
              <w:rPr>
                <w:sz w:val="20"/>
              </w:rPr>
              <w:t>21.714</w:t>
            </w:r>
          </w:p>
        </w:tc>
        <w:tc>
          <w:tcPr>
            <w:tcW w:w="960" w:type="dxa"/>
            <w:tcBorders>
              <w:bottom w:val="single" w:sz="8" w:space="0" w:color="9B9B9B"/>
            </w:tcBorders>
            <w:shd w:val="clear" w:color="auto" w:fill="CFCFCF"/>
            <w:vAlign w:val="center"/>
          </w:tcPr>
          <w:p w14:paraId="4FBA5C97" w14:textId="77777777" w:rsidR="00A806B2" w:rsidRPr="00A864B8" w:rsidRDefault="00000000">
            <w:pPr>
              <w:spacing w:before="20" w:after="10" w:line="240" w:lineRule="auto"/>
              <w:jc w:val="center"/>
            </w:pPr>
            <w:r w:rsidRPr="00A864B8">
              <w:rPr>
                <w:sz w:val="20"/>
              </w:rPr>
              <w:t>20.680</w:t>
            </w:r>
          </w:p>
        </w:tc>
        <w:tc>
          <w:tcPr>
            <w:tcW w:w="960" w:type="dxa"/>
            <w:tcBorders>
              <w:bottom w:val="single" w:sz="8" w:space="0" w:color="9B9B9B"/>
            </w:tcBorders>
            <w:shd w:val="clear" w:color="auto" w:fill="CFCFCF"/>
            <w:vAlign w:val="center"/>
          </w:tcPr>
          <w:p w14:paraId="3B7EE99E" w14:textId="77777777" w:rsidR="00A806B2" w:rsidRPr="00A864B8" w:rsidRDefault="00000000">
            <w:pPr>
              <w:spacing w:before="20" w:after="10" w:line="240" w:lineRule="auto"/>
              <w:jc w:val="center"/>
            </w:pPr>
            <w:r w:rsidRPr="00A864B8">
              <w:rPr>
                <w:sz w:val="20"/>
              </w:rPr>
              <w:t>19.695</w:t>
            </w:r>
          </w:p>
        </w:tc>
        <w:tc>
          <w:tcPr>
            <w:tcW w:w="960" w:type="dxa"/>
            <w:tcBorders>
              <w:bottom w:val="single" w:sz="8" w:space="0" w:color="9B9B9B"/>
            </w:tcBorders>
            <w:shd w:val="clear" w:color="auto" w:fill="CFCFCF"/>
            <w:vAlign w:val="center"/>
          </w:tcPr>
          <w:p w14:paraId="0ED5274C"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2513A5F" w14:textId="77777777" w:rsidR="00A806B2" w:rsidRPr="00A864B8" w:rsidRDefault="00000000">
            <w:pPr>
              <w:spacing w:before="20" w:after="10" w:line="240" w:lineRule="auto"/>
              <w:jc w:val="center"/>
            </w:pPr>
            <w:r w:rsidRPr="00A864B8">
              <w:rPr>
                <w:sz w:val="20"/>
              </w:rPr>
              <w:t>9.022</w:t>
            </w:r>
          </w:p>
        </w:tc>
        <w:tc>
          <w:tcPr>
            <w:tcW w:w="960" w:type="dxa"/>
            <w:tcBorders>
              <w:bottom w:val="single" w:sz="8" w:space="0" w:color="9B9B9B"/>
            </w:tcBorders>
            <w:shd w:val="clear" w:color="auto" w:fill="CFCFCF"/>
            <w:vAlign w:val="center"/>
          </w:tcPr>
          <w:p w14:paraId="213904FD" w14:textId="77777777" w:rsidR="00A806B2" w:rsidRPr="00A864B8" w:rsidRDefault="00000000">
            <w:pPr>
              <w:spacing w:before="20" w:after="10" w:line="240" w:lineRule="auto"/>
              <w:jc w:val="center"/>
            </w:pPr>
            <w:r w:rsidRPr="00A864B8">
              <w:rPr>
                <w:sz w:val="20"/>
              </w:rPr>
              <w:t>8.593</w:t>
            </w:r>
          </w:p>
        </w:tc>
      </w:tr>
      <w:tr w:rsidR="00A806B2" w:rsidRPr="00A864B8" w14:paraId="2A46C89C" w14:textId="77777777">
        <w:trPr>
          <w:jc w:val="center"/>
        </w:trPr>
        <w:tc>
          <w:tcPr>
            <w:tcW w:w="960" w:type="dxa"/>
            <w:tcBorders>
              <w:bottom w:val="single" w:sz="8" w:space="0" w:color="9B9B9B"/>
            </w:tcBorders>
            <w:shd w:val="clear" w:color="auto" w:fill="F0F0F0"/>
            <w:vAlign w:val="center"/>
          </w:tcPr>
          <w:p w14:paraId="29D27126" w14:textId="77777777" w:rsidR="00A806B2" w:rsidRPr="00A864B8" w:rsidRDefault="00000000">
            <w:pPr>
              <w:spacing w:before="20" w:after="10" w:line="240" w:lineRule="auto"/>
              <w:jc w:val="center"/>
            </w:pPr>
            <w:r w:rsidRPr="00A864B8">
              <w:rPr>
                <w:sz w:val="20"/>
              </w:rPr>
              <w:t>Erdgas</w:t>
            </w:r>
          </w:p>
        </w:tc>
        <w:tc>
          <w:tcPr>
            <w:tcW w:w="960" w:type="dxa"/>
            <w:tcBorders>
              <w:bottom w:val="single" w:sz="8" w:space="0" w:color="9B9B9B"/>
            </w:tcBorders>
            <w:shd w:val="clear" w:color="auto" w:fill="F0F0F0"/>
            <w:vAlign w:val="center"/>
          </w:tcPr>
          <w:p w14:paraId="094B75A8" w14:textId="77777777" w:rsidR="00A806B2" w:rsidRPr="00A864B8" w:rsidRDefault="00000000">
            <w:pPr>
              <w:spacing w:before="20" w:after="10" w:line="240" w:lineRule="auto"/>
              <w:jc w:val="center"/>
            </w:pPr>
            <w:r w:rsidRPr="00A864B8">
              <w:rPr>
                <w:sz w:val="20"/>
              </w:rPr>
              <w:t>1.039.846</w:t>
            </w:r>
          </w:p>
        </w:tc>
        <w:tc>
          <w:tcPr>
            <w:tcW w:w="960" w:type="dxa"/>
            <w:tcBorders>
              <w:bottom w:val="single" w:sz="8" w:space="0" w:color="9B9B9B"/>
            </w:tcBorders>
            <w:shd w:val="clear" w:color="auto" w:fill="F0F0F0"/>
            <w:vAlign w:val="center"/>
          </w:tcPr>
          <w:p w14:paraId="2EED600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3890C7C" w14:textId="77777777" w:rsidR="00A806B2" w:rsidRPr="00A864B8" w:rsidRDefault="00000000">
            <w:pPr>
              <w:spacing w:before="20" w:after="10" w:line="240" w:lineRule="auto"/>
              <w:jc w:val="center"/>
            </w:pPr>
            <w:r w:rsidRPr="00A864B8">
              <w:rPr>
                <w:sz w:val="20"/>
              </w:rPr>
              <w:t>79.466</w:t>
            </w:r>
          </w:p>
        </w:tc>
        <w:tc>
          <w:tcPr>
            <w:tcW w:w="960" w:type="dxa"/>
            <w:tcBorders>
              <w:bottom w:val="single" w:sz="8" w:space="0" w:color="9B9B9B"/>
            </w:tcBorders>
            <w:shd w:val="clear" w:color="auto" w:fill="F0F0F0"/>
            <w:vAlign w:val="center"/>
          </w:tcPr>
          <w:p w14:paraId="1BB0D022" w14:textId="77777777" w:rsidR="00A806B2" w:rsidRPr="00A864B8" w:rsidRDefault="00000000">
            <w:pPr>
              <w:spacing w:before="20" w:after="10" w:line="240" w:lineRule="auto"/>
              <w:jc w:val="center"/>
            </w:pPr>
            <w:r w:rsidRPr="00A864B8">
              <w:rPr>
                <w:sz w:val="20"/>
              </w:rPr>
              <w:t>75.682</w:t>
            </w:r>
          </w:p>
        </w:tc>
        <w:tc>
          <w:tcPr>
            <w:tcW w:w="960" w:type="dxa"/>
            <w:tcBorders>
              <w:bottom w:val="single" w:sz="8" w:space="0" w:color="9B9B9B"/>
            </w:tcBorders>
            <w:shd w:val="clear" w:color="auto" w:fill="F0F0F0"/>
            <w:vAlign w:val="center"/>
          </w:tcPr>
          <w:p w14:paraId="692D6F15" w14:textId="77777777" w:rsidR="00A806B2" w:rsidRPr="00A864B8" w:rsidRDefault="00000000">
            <w:pPr>
              <w:spacing w:before="20" w:after="10" w:line="240" w:lineRule="auto"/>
              <w:jc w:val="center"/>
            </w:pPr>
            <w:r w:rsidRPr="00A864B8">
              <w:rPr>
                <w:sz w:val="20"/>
              </w:rPr>
              <w:t>72.078</w:t>
            </w:r>
          </w:p>
        </w:tc>
        <w:tc>
          <w:tcPr>
            <w:tcW w:w="960" w:type="dxa"/>
            <w:tcBorders>
              <w:bottom w:val="single" w:sz="8" w:space="0" w:color="9B9B9B"/>
            </w:tcBorders>
            <w:shd w:val="clear" w:color="auto" w:fill="F0F0F0"/>
            <w:vAlign w:val="center"/>
          </w:tcPr>
          <w:p w14:paraId="0F0B647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4319783A" w14:textId="77777777" w:rsidR="00A806B2" w:rsidRPr="00A864B8" w:rsidRDefault="00000000">
            <w:pPr>
              <w:spacing w:before="20" w:after="10" w:line="240" w:lineRule="auto"/>
              <w:jc w:val="center"/>
            </w:pPr>
            <w:r w:rsidRPr="00A864B8">
              <w:rPr>
                <w:sz w:val="20"/>
              </w:rPr>
              <w:t>33.020</w:t>
            </w:r>
          </w:p>
        </w:tc>
        <w:tc>
          <w:tcPr>
            <w:tcW w:w="960" w:type="dxa"/>
            <w:tcBorders>
              <w:bottom w:val="single" w:sz="8" w:space="0" w:color="9B9B9B"/>
            </w:tcBorders>
            <w:shd w:val="clear" w:color="auto" w:fill="F0F0F0"/>
            <w:vAlign w:val="center"/>
          </w:tcPr>
          <w:p w14:paraId="43262ADA" w14:textId="77777777" w:rsidR="00A806B2" w:rsidRPr="00A864B8" w:rsidRDefault="00000000">
            <w:pPr>
              <w:spacing w:before="20" w:after="10" w:line="240" w:lineRule="auto"/>
              <w:jc w:val="center"/>
            </w:pPr>
            <w:r w:rsidRPr="00A864B8">
              <w:rPr>
                <w:sz w:val="20"/>
              </w:rPr>
              <w:t>31.447</w:t>
            </w:r>
          </w:p>
        </w:tc>
      </w:tr>
      <w:tr w:rsidR="00A806B2" w:rsidRPr="00A864B8" w14:paraId="3C5D017F" w14:textId="77777777">
        <w:trPr>
          <w:jc w:val="center"/>
        </w:trPr>
        <w:tc>
          <w:tcPr>
            <w:tcW w:w="960" w:type="dxa"/>
            <w:tcBorders>
              <w:bottom w:val="single" w:sz="8" w:space="0" w:color="9B9B9B"/>
            </w:tcBorders>
            <w:shd w:val="clear" w:color="auto" w:fill="CFCFCF"/>
            <w:vAlign w:val="center"/>
          </w:tcPr>
          <w:p w14:paraId="788AD339"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00D627A6" w14:textId="77777777" w:rsidR="00A806B2" w:rsidRPr="00A864B8" w:rsidRDefault="00000000">
            <w:pPr>
              <w:spacing w:before="20" w:after="10" w:line="240" w:lineRule="auto"/>
              <w:jc w:val="center"/>
            </w:pPr>
            <w:r w:rsidRPr="00A864B8">
              <w:rPr>
                <w:sz w:val="20"/>
              </w:rPr>
              <w:t>1.039.846</w:t>
            </w:r>
          </w:p>
        </w:tc>
        <w:tc>
          <w:tcPr>
            <w:tcW w:w="960" w:type="dxa"/>
            <w:tcBorders>
              <w:bottom w:val="single" w:sz="8" w:space="0" w:color="9B9B9B"/>
            </w:tcBorders>
            <w:shd w:val="clear" w:color="auto" w:fill="CFCFCF"/>
            <w:vAlign w:val="center"/>
          </w:tcPr>
          <w:p w14:paraId="32BBBB2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708D689" w14:textId="77777777" w:rsidR="00A806B2" w:rsidRPr="00A864B8" w:rsidRDefault="00000000">
            <w:pPr>
              <w:spacing w:before="20" w:after="10" w:line="240" w:lineRule="auto"/>
              <w:jc w:val="center"/>
            </w:pPr>
            <w:r w:rsidRPr="00A864B8">
              <w:rPr>
                <w:sz w:val="20"/>
              </w:rPr>
              <w:t>79.466</w:t>
            </w:r>
          </w:p>
        </w:tc>
        <w:tc>
          <w:tcPr>
            <w:tcW w:w="960" w:type="dxa"/>
            <w:tcBorders>
              <w:bottom w:val="single" w:sz="8" w:space="0" w:color="9B9B9B"/>
            </w:tcBorders>
            <w:shd w:val="clear" w:color="auto" w:fill="CFCFCF"/>
            <w:vAlign w:val="center"/>
          </w:tcPr>
          <w:p w14:paraId="591B30A7" w14:textId="77777777" w:rsidR="00A806B2" w:rsidRPr="00A864B8" w:rsidRDefault="00000000">
            <w:pPr>
              <w:spacing w:before="20" w:after="10" w:line="240" w:lineRule="auto"/>
              <w:jc w:val="center"/>
            </w:pPr>
            <w:r w:rsidRPr="00A864B8">
              <w:rPr>
                <w:sz w:val="20"/>
              </w:rPr>
              <w:t>75.682</w:t>
            </w:r>
          </w:p>
        </w:tc>
        <w:tc>
          <w:tcPr>
            <w:tcW w:w="960" w:type="dxa"/>
            <w:tcBorders>
              <w:bottom w:val="single" w:sz="8" w:space="0" w:color="9B9B9B"/>
            </w:tcBorders>
            <w:shd w:val="clear" w:color="auto" w:fill="CFCFCF"/>
            <w:vAlign w:val="center"/>
          </w:tcPr>
          <w:p w14:paraId="032667F7" w14:textId="77777777" w:rsidR="00A806B2" w:rsidRPr="00A864B8" w:rsidRDefault="00000000">
            <w:pPr>
              <w:spacing w:before="20" w:after="10" w:line="240" w:lineRule="auto"/>
              <w:jc w:val="center"/>
            </w:pPr>
            <w:r w:rsidRPr="00A864B8">
              <w:rPr>
                <w:sz w:val="20"/>
              </w:rPr>
              <w:t>72.078</w:t>
            </w:r>
          </w:p>
        </w:tc>
        <w:tc>
          <w:tcPr>
            <w:tcW w:w="960" w:type="dxa"/>
            <w:tcBorders>
              <w:bottom w:val="single" w:sz="8" w:space="0" w:color="9B9B9B"/>
            </w:tcBorders>
            <w:shd w:val="clear" w:color="auto" w:fill="CFCFCF"/>
            <w:vAlign w:val="center"/>
          </w:tcPr>
          <w:p w14:paraId="736F146B"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76F34BA" w14:textId="77777777" w:rsidR="00A806B2" w:rsidRPr="00A864B8" w:rsidRDefault="00000000">
            <w:pPr>
              <w:spacing w:before="20" w:after="10" w:line="240" w:lineRule="auto"/>
              <w:jc w:val="center"/>
            </w:pPr>
            <w:r w:rsidRPr="00A864B8">
              <w:rPr>
                <w:sz w:val="20"/>
              </w:rPr>
              <w:t>33.020</w:t>
            </w:r>
          </w:p>
        </w:tc>
        <w:tc>
          <w:tcPr>
            <w:tcW w:w="960" w:type="dxa"/>
            <w:tcBorders>
              <w:bottom w:val="single" w:sz="8" w:space="0" w:color="9B9B9B"/>
            </w:tcBorders>
            <w:shd w:val="clear" w:color="auto" w:fill="CFCFCF"/>
            <w:vAlign w:val="center"/>
          </w:tcPr>
          <w:p w14:paraId="504684AF" w14:textId="77777777" w:rsidR="00A806B2" w:rsidRPr="00A864B8" w:rsidRDefault="00000000">
            <w:pPr>
              <w:spacing w:before="20" w:after="10" w:line="240" w:lineRule="auto"/>
              <w:jc w:val="center"/>
            </w:pPr>
            <w:r w:rsidRPr="00A864B8">
              <w:rPr>
                <w:sz w:val="20"/>
              </w:rPr>
              <w:t>31.447</w:t>
            </w:r>
          </w:p>
        </w:tc>
      </w:tr>
      <w:tr w:rsidR="00A806B2" w:rsidRPr="00A864B8" w14:paraId="588E0FC3" w14:textId="77777777">
        <w:trPr>
          <w:jc w:val="center"/>
        </w:trPr>
        <w:tc>
          <w:tcPr>
            <w:tcW w:w="960" w:type="dxa"/>
            <w:tcBorders>
              <w:bottom w:val="single" w:sz="8" w:space="0" w:color="9B9B9B"/>
            </w:tcBorders>
            <w:shd w:val="clear" w:color="auto" w:fill="F0F0F0"/>
            <w:vAlign w:val="center"/>
          </w:tcPr>
          <w:p w14:paraId="570F2965" w14:textId="77777777" w:rsidR="00A806B2" w:rsidRPr="00A864B8" w:rsidRDefault="00000000">
            <w:pPr>
              <w:spacing w:before="20" w:after="10" w:line="240" w:lineRule="auto"/>
              <w:jc w:val="center"/>
            </w:pPr>
            <w:r w:rsidRPr="00A864B8">
              <w:rPr>
                <w:b/>
                <w:sz w:val="20"/>
              </w:rPr>
              <w:t>Erlöse</w:t>
            </w:r>
          </w:p>
        </w:tc>
        <w:tc>
          <w:tcPr>
            <w:tcW w:w="960" w:type="dxa"/>
            <w:tcBorders>
              <w:bottom w:val="single" w:sz="8" w:space="0" w:color="9B9B9B"/>
            </w:tcBorders>
            <w:shd w:val="clear" w:color="auto" w:fill="F0F0F0"/>
            <w:vAlign w:val="center"/>
          </w:tcPr>
          <w:p w14:paraId="7BB3F3BC" w14:textId="77777777" w:rsidR="00A806B2" w:rsidRPr="00A864B8" w:rsidRDefault="00000000">
            <w:pPr>
              <w:spacing w:before="20" w:after="10" w:line="240" w:lineRule="auto"/>
              <w:jc w:val="center"/>
            </w:pPr>
            <w:r w:rsidRPr="00A864B8">
              <w:rPr>
                <w:b/>
                <w:sz w:val="20"/>
              </w:rPr>
              <w:t>-4.577.538</w:t>
            </w:r>
          </w:p>
        </w:tc>
        <w:tc>
          <w:tcPr>
            <w:tcW w:w="960" w:type="dxa"/>
            <w:tcBorders>
              <w:bottom w:val="single" w:sz="8" w:space="0" w:color="9B9B9B"/>
            </w:tcBorders>
            <w:shd w:val="clear" w:color="auto" w:fill="F0F0F0"/>
            <w:vAlign w:val="center"/>
          </w:tcPr>
          <w:p w14:paraId="419A70A7" w14:textId="77777777" w:rsidR="00A806B2" w:rsidRPr="00A864B8" w:rsidRDefault="00000000">
            <w:pPr>
              <w:spacing w:before="20" w:after="10" w:line="240" w:lineRule="auto"/>
              <w:jc w:val="center"/>
            </w:pPr>
            <w:r w:rsidRPr="00A864B8">
              <w:rPr>
                <w:b/>
                <w:sz w:val="20"/>
              </w:rPr>
              <w:t>-376.000</w:t>
            </w:r>
          </w:p>
        </w:tc>
        <w:tc>
          <w:tcPr>
            <w:tcW w:w="960" w:type="dxa"/>
            <w:tcBorders>
              <w:bottom w:val="single" w:sz="8" w:space="0" w:color="9B9B9B"/>
            </w:tcBorders>
            <w:shd w:val="clear" w:color="auto" w:fill="F0F0F0"/>
            <w:vAlign w:val="center"/>
          </w:tcPr>
          <w:p w14:paraId="5CE08C29" w14:textId="77777777" w:rsidR="00A806B2" w:rsidRPr="00A864B8" w:rsidRDefault="00000000">
            <w:pPr>
              <w:spacing w:before="20" w:after="10" w:line="240" w:lineRule="auto"/>
              <w:jc w:val="center"/>
            </w:pPr>
            <w:r w:rsidRPr="00A864B8">
              <w:rPr>
                <w:b/>
                <w:sz w:val="20"/>
              </w:rPr>
              <w:t>-321.087</w:t>
            </w:r>
          </w:p>
        </w:tc>
        <w:tc>
          <w:tcPr>
            <w:tcW w:w="960" w:type="dxa"/>
            <w:tcBorders>
              <w:bottom w:val="single" w:sz="8" w:space="0" w:color="9B9B9B"/>
            </w:tcBorders>
            <w:shd w:val="clear" w:color="auto" w:fill="F0F0F0"/>
            <w:vAlign w:val="center"/>
          </w:tcPr>
          <w:p w14:paraId="2D6DE467" w14:textId="77777777" w:rsidR="00A806B2" w:rsidRPr="00A864B8" w:rsidRDefault="00000000">
            <w:pPr>
              <w:spacing w:before="20" w:after="10" w:line="240" w:lineRule="auto"/>
              <w:jc w:val="center"/>
            </w:pPr>
            <w:r w:rsidRPr="00A864B8">
              <w:rPr>
                <w:b/>
                <w:sz w:val="20"/>
              </w:rPr>
              <w:t>-305.798</w:t>
            </w:r>
          </w:p>
        </w:tc>
        <w:tc>
          <w:tcPr>
            <w:tcW w:w="960" w:type="dxa"/>
            <w:tcBorders>
              <w:bottom w:val="single" w:sz="8" w:space="0" w:color="9B9B9B"/>
            </w:tcBorders>
            <w:shd w:val="clear" w:color="auto" w:fill="F0F0F0"/>
            <w:vAlign w:val="center"/>
          </w:tcPr>
          <w:p w14:paraId="6BDFFF49" w14:textId="77777777" w:rsidR="00A806B2" w:rsidRPr="00A864B8" w:rsidRDefault="00000000">
            <w:pPr>
              <w:spacing w:before="20" w:after="10" w:line="240" w:lineRule="auto"/>
              <w:jc w:val="center"/>
            </w:pPr>
            <w:r w:rsidRPr="00A864B8">
              <w:rPr>
                <w:b/>
                <w:sz w:val="20"/>
              </w:rPr>
              <w:t>-291.236</w:t>
            </w:r>
          </w:p>
        </w:tc>
        <w:tc>
          <w:tcPr>
            <w:tcW w:w="960" w:type="dxa"/>
            <w:tcBorders>
              <w:bottom w:val="single" w:sz="8" w:space="0" w:color="9B9B9B"/>
            </w:tcBorders>
            <w:shd w:val="clear" w:color="auto" w:fill="F0F0F0"/>
            <w:vAlign w:val="center"/>
          </w:tcPr>
          <w:p w14:paraId="0B517262"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4E9DCB94" w14:textId="77777777" w:rsidR="00A806B2" w:rsidRPr="00A864B8" w:rsidRDefault="00000000">
            <w:pPr>
              <w:spacing w:before="20" w:after="10" w:line="240" w:lineRule="auto"/>
              <w:jc w:val="center"/>
            </w:pPr>
            <w:r w:rsidRPr="00A864B8">
              <w:rPr>
                <w:b/>
                <w:sz w:val="20"/>
              </w:rPr>
              <w:t>-133.418</w:t>
            </w:r>
          </w:p>
        </w:tc>
        <w:tc>
          <w:tcPr>
            <w:tcW w:w="960" w:type="dxa"/>
            <w:tcBorders>
              <w:bottom w:val="single" w:sz="8" w:space="0" w:color="9B9B9B"/>
            </w:tcBorders>
            <w:shd w:val="clear" w:color="auto" w:fill="F0F0F0"/>
            <w:vAlign w:val="center"/>
          </w:tcPr>
          <w:p w14:paraId="1697CC87" w14:textId="77777777" w:rsidR="00A806B2" w:rsidRPr="00A864B8" w:rsidRDefault="00000000">
            <w:pPr>
              <w:spacing w:before="20" w:after="10" w:line="240" w:lineRule="auto"/>
              <w:jc w:val="center"/>
            </w:pPr>
            <w:r w:rsidRPr="00A864B8">
              <w:rPr>
                <w:b/>
                <w:sz w:val="20"/>
              </w:rPr>
              <w:t>-127.065</w:t>
            </w:r>
          </w:p>
        </w:tc>
      </w:tr>
      <w:tr w:rsidR="00A806B2" w:rsidRPr="00A864B8" w14:paraId="0CE430D2" w14:textId="77777777">
        <w:trPr>
          <w:jc w:val="center"/>
        </w:trPr>
        <w:tc>
          <w:tcPr>
            <w:tcW w:w="960" w:type="dxa"/>
            <w:tcBorders>
              <w:bottom w:val="single" w:sz="8" w:space="0" w:color="9B9B9B"/>
            </w:tcBorders>
            <w:shd w:val="clear" w:color="auto" w:fill="CFCFCF"/>
            <w:vAlign w:val="center"/>
          </w:tcPr>
          <w:p w14:paraId="5CFF98EF" w14:textId="77777777" w:rsidR="00A806B2" w:rsidRPr="00A864B8" w:rsidRDefault="00000000">
            <w:pPr>
              <w:spacing w:before="20" w:after="10" w:line="240" w:lineRule="auto"/>
              <w:jc w:val="center"/>
            </w:pPr>
            <w:r w:rsidRPr="00A864B8">
              <w:rPr>
                <w:b/>
                <w:sz w:val="20"/>
              </w:rPr>
              <w:t>Einspeisung</w:t>
            </w:r>
          </w:p>
        </w:tc>
        <w:tc>
          <w:tcPr>
            <w:tcW w:w="960" w:type="dxa"/>
            <w:tcBorders>
              <w:bottom w:val="single" w:sz="8" w:space="0" w:color="9B9B9B"/>
            </w:tcBorders>
            <w:shd w:val="clear" w:color="auto" w:fill="CFCFCF"/>
            <w:vAlign w:val="center"/>
          </w:tcPr>
          <w:p w14:paraId="549AF4A5" w14:textId="77777777" w:rsidR="00A806B2" w:rsidRPr="00A864B8" w:rsidRDefault="00000000">
            <w:pPr>
              <w:spacing w:before="20" w:after="10" w:line="240" w:lineRule="auto"/>
              <w:jc w:val="center"/>
            </w:pPr>
            <w:r w:rsidRPr="00A864B8">
              <w:rPr>
                <w:b/>
                <w:sz w:val="20"/>
              </w:rPr>
              <w:t>-12.910</w:t>
            </w:r>
          </w:p>
        </w:tc>
        <w:tc>
          <w:tcPr>
            <w:tcW w:w="960" w:type="dxa"/>
            <w:tcBorders>
              <w:bottom w:val="single" w:sz="8" w:space="0" w:color="9B9B9B"/>
            </w:tcBorders>
            <w:shd w:val="clear" w:color="auto" w:fill="CFCFCF"/>
            <w:vAlign w:val="center"/>
          </w:tcPr>
          <w:p w14:paraId="57A84664"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6DA14C1B" w14:textId="77777777" w:rsidR="00A806B2" w:rsidRPr="00A864B8" w:rsidRDefault="00000000">
            <w:pPr>
              <w:spacing w:before="20" w:after="10" w:line="240" w:lineRule="auto"/>
              <w:jc w:val="center"/>
            </w:pPr>
            <w:r w:rsidRPr="00A864B8">
              <w:rPr>
                <w:b/>
                <w:sz w:val="20"/>
              </w:rPr>
              <w:t>-986</w:t>
            </w:r>
          </w:p>
        </w:tc>
        <w:tc>
          <w:tcPr>
            <w:tcW w:w="960" w:type="dxa"/>
            <w:tcBorders>
              <w:bottom w:val="single" w:sz="8" w:space="0" w:color="9B9B9B"/>
            </w:tcBorders>
            <w:shd w:val="clear" w:color="auto" w:fill="CFCFCF"/>
            <w:vAlign w:val="center"/>
          </w:tcPr>
          <w:p w14:paraId="5FF1A995" w14:textId="77777777" w:rsidR="00A806B2" w:rsidRPr="00A864B8" w:rsidRDefault="00000000">
            <w:pPr>
              <w:spacing w:before="20" w:after="10" w:line="240" w:lineRule="auto"/>
              <w:jc w:val="center"/>
            </w:pPr>
            <w:r w:rsidRPr="00A864B8">
              <w:rPr>
                <w:b/>
                <w:sz w:val="20"/>
              </w:rPr>
              <w:t>-939</w:t>
            </w:r>
          </w:p>
        </w:tc>
        <w:tc>
          <w:tcPr>
            <w:tcW w:w="960" w:type="dxa"/>
            <w:tcBorders>
              <w:bottom w:val="single" w:sz="8" w:space="0" w:color="9B9B9B"/>
            </w:tcBorders>
            <w:shd w:val="clear" w:color="auto" w:fill="CFCFCF"/>
            <w:vAlign w:val="center"/>
          </w:tcPr>
          <w:p w14:paraId="5503AA0B" w14:textId="77777777" w:rsidR="00A806B2" w:rsidRPr="00A864B8" w:rsidRDefault="00000000">
            <w:pPr>
              <w:spacing w:before="20" w:after="10" w:line="240" w:lineRule="auto"/>
              <w:jc w:val="center"/>
            </w:pPr>
            <w:r w:rsidRPr="00A864B8">
              <w:rPr>
                <w:b/>
                <w:sz w:val="20"/>
              </w:rPr>
              <w:t>-894</w:t>
            </w:r>
          </w:p>
        </w:tc>
        <w:tc>
          <w:tcPr>
            <w:tcW w:w="960" w:type="dxa"/>
            <w:tcBorders>
              <w:bottom w:val="single" w:sz="8" w:space="0" w:color="9B9B9B"/>
            </w:tcBorders>
            <w:shd w:val="clear" w:color="auto" w:fill="CFCFCF"/>
            <w:vAlign w:val="center"/>
          </w:tcPr>
          <w:p w14:paraId="089F5DF0"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64E36FEA" w14:textId="77777777" w:rsidR="00A806B2" w:rsidRPr="00A864B8" w:rsidRDefault="00000000">
            <w:pPr>
              <w:spacing w:before="20" w:after="10" w:line="240" w:lineRule="auto"/>
              <w:jc w:val="center"/>
            </w:pPr>
            <w:r w:rsidRPr="00A864B8">
              <w:rPr>
                <w:b/>
                <w:sz w:val="20"/>
              </w:rPr>
              <w:t>-409</w:t>
            </w:r>
          </w:p>
        </w:tc>
        <w:tc>
          <w:tcPr>
            <w:tcW w:w="960" w:type="dxa"/>
            <w:tcBorders>
              <w:bottom w:val="single" w:sz="8" w:space="0" w:color="9B9B9B"/>
            </w:tcBorders>
            <w:shd w:val="clear" w:color="auto" w:fill="CFCFCF"/>
            <w:vAlign w:val="center"/>
          </w:tcPr>
          <w:p w14:paraId="044958E6" w14:textId="77777777" w:rsidR="00A806B2" w:rsidRPr="00A864B8" w:rsidRDefault="00000000">
            <w:pPr>
              <w:spacing w:before="20" w:after="10" w:line="240" w:lineRule="auto"/>
              <w:jc w:val="center"/>
            </w:pPr>
            <w:r w:rsidRPr="00A864B8">
              <w:rPr>
                <w:b/>
                <w:sz w:val="20"/>
              </w:rPr>
              <w:t>-390</w:t>
            </w:r>
          </w:p>
        </w:tc>
      </w:tr>
      <w:tr w:rsidR="00A806B2" w:rsidRPr="00A864B8" w14:paraId="2D847D28" w14:textId="77777777">
        <w:trPr>
          <w:jc w:val="center"/>
        </w:trPr>
        <w:tc>
          <w:tcPr>
            <w:tcW w:w="960" w:type="dxa"/>
            <w:tcBorders>
              <w:bottom w:val="single" w:sz="8" w:space="0" w:color="9B9B9B"/>
            </w:tcBorders>
            <w:shd w:val="clear" w:color="auto" w:fill="F0F0F0"/>
            <w:vAlign w:val="center"/>
          </w:tcPr>
          <w:p w14:paraId="2931A3C9" w14:textId="77777777" w:rsidR="00A806B2" w:rsidRPr="00A864B8" w:rsidRDefault="00000000">
            <w:pPr>
              <w:spacing w:before="20" w:after="10" w:line="240" w:lineRule="auto"/>
              <w:jc w:val="center"/>
            </w:pPr>
            <w:r w:rsidRPr="00A864B8">
              <w:rPr>
                <w:sz w:val="20"/>
              </w:rPr>
              <w:t>Strom</w:t>
            </w:r>
          </w:p>
        </w:tc>
        <w:tc>
          <w:tcPr>
            <w:tcW w:w="960" w:type="dxa"/>
            <w:tcBorders>
              <w:bottom w:val="single" w:sz="8" w:space="0" w:color="9B9B9B"/>
            </w:tcBorders>
            <w:shd w:val="clear" w:color="auto" w:fill="F0F0F0"/>
            <w:vAlign w:val="center"/>
          </w:tcPr>
          <w:p w14:paraId="70651209" w14:textId="77777777" w:rsidR="00A806B2" w:rsidRPr="00A864B8" w:rsidRDefault="00000000">
            <w:pPr>
              <w:spacing w:before="20" w:after="10" w:line="240" w:lineRule="auto"/>
              <w:jc w:val="center"/>
            </w:pPr>
            <w:r w:rsidRPr="00A864B8">
              <w:rPr>
                <w:sz w:val="20"/>
              </w:rPr>
              <w:t>-12.910</w:t>
            </w:r>
          </w:p>
        </w:tc>
        <w:tc>
          <w:tcPr>
            <w:tcW w:w="960" w:type="dxa"/>
            <w:tcBorders>
              <w:bottom w:val="single" w:sz="8" w:space="0" w:color="9B9B9B"/>
            </w:tcBorders>
            <w:shd w:val="clear" w:color="auto" w:fill="F0F0F0"/>
            <w:vAlign w:val="center"/>
          </w:tcPr>
          <w:p w14:paraId="7071D01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947EC20" w14:textId="77777777" w:rsidR="00A806B2" w:rsidRPr="00A864B8" w:rsidRDefault="00000000">
            <w:pPr>
              <w:spacing w:before="20" w:after="10" w:line="240" w:lineRule="auto"/>
              <w:jc w:val="center"/>
            </w:pPr>
            <w:r w:rsidRPr="00A864B8">
              <w:rPr>
                <w:sz w:val="20"/>
              </w:rPr>
              <w:t>-986</w:t>
            </w:r>
          </w:p>
        </w:tc>
        <w:tc>
          <w:tcPr>
            <w:tcW w:w="960" w:type="dxa"/>
            <w:tcBorders>
              <w:bottom w:val="single" w:sz="8" w:space="0" w:color="9B9B9B"/>
            </w:tcBorders>
            <w:shd w:val="clear" w:color="auto" w:fill="F0F0F0"/>
            <w:vAlign w:val="center"/>
          </w:tcPr>
          <w:p w14:paraId="373A5A46" w14:textId="77777777" w:rsidR="00A806B2" w:rsidRPr="00A864B8" w:rsidRDefault="00000000">
            <w:pPr>
              <w:spacing w:before="20" w:after="10" w:line="240" w:lineRule="auto"/>
              <w:jc w:val="center"/>
            </w:pPr>
            <w:r w:rsidRPr="00A864B8">
              <w:rPr>
                <w:sz w:val="20"/>
              </w:rPr>
              <w:t>-939</w:t>
            </w:r>
          </w:p>
        </w:tc>
        <w:tc>
          <w:tcPr>
            <w:tcW w:w="960" w:type="dxa"/>
            <w:tcBorders>
              <w:bottom w:val="single" w:sz="8" w:space="0" w:color="9B9B9B"/>
            </w:tcBorders>
            <w:shd w:val="clear" w:color="auto" w:fill="F0F0F0"/>
            <w:vAlign w:val="center"/>
          </w:tcPr>
          <w:p w14:paraId="54A5F051" w14:textId="77777777" w:rsidR="00A806B2" w:rsidRPr="00A864B8" w:rsidRDefault="00000000">
            <w:pPr>
              <w:spacing w:before="20" w:after="10" w:line="240" w:lineRule="auto"/>
              <w:jc w:val="center"/>
            </w:pPr>
            <w:r w:rsidRPr="00A864B8">
              <w:rPr>
                <w:sz w:val="20"/>
              </w:rPr>
              <w:t>-894</w:t>
            </w:r>
          </w:p>
        </w:tc>
        <w:tc>
          <w:tcPr>
            <w:tcW w:w="960" w:type="dxa"/>
            <w:tcBorders>
              <w:bottom w:val="single" w:sz="8" w:space="0" w:color="9B9B9B"/>
            </w:tcBorders>
            <w:shd w:val="clear" w:color="auto" w:fill="F0F0F0"/>
            <w:vAlign w:val="center"/>
          </w:tcPr>
          <w:p w14:paraId="7D0138CD"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2ED0776" w14:textId="77777777" w:rsidR="00A806B2" w:rsidRPr="00A864B8" w:rsidRDefault="00000000">
            <w:pPr>
              <w:spacing w:before="20" w:after="10" w:line="240" w:lineRule="auto"/>
              <w:jc w:val="center"/>
            </w:pPr>
            <w:r w:rsidRPr="00A864B8">
              <w:rPr>
                <w:sz w:val="20"/>
              </w:rPr>
              <w:t>-409</w:t>
            </w:r>
          </w:p>
        </w:tc>
        <w:tc>
          <w:tcPr>
            <w:tcW w:w="960" w:type="dxa"/>
            <w:tcBorders>
              <w:bottom w:val="single" w:sz="8" w:space="0" w:color="9B9B9B"/>
            </w:tcBorders>
            <w:shd w:val="clear" w:color="auto" w:fill="F0F0F0"/>
            <w:vAlign w:val="center"/>
          </w:tcPr>
          <w:p w14:paraId="4A43FE6D" w14:textId="77777777" w:rsidR="00A806B2" w:rsidRPr="00A864B8" w:rsidRDefault="00000000">
            <w:pPr>
              <w:spacing w:before="20" w:after="10" w:line="240" w:lineRule="auto"/>
              <w:jc w:val="center"/>
            </w:pPr>
            <w:r w:rsidRPr="00A864B8">
              <w:rPr>
                <w:sz w:val="20"/>
              </w:rPr>
              <w:t>-390</w:t>
            </w:r>
          </w:p>
        </w:tc>
      </w:tr>
      <w:tr w:rsidR="00A806B2" w:rsidRPr="00A864B8" w14:paraId="53999568" w14:textId="77777777">
        <w:trPr>
          <w:jc w:val="center"/>
        </w:trPr>
        <w:tc>
          <w:tcPr>
            <w:tcW w:w="960" w:type="dxa"/>
            <w:tcBorders>
              <w:bottom w:val="single" w:sz="8" w:space="0" w:color="9B9B9B"/>
            </w:tcBorders>
            <w:shd w:val="clear" w:color="auto" w:fill="CFCFCF"/>
            <w:vAlign w:val="center"/>
          </w:tcPr>
          <w:p w14:paraId="4EC22E0A" w14:textId="77777777" w:rsidR="00A806B2" w:rsidRPr="00A864B8" w:rsidRDefault="00000000">
            <w:pPr>
              <w:spacing w:before="20" w:after="10" w:line="240" w:lineRule="auto"/>
              <w:jc w:val="center"/>
            </w:pPr>
            <w:r w:rsidRPr="00A864B8">
              <w:rPr>
                <w:b/>
                <w:sz w:val="20"/>
              </w:rPr>
              <w:t>Deckung der Bedarfe</w:t>
            </w:r>
          </w:p>
        </w:tc>
        <w:tc>
          <w:tcPr>
            <w:tcW w:w="960" w:type="dxa"/>
            <w:tcBorders>
              <w:bottom w:val="single" w:sz="8" w:space="0" w:color="9B9B9B"/>
            </w:tcBorders>
            <w:shd w:val="clear" w:color="auto" w:fill="CFCFCF"/>
            <w:vAlign w:val="center"/>
          </w:tcPr>
          <w:p w14:paraId="0A6D0C8E" w14:textId="77777777" w:rsidR="00A806B2" w:rsidRPr="00A864B8" w:rsidRDefault="00000000">
            <w:pPr>
              <w:spacing w:before="20" w:after="10" w:line="240" w:lineRule="auto"/>
              <w:jc w:val="center"/>
            </w:pPr>
            <w:r w:rsidRPr="00A864B8">
              <w:rPr>
                <w:b/>
                <w:sz w:val="20"/>
              </w:rPr>
              <w:t>-4.564.628</w:t>
            </w:r>
          </w:p>
        </w:tc>
        <w:tc>
          <w:tcPr>
            <w:tcW w:w="960" w:type="dxa"/>
            <w:tcBorders>
              <w:bottom w:val="single" w:sz="8" w:space="0" w:color="9B9B9B"/>
            </w:tcBorders>
            <w:shd w:val="clear" w:color="auto" w:fill="CFCFCF"/>
            <w:vAlign w:val="center"/>
          </w:tcPr>
          <w:p w14:paraId="14874BAD" w14:textId="77777777" w:rsidR="00A806B2" w:rsidRPr="00A864B8" w:rsidRDefault="00000000">
            <w:pPr>
              <w:spacing w:before="20" w:after="10" w:line="240" w:lineRule="auto"/>
              <w:jc w:val="center"/>
            </w:pPr>
            <w:r w:rsidRPr="00A864B8">
              <w:rPr>
                <w:b/>
                <w:sz w:val="20"/>
              </w:rPr>
              <w:t>-376.000</w:t>
            </w:r>
          </w:p>
        </w:tc>
        <w:tc>
          <w:tcPr>
            <w:tcW w:w="960" w:type="dxa"/>
            <w:tcBorders>
              <w:bottom w:val="single" w:sz="8" w:space="0" w:color="9B9B9B"/>
            </w:tcBorders>
            <w:shd w:val="clear" w:color="auto" w:fill="CFCFCF"/>
            <w:vAlign w:val="center"/>
          </w:tcPr>
          <w:p w14:paraId="256EE625" w14:textId="77777777" w:rsidR="00A806B2" w:rsidRPr="00A864B8" w:rsidRDefault="00000000">
            <w:pPr>
              <w:spacing w:before="20" w:after="10" w:line="240" w:lineRule="auto"/>
              <w:jc w:val="center"/>
            </w:pPr>
            <w:r w:rsidRPr="00A864B8">
              <w:rPr>
                <w:b/>
                <w:sz w:val="20"/>
              </w:rPr>
              <w:t>-320.101</w:t>
            </w:r>
          </w:p>
        </w:tc>
        <w:tc>
          <w:tcPr>
            <w:tcW w:w="960" w:type="dxa"/>
            <w:tcBorders>
              <w:bottom w:val="single" w:sz="8" w:space="0" w:color="9B9B9B"/>
            </w:tcBorders>
            <w:shd w:val="clear" w:color="auto" w:fill="CFCFCF"/>
            <w:vAlign w:val="center"/>
          </w:tcPr>
          <w:p w14:paraId="2A7FD90F" w14:textId="77777777" w:rsidR="00A806B2" w:rsidRPr="00A864B8" w:rsidRDefault="00000000">
            <w:pPr>
              <w:spacing w:before="20" w:after="10" w:line="240" w:lineRule="auto"/>
              <w:jc w:val="center"/>
            </w:pPr>
            <w:r w:rsidRPr="00A864B8">
              <w:rPr>
                <w:b/>
                <w:sz w:val="20"/>
              </w:rPr>
              <w:t>-304.858</w:t>
            </w:r>
          </w:p>
        </w:tc>
        <w:tc>
          <w:tcPr>
            <w:tcW w:w="960" w:type="dxa"/>
            <w:tcBorders>
              <w:bottom w:val="single" w:sz="8" w:space="0" w:color="9B9B9B"/>
            </w:tcBorders>
            <w:shd w:val="clear" w:color="auto" w:fill="CFCFCF"/>
            <w:vAlign w:val="center"/>
          </w:tcPr>
          <w:p w14:paraId="05B6D019" w14:textId="77777777" w:rsidR="00A806B2" w:rsidRPr="00A864B8" w:rsidRDefault="00000000">
            <w:pPr>
              <w:spacing w:before="20" w:after="10" w:line="240" w:lineRule="auto"/>
              <w:jc w:val="center"/>
            </w:pPr>
            <w:r w:rsidRPr="00A864B8">
              <w:rPr>
                <w:b/>
                <w:sz w:val="20"/>
              </w:rPr>
              <w:t>-290.341</w:t>
            </w:r>
          </w:p>
        </w:tc>
        <w:tc>
          <w:tcPr>
            <w:tcW w:w="960" w:type="dxa"/>
            <w:tcBorders>
              <w:bottom w:val="single" w:sz="8" w:space="0" w:color="9B9B9B"/>
            </w:tcBorders>
            <w:shd w:val="clear" w:color="auto" w:fill="CFCFCF"/>
            <w:vAlign w:val="center"/>
          </w:tcPr>
          <w:p w14:paraId="5159F2AC"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02BF950B" w14:textId="77777777" w:rsidR="00A806B2" w:rsidRPr="00A864B8" w:rsidRDefault="00000000">
            <w:pPr>
              <w:spacing w:before="20" w:after="10" w:line="240" w:lineRule="auto"/>
              <w:jc w:val="center"/>
            </w:pPr>
            <w:r w:rsidRPr="00A864B8">
              <w:rPr>
                <w:b/>
                <w:sz w:val="20"/>
              </w:rPr>
              <w:t>-133.008</w:t>
            </w:r>
          </w:p>
        </w:tc>
        <w:tc>
          <w:tcPr>
            <w:tcW w:w="960" w:type="dxa"/>
            <w:tcBorders>
              <w:bottom w:val="single" w:sz="8" w:space="0" w:color="9B9B9B"/>
            </w:tcBorders>
            <w:shd w:val="clear" w:color="auto" w:fill="CFCFCF"/>
            <w:vAlign w:val="center"/>
          </w:tcPr>
          <w:p w14:paraId="0AC57156" w14:textId="77777777" w:rsidR="00A806B2" w:rsidRPr="00A864B8" w:rsidRDefault="00000000">
            <w:pPr>
              <w:spacing w:before="20" w:after="10" w:line="240" w:lineRule="auto"/>
              <w:jc w:val="center"/>
            </w:pPr>
            <w:r w:rsidRPr="00A864B8">
              <w:rPr>
                <w:b/>
                <w:sz w:val="20"/>
              </w:rPr>
              <w:t>-126.674</w:t>
            </w:r>
          </w:p>
        </w:tc>
      </w:tr>
      <w:tr w:rsidR="00A806B2" w:rsidRPr="00A864B8" w14:paraId="1DF7975A" w14:textId="77777777">
        <w:trPr>
          <w:jc w:val="center"/>
        </w:trPr>
        <w:tc>
          <w:tcPr>
            <w:tcW w:w="960" w:type="dxa"/>
            <w:tcBorders>
              <w:bottom w:val="single" w:sz="8" w:space="0" w:color="9B9B9B"/>
            </w:tcBorders>
            <w:shd w:val="clear" w:color="auto" w:fill="F0F0F0"/>
            <w:vAlign w:val="center"/>
          </w:tcPr>
          <w:p w14:paraId="4605AB36" w14:textId="77777777" w:rsidR="00A806B2" w:rsidRPr="00A864B8" w:rsidRDefault="00000000">
            <w:pPr>
              <w:spacing w:before="20" w:after="10" w:line="240" w:lineRule="auto"/>
              <w:jc w:val="center"/>
            </w:pPr>
            <w:r w:rsidRPr="00A864B8">
              <w:rPr>
                <w:b/>
                <w:sz w:val="20"/>
              </w:rPr>
              <w:t>Wärmebedarf</w:t>
            </w:r>
          </w:p>
        </w:tc>
        <w:tc>
          <w:tcPr>
            <w:tcW w:w="960" w:type="dxa"/>
            <w:tcBorders>
              <w:bottom w:val="single" w:sz="8" w:space="0" w:color="9B9B9B"/>
            </w:tcBorders>
            <w:shd w:val="clear" w:color="auto" w:fill="F0F0F0"/>
            <w:vAlign w:val="center"/>
          </w:tcPr>
          <w:p w14:paraId="62860B82" w14:textId="77777777" w:rsidR="00A806B2" w:rsidRPr="00A864B8" w:rsidRDefault="00000000">
            <w:pPr>
              <w:spacing w:before="20" w:after="10" w:line="240" w:lineRule="auto"/>
              <w:jc w:val="center"/>
            </w:pPr>
            <w:r w:rsidRPr="00A864B8">
              <w:rPr>
                <w:b/>
                <w:sz w:val="20"/>
              </w:rPr>
              <w:t>-2.096.628</w:t>
            </w:r>
          </w:p>
        </w:tc>
        <w:tc>
          <w:tcPr>
            <w:tcW w:w="960" w:type="dxa"/>
            <w:tcBorders>
              <w:bottom w:val="single" w:sz="8" w:space="0" w:color="9B9B9B"/>
            </w:tcBorders>
            <w:shd w:val="clear" w:color="auto" w:fill="F0F0F0"/>
            <w:vAlign w:val="center"/>
          </w:tcPr>
          <w:p w14:paraId="4B7472B6"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D618CF4" w14:textId="77777777" w:rsidR="00A806B2" w:rsidRPr="00A864B8" w:rsidRDefault="00000000">
            <w:pPr>
              <w:spacing w:before="20" w:after="10" w:line="240" w:lineRule="auto"/>
              <w:jc w:val="center"/>
            </w:pPr>
            <w:r w:rsidRPr="00A864B8">
              <w:rPr>
                <w:b/>
                <w:sz w:val="20"/>
              </w:rPr>
              <w:t>-160.227</w:t>
            </w:r>
          </w:p>
        </w:tc>
        <w:tc>
          <w:tcPr>
            <w:tcW w:w="960" w:type="dxa"/>
            <w:tcBorders>
              <w:bottom w:val="single" w:sz="8" w:space="0" w:color="9B9B9B"/>
            </w:tcBorders>
            <w:shd w:val="clear" w:color="auto" w:fill="F0F0F0"/>
            <w:vAlign w:val="center"/>
          </w:tcPr>
          <w:p w14:paraId="32694881" w14:textId="77777777" w:rsidR="00A806B2" w:rsidRPr="00A864B8" w:rsidRDefault="00000000">
            <w:pPr>
              <w:spacing w:before="20" w:after="10" w:line="240" w:lineRule="auto"/>
              <w:jc w:val="center"/>
            </w:pPr>
            <w:r w:rsidRPr="00A864B8">
              <w:rPr>
                <w:b/>
                <w:sz w:val="20"/>
              </w:rPr>
              <w:t>-152.597</w:t>
            </w:r>
          </w:p>
        </w:tc>
        <w:tc>
          <w:tcPr>
            <w:tcW w:w="960" w:type="dxa"/>
            <w:tcBorders>
              <w:bottom w:val="single" w:sz="8" w:space="0" w:color="9B9B9B"/>
            </w:tcBorders>
            <w:shd w:val="clear" w:color="auto" w:fill="F0F0F0"/>
            <w:vAlign w:val="center"/>
          </w:tcPr>
          <w:p w14:paraId="0C0F4ADE" w14:textId="77777777" w:rsidR="00A806B2" w:rsidRPr="00A864B8" w:rsidRDefault="00000000">
            <w:pPr>
              <w:spacing w:before="20" w:after="10" w:line="240" w:lineRule="auto"/>
              <w:jc w:val="center"/>
            </w:pPr>
            <w:r w:rsidRPr="00A864B8">
              <w:rPr>
                <w:b/>
                <w:sz w:val="20"/>
              </w:rPr>
              <w:t>-145.331</w:t>
            </w:r>
          </w:p>
        </w:tc>
        <w:tc>
          <w:tcPr>
            <w:tcW w:w="960" w:type="dxa"/>
            <w:tcBorders>
              <w:bottom w:val="single" w:sz="8" w:space="0" w:color="9B9B9B"/>
            </w:tcBorders>
            <w:shd w:val="clear" w:color="auto" w:fill="F0F0F0"/>
            <w:vAlign w:val="center"/>
          </w:tcPr>
          <w:p w14:paraId="41B7DD7F"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45B9297A" w14:textId="77777777" w:rsidR="00A806B2" w:rsidRPr="00A864B8" w:rsidRDefault="00000000">
            <w:pPr>
              <w:spacing w:before="20" w:after="10" w:line="240" w:lineRule="auto"/>
              <w:jc w:val="center"/>
            </w:pPr>
            <w:r w:rsidRPr="00A864B8">
              <w:rPr>
                <w:b/>
                <w:sz w:val="20"/>
              </w:rPr>
              <w:t>-66.577</w:t>
            </w:r>
          </w:p>
        </w:tc>
        <w:tc>
          <w:tcPr>
            <w:tcW w:w="960" w:type="dxa"/>
            <w:tcBorders>
              <w:bottom w:val="single" w:sz="8" w:space="0" w:color="9B9B9B"/>
            </w:tcBorders>
            <w:shd w:val="clear" w:color="auto" w:fill="F0F0F0"/>
            <w:vAlign w:val="center"/>
          </w:tcPr>
          <w:p w14:paraId="6B790D14" w14:textId="77777777" w:rsidR="00A806B2" w:rsidRPr="00A864B8" w:rsidRDefault="00000000">
            <w:pPr>
              <w:spacing w:before="20" w:after="10" w:line="240" w:lineRule="auto"/>
              <w:jc w:val="center"/>
            </w:pPr>
            <w:r w:rsidRPr="00A864B8">
              <w:rPr>
                <w:b/>
                <w:sz w:val="20"/>
              </w:rPr>
              <w:t>-63.407</w:t>
            </w:r>
          </w:p>
        </w:tc>
      </w:tr>
      <w:tr w:rsidR="00A806B2" w:rsidRPr="00A864B8" w14:paraId="0FCBFBD2" w14:textId="77777777">
        <w:trPr>
          <w:jc w:val="center"/>
        </w:trPr>
        <w:tc>
          <w:tcPr>
            <w:tcW w:w="960" w:type="dxa"/>
            <w:tcBorders>
              <w:bottom w:val="single" w:sz="8" w:space="0" w:color="9B9B9B"/>
            </w:tcBorders>
            <w:shd w:val="clear" w:color="auto" w:fill="CFCFCF"/>
            <w:vAlign w:val="center"/>
          </w:tcPr>
          <w:p w14:paraId="3E761E81"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547D074A" w14:textId="77777777" w:rsidR="00A806B2" w:rsidRPr="00A864B8" w:rsidRDefault="00000000">
            <w:pPr>
              <w:spacing w:before="20" w:after="10" w:line="240" w:lineRule="auto"/>
              <w:jc w:val="center"/>
            </w:pPr>
            <w:r w:rsidRPr="00A864B8">
              <w:rPr>
                <w:sz w:val="20"/>
              </w:rPr>
              <w:t>-1.718.718</w:t>
            </w:r>
          </w:p>
        </w:tc>
        <w:tc>
          <w:tcPr>
            <w:tcW w:w="960" w:type="dxa"/>
            <w:tcBorders>
              <w:bottom w:val="single" w:sz="8" w:space="0" w:color="9B9B9B"/>
            </w:tcBorders>
            <w:shd w:val="clear" w:color="auto" w:fill="CFCFCF"/>
            <w:vAlign w:val="center"/>
          </w:tcPr>
          <w:p w14:paraId="5B8D863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F62A7C6" w14:textId="77777777" w:rsidR="00A806B2" w:rsidRPr="00A864B8" w:rsidRDefault="00000000">
            <w:pPr>
              <w:spacing w:before="20" w:after="10" w:line="240" w:lineRule="auto"/>
              <w:jc w:val="center"/>
            </w:pPr>
            <w:r w:rsidRPr="00A864B8">
              <w:rPr>
                <w:sz w:val="20"/>
              </w:rPr>
              <w:t>-131.347</w:t>
            </w:r>
          </w:p>
        </w:tc>
        <w:tc>
          <w:tcPr>
            <w:tcW w:w="960" w:type="dxa"/>
            <w:tcBorders>
              <w:bottom w:val="single" w:sz="8" w:space="0" w:color="9B9B9B"/>
            </w:tcBorders>
            <w:shd w:val="clear" w:color="auto" w:fill="CFCFCF"/>
            <w:vAlign w:val="center"/>
          </w:tcPr>
          <w:p w14:paraId="66CB2ED2" w14:textId="77777777" w:rsidR="00A806B2" w:rsidRPr="00A864B8" w:rsidRDefault="00000000">
            <w:pPr>
              <w:spacing w:before="20" w:after="10" w:line="240" w:lineRule="auto"/>
              <w:jc w:val="center"/>
            </w:pPr>
            <w:r w:rsidRPr="00A864B8">
              <w:rPr>
                <w:sz w:val="20"/>
              </w:rPr>
              <w:t>-125.092</w:t>
            </w:r>
          </w:p>
        </w:tc>
        <w:tc>
          <w:tcPr>
            <w:tcW w:w="960" w:type="dxa"/>
            <w:tcBorders>
              <w:bottom w:val="single" w:sz="8" w:space="0" w:color="9B9B9B"/>
            </w:tcBorders>
            <w:shd w:val="clear" w:color="auto" w:fill="CFCFCF"/>
            <w:vAlign w:val="center"/>
          </w:tcPr>
          <w:p w14:paraId="1BD00A9A" w14:textId="77777777" w:rsidR="00A806B2" w:rsidRPr="00A864B8" w:rsidRDefault="00000000">
            <w:pPr>
              <w:spacing w:before="20" w:after="10" w:line="240" w:lineRule="auto"/>
              <w:jc w:val="center"/>
            </w:pPr>
            <w:r w:rsidRPr="00A864B8">
              <w:rPr>
                <w:sz w:val="20"/>
              </w:rPr>
              <w:t>-119.135</w:t>
            </w:r>
          </w:p>
        </w:tc>
        <w:tc>
          <w:tcPr>
            <w:tcW w:w="960" w:type="dxa"/>
            <w:tcBorders>
              <w:bottom w:val="single" w:sz="8" w:space="0" w:color="9B9B9B"/>
            </w:tcBorders>
            <w:shd w:val="clear" w:color="auto" w:fill="CFCFCF"/>
            <w:vAlign w:val="center"/>
          </w:tcPr>
          <w:p w14:paraId="17338765"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2EDDF22D" w14:textId="77777777" w:rsidR="00A806B2" w:rsidRPr="00A864B8" w:rsidRDefault="00000000">
            <w:pPr>
              <w:spacing w:before="20" w:after="10" w:line="240" w:lineRule="auto"/>
              <w:jc w:val="center"/>
            </w:pPr>
            <w:r w:rsidRPr="00A864B8">
              <w:rPr>
                <w:sz w:val="20"/>
              </w:rPr>
              <w:t>-54.577</w:t>
            </w:r>
          </w:p>
        </w:tc>
        <w:tc>
          <w:tcPr>
            <w:tcW w:w="960" w:type="dxa"/>
            <w:tcBorders>
              <w:bottom w:val="single" w:sz="8" w:space="0" w:color="9B9B9B"/>
            </w:tcBorders>
            <w:shd w:val="clear" w:color="auto" w:fill="CFCFCF"/>
            <w:vAlign w:val="center"/>
          </w:tcPr>
          <w:p w14:paraId="13A082F0" w14:textId="77777777" w:rsidR="00A806B2" w:rsidRPr="00A864B8" w:rsidRDefault="00000000">
            <w:pPr>
              <w:spacing w:before="20" w:after="10" w:line="240" w:lineRule="auto"/>
              <w:jc w:val="center"/>
            </w:pPr>
            <w:r w:rsidRPr="00A864B8">
              <w:rPr>
                <w:sz w:val="20"/>
              </w:rPr>
              <w:t>-51.978</w:t>
            </w:r>
          </w:p>
        </w:tc>
      </w:tr>
      <w:tr w:rsidR="00A806B2" w:rsidRPr="00A864B8" w14:paraId="7D3BE175" w14:textId="77777777">
        <w:trPr>
          <w:jc w:val="center"/>
        </w:trPr>
        <w:tc>
          <w:tcPr>
            <w:tcW w:w="960" w:type="dxa"/>
            <w:tcBorders>
              <w:bottom w:val="single" w:sz="8" w:space="0" w:color="9B9B9B"/>
            </w:tcBorders>
            <w:shd w:val="clear" w:color="auto" w:fill="F0F0F0"/>
            <w:vAlign w:val="center"/>
          </w:tcPr>
          <w:p w14:paraId="1F885778"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F0F0F0"/>
            <w:vAlign w:val="center"/>
          </w:tcPr>
          <w:p w14:paraId="4C906891" w14:textId="77777777" w:rsidR="00A806B2" w:rsidRPr="00A864B8" w:rsidRDefault="00000000">
            <w:pPr>
              <w:spacing w:before="20" w:after="10" w:line="240" w:lineRule="auto"/>
              <w:jc w:val="center"/>
            </w:pPr>
            <w:r w:rsidRPr="00A864B8">
              <w:rPr>
                <w:sz w:val="20"/>
              </w:rPr>
              <w:t>-377.910</w:t>
            </w:r>
          </w:p>
        </w:tc>
        <w:tc>
          <w:tcPr>
            <w:tcW w:w="960" w:type="dxa"/>
            <w:tcBorders>
              <w:bottom w:val="single" w:sz="8" w:space="0" w:color="9B9B9B"/>
            </w:tcBorders>
            <w:shd w:val="clear" w:color="auto" w:fill="F0F0F0"/>
            <w:vAlign w:val="center"/>
          </w:tcPr>
          <w:p w14:paraId="5B08519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92E5881" w14:textId="77777777" w:rsidR="00A806B2" w:rsidRPr="00A864B8" w:rsidRDefault="00000000">
            <w:pPr>
              <w:spacing w:before="20" w:after="10" w:line="240" w:lineRule="auto"/>
              <w:jc w:val="center"/>
            </w:pPr>
            <w:r w:rsidRPr="00A864B8">
              <w:rPr>
                <w:sz w:val="20"/>
              </w:rPr>
              <w:t>-28.880</w:t>
            </w:r>
          </w:p>
        </w:tc>
        <w:tc>
          <w:tcPr>
            <w:tcW w:w="960" w:type="dxa"/>
            <w:tcBorders>
              <w:bottom w:val="single" w:sz="8" w:space="0" w:color="9B9B9B"/>
            </w:tcBorders>
            <w:shd w:val="clear" w:color="auto" w:fill="F0F0F0"/>
            <w:vAlign w:val="center"/>
          </w:tcPr>
          <w:p w14:paraId="3206407B" w14:textId="77777777" w:rsidR="00A806B2" w:rsidRPr="00A864B8" w:rsidRDefault="00000000">
            <w:pPr>
              <w:spacing w:before="20" w:after="10" w:line="240" w:lineRule="auto"/>
              <w:jc w:val="center"/>
            </w:pPr>
            <w:r w:rsidRPr="00A864B8">
              <w:rPr>
                <w:sz w:val="20"/>
              </w:rPr>
              <w:t>-27.505</w:t>
            </w:r>
          </w:p>
        </w:tc>
        <w:tc>
          <w:tcPr>
            <w:tcW w:w="960" w:type="dxa"/>
            <w:tcBorders>
              <w:bottom w:val="single" w:sz="8" w:space="0" w:color="9B9B9B"/>
            </w:tcBorders>
            <w:shd w:val="clear" w:color="auto" w:fill="F0F0F0"/>
            <w:vAlign w:val="center"/>
          </w:tcPr>
          <w:p w14:paraId="34E46C93" w14:textId="77777777" w:rsidR="00A806B2" w:rsidRPr="00A864B8" w:rsidRDefault="00000000">
            <w:pPr>
              <w:spacing w:before="20" w:after="10" w:line="240" w:lineRule="auto"/>
              <w:jc w:val="center"/>
            </w:pPr>
            <w:r w:rsidRPr="00A864B8">
              <w:rPr>
                <w:sz w:val="20"/>
              </w:rPr>
              <w:t>-26.195</w:t>
            </w:r>
          </w:p>
        </w:tc>
        <w:tc>
          <w:tcPr>
            <w:tcW w:w="960" w:type="dxa"/>
            <w:tcBorders>
              <w:bottom w:val="single" w:sz="8" w:space="0" w:color="9B9B9B"/>
            </w:tcBorders>
            <w:shd w:val="clear" w:color="auto" w:fill="F0F0F0"/>
            <w:vAlign w:val="center"/>
          </w:tcPr>
          <w:p w14:paraId="3A261E97"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37062DE"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F0F0F0"/>
            <w:vAlign w:val="center"/>
          </w:tcPr>
          <w:p w14:paraId="698DBA95" w14:textId="77777777" w:rsidR="00A806B2" w:rsidRPr="00A864B8" w:rsidRDefault="00000000">
            <w:pPr>
              <w:spacing w:before="20" w:after="10" w:line="240" w:lineRule="auto"/>
              <w:jc w:val="center"/>
            </w:pPr>
            <w:r w:rsidRPr="00A864B8">
              <w:rPr>
                <w:sz w:val="20"/>
              </w:rPr>
              <w:t>-11.428</w:t>
            </w:r>
          </w:p>
        </w:tc>
      </w:tr>
      <w:tr w:rsidR="00A806B2" w:rsidRPr="00A864B8" w14:paraId="114B0C6E" w14:textId="77777777">
        <w:trPr>
          <w:jc w:val="center"/>
        </w:trPr>
        <w:tc>
          <w:tcPr>
            <w:tcW w:w="960" w:type="dxa"/>
            <w:tcBorders>
              <w:bottom w:val="single" w:sz="8" w:space="0" w:color="9B9B9B"/>
            </w:tcBorders>
            <w:shd w:val="clear" w:color="auto" w:fill="CFCFCF"/>
            <w:vAlign w:val="center"/>
          </w:tcPr>
          <w:p w14:paraId="7D4544F4" w14:textId="77777777" w:rsidR="00A806B2" w:rsidRPr="00A864B8" w:rsidRDefault="00000000">
            <w:pPr>
              <w:spacing w:before="20" w:after="10" w:line="240" w:lineRule="auto"/>
              <w:jc w:val="center"/>
            </w:pPr>
            <w:r w:rsidRPr="00A864B8">
              <w:rPr>
                <w:b/>
                <w:sz w:val="20"/>
              </w:rPr>
              <w:t>Kältebedarf</w:t>
            </w:r>
          </w:p>
        </w:tc>
        <w:tc>
          <w:tcPr>
            <w:tcW w:w="960" w:type="dxa"/>
            <w:tcBorders>
              <w:bottom w:val="single" w:sz="8" w:space="0" w:color="9B9B9B"/>
            </w:tcBorders>
            <w:shd w:val="clear" w:color="auto" w:fill="CFCFCF"/>
            <w:vAlign w:val="center"/>
          </w:tcPr>
          <w:p w14:paraId="657343CB" w14:textId="77777777" w:rsidR="00A806B2" w:rsidRPr="00A864B8" w:rsidRDefault="00000000">
            <w:pPr>
              <w:spacing w:before="20" w:after="10" w:line="240" w:lineRule="auto"/>
              <w:jc w:val="center"/>
            </w:pPr>
            <w:r w:rsidRPr="00A864B8">
              <w:rPr>
                <w:b/>
                <w:sz w:val="20"/>
              </w:rPr>
              <w:t>-82.890</w:t>
            </w:r>
          </w:p>
        </w:tc>
        <w:tc>
          <w:tcPr>
            <w:tcW w:w="960" w:type="dxa"/>
            <w:tcBorders>
              <w:bottom w:val="single" w:sz="8" w:space="0" w:color="9B9B9B"/>
            </w:tcBorders>
            <w:shd w:val="clear" w:color="auto" w:fill="CFCFCF"/>
            <w:vAlign w:val="center"/>
          </w:tcPr>
          <w:p w14:paraId="11FCA607"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247A27DF" w14:textId="77777777" w:rsidR="00A806B2" w:rsidRPr="00A864B8" w:rsidRDefault="00000000">
            <w:pPr>
              <w:spacing w:before="20" w:after="10" w:line="240" w:lineRule="auto"/>
              <w:jc w:val="center"/>
            </w:pPr>
            <w:r w:rsidRPr="00A864B8">
              <w:rPr>
                <w:b/>
                <w:sz w:val="20"/>
              </w:rPr>
              <w:t>-6.334</w:t>
            </w:r>
          </w:p>
        </w:tc>
        <w:tc>
          <w:tcPr>
            <w:tcW w:w="960" w:type="dxa"/>
            <w:tcBorders>
              <w:bottom w:val="single" w:sz="8" w:space="0" w:color="9B9B9B"/>
            </w:tcBorders>
            <w:shd w:val="clear" w:color="auto" w:fill="CFCFCF"/>
            <w:vAlign w:val="center"/>
          </w:tcPr>
          <w:p w14:paraId="7D585ADE" w14:textId="77777777" w:rsidR="00A806B2" w:rsidRPr="00A864B8" w:rsidRDefault="00000000">
            <w:pPr>
              <w:spacing w:before="20" w:after="10" w:line="240" w:lineRule="auto"/>
              <w:jc w:val="center"/>
            </w:pPr>
            <w:r w:rsidRPr="00A864B8">
              <w:rPr>
                <w:b/>
                <w:sz w:val="20"/>
              </w:rPr>
              <w:t>-6.032</w:t>
            </w:r>
          </w:p>
        </w:tc>
        <w:tc>
          <w:tcPr>
            <w:tcW w:w="960" w:type="dxa"/>
            <w:tcBorders>
              <w:bottom w:val="single" w:sz="8" w:space="0" w:color="9B9B9B"/>
            </w:tcBorders>
            <w:shd w:val="clear" w:color="auto" w:fill="CFCFCF"/>
            <w:vAlign w:val="center"/>
          </w:tcPr>
          <w:p w14:paraId="41A2F414" w14:textId="77777777" w:rsidR="00A806B2" w:rsidRPr="00A864B8" w:rsidRDefault="00000000">
            <w:pPr>
              <w:spacing w:before="20" w:after="10" w:line="240" w:lineRule="auto"/>
              <w:jc w:val="center"/>
            </w:pPr>
            <w:r w:rsidRPr="00A864B8">
              <w:rPr>
                <w:b/>
                <w:sz w:val="20"/>
              </w:rPr>
              <w:t>-5.745</w:t>
            </w:r>
          </w:p>
        </w:tc>
        <w:tc>
          <w:tcPr>
            <w:tcW w:w="960" w:type="dxa"/>
            <w:tcBorders>
              <w:bottom w:val="single" w:sz="8" w:space="0" w:color="9B9B9B"/>
            </w:tcBorders>
            <w:shd w:val="clear" w:color="auto" w:fill="CFCFCF"/>
            <w:vAlign w:val="center"/>
          </w:tcPr>
          <w:p w14:paraId="237A7FCE"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2D85C1D3" w14:textId="77777777" w:rsidR="00A806B2" w:rsidRPr="00A864B8" w:rsidRDefault="00000000">
            <w:pPr>
              <w:spacing w:before="20" w:after="10" w:line="240" w:lineRule="auto"/>
              <w:jc w:val="center"/>
            </w:pPr>
            <w:r w:rsidRPr="00A864B8">
              <w:rPr>
                <w:b/>
                <w:sz w:val="20"/>
              </w:rPr>
              <w:t>-2.632</w:t>
            </w:r>
          </w:p>
        </w:tc>
        <w:tc>
          <w:tcPr>
            <w:tcW w:w="960" w:type="dxa"/>
            <w:tcBorders>
              <w:bottom w:val="single" w:sz="8" w:space="0" w:color="9B9B9B"/>
            </w:tcBorders>
            <w:shd w:val="clear" w:color="auto" w:fill="CFCFCF"/>
            <w:vAlign w:val="center"/>
          </w:tcPr>
          <w:p w14:paraId="7F699A22" w14:textId="77777777" w:rsidR="00A806B2" w:rsidRPr="00A864B8" w:rsidRDefault="00000000">
            <w:pPr>
              <w:spacing w:before="20" w:after="10" w:line="240" w:lineRule="auto"/>
              <w:jc w:val="center"/>
            </w:pPr>
            <w:r w:rsidRPr="00A864B8">
              <w:rPr>
                <w:b/>
                <w:sz w:val="20"/>
              </w:rPr>
              <w:t>-2.506</w:t>
            </w:r>
          </w:p>
        </w:tc>
      </w:tr>
      <w:tr w:rsidR="00A806B2" w:rsidRPr="00A864B8" w14:paraId="2CF0C562" w14:textId="77777777">
        <w:trPr>
          <w:jc w:val="center"/>
        </w:trPr>
        <w:tc>
          <w:tcPr>
            <w:tcW w:w="960" w:type="dxa"/>
            <w:tcBorders>
              <w:bottom w:val="single" w:sz="8" w:space="0" w:color="9B9B9B"/>
            </w:tcBorders>
            <w:shd w:val="clear" w:color="auto" w:fill="F0F0F0"/>
            <w:vAlign w:val="center"/>
          </w:tcPr>
          <w:p w14:paraId="07289807"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3B5D03A2" w14:textId="77777777" w:rsidR="00A806B2" w:rsidRPr="00A864B8" w:rsidRDefault="00000000">
            <w:pPr>
              <w:spacing w:before="20" w:after="10" w:line="240" w:lineRule="auto"/>
              <w:jc w:val="center"/>
            </w:pPr>
            <w:r w:rsidRPr="00A864B8">
              <w:rPr>
                <w:sz w:val="20"/>
              </w:rPr>
              <w:t>-41.833</w:t>
            </w:r>
          </w:p>
        </w:tc>
        <w:tc>
          <w:tcPr>
            <w:tcW w:w="960" w:type="dxa"/>
            <w:tcBorders>
              <w:bottom w:val="single" w:sz="8" w:space="0" w:color="9B9B9B"/>
            </w:tcBorders>
            <w:shd w:val="clear" w:color="auto" w:fill="F0F0F0"/>
            <w:vAlign w:val="center"/>
          </w:tcPr>
          <w:p w14:paraId="7A61357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E4C16D9" w14:textId="77777777" w:rsidR="00A806B2" w:rsidRPr="00A864B8" w:rsidRDefault="00000000">
            <w:pPr>
              <w:spacing w:before="20" w:after="10" w:line="240" w:lineRule="auto"/>
              <w:jc w:val="center"/>
            </w:pPr>
            <w:r w:rsidRPr="00A864B8">
              <w:rPr>
                <w:sz w:val="20"/>
              </w:rPr>
              <w:t>-3.197</w:t>
            </w:r>
          </w:p>
        </w:tc>
        <w:tc>
          <w:tcPr>
            <w:tcW w:w="960" w:type="dxa"/>
            <w:tcBorders>
              <w:bottom w:val="single" w:sz="8" w:space="0" w:color="9B9B9B"/>
            </w:tcBorders>
            <w:shd w:val="clear" w:color="auto" w:fill="F0F0F0"/>
            <w:vAlign w:val="center"/>
          </w:tcPr>
          <w:p w14:paraId="48158B20" w14:textId="77777777" w:rsidR="00A806B2" w:rsidRPr="00A864B8" w:rsidRDefault="00000000">
            <w:pPr>
              <w:spacing w:before="20" w:after="10" w:line="240" w:lineRule="auto"/>
              <w:jc w:val="center"/>
            </w:pPr>
            <w:r w:rsidRPr="00A864B8">
              <w:rPr>
                <w:sz w:val="20"/>
              </w:rPr>
              <w:t>-3.044</w:t>
            </w:r>
          </w:p>
        </w:tc>
        <w:tc>
          <w:tcPr>
            <w:tcW w:w="960" w:type="dxa"/>
            <w:tcBorders>
              <w:bottom w:val="single" w:sz="8" w:space="0" w:color="9B9B9B"/>
            </w:tcBorders>
            <w:shd w:val="clear" w:color="auto" w:fill="F0F0F0"/>
            <w:vAlign w:val="center"/>
          </w:tcPr>
          <w:p w14:paraId="7D87340C" w14:textId="77777777" w:rsidR="00A806B2" w:rsidRPr="00A864B8" w:rsidRDefault="00000000">
            <w:pPr>
              <w:spacing w:before="20" w:after="10" w:line="240" w:lineRule="auto"/>
              <w:jc w:val="center"/>
            </w:pPr>
            <w:r w:rsidRPr="00A864B8">
              <w:rPr>
                <w:sz w:val="20"/>
              </w:rPr>
              <w:t>-2.899</w:t>
            </w:r>
          </w:p>
        </w:tc>
        <w:tc>
          <w:tcPr>
            <w:tcW w:w="960" w:type="dxa"/>
            <w:tcBorders>
              <w:bottom w:val="single" w:sz="8" w:space="0" w:color="9B9B9B"/>
            </w:tcBorders>
            <w:shd w:val="clear" w:color="auto" w:fill="F0F0F0"/>
            <w:vAlign w:val="center"/>
          </w:tcPr>
          <w:p w14:paraId="46E4A00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4BDB12B7" w14:textId="77777777" w:rsidR="00A806B2" w:rsidRPr="00A864B8" w:rsidRDefault="00000000">
            <w:pPr>
              <w:spacing w:before="20" w:after="10" w:line="240" w:lineRule="auto"/>
              <w:jc w:val="center"/>
            </w:pPr>
            <w:r w:rsidRPr="00A864B8">
              <w:rPr>
                <w:sz w:val="20"/>
              </w:rPr>
              <w:t>-1.328</w:t>
            </w:r>
          </w:p>
        </w:tc>
        <w:tc>
          <w:tcPr>
            <w:tcW w:w="960" w:type="dxa"/>
            <w:tcBorders>
              <w:bottom w:val="single" w:sz="8" w:space="0" w:color="9B9B9B"/>
            </w:tcBorders>
            <w:shd w:val="clear" w:color="auto" w:fill="F0F0F0"/>
            <w:vAlign w:val="center"/>
          </w:tcPr>
          <w:p w14:paraId="2E69D3D8" w14:textId="77777777" w:rsidR="00A806B2" w:rsidRPr="00A864B8" w:rsidRDefault="00000000">
            <w:pPr>
              <w:spacing w:before="20" w:after="10" w:line="240" w:lineRule="auto"/>
              <w:jc w:val="center"/>
            </w:pPr>
            <w:r w:rsidRPr="00A864B8">
              <w:rPr>
                <w:sz w:val="20"/>
              </w:rPr>
              <w:t>-1.265</w:t>
            </w:r>
          </w:p>
        </w:tc>
      </w:tr>
      <w:tr w:rsidR="00A806B2" w:rsidRPr="00A864B8" w14:paraId="03E8931E" w14:textId="77777777">
        <w:trPr>
          <w:jc w:val="center"/>
        </w:trPr>
        <w:tc>
          <w:tcPr>
            <w:tcW w:w="960" w:type="dxa"/>
            <w:tcBorders>
              <w:bottom w:val="single" w:sz="8" w:space="0" w:color="9B9B9B"/>
            </w:tcBorders>
            <w:shd w:val="clear" w:color="auto" w:fill="CFCFCF"/>
            <w:vAlign w:val="center"/>
          </w:tcPr>
          <w:p w14:paraId="2BD1181F"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CFCFCF"/>
            <w:vAlign w:val="center"/>
          </w:tcPr>
          <w:p w14:paraId="0F9716BC" w14:textId="77777777" w:rsidR="00A806B2" w:rsidRPr="00A864B8" w:rsidRDefault="00000000">
            <w:pPr>
              <w:spacing w:before="20" w:after="10" w:line="240" w:lineRule="auto"/>
              <w:jc w:val="center"/>
            </w:pPr>
            <w:r w:rsidRPr="00A864B8">
              <w:rPr>
                <w:sz w:val="20"/>
              </w:rPr>
              <w:t>-41.056</w:t>
            </w:r>
          </w:p>
        </w:tc>
        <w:tc>
          <w:tcPr>
            <w:tcW w:w="960" w:type="dxa"/>
            <w:tcBorders>
              <w:bottom w:val="single" w:sz="8" w:space="0" w:color="9B9B9B"/>
            </w:tcBorders>
            <w:shd w:val="clear" w:color="auto" w:fill="CFCFCF"/>
            <w:vAlign w:val="center"/>
          </w:tcPr>
          <w:p w14:paraId="324FE9F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ED05186" w14:textId="77777777" w:rsidR="00A806B2" w:rsidRPr="00A864B8" w:rsidRDefault="00000000">
            <w:pPr>
              <w:spacing w:before="20" w:after="10" w:line="240" w:lineRule="auto"/>
              <w:jc w:val="center"/>
            </w:pPr>
            <w:r w:rsidRPr="00A864B8">
              <w:rPr>
                <w:sz w:val="20"/>
              </w:rPr>
              <w:t>-3.137</w:t>
            </w:r>
          </w:p>
        </w:tc>
        <w:tc>
          <w:tcPr>
            <w:tcW w:w="960" w:type="dxa"/>
            <w:tcBorders>
              <w:bottom w:val="single" w:sz="8" w:space="0" w:color="9B9B9B"/>
            </w:tcBorders>
            <w:shd w:val="clear" w:color="auto" w:fill="CFCFCF"/>
            <w:vAlign w:val="center"/>
          </w:tcPr>
          <w:p w14:paraId="58D44783" w14:textId="77777777" w:rsidR="00A806B2" w:rsidRPr="00A864B8" w:rsidRDefault="00000000">
            <w:pPr>
              <w:spacing w:before="20" w:after="10" w:line="240" w:lineRule="auto"/>
              <w:jc w:val="center"/>
            </w:pPr>
            <w:r w:rsidRPr="00A864B8">
              <w:rPr>
                <w:sz w:val="20"/>
              </w:rPr>
              <w:t>-2.988</w:t>
            </w:r>
          </w:p>
        </w:tc>
        <w:tc>
          <w:tcPr>
            <w:tcW w:w="960" w:type="dxa"/>
            <w:tcBorders>
              <w:bottom w:val="single" w:sz="8" w:space="0" w:color="9B9B9B"/>
            </w:tcBorders>
            <w:shd w:val="clear" w:color="auto" w:fill="CFCFCF"/>
            <w:vAlign w:val="center"/>
          </w:tcPr>
          <w:p w14:paraId="62C85184" w14:textId="77777777" w:rsidR="00A806B2" w:rsidRPr="00A864B8" w:rsidRDefault="00000000">
            <w:pPr>
              <w:spacing w:before="20" w:after="10" w:line="240" w:lineRule="auto"/>
              <w:jc w:val="center"/>
            </w:pPr>
            <w:r w:rsidRPr="00A864B8">
              <w:rPr>
                <w:sz w:val="20"/>
              </w:rPr>
              <w:t>-2.845</w:t>
            </w:r>
          </w:p>
        </w:tc>
        <w:tc>
          <w:tcPr>
            <w:tcW w:w="960" w:type="dxa"/>
            <w:tcBorders>
              <w:bottom w:val="single" w:sz="8" w:space="0" w:color="9B9B9B"/>
            </w:tcBorders>
            <w:shd w:val="clear" w:color="auto" w:fill="CFCFCF"/>
            <w:vAlign w:val="center"/>
          </w:tcPr>
          <w:p w14:paraId="39EC287E"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3DA470F" w14:textId="77777777" w:rsidR="00A806B2" w:rsidRPr="00A864B8" w:rsidRDefault="00000000">
            <w:pPr>
              <w:spacing w:before="20" w:after="10" w:line="240" w:lineRule="auto"/>
              <w:jc w:val="center"/>
            </w:pPr>
            <w:r w:rsidRPr="00A864B8">
              <w:rPr>
                <w:sz w:val="20"/>
              </w:rPr>
              <w:t>-1.303</w:t>
            </w:r>
          </w:p>
        </w:tc>
        <w:tc>
          <w:tcPr>
            <w:tcW w:w="960" w:type="dxa"/>
            <w:tcBorders>
              <w:bottom w:val="single" w:sz="8" w:space="0" w:color="9B9B9B"/>
            </w:tcBorders>
            <w:shd w:val="clear" w:color="auto" w:fill="CFCFCF"/>
            <w:vAlign w:val="center"/>
          </w:tcPr>
          <w:p w14:paraId="57E4E9C2" w14:textId="77777777" w:rsidR="00A806B2" w:rsidRPr="00A864B8" w:rsidRDefault="00000000">
            <w:pPr>
              <w:spacing w:before="20" w:after="10" w:line="240" w:lineRule="auto"/>
              <w:jc w:val="center"/>
            </w:pPr>
            <w:r w:rsidRPr="00A864B8">
              <w:rPr>
                <w:sz w:val="20"/>
              </w:rPr>
              <w:t>-1.241</w:t>
            </w:r>
          </w:p>
        </w:tc>
      </w:tr>
      <w:tr w:rsidR="00A806B2" w:rsidRPr="00A864B8" w14:paraId="63E63A7B" w14:textId="77777777">
        <w:trPr>
          <w:jc w:val="center"/>
        </w:trPr>
        <w:tc>
          <w:tcPr>
            <w:tcW w:w="960" w:type="dxa"/>
            <w:tcBorders>
              <w:bottom w:val="single" w:sz="8" w:space="0" w:color="9B9B9B"/>
            </w:tcBorders>
            <w:shd w:val="clear" w:color="auto" w:fill="F0F0F0"/>
            <w:vAlign w:val="center"/>
          </w:tcPr>
          <w:p w14:paraId="0C609EFF" w14:textId="77777777" w:rsidR="00A806B2" w:rsidRPr="00A864B8" w:rsidRDefault="00000000">
            <w:pPr>
              <w:spacing w:before="20" w:after="10" w:line="240" w:lineRule="auto"/>
              <w:jc w:val="center"/>
            </w:pPr>
            <w:r w:rsidRPr="00A864B8">
              <w:rPr>
                <w:b/>
                <w:sz w:val="20"/>
              </w:rPr>
              <w:t>Nutzerstrom</w:t>
            </w:r>
          </w:p>
        </w:tc>
        <w:tc>
          <w:tcPr>
            <w:tcW w:w="960" w:type="dxa"/>
            <w:tcBorders>
              <w:bottom w:val="single" w:sz="8" w:space="0" w:color="9B9B9B"/>
            </w:tcBorders>
            <w:shd w:val="clear" w:color="auto" w:fill="F0F0F0"/>
            <w:vAlign w:val="center"/>
          </w:tcPr>
          <w:p w14:paraId="71C05FD8" w14:textId="77777777" w:rsidR="00A806B2" w:rsidRPr="00A864B8" w:rsidRDefault="00000000">
            <w:pPr>
              <w:spacing w:before="20" w:after="10" w:line="240" w:lineRule="auto"/>
              <w:jc w:val="center"/>
            </w:pPr>
            <w:r w:rsidRPr="00A864B8">
              <w:rPr>
                <w:b/>
                <w:sz w:val="20"/>
              </w:rPr>
              <w:t>-24.206</w:t>
            </w:r>
          </w:p>
        </w:tc>
        <w:tc>
          <w:tcPr>
            <w:tcW w:w="960" w:type="dxa"/>
            <w:tcBorders>
              <w:bottom w:val="single" w:sz="8" w:space="0" w:color="9B9B9B"/>
            </w:tcBorders>
            <w:shd w:val="clear" w:color="auto" w:fill="F0F0F0"/>
            <w:vAlign w:val="center"/>
          </w:tcPr>
          <w:p w14:paraId="7C29DF0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6D5EB9AE" w14:textId="77777777" w:rsidR="00A806B2" w:rsidRPr="00A864B8" w:rsidRDefault="00000000">
            <w:pPr>
              <w:spacing w:before="20" w:after="10" w:line="240" w:lineRule="auto"/>
              <w:jc w:val="center"/>
            </w:pPr>
            <w:r w:rsidRPr="00A864B8">
              <w:rPr>
                <w:b/>
                <w:sz w:val="20"/>
              </w:rPr>
              <w:t>-1.849</w:t>
            </w:r>
          </w:p>
        </w:tc>
        <w:tc>
          <w:tcPr>
            <w:tcW w:w="960" w:type="dxa"/>
            <w:tcBorders>
              <w:bottom w:val="single" w:sz="8" w:space="0" w:color="9B9B9B"/>
            </w:tcBorders>
            <w:shd w:val="clear" w:color="auto" w:fill="F0F0F0"/>
            <w:vAlign w:val="center"/>
          </w:tcPr>
          <w:p w14:paraId="66063ED2" w14:textId="77777777" w:rsidR="00A806B2" w:rsidRPr="00A864B8" w:rsidRDefault="00000000">
            <w:pPr>
              <w:spacing w:before="20" w:after="10" w:line="240" w:lineRule="auto"/>
              <w:jc w:val="center"/>
            </w:pPr>
            <w:r w:rsidRPr="00A864B8">
              <w:rPr>
                <w:b/>
                <w:sz w:val="20"/>
              </w:rPr>
              <w:t>-1.761</w:t>
            </w:r>
          </w:p>
        </w:tc>
        <w:tc>
          <w:tcPr>
            <w:tcW w:w="960" w:type="dxa"/>
            <w:tcBorders>
              <w:bottom w:val="single" w:sz="8" w:space="0" w:color="9B9B9B"/>
            </w:tcBorders>
            <w:shd w:val="clear" w:color="auto" w:fill="F0F0F0"/>
            <w:vAlign w:val="center"/>
          </w:tcPr>
          <w:p w14:paraId="18A4ECD0" w14:textId="77777777" w:rsidR="00A806B2" w:rsidRPr="00A864B8" w:rsidRDefault="00000000">
            <w:pPr>
              <w:spacing w:before="20" w:after="10" w:line="240" w:lineRule="auto"/>
              <w:jc w:val="center"/>
            </w:pPr>
            <w:r w:rsidRPr="00A864B8">
              <w:rPr>
                <w:b/>
                <w:sz w:val="20"/>
              </w:rPr>
              <w:t>-1.677</w:t>
            </w:r>
          </w:p>
        </w:tc>
        <w:tc>
          <w:tcPr>
            <w:tcW w:w="960" w:type="dxa"/>
            <w:tcBorders>
              <w:bottom w:val="single" w:sz="8" w:space="0" w:color="9B9B9B"/>
            </w:tcBorders>
            <w:shd w:val="clear" w:color="auto" w:fill="F0F0F0"/>
            <w:vAlign w:val="center"/>
          </w:tcPr>
          <w:p w14:paraId="0A1D97F8"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2C5BC59C" w14:textId="77777777" w:rsidR="00A806B2" w:rsidRPr="00A864B8" w:rsidRDefault="00000000">
            <w:pPr>
              <w:spacing w:before="20" w:after="10" w:line="240" w:lineRule="auto"/>
              <w:jc w:val="center"/>
            </w:pPr>
            <w:r w:rsidRPr="00A864B8">
              <w:rPr>
                <w:b/>
                <w:sz w:val="20"/>
              </w:rPr>
              <w:t>-768</w:t>
            </w:r>
          </w:p>
        </w:tc>
        <w:tc>
          <w:tcPr>
            <w:tcW w:w="960" w:type="dxa"/>
            <w:tcBorders>
              <w:bottom w:val="single" w:sz="8" w:space="0" w:color="9B9B9B"/>
            </w:tcBorders>
            <w:shd w:val="clear" w:color="auto" w:fill="F0F0F0"/>
            <w:vAlign w:val="center"/>
          </w:tcPr>
          <w:p w14:paraId="57B8B435" w14:textId="77777777" w:rsidR="00A806B2" w:rsidRPr="00A864B8" w:rsidRDefault="00000000">
            <w:pPr>
              <w:spacing w:before="20" w:after="10" w:line="240" w:lineRule="auto"/>
              <w:jc w:val="center"/>
            </w:pPr>
            <w:r w:rsidRPr="00A864B8">
              <w:rPr>
                <w:b/>
                <w:sz w:val="20"/>
              </w:rPr>
              <w:t>-732</w:t>
            </w:r>
          </w:p>
        </w:tc>
      </w:tr>
      <w:tr w:rsidR="00A806B2" w:rsidRPr="00A864B8" w14:paraId="3CC98CD1" w14:textId="77777777">
        <w:trPr>
          <w:jc w:val="center"/>
        </w:trPr>
        <w:tc>
          <w:tcPr>
            <w:tcW w:w="960" w:type="dxa"/>
            <w:tcBorders>
              <w:bottom w:val="single" w:sz="8" w:space="0" w:color="9B9B9B"/>
            </w:tcBorders>
            <w:shd w:val="clear" w:color="auto" w:fill="CFCFCF"/>
            <w:vAlign w:val="center"/>
          </w:tcPr>
          <w:p w14:paraId="125E69BC"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CFCFCF"/>
            <w:vAlign w:val="center"/>
          </w:tcPr>
          <w:p w14:paraId="4B0B1E19" w14:textId="77777777" w:rsidR="00A806B2" w:rsidRPr="00A864B8" w:rsidRDefault="00000000">
            <w:pPr>
              <w:spacing w:before="20" w:after="10" w:line="240" w:lineRule="auto"/>
              <w:jc w:val="center"/>
            </w:pPr>
            <w:r w:rsidRPr="00A864B8">
              <w:rPr>
                <w:sz w:val="20"/>
              </w:rPr>
              <w:t>-22.536</w:t>
            </w:r>
          </w:p>
        </w:tc>
        <w:tc>
          <w:tcPr>
            <w:tcW w:w="960" w:type="dxa"/>
            <w:tcBorders>
              <w:bottom w:val="single" w:sz="8" w:space="0" w:color="9B9B9B"/>
            </w:tcBorders>
            <w:shd w:val="clear" w:color="auto" w:fill="CFCFCF"/>
            <w:vAlign w:val="center"/>
          </w:tcPr>
          <w:p w14:paraId="048E85E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AB34960" w14:textId="77777777" w:rsidR="00A806B2" w:rsidRPr="00A864B8" w:rsidRDefault="00000000">
            <w:pPr>
              <w:spacing w:before="20" w:after="10" w:line="240" w:lineRule="auto"/>
              <w:jc w:val="center"/>
            </w:pPr>
            <w:r w:rsidRPr="00A864B8">
              <w:rPr>
                <w:sz w:val="20"/>
              </w:rPr>
              <w:t>-1.722</w:t>
            </w:r>
          </w:p>
        </w:tc>
        <w:tc>
          <w:tcPr>
            <w:tcW w:w="960" w:type="dxa"/>
            <w:tcBorders>
              <w:bottom w:val="single" w:sz="8" w:space="0" w:color="9B9B9B"/>
            </w:tcBorders>
            <w:shd w:val="clear" w:color="auto" w:fill="CFCFCF"/>
            <w:vAlign w:val="center"/>
          </w:tcPr>
          <w:p w14:paraId="7B12E800" w14:textId="77777777" w:rsidR="00A806B2" w:rsidRPr="00A864B8" w:rsidRDefault="00000000">
            <w:pPr>
              <w:spacing w:before="20" w:after="10" w:line="240" w:lineRule="auto"/>
              <w:jc w:val="center"/>
            </w:pPr>
            <w:r w:rsidRPr="00A864B8">
              <w:rPr>
                <w:sz w:val="20"/>
              </w:rPr>
              <w:t>-1.640</w:t>
            </w:r>
          </w:p>
        </w:tc>
        <w:tc>
          <w:tcPr>
            <w:tcW w:w="960" w:type="dxa"/>
            <w:tcBorders>
              <w:bottom w:val="single" w:sz="8" w:space="0" w:color="9B9B9B"/>
            </w:tcBorders>
            <w:shd w:val="clear" w:color="auto" w:fill="CFCFCF"/>
            <w:vAlign w:val="center"/>
          </w:tcPr>
          <w:p w14:paraId="1F5B3912" w14:textId="77777777" w:rsidR="00A806B2" w:rsidRPr="00A864B8" w:rsidRDefault="00000000">
            <w:pPr>
              <w:spacing w:before="20" w:after="10" w:line="240" w:lineRule="auto"/>
              <w:jc w:val="center"/>
            </w:pPr>
            <w:r w:rsidRPr="00A864B8">
              <w:rPr>
                <w:sz w:val="20"/>
              </w:rPr>
              <w:t>-1.562</w:t>
            </w:r>
          </w:p>
        </w:tc>
        <w:tc>
          <w:tcPr>
            <w:tcW w:w="960" w:type="dxa"/>
            <w:tcBorders>
              <w:bottom w:val="single" w:sz="8" w:space="0" w:color="9B9B9B"/>
            </w:tcBorders>
            <w:shd w:val="clear" w:color="auto" w:fill="CFCFCF"/>
            <w:vAlign w:val="center"/>
          </w:tcPr>
          <w:p w14:paraId="09A91EC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380DF3A9" w14:textId="77777777" w:rsidR="00A806B2" w:rsidRPr="00A864B8" w:rsidRDefault="00000000">
            <w:pPr>
              <w:spacing w:before="20" w:after="10" w:line="240" w:lineRule="auto"/>
              <w:jc w:val="center"/>
            </w:pPr>
            <w:r w:rsidRPr="00A864B8">
              <w:rPr>
                <w:sz w:val="20"/>
              </w:rPr>
              <w:t>-715</w:t>
            </w:r>
          </w:p>
        </w:tc>
        <w:tc>
          <w:tcPr>
            <w:tcW w:w="960" w:type="dxa"/>
            <w:tcBorders>
              <w:bottom w:val="single" w:sz="8" w:space="0" w:color="9B9B9B"/>
            </w:tcBorders>
            <w:shd w:val="clear" w:color="auto" w:fill="CFCFCF"/>
            <w:vAlign w:val="center"/>
          </w:tcPr>
          <w:p w14:paraId="0A49658D" w14:textId="77777777" w:rsidR="00A806B2" w:rsidRPr="00A864B8" w:rsidRDefault="00000000">
            <w:pPr>
              <w:spacing w:before="20" w:after="10" w:line="240" w:lineRule="auto"/>
              <w:jc w:val="center"/>
            </w:pPr>
            <w:r w:rsidRPr="00A864B8">
              <w:rPr>
                <w:sz w:val="20"/>
              </w:rPr>
              <w:t>-681</w:t>
            </w:r>
          </w:p>
        </w:tc>
      </w:tr>
      <w:tr w:rsidR="00A806B2" w:rsidRPr="00A864B8" w14:paraId="788A11D6" w14:textId="77777777">
        <w:trPr>
          <w:jc w:val="center"/>
        </w:trPr>
        <w:tc>
          <w:tcPr>
            <w:tcW w:w="960" w:type="dxa"/>
            <w:tcBorders>
              <w:bottom w:val="single" w:sz="8" w:space="0" w:color="9B9B9B"/>
            </w:tcBorders>
            <w:shd w:val="clear" w:color="auto" w:fill="F0F0F0"/>
            <w:vAlign w:val="center"/>
          </w:tcPr>
          <w:p w14:paraId="1B2C096A"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F0F0F0"/>
            <w:vAlign w:val="center"/>
          </w:tcPr>
          <w:p w14:paraId="0371F909" w14:textId="77777777" w:rsidR="00A806B2" w:rsidRPr="00A864B8" w:rsidRDefault="00000000">
            <w:pPr>
              <w:spacing w:before="20" w:after="10" w:line="240" w:lineRule="auto"/>
              <w:jc w:val="center"/>
            </w:pPr>
            <w:r w:rsidRPr="00A864B8">
              <w:rPr>
                <w:sz w:val="20"/>
              </w:rPr>
              <w:t>-1.669</w:t>
            </w:r>
          </w:p>
        </w:tc>
        <w:tc>
          <w:tcPr>
            <w:tcW w:w="960" w:type="dxa"/>
            <w:tcBorders>
              <w:bottom w:val="single" w:sz="8" w:space="0" w:color="9B9B9B"/>
            </w:tcBorders>
            <w:shd w:val="clear" w:color="auto" w:fill="F0F0F0"/>
            <w:vAlign w:val="center"/>
          </w:tcPr>
          <w:p w14:paraId="466B735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33566E4" w14:textId="77777777" w:rsidR="00A806B2" w:rsidRPr="00A864B8" w:rsidRDefault="00000000">
            <w:pPr>
              <w:spacing w:before="20" w:after="10" w:line="240" w:lineRule="auto"/>
              <w:jc w:val="center"/>
            </w:pPr>
            <w:r w:rsidRPr="00A864B8">
              <w:rPr>
                <w:sz w:val="20"/>
              </w:rPr>
              <w:t>-127</w:t>
            </w:r>
          </w:p>
        </w:tc>
        <w:tc>
          <w:tcPr>
            <w:tcW w:w="960" w:type="dxa"/>
            <w:tcBorders>
              <w:bottom w:val="single" w:sz="8" w:space="0" w:color="9B9B9B"/>
            </w:tcBorders>
            <w:shd w:val="clear" w:color="auto" w:fill="F0F0F0"/>
            <w:vAlign w:val="center"/>
          </w:tcPr>
          <w:p w14:paraId="52B903D5" w14:textId="77777777" w:rsidR="00A806B2" w:rsidRPr="00A864B8" w:rsidRDefault="00000000">
            <w:pPr>
              <w:spacing w:before="20" w:after="10" w:line="240" w:lineRule="auto"/>
              <w:jc w:val="center"/>
            </w:pPr>
            <w:r w:rsidRPr="00A864B8">
              <w:rPr>
                <w:sz w:val="20"/>
              </w:rPr>
              <w:t>-121</w:t>
            </w:r>
          </w:p>
        </w:tc>
        <w:tc>
          <w:tcPr>
            <w:tcW w:w="960" w:type="dxa"/>
            <w:tcBorders>
              <w:bottom w:val="single" w:sz="8" w:space="0" w:color="9B9B9B"/>
            </w:tcBorders>
            <w:shd w:val="clear" w:color="auto" w:fill="F0F0F0"/>
            <w:vAlign w:val="center"/>
          </w:tcPr>
          <w:p w14:paraId="1ED4D567" w14:textId="77777777" w:rsidR="00A806B2" w:rsidRPr="00A864B8" w:rsidRDefault="00000000">
            <w:pPr>
              <w:spacing w:before="20" w:after="10" w:line="240" w:lineRule="auto"/>
              <w:jc w:val="center"/>
            </w:pPr>
            <w:r w:rsidRPr="00A864B8">
              <w:rPr>
                <w:sz w:val="20"/>
              </w:rPr>
              <w:t>-115</w:t>
            </w:r>
          </w:p>
        </w:tc>
        <w:tc>
          <w:tcPr>
            <w:tcW w:w="960" w:type="dxa"/>
            <w:tcBorders>
              <w:bottom w:val="single" w:sz="8" w:space="0" w:color="9B9B9B"/>
            </w:tcBorders>
            <w:shd w:val="clear" w:color="auto" w:fill="F0F0F0"/>
            <w:vAlign w:val="center"/>
          </w:tcPr>
          <w:p w14:paraId="660B8DC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44B28CA" w14:textId="77777777" w:rsidR="00A806B2" w:rsidRPr="00A864B8" w:rsidRDefault="00000000">
            <w:pPr>
              <w:spacing w:before="20" w:after="10" w:line="240" w:lineRule="auto"/>
              <w:jc w:val="center"/>
            </w:pPr>
            <w:r w:rsidRPr="00A864B8">
              <w:rPr>
                <w:sz w:val="20"/>
              </w:rPr>
              <w:t>-53</w:t>
            </w:r>
          </w:p>
        </w:tc>
        <w:tc>
          <w:tcPr>
            <w:tcW w:w="960" w:type="dxa"/>
            <w:tcBorders>
              <w:bottom w:val="single" w:sz="8" w:space="0" w:color="9B9B9B"/>
            </w:tcBorders>
            <w:shd w:val="clear" w:color="auto" w:fill="F0F0F0"/>
            <w:vAlign w:val="center"/>
          </w:tcPr>
          <w:p w14:paraId="3268C63E" w14:textId="77777777" w:rsidR="00A806B2" w:rsidRPr="00A864B8" w:rsidRDefault="00000000">
            <w:pPr>
              <w:spacing w:before="20" w:after="10" w:line="240" w:lineRule="auto"/>
              <w:jc w:val="center"/>
            </w:pPr>
            <w:r w:rsidRPr="00A864B8">
              <w:rPr>
                <w:sz w:val="20"/>
              </w:rPr>
              <w:t>-50</w:t>
            </w:r>
          </w:p>
        </w:tc>
      </w:tr>
      <w:tr w:rsidR="00A806B2" w:rsidRPr="00A864B8" w14:paraId="7B8D3D88" w14:textId="77777777">
        <w:trPr>
          <w:jc w:val="center"/>
        </w:trPr>
        <w:tc>
          <w:tcPr>
            <w:tcW w:w="960" w:type="dxa"/>
            <w:tcBorders>
              <w:bottom w:val="single" w:sz="8" w:space="0" w:color="9B9B9B"/>
            </w:tcBorders>
            <w:shd w:val="clear" w:color="auto" w:fill="CFCFCF"/>
            <w:vAlign w:val="center"/>
          </w:tcPr>
          <w:p w14:paraId="63DB2C5C" w14:textId="77777777" w:rsidR="00A806B2" w:rsidRPr="00A864B8" w:rsidRDefault="00000000">
            <w:pPr>
              <w:spacing w:before="20" w:after="10" w:line="240" w:lineRule="auto"/>
              <w:jc w:val="center"/>
            </w:pPr>
            <w:r w:rsidRPr="00A864B8">
              <w:rPr>
                <w:b/>
                <w:sz w:val="20"/>
              </w:rPr>
              <w:t>Elektromobilität</w:t>
            </w:r>
          </w:p>
        </w:tc>
        <w:tc>
          <w:tcPr>
            <w:tcW w:w="960" w:type="dxa"/>
            <w:tcBorders>
              <w:bottom w:val="single" w:sz="8" w:space="0" w:color="9B9B9B"/>
            </w:tcBorders>
            <w:shd w:val="clear" w:color="auto" w:fill="CFCFCF"/>
            <w:vAlign w:val="center"/>
          </w:tcPr>
          <w:p w14:paraId="6A41BBBB" w14:textId="77777777" w:rsidR="00A806B2" w:rsidRPr="00A864B8" w:rsidRDefault="00000000">
            <w:pPr>
              <w:spacing w:before="20" w:after="10" w:line="240" w:lineRule="auto"/>
              <w:jc w:val="center"/>
            </w:pPr>
            <w:r w:rsidRPr="00A864B8">
              <w:rPr>
                <w:b/>
                <w:sz w:val="20"/>
              </w:rPr>
              <w:t>-1.984.902</w:t>
            </w:r>
          </w:p>
        </w:tc>
        <w:tc>
          <w:tcPr>
            <w:tcW w:w="960" w:type="dxa"/>
            <w:tcBorders>
              <w:bottom w:val="single" w:sz="8" w:space="0" w:color="9B9B9B"/>
            </w:tcBorders>
            <w:shd w:val="clear" w:color="auto" w:fill="CFCFCF"/>
            <w:vAlign w:val="center"/>
          </w:tcPr>
          <w:p w14:paraId="76CBEDD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08713DEF" w14:textId="77777777" w:rsidR="00A806B2" w:rsidRPr="00A864B8" w:rsidRDefault="00000000">
            <w:pPr>
              <w:spacing w:before="20" w:after="10" w:line="240" w:lineRule="auto"/>
              <w:jc w:val="center"/>
            </w:pPr>
            <w:r w:rsidRPr="00A864B8">
              <w:rPr>
                <w:b/>
                <w:sz w:val="20"/>
              </w:rPr>
              <w:t>-151.689</w:t>
            </w:r>
          </w:p>
        </w:tc>
        <w:tc>
          <w:tcPr>
            <w:tcW w:w="960" w:type="dxa"/>
            <w:tcBorders>
              <w:bottom w:val="single" w:sz="8" w:space="0" w:color="9B9B9B"/>
            </w:tcBorders>
            <w:shd w:val="clear" w:color="auto" w:fill="CFCFCF"/>
            <w:vAlign w:val="center"/>
          </w:tcPr>
          <w:p w14:paraId="7B61BD08" w14:textId="77777777" w:rsidR="00A806B2" w:rsidRPr="00A864B8" w:rsidRDefault="00000000">
            <w:pPr>
              <w:spacing w:before="20" w:after="10" w:line="240" w:lineRule="auto"/>
              <w:jc w:val="center"/>
            </w:pPr>
            <w:r w:rsidRPr="00A864B8">
              <w:rPr>
                <w:b/>
                <w:sz w:val="20"/>
              </w:rPr>
              <w:t>-144.465</w:t>
            </w:r>
          </w:p>
        </w:tc>
        <w:tc>
          <w:tcPr>
            <w:tcW w:w="960" w:type="dxa"/>
            <w:tcBorders>
              <w:bottom w:val="single" w:sz="8" w:space="0" w:color="9B9B9B"/>
            </w:tcBorders>
            <w:shd w:val="clear" w:color="auto" w:fill="CFCFCF"/>
            <w:vAlign w:val="center"/>
          </w:tcPr>
          <w:p w14:paraId="6F9DD97C" w14:textId="77777777" w:rsidR="00A806B2" w:rsidRPr="00A864B8" w:rsidRDefault="00000000">
            <w:pPr>
              <w:spacing w:before="20" w:after="10" w:line="240" w:lineRule="auto"/>
              <w:jc w:val="center"/>
            </w:pPr>
            <w:r w:rsidRPr="00A864B8">
              <w:rPr>
                <w:b/>
                <w:sz w:val="20"/>
              </w:rPr>
              <w:t>-137.586</w:t>
            </w:r>
          </w:p>
        </w:tc>
        <w:tc>
          <w:tcPr>
            <w:tcW w:w="960" w:type="dxa"/>
            <w:tcBorders>
              <w:bottom w:val="single" w:sz="8" w:space="0" w:color="9B9B9B"/>
            </w:tcBorders>
            <w:shd w:val="clear" w:color="auto" w:fill="CFCFCF"/>
            <w:vAlign w:val="center"/>
          </w:tcPr>
          <w:p w14:paraId="15AD545F"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358A90C3" w14:textId="77777777" w:rsidR="00A806B2" w:rsidRPr="00A864B8" w:rsidRDefault="00000000">
            <w:pPr>
              <w:spacing w:before="20" w:after="10" w:line="240" w:lineRule="auto"/>
              <w:jc w:val="center"/>
            </w:pPr>
            <w:r w:rsidRPr="00A864B8">
              <w:rPr>
                <w:b/>
                <w:sz w:val="20"/>
              </w:rPr>
              <w:t>-63.030</w:t>
            </w:r>
          </w:p>
        </w:tc>
        <w:tc>
          <w:tcPr>
            <w:tcW w:w="960" w:type="dxa"/>
            <w:tcBorders>
              <w:bottom w:val="single" w:sz="8" w:space="0" w:color="9B9B9B"/>
            </w:tcBorders>
            <w:shd w:val="clear" w:color="auto" w:fill="CFCFCF"/>
            <w:vAlign w:val="center"/>
          </w:tcPr>
          <w:p w14:paraId="1FE050EC" w14:textId="77777777" w:rsidR="00A806B2" w:rsidRPr="00A864B8" w:rsidRDefault="00000000">
            <w:pPr>
              <w:spacing w:before="20" w:after="10" w:line="240" w:lineRule="auto"/>
              <w:jc w:val="center"/>
            </w:pPr>
            <w:r w:rsidRPr="00A864B8">
              <w:rPr>
                <w:b/>
                <w:sz w:val="20"/>
              </w:rPr>
              <w:t>-60.028</w:t>
            </w:r>
          </w:p>
        </w:tc>
      </w:tr>
      <w:tr w:rsidR="00A806B2" w:rsidRPr="00A864B8" w14:paraId="439F6248" w14:textId="77777777">
        <w:trPr>
          <w:jc w:val="center"/>
        </w:trPr>
        <w:tc>
          <w:tcPr>
            <w:tcW w:w="960" w:type="dxa"/>
            <w:tcBorders>
              <w:bottom w:val="single" w:sz="8" w:space="0" w:color="9B9B9B"/>
            </w:tcBorders>
            <w:shd w:val="clear" w:color="auto" w:fill="F0F0F0"/>
            <w:vAlign w:val="center"/>
          </w:tcPr>
          <w:p w14:paraId="747E7567" w14:textId="77777777" w:rsidR="00A806B2" w:rsidRPr="00A864B8" w:rsidRDefault="00000000">
            <w:pPr>
              <w:spacing w:before="20" w:after="10" w:line="240" w:lineRule="auto"/>
              <w:jc w:val="center"/>
            </w:pPr>
            <w:r w:rsidRPr="00A864B8">
              <w:rPr>
                <w:sz w:val="20"/>
              </w:rPr>
              <w:t>Arbeitspreis</w:t>
            </w:r>
          </w:p>
        </w:tc>
        <w:tc>
          <w:tcPr>
            <w:tcW w:w="960" w:type="dxa"/>
            <w:tcBorders>
              <w:bottom w:val="single" w:sz="8" w:space="0" w:color="9B9B9B"/>
            </w:tcBorders>
            <w:shd w:val="clear" w:color="auto" w:fill="F0F0F0"/>
            <w:vAlign w:val="center"/>
          </w:tcPr>
          <w:p w14:paraId="326AD8F2" w14:textId="77777777" w:rsidR="00A806B2" w:rsidRPr="00A864B8" w:rsidRDefault="00000000">
            <w:pPr>
              <w:spacing w:before="20" w:after="10" w:line="240" w:lineRule="auto"/>
              <w:jc w:val="center"/>
            </w:pPr>
            <w:r w:rsidRPr="00A864B8">
              <w:rPr>
                <w:sz w:val="20"/>
              </w:rPr>
              <w:t>-1.860.280</w:t>
            </w:r>
          </w:p>
        </w:tc>
        <w:tc>
          <w:tcPr>
            <w:tcW w:w="960" w:type="dxa"/>
            <w:tcBorders>
              <w:bottom w:val="single" w:sz="8" w:space="0" w:color="9B9B9B"/>
            </w:tcBorders>
            <w:shd w:val="clear" w:color="auto" w:fill="F0F0F0"/>
            <w:vAlign w:val="center"/>
          </w:tcPr>
          <w:p w14:paraId="48117E6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622A0722" w14:textId="77777777" w:rsidR="00A806B2" w:rsidRPr="00A864B8" w:rsidRDefault="00000000">
            <w:pPr>
              <w:spacing w:before="20" w:after="10" w:line="240" w:lineRule="auto"/>
              <w:jc w:val="center"/>
            </w:pPr>
            <w:r w:rsidRPr="00A864B8">
              <w:rPr>
                <w:sz w:val="20"/>
              </w:rPr>
              <w:t>-142.165</w:t>
            </w:r>
          </w:p>
        </w:tc>
        <w:tc>
          <w:tcPr>
            <w:tcW w:w="960" w:type="dxa"/>
            <w:tcBorders>
              <w:bottom w:val="single" w:sz="8" w:space="0" w:color="9B9B9B"/>
            </w:tcBorders>
            <w:shd w:val="clear" w:color="auto" w:fill="F0F0F0"/>
            <w:vAlign w:val="center"/>
          </w:tcPr>
          <w:p w14:paraId="01609087" w14:textId="77777777" w:rsidR="00A806B2" w:rsidRPr="00A864B8" w:rsidRDefault="00000000">
            <w:pPr>
              <w:spacing w:before="20" w:after="10" w:line="240" w:lineRule="auto"/>
              <w:jc w:val="center"/>
            </w:pPr>
            <w:r w:rsidRPr="00A864B8">
              <w:rPr>
                <w:sz w:val="20"/>
              </w:rPr>
              <w:t>-135.395</w:t>
            </w:r>
          </w:p>
        </w:tc>
        <w:tc>
          <w:tcPr>
            <w:tcW w:w="960" w:type="dxa"/>
            <w:tcBorders>
              <w:bottom w:val="single" w:sz="8" w:space="0" w:color="9B9B9B"/>
            </w:tcBorders>
            <w:shd w:val="clear" w:color="auto" w:fill="F0F0F0"/>
            <w:vAlign w:val="center"/>
          </w:tcPr>
          <w:p w14:paraId="7095311B" w14:textId="77777777" w:rsidR="00A806B2" w:rsidRPr="00A864B8" w:rsidRDefault="00000000">
            <w:pPr>
              <w:spacing w:before="20" w:after="10" w:line="240" w:lineRule="auto"/>
              <w:jc w:val="center"/>
            </w:pPr>
            <w:r w:rsidRPr="00A864B8">
              <w:rPr>
                <w:sz w:val="20"/>
              </w:rPr>
              <w:t>-128.948</w:t>
            </w:r>
          </w:p>
        </w:tc>
        <w:tc>
          <w:tcPr>
            <w:tcW w:w="960" w:type="dxa"/>
            <w:tcBorders>
              <w:bottom w:val="single" w:sz="8" w:space="0" w:color="9B9B9B"/>
            </w:tcBorders>
            <w:shd w:val="clear" w:color="auto" w:fill="F0F0F0"/>
            <w:vAlign w:val="center"/>
          </w:tcPr>
          <w:p w14:paraId="2689BD24"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0D29D57D" w14:textId="77777777" w:rsidR="00A806B2" w:rsidRPr="00A864B8" w:rsidRDefault="00000000">
            <w:pPr>
              <w:spacing w:before="20" w:after="10" w:line="240" w:lineRule="auto"/>
              <w:jc w:val="center"/>
            </w:pPr>
            <w:r w:rsidRPr="00A864B8">
              <w:rPr>
                <w:sz w:val="20"/>
              </w:rPr>
              <w:t>-59.072</w:t>
            </w:r>
          </w:p>
        </w:tc>
        <w:tc>
          <w:tcPr>
            <w:tcW w:w="960" w:type="dxa"/>
            <w:tcBorders>
              <w:bottom w:val="single" w:sz="8" w:space="0" w:color="9B9B9B"/>
            </w:tcBorders>
            <w:shd w:val="clear" w:color="auto" w:fill="F0F0F0"/>
            <w:vAlign w:val="center"/>
          </w:tcPr>
          <w:p w14:paraId="18EFD3DC" w14:textId="77777777" w:rsidR="00A806B2" w:rsidRPr="00A864B8" w:rsidRDefault="00000000">
            <w:pPr>
              <w:spacing w:before="20" w:after="10" w:line="240" w:lineRule="auto"/>
              <w:jc w:val="center"/>
            </w:pPr>
            <w:r w:rsidRPr="00A864B8">
              <w:rPr>
                <w:sz w:val="20"/>
              </w:rPr>
              <w:t>-56.259</w:t>
            </w:r>
          </w:p>
        </w:tc>
      </w:tr>
      <w:tr w:rsidR="00A806B2" w:rsidRPr="00A864B8" w14:paraId="2E8A4CB7" w14:textId="77777777">
        <w:trPr>
          <w:jc w:val="center"/>
        </w:trPr>
        <w:tc>
          <w:tcPr>
            <w:tcW w:w="960" w:type="dxa"/>
            <w:tcBorders>
              <w:bottom w:val="single" w:sz="8" w:space="0" w:color="9B9B9B"/>
            </w:tcBorders>
            <w:shd w:val="clear" w:color="auto" w:fill="CFCFCF"/>
            <w:vAlign w:val="center"/>
          </w:tcPr>
          <w:p w14:paraId="548A494F" w14:textId="77777777" w:rsidR="00A806B2" w:rsidRPr="00A864B8" w:rsidRDefault="00000000">
            <w:pPr>
              <w:spacing w:before="20" w:after="10" w:line="240" w:lineRule="auto"/>
              <w:jc w:val="center"/>
            </w:pPr>
            <w:r w:rsidRPr="00A864B8">
              <w:rPr>
                <w:sz w:val="20"/>
              </w:rPr>
              <w:t>Leistungspreis</w:t>
            </w:r>
          </w:p>
        </w:tc>
        <w:tc>
          <w:tcPr>
            <w:tcW w:w="960" w:type="dxa"/>
            <w:tcBorders>
              <w:bottom w:val="single" w:sz="8" w:space="0" w:color="9B9B9B"/>
            </w:tcBorders>
            <w:shd w:val="clear" w:color="auto" w:fill="CFCFCF"/>
            <w:vAlign w:val="center"/>
          </w:tcPr>
          <w:p w14:paraId="582B3DC7" w14:textId="77777777" w:rsidR="00A806B2" w:rsidRPr="00A864B8" w:rsidRDefault="00000000">
            <w:pPr>
              <w:spacing w:before="20" w:after="10" w:line="240" w:lineRule="auto"/>
              <w:jc w:val="center"/>
            </w:pPr>
            <w:r w:rsidRPr="00A864B8">
              <w:rPr>
                <w:sz w:val="20"/>
              </w:rPr>
              <w:t>-124.622</w:t>
            </w:r>
          </w:p>
        </w:tc>
        <w:tc>
          <w:tcPr>
            <w:tcW w:w="960" w:type="dxa"/>
            <w:tcBorders>
              <w:bottom w:val="single" w:sz="8" w:space="0" w:color="9B9B9B"/>
            </w:tcBorders>
            <w:shd w:val="clear" w:color="auto" w:fill="CFCFCF"/>
            <w:vAlign w:val="center"/>
          </w:tcPr>
          <w:p w14:paraId="0DEDF29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C7FF832" w14:textId="77777777" w:rsidR="00A806B2" w:rsidRPr="00A864B8" w:rsidRDefault="00000000">
            <w:pPr>
              <w:spacing w:before="20" w:after="10" w:line="240" w:lineRule="auto"/>
              <w:jc w:val="center"/>
            </w:pPr>
            <w:r w:rsidRPr="00A864B8">
              <w:rPr>
                <w:sz w:val="20"/>
              </w:rPr>
              <w:t>-9.523</w:t>
            </w:r>
          </w:p>
        </w:tc>
        <w:tc>
          <w:tcPr>
            <w:tcW w:w="960" w:type="dxa"/>
            <w:tcBorders>
              <w:bottom w:val="single" w:sz="8" w:space="0" w:color="9B9B9B"/>
            </w:tcBorders>
            <w:shd w:val="clear" w:color="auto" w:fill="CFCFCF"/>
            <w:vAlign w:val="center"/>
          </w:tcPr>
          <w:p w14:paraId="54618D99" w14:textId="77777777" w:rsidR="00A806B2" w:rsidRPr="00A864B8" w:rsidRDefault="00000000">
            <w:pPr>
              <w:spacing w:before="20" w:after="10" w:line="240" w:lineRule="auto"/>
              <w:jc w:val="center"/>
            </w:pPr>
            <w:r w:rsidRPr="00A864B8">
              <w:rPr>
                <w:sz w:val="20"/>
              </w:rPr>
              <w:t>-9.070</w:t>
            </w:r>
          </w:p>
        </w:tc>
        <w:tc>
          <w:tcPr>
            <w:tcW w:w="960" w:type="dxa"/>
            <w:tcBorders>
              <w:bottom w:val="single" w:sz="8" w:space="0" w:color="9B9B9B"/>
            </w:tcBorders>
            <w:shd w:val="clear" w:color="auto" w:fill="CFCFCF"/>
            <w:vAlign w:val="center"/>
          </w:tcPr>
          <w:p w14:paraId="3D82151A" w14:textId="77777777" w:rsidR="00A806B2" w:rsidRPr="00A864B8" w:rsidRDefault="00000000">
            <w:pPr>
              <w:spacing w:before="20" w:after="10" w:line="240" w:lineRule="auto"/>
              <w:jc w:val="center"/>
            </w:pPr>
            <w:r w:rsidRPr="00A864B8">
              <w:rPr>
                <w:sz w:val="20"/>
              </w:rPr>
              <w:t>-8.638</w:t>
            </w:r>
          </w:p>
        </w:tc>
        <w:tc>
          <w:tcPr>
            <w:tcW w:w="960" w:type="dxa"/>
            <w:tcBorders>
              <w:bottom w:val="single" w:sz="8" w:space="0" w:color="9B9B9B"/>
            </w:tcBorders>
            <w:shd w:val="clear" w:color="auto" w:fill="CFCFCF"/>
            <w:vAlign w:val="center"/>
          </w:tcPr>
          <w:p w14:paraId="42705D3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6BB4C77E" w14:textId="77777777" w:rsidR="00A806B2" w:rsidRPr="00A864B8" w:rsidRDefault="00000000">
            <w:pPr>
              <w:spacing w:before="20" w:after="10" w:line="240" w:lineRule="auto"/>
              <w:jc w:val="center"/>
            </w:pPr>
            <w:r w:rsidRPr="00A864B8">
              <w:rPr>
                <w:sz w:val="20"/>
              </w:rPr>
              <w:t>-3.957</w:t>
            </w:r>
          </w:p>
        </w:tc>
        <w:tc>
          <w:tcPr>
            <w:tcW w:w="960" w:type="dxa"/>
            <w:tcBorders>
              <w:bottom w:val="single" w:sz="8" w:space="0" w:color="9B9B9B"/>
            </w:tcBorders>
            <w:shd w:val="clear" w:color="auto" w:fill="CFCFCF"/>
            <w:vAlign w:val="center"/>
          </w:tcPr>
          <w:p w14:paraId="115615AD" w14:textId="77777777" w:rsidR="00A806B2" w:rsidRPr="00A864B8" w:rsidRDefault="00000000">
            <w:pPr>
              <w:spacing w:before="20" w:after="10" w:line="240" w:lineRule="auto"/>
              <w:jc w:val="center"/>
            </w:pPr>
            <w:r w:rsidRPr="00A864B8">
              <w:rPr>
                <w:sz w:val="20"/>
              </w:rPr>
              <w:t>-3.768</w:t>
            </w:r>
          </w:p>
        </w:tc>
      </w:tr>
      <w:tr w:rsidR="00A806B2" w:rsidRPr="00A864B8" w14:paraId="631D9B20" w14:textId="77777777">
        <w:trPr>
          <w:jc w:val="center"/>
        </w:trPr>
        <w:tc>
          <w:tcPr>
            <w:tcW w:w="960" w:type="dxa"/>
            <w:tcBorders>
              <w:bottom w:val="single" w:sz="8" w:space="0" w:color="9B9B9B"/>
            </w:tcBorders>
            <w:shd w:val="clear" w:color="auto" w:fill="F0F0F0"/>
            <w:vAlign w:val="center"/>
          </w:tcPr>
          <w:p w14:paraId="0AADCB2C" w14:textId="77777777" w:rsidR="00A806B2" w:rsidRPr="00A864B8" w:rsidRDefault="00000000">
            <w:pPr>
              <w:spacing w:before="20" w:after="10" w:line="240" w:lineRule="auto"/>
              <w:jc w:val="center"/>
            </w:pPr>
            <w:r w:rsidRPr="00A864B8">
              <w:rPr>
                <w:sz w:val="20"/>
              </w:rPr>
              <w:t>Einmalige Anschlussgebühren</w:t>
            </w:r>
          </w:p>
        </w:tc>
        <w:tc>
          <w:tcPr>
            <w:tcW w:w="960" w:type="dxa"/>
            <w:tcBorders>
              <w:bottom w:val="single" w:sz="8" w:space="0" w:color="9B9B9B"/>
            </w:tcBorders>
            <w:shd w:val="clear" w:color="auto" w:fill="F0F0F0"/>
            <w:vAlign w:val="center"/>
          </w:tcPr>
          <w:p w14:paraId="4857FD6C" w14:textId="77777777" w:rsidR="00A806B2" w:rsidRPr="00A864B8" w:rsidRDefault="00000000">
            <w:pPr>
              <w:spacing w:before="20" w:after="10" w:line="240" w:lineRule="auto"/>
              <w:jc w:val="center"/>
            </w:pPr>
            <w:r w:rsidRPr="00A864B8">
              <w:rPr>
                <w:sz w:val="20"/>
              </w:rPr>
              <w:t>-376.000</w:t>
            </w:r>
          </w:p>
        </w:tc>
        <w:tc>
          <w:tcPr>
            <w:tcW w:w="960" w:type="dxa"/>
            <w:tcBorders>
              <w:bottom w:val="single" w:sz="8" w:space="0" w:color="9B9B9B"/>
            </w:tcBorders>
            <w:shd w:val="clear" w:color="auto" w:fill="F0F0F0"/>
            <w:vAlign w:val="center"/>
          </w:tcPr>
          <w:p w14:paraId="72A1F90A" w14:textId="77777777" w:rsidR="00A806B2" w:rsidRPr="00A864B8" w:rsidRDefault="00000000">
            <w:pPr>
              <w:spacing w:before="20" w:after="10" w:line="240" w:lineRule="auto"/>
              <w:jc w:val="center"/>
            </w:pPr>
            <w:r w:rsidRPr="00A864B8">
              <w:rPr>
                <w:sz w:val="20"/>
              </w:rPr>
              <w:t>-376.000</w:t>
            </w:r>
          </w:p>
        </w:tc>
        <w:tc>
          <w:tcPr>
            <w:tcW w:w="960" w:type="dxa"/>
            <w:tcBorders>
              <w:bottom w:val="single" w:sz="8" w:space="0" w:color="9B9B9B"/>
            </w:tcBorders>
            <w:shd w:val="clear" w:color="auto" w:fill="F0F0F0"/>
            <w:vAlign w:val="center"/>
          </w:tcPr>
          <w:p w14:paraId="4ADBE88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1751CB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4DAD0B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9853C91"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77162D7"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3E9959D" w14:textId="77777777" w:rsidR="00A806B2" w:rsidRPr="00A864B8" w:rsidRDefault="00000000">
            <w:pPr>
              <w:spacing w:before="20" w:after="10" w:line="240" w:lineRule="auto"/>
              <w:jc w:val="center"/>
            </w:pPr>
            <w:r w:rsidRPr="00A864B8">
              <w:rPr>
                <w:sz w:val="20"/>
              </w:rPr>
              <w:t>0</w:t>
            </w:r>
          </w:p>
        </w:tc>
      </w:tr>
      <w:tr w:rsidR="00A806B2" w:rsidRPr="00A864B8" w14:paraId="777FCA59" w14:textId="77777777">
        <w:trPr>
          <w:jc w:val="center"/>
        </w:trPr>
        <w:tc>
          <w:tcPr>
            <w:tcW w:w="960" w:type="dxa"/>
            <w:tcBorders>
              <w:bottom w:val="single" w:sz="8" w:space="0" w:color="9B9B9B"/>
            </w:tcBorders>
            <w:shd w:val="clear" w:color="auto" w:fill="CFCFCF"/>
            <w:vAlign w:val="center"/>
          </w:tcPr>
          <w:p w14:paraId="01D4F478" w14:textId="77777777" w:rsidR="00A806B2" w:rsidRPr="00A864B8" w:rsidRDefault="00000000">
            <w:pPr>
              <w:spacing w:before="20" w:after="10" w:line="240" w:lineRule="auto"/>
              <w:jc w:val="center"/>
            </w:pPr>
            <w:r w:rsidRPr="00A864B8">
              <w:rPr>
                <w:b/>
                <w:sz w:val="20"/>
              </w:rPr>
              <w:t>Förderung</w:t>
            </w:r>
          </w:p>
        </w:tc>
        <w:tc>
          <w:tcPr>
            <w:tcW w:w="960" w:type="dxa"/>
            <w:tcBorders>
              <w:bottom w:val="single" w:sz="8" w:space="0" w:color="9B9B9B"/>
            </w:tcBorders>
            <w:shd w:val="clear" w:color="auto" w:fill="CFCFCF"/>
            <w:vAlign w:val="center"/>
          </w:tcPr>
          <w:p w14:paraId="61B34AE7" w14:textId="77777777" w:rsidR="00A806B2" w:rsidRPr="00A864B8" w:rsidRDefault="00000000">
            <w:pPr>
              <w:spacing w:before="20" w:after="10" w:line="240" w:lineRule="auto"/>
              <w:jc w:val="center"/>
            </w:pPr>
            <w:r w:rsidRPr="00A864B8">
              <w:rPr>
                <w:b/>
                <w:sz w:val="20"/>
              </w:rPr>
              <w:t>-1.070.433</w:t>
            </w:r>
          </w:p>
        </w:tc>
        <w:tc>
          <w:tcPr>
            <w:tcW w:w="960" w:type="dxa"/>
            <w:tcBorders>
              <w:bottom w:val="single" w:sz="8" w:space="0" w:color="9B9B9B"/>
            </w:tcBorders>
            <w:shd w:val="clear" w:color="auto" w:fill="CFCFCF"/>
            <w:vAlign w:val="center"/>
          </w:tcPr>
          <w:p w14:paraId="364D5950" w14:textId="77777777" w:rsidR="00A806B2" w:rsidRPr="00A864B8" w:rsidRDefault="00000000">
            <w:pPr>
              <w:spacing w:before="20" w:after="10" w:line="240" w:lineRule="auto"/>
              <w:jc w:val="center"/>
            </w:pPr>
            <w:r w:rsidRPr="00A864B8">
              <w:rPr>
                <w:b/>
                <w:sz w:val="20"/>
              </w:rPr>
              <w:t>-1.020.584</w:t>
            </w:r>
          </w:p>
        </w:tc>
        <w:tc>
          <w:tcPr>
            <w:tcW w:w="960" w:type="dxa"/>
            <w:tcBorders>
              <w:bottom w:val="single" w:sz="8" w:space="0" w:color="9B9B9B"/>
            </w:tcBorders>
            <w:shd w:val="clear" w:color="auto" w:fill="CFCFCF"/>
            <w:vAlign w:val="center"/>
          </w:tcPr>
          <w:p w14:paraId="506810ED" w14:textId="77777777" w:rsidR="00A806B2" w:rsidRPr="00A864B8" w:rsidRDefault="00000000">
            <w:pPr>
              <w:spacing w:before="20" w:after="10" w:line="240" w:lineRule="auto"/>
              <w:jc w:val="center"/>
            </w:pPr>
            <w:r w:rsidRPr="00A864B8">
              <w:rPr>
                <w:b/>
                <w:sz w:val="20"/>
              </w:rPr>
              <w:t>-3.809</w:t>
            </w:r>
          </w:p>
        </w:tc>
        <w:tc>
          <w:tcPr>
            <w:tcW w:w="960" w:type="dxa"/>
            <w:tcBorders>
              <w:bottom w:val="single" w:sz="8" w:space="0" w:color="9B9B9B"/>
            </w:tcBorders>
            <w:shd w:val="clear" w:color="auto" w:fill="CFCFCF"/>
            <w:vAlign w:val="center"/>
          </w:tcPr>
          <w:p w14:paraId="435E3D26" w14:textId="77777777" w:rsidR="00A806B2" w:rsidRPr="00A864B8" w:rsidRDefault="00000000">
            <w:pPr>
              <w:spacing w:before="20" w:after="10" w:line="240" w:lineRule="auto"/>
              <w:jc w:val="center"/>
            </w:pPr>
            <w:r w:rsidRPr="00A864B8">
              <w:rPr>
                <w:b/>
                <w:sz w:val="20"/>
              </w:rPr>
              <w:t>-3.628</w:t>
            </w:r>
          </w:p>
        </w:tc>
        <w:tc>
          <w:tcPr>
            <w:tcW w:w="960" w:type="dxa"/>
            <w:tcBorders>
              <w:bottom w:val="single" w:sz="8" w:space="0" w:color="9B9B9B"/>
            </w:tcBorders>
            <w:shd w:val="clear" w:color="auto" w:fill="CFCFCF"/>
            <w:vAlign w:val="center"/>
          </w:tcPr>
          <w:p w14:paraId="115CA79C" w14:textId="77777777" w:rsidR="00A806B2" w:rsidRPr="00A864B8" w:rsidRDefault="00000000">
            <w:pPr>
              <w:spacing w:before="20" w:after="10" w:line="240" w:lineRule="auto"/>
              <w:jc w:val="center"/>
            </w:pPr>
            <w:r w:rsidRPr="00A864B8">
              <w:rPr>
                <w:b/>
                <w:sz w:val="20"/>
              </w:rPr>
              <w:t>-3.455</w:t>
            </w:r>
          </w:p>
        </w:tc>
        <w:tc>
          <w:tcPr>
            <w:tcW w:w="960" w:type="dxa"/>
            <w:tcBorders>
              <w:bottom w:val="single" w:sz="8" w:space="0" w:color="9B9B9B"/>
            </w:tcBorders>
            <w:shd w:val="clear" w:color="auto" w:fill="CFCFCF"/>
            <w:vAlign w:val="center"/>
          </w:tcPr>
          <w:p w14:paraId="2A96C61E"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753B3A72" w14:textId="77777777" w:rsidR="00A806B2" w:rsidRPr="00A864B8" w:rsidRDefault="00000000">
            <w:pPr>
              <w:spacing w:before="20" w:after="10" w:line="240" w:lineRule="auto"/>
              <w:jc w:val="center"/>
            </w:pPr>
            <w:r w:rsidRPr="00A864B8">
              <w:rPr>
                <w:b/>
                <w:sz w:val="20"/>
              </w:rPr>
              <w:t>-1.582</w:t>
            </w:r>
          </w:p>
        </w:tc>
        <w:tc>
          <w:tcPr>
            <w:tcW w:w="960" w:type="dxa"/>
            <w:tcBorders>
              <w:bottom w:val="single" w:sz="8" w:space="0" w:color="9B9B9B"/>
            </w:tcBorders>
            <w:shd w:val="clear" w:color="auto" w:fill="CFCFCF"/>
            <w:vAlign w:val="center"/>
          </w:tcPr>
          <w:p w14:paraId="7C3E278A" w14:textId="77777777" w:rsidR="00A806B2" w:rsidRPr="00A864B8" w:rsidRDefault="00000000">
            <w:pPr>
              <w:spacing w:before="20" w:after="10" w:line="240" w:lineRule="auto"/>
              <w:jc w:val="center"/>
            </w:pPr>
            <w:r w:rsidRPr="00A864B8">
              <w:rPr>
                <w:b/>
                <w:sz w:val="20"/>
              </w:rPr>
              <w:t>-1.507</w:t>
            </w:r>
          </w:p>
        </w:tc>
      </w:tr>
      <w:tr w:rsidR="00A806B2" w:rsidRPr="00A864B8" w14:paraId="279AE728" w14:textId="77777777">
        <w:trPr>
          <w:jc w:val="center"/>
        </w:trPr>
        <w:tc>
          <w:tcPr>
            <w:tcW w:w="960" w:type="dxa"/>
            <w:tcBorders>
              <w:bottom w:val="single" w:sz="8" w:space="0" w:color="9B9B9B"/>
            </w:tcBorders>
            <w:shd w:val="clear" w:color="auto" w:fill="F0F0F0"/>
            <w:vAlign w:val="center"/>
          </w:tcPr>
          <w:p w14:paraId="7C82A3DA" w14:textId="77777777" w:rsidR="00A806B2" w:rsidRPr="00A864B8" w:rsidRDefault="00000000">
            <w:pPr>
              <w:spacing w:before="20" w:after="10" w:line="240" w:lineRule="auto"/>
              <w:jc w:val="center"/>
            </w:pPr>
            <w:r w:rsidRPr="00A864B8">
              <w:rPr>
                <w:b/>
                <w:sz w:val="20"/>
              </w:rPr>
              <w:t>Gebäudeenergiesysteme</w:t>
            </w:r>
          </w:p>
        </w:tc>
        <w:tc>
          <w:tcPr>
            <w:tcW w:w="960" w:type="dxa"/>
            <w:tcBorders>
              <w:bottom w:val="single" w:sz="8" w:space="0" w:color="9B9B9B"/>
            </w:tcBorders>
            <w:shd w:val="clear" w:color="auto" w:fill="F0F0F0"/>
            <w:vAlign w:val="center"/>
          </w:tcPr>
          <w:p w14:paraId="3AD4D536" w14:textId="77777777" w:rsidR="00A806B2" w:rsidRPr="00A864B8" w:rsidRDefault="00000000">
            <w:pPr>
              <w:spacing w:before="20" w:after="10" w:line="240" w:lineRule="auto"/>
              <w:jc w:val="center"/>
            </w:pPr>
            <w:r w:rsidRPr="00A864B8">
              <w:rPr>
                <w:b/>
                <w:sz w:val="20"/>
              </w:rPr>
              <w:t>-169.064</w:t>
            </w:r>
          </w:p>
        </w:tc>
        <w:tc>
          <w:tcPr>
            <w:tcW w:w="960" w:type="dxa"/>
            <w:tcBorders>
              <w:bottom w:val="single" w:sz="8" w:space="0" w:color="9B9B9B"/>
            </w:tcBorders>
            <w:shd w:val="clear" w:color="auto" w:fill="F0F0F0"/>
            <w:vAlign w:val="center"/>
          </w:tcPr>
          <w:p w14:paraId="12044B91" w14:textId="77777777" w:rsidR="00A806B2" w:rsidRPr="00A864B8" w:rsidRDefault="00000000">
            <w:pPr>
              <w:spacing w:before="20" w:after="10" w:line="240" w:lineRule="auto"/>
              <w:jc w:val="center"/>
            </w:pPr>
            <w:r w:rsidRPr="00A864B8">
              <w:rPr>
                <w:b/>
                <w:sz w:val="20"/>
              </w:rPr>
              <w:t>-169.064</w:t>
            </w:r>
          </w:p>
        </w:tc>
        <w:tc>
          <w:tcPr>
            <w:tcW w:w="960" w:type="dxa"/>
            <w:tcBorders>
              <w:bottom w:val="single" w:sz="8" w:space="0" w:color="9B9B9B"/>
            </w:tcBorders>
            <w:shd w:val="clear" w:color="auto" w:fill="F0F0F0"/>
            <w:vAlign w:val="center"/>
          </w:tcPr>
          <w:p w14:paraId="49D3B013"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9169DC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3B06D3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25B4D45"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73B02BED"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8921776" w14:textId="77777777" w:rsidR="00A806B2" w:rsidRPr="00A864B8" w:rsidRDefault="00000000">
            <w:pPr>
              <w:spacing w:before="20" w:after="10" w:line="240" w:lineRule="auto"/>
              <w:jc w:val="center"/>
            </w:pPr>
            <w:r w:rsidRPr="00A864B8">
              <w:rPr>
                <w:b/>
                <w:sz w:val="20"/>
              </w:rPr>
              <w:t>0</w:t>
            </w:r>
          </w:p>
        </w:tc>
      </w:tr>
      <w:tr w:rsidR="00A806B2" w:rsidRPr="00A864B8" w14:paraId="0E112A49" w14:textId="77777777">
        <w:trPr>
          <w:jc w:val="center"/>
        </w:trPr>
        <w:tc>
          <w:tcPr>
            <w:tcW w:w="960" w:type="dxa"/>
            <w:tcBorders>
              <w:bottom w:val="single" w:sz="8" w:space="0" w:color="9B9B9B"/>
            </w:tcBorders>
            <w:shd w:val="clear" w:color="auto" w:fill="CFCFCF"/>
            <w:vAlign w:val="center"/>
          </w:tcPr>
          <w:p w14:paraId="7CA2A279" w14:textId="77777777" w:rsidR="00A806B2" w:rsidRPr="00A864B8" w:rsidRDefault="00000000">
            <w:pPr>
              <w:spacing w:before="20" w:after="10" w:line="240" w:lineRule="auto"/>
              <w:jc w:val="center"/>
            </w:pPr>
            <w:r w:rsidRPr="00A864B8">
              <w:rPr>
                <w:sz w:val="20"/>
              </w:rPr>
              <w:t>Dez. elektr. TWW-Erwärmung</w:t>
            </w:r>
          </w:p>
        </w:tc>
        <w:tc>
          <w:tcPr>
            <w:tcW w:w="960" w:type="dxa"/>
            <w:tcBorders>
              <w:bottom w:val="single" w:sz="8" w:space="0" w:color="9B9B9B"/>
            </w:tcBorders>
            <w:shd w:val="clear" w:color="auto" w:fill="CFCFCF"/>
            <w:vAlign w:val="center"/>
          </w:tcPr>
          <w:p w14:paraId="063FFDF6" w14:textId="77777777" w:rsidR="00A806B2" w:rsidRPr="00A864B8" w:rsidRDefault="00000000">
            <w:pPr>
              <w:spacing w:before="20" w:after="10" w:line="240" w:lineRule="auto"/>
              <w:jc w:val="center"/>
            </w:pPr>
            <w:r w:rsidRPr="00A864B8">
              <w:rPr>
                <w:sz w:val="20"/>
              </w:rPr>
              <w:t>-2.236</w:t>
            </w:r>
          </w:p>
        </w:tc>
        <w:tc>
          <w:tcPr>
            <w:tcW w:w="960" w:type="dxa"/>
            <w:tcBorders>
              <w:bottom w:val="single" w:sz="8" w:space="0" w:color="9B9B9B"/>
            </w:tcBorders>
            <w:shd w:val="clear" w:color="auto" w:fill="CFCFCF"/>
            <w:vAlign w:val="center"/>
          </w:tcPr>
          <w:p w14:paraId="5FFE7F89" w14:textId="77777777" w:rsidR="00A806B2" w:rsidRPr="00A864B8" w:rsidRDefault="00000000">
            <w:pPr>
              <w:spacing w:before="20" w:after="10" w:line="240" w:lineRule="auto"/>
              <w:jc w:val="center"/>
            </w:pPr>
            <w:r w:rsidRPr="00A864B8">
              <w:rPr>
                <w:sz w:val="20"/>
              </w:rPr>
              <w:t>-2.236</w:t>
            </w:r>
          </w:p>
        </w:tc>
        <w:tc>
          <w:tcPr>
            <w:tcW w:w="960" w:type="dxa"/>
            <w:tcBorders>
              <w:bottom w:val="single" w:sz="8" w:space="0" w:color="9B9B9B"/>
            </w:tcBorders>
            <w:shd w:val="clear" w:color="auto" w:fill="CFCFCF"/>
            <w:vAlign w:val="center"/>
          </w:tcPr>
          <w:p w14:paraId="416F9B5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1A61F2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D062C3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0DBA016"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44993ED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60D7A14" w14:textId="77777777" w:rsidR="00A806B2" w:rsidRPr="00A864B8" w:rsidRDefault="00000000">
            <w:pPr>
              <w:spacing w:before="20" w:after="10" w:line="240" w:lineRule="auto"/>
              <w:jc w:val="center"/>
            </w:pPr>
            <w:r w:rsidRPr="00A864B8">
              <w:rPr>
                <w:sz w:val="20"/>
              </w:rPr>
              <w:t>0</w:t>
            </w:r>
          </w:p>
        </w:tc>
      </w:tr>
      <w:tr w:rsidR="00A806B2" w:rsidRPr="00A864B8" w14:paraId="0CBCE4FC" w14:textId="77777777">
        <w:trPr>
          <w:jc w:val="center"/>
        </w:trPr>
        <w:tc>
          <w:tcPr>
            <w:tcW w:w="960" w:type="dxa"/>
            <w:tcBorders>
              <w:bottom w:val="single" w:sz="8" w:space="0" w:color="9B9B9B"/>
            </w:tcBorders>
            <w:shd w:val="clear" w:color="auto" w:fill="F0F0F0"/>
            <w:vAlign w:val="center"/>
          </w:tcPr>
          <w:p w14:paraId="438FDDE7" w14:textId="77777777" w:rsidR="00A806B2" w:rsidRPr="00A864B8" w:rsidRDefault="00000000">
            <w:pPr>
              <w:spacing w:before="20" w:after="10" w:line="240" w:lineRule="auto"/>
              <w:jc w:val="center"/>
            </w:pPr>
            <w:r w:rsidRPr="00A864B8">
              <w:rPr>
                <w:sz w:val="20"/>
              </w:rPr>
              <w:t>Speicher (TWW)</w:t>
            </w:r>
          </w:p>
        </w:tc>
        <w:tc>
          <w:tcPr>
            <w:tcW w:w="960" w:type="dxa"/>
            <w:tcBorders>
              <w:bottom w:val="single" w:sz="8" w:space="0" w:color="9B9B9B"/>
            </w:tcBorders>
            <w:shd w:val="clear" w:color="auto" w:fill="F0F0F0"/>
            <w:vAlign w:val="center"/>
          </w:tcPr>
          <w:p w14:paraId="0140C748" w14:textId="77777777" w:rsidR="00A806B2" w:rsidRPr="00A864B8" w:rsidRDefault="00000000">
            <w:pPr>
              <w:spacing w:before="20" w:after="10" w:line="240" w:lineRule="auto"/>
              <w:jc w:val="center"/>
            </w:pPr>
            <w:r w:rsidRPr="00A864B8">
              <w:rPr>
                <w:sz w:val="20"/>
              </w:rPr>
              <w:t>-29.892</w:t>
            </w:r>
          </w:p>
        </w:tc>
        <w:tc>
          <w:tcPr>
            <w:tcW w:w="960" w:type="dxa"/>
            <w:tcBorders>
              <w:bottom w:val="single" w:sz="8" w:space="0" w:color="9B9B9B"/>
            </w:tcBorders>
            <w:shd w:val="clear" w:color="auto" w:fill="F0F0F0"/>
            <w:vAlign w:val="center"/>
          </w:tcPr>
          <w:p w14:paraId="2D29B8E6" w14:textId="77777777" w:rsidR="00A806B2" w:rsidRPr="00A864B8" w:rsidRDefault="00000000">
            <w:pPr>
              <w:spacing w:before="20" w:after="10" w:line="240" w:lineRule="auto"/>
              <w:jc w:val="center"/>
            </w:pPr>
            <w:r w:rsidRPr="00A864B8">
              <w:rPr>
                <w:sz w:val="20"/>
              </w:rPr>
              <w:t>-29.892</w:t>
            </w:r>
          </w:p>
        </w:tc>
        <w:tc>
          <w:tcPr>
            <w:tcW w:w="960" w:type="dxa"/>
            <w:tcBorders>
              <w:bottom w:val="single" w:sz="8" w:space="0" w:color="9B9B9B"/>
            </w:tcBorders>
            <w:shd w:val="clear" w:color="auto" w:fill="F0F0F0"/>
            <w:vAlign w:val="center"/>
          </w:tcPr>
          <w:p w14:paraId="34A71BA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9DDDC8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F62285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3B21BB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32DCDFC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5E80C2C5" w14:textId="77777777" w:rsidR="00A806B2" w:rsidRPr="00A864B8" w:rsidRDefault="00000000">
            <w:pPr>
              <w:spacing w:before="20" w:after="10" w:line="240" w:lineRule="auto"/>
              <w:jc w:val="center"/>
            </w:pPr>
            <w:r w:rsidRPr="00A864B8">
              <w:rPr>
                <w:sz w:val="20"/>
              </w:rPr>
              <w:t>0</w:t>
            </w:r>
          </w:p>
        </w:tc>
      </w:tr>
      <w:tr w:rsidR="00A806B2" w:rsidRPr="00A864B8" w14:paraId="1CC57FB5" w14:textId="77777777">
        <w:trPr>
          <w:jc w:val="center"/>
        </w:trPr>
        <w:tc>
          <w:tcPr>
            <w:tcW w:w="960" w:type="dxa"/>
            <w:tcBorders>
              <w:bottom w:val="single" w:sz="8" w:space="0" w:color="9B9B9B"/>
            </w:tcBorders>
            <w:shd w:val="clear" w:color="auto" w:fill="CFCFCF"/>
            <w:vAlign w:val="center"/>
          </w:tcPr>
          <w:p w14:paraId="45A9586F" w14:textId="77777777" w:rsidR="00A806B2" w:rsidRPr="00A864B8" w:rsidRDefault="00000000">
            <w:pPr>
              <w:spacing w:before="20" w:after="10" w:line="240" w:lineRule="auto"/>
              <w:jc w:val="center"/>
            </w:pPr>
            <w:r w:rsidRPr="00A864B8">
              <w:rPr>
                <w:sz w:val="20"/>
              </w:rPr>
              <w:t>Wärmeübergabestation</w:t>
            </w:r>
          </w:p>
        </w:tc>
        <w:tc>
          <w:tcPr>
            <w:tcW w:w="960" w:type="dxa"/>
            <w:tcBorders>
              <w:bottom w:val="single" w:sz="8" w:space="0" w:color="9B9B9B"/>
            </w:tcBorders>
            <w:shd w:val="clear" w:color="auto" w:fill="CFCFCF"/>
            <w:vAlign w:val="center"/>
          </w:tcPr>
          <w:p w14:paraId="0CB27FB5" w14:textId="77777777" w:rsidR="00A806B2" w:rsidRPr="00A864B8" w:rsidRDefault="00000000">
            <w:pPr>
              <w:spacing w:before="20" w:after="10" w:line="240" w:lineRule="auto"/>
              <w:jc w:val="center"/>
            </w:pPr>
            <w:r w:rsidRPr="00A864B8">
              <w:rPr>
                <w:sz w:val="20"/>
              </w:rPr>
              <w:t>-129.261</w:t>
            </w:r>
          </w:p>
        </w:tc>
        <w:tc>
          <w:tcPr>
            <w:tcW w:w="960" w:type="dxa"/>
            <w:tcBorders>
              <w:bottom w:val="single" w:sz="8" w:space="0" w:color="9B9B9B"/>
            </w:tcBorders>
            <w:shd w:val="clear" w:color="auto" w:fill="CFCFCF"/>
            <w:vAlign w:val="center"/>
          </w:tcPr>
          <w:p w14:paraId="36D9ED04" w14:textId="77777777" w:rsidR="00A806B2" w:rsidRPr="00A864B8" w:rsidRDefault="00000000">
            <w:pPr>
              <w:spacing w:before="20" w:after="10" w:line="240" w:lineRule="auto"/>
              <w:jc w:val="center"/>
            </w:pPr>
            <w:r w:rsidRPr="00A864B8">
              <w:rPr>
                <w:sz w:val="20"/>
              </w:rPr>
              <w:t>-129.261</w:t>
            </w:r>
          </w:p>
        </w:tc>
        <w:tc>
          <w:tcPr>
            <w:tcW w:w="960" w:type="dxa"/>
            <w:tcBorders>
              <w:bottom w:val="single" w:sz="8" w:space="0" w:color="9B9B9B"/>
            </w:tcBorders>
            <w:shd w:val="clear" w:color="auto" w:fill="CFCFCF"/>
            <w:vAlign w:val="center"/>
          </w:tcPr>
          <w:p w14:paraId="61667703"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2F08FA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1C399D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7F0977A"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43F0182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6CDAB102" w14:textId="77777777" w:rsidR="00A806B2" w:rsidRPr="00A864B8" w:rsidRDefault="00000000">
            <w:pPr>
              <w:spacing w:before="20" w:after="10" w:line="240" w:lineRule="auto"/>
              <w:jc w:val="center"/>
            </w:pPr>
            <w:r w:rsidRPr="00A864B8">
              <w:rPr>
                <w:sz w:val="20"/>
              </w:rPr>
              <w:t>0</w:t>
            </w:r>
          </w:p>
        </w:tc>
      </w:tr>
      <w:tr w:rsidR="00A806B2" w:rsidRPr="00A864B8" w14:paraId="4DC473C7" w14:textId="77777777">
        <w:trPr>
          <w:jc w:val="center"/>
        </w:trPr>
        <w:tc>
          <w:tcPr>
            <w:tcW w:w="960" w:type="dxa"/>
            <w:tcBorders>
              <w:bottom w:val="single" w:sz="8" w:space="0" w:color="9B9B9B"/>
            </w:tcBorders>
            <w:shd w:val="clear" w:color="auto" w:fill="F0F0F0"/>
            <w:vAlign w:val="center"/>
          </w:tcPr>
          <w:p w14:paraId="5FC0FE78" w14:textId="77777777" w:rsidR="00A806B2" w:rsidRPr="00A864B8" w:rsidRDefault="00000000">
            <w:pPr>
              <w:spacing w:before="20" w:after="10" w:line="240" w:lineRule="auto"/>
              <w:jc w:val="center"/>
            </w:pPr>
            <w:r w:rsidRPr="00A864B8">
              <w:rPr>
                <w:sz w:val="20"/>
              </w:rPr>
              <w:t>Geothermiesonden</w:t>
            </w:r>
          </w:p>
        </w:tc>
        <w:tc>
          <w:tcPr>
            <w:tcW w:w="960" w:type="dxa"/>
            <w:tcBorders>
              <w:bottom w:val="single" w:sz="8" w:space="0" w:color="9B9B9B"/>
            </w:tcBorders>
            <w:shd w:val="clear" w:color="auto" w:fill="F0F0F0"/>
            <w:vAlign w:val="center"/>
          </w:tcPr>
          <w:p w14:paraId="09EF38E2" w14:textId="77777777" w:rsidR="00A806B2" w:rsidRPr="00A864B8" w:rsidRDefault="00000000">
            <w:pPr>
              <w:spacing w:before="20" w:after="10" w:line="240" w:lineRule="auto"/>
              <w:jc w:val="center"/>
            </w:pPr>
            <w:r w:rsidRPr="00A864B8">
              <w:rPr>
                <w:sz w:val="20"/>
              </w:rPr>
              <w:t>-7.675</w:t>
            </w:r>
          </w:p>
        </w:tc>
        <w:tc>
          <w:tcPr>
            <w:tcW w:w="960" w:type="dxa"/>
            <w:tcBorders>
              <w:bottom w:val="single" w:sz="8" w:space="0" w:color="9B9B9B"/>
            </w:tcBorders>
            <w:shd w:val="clear" w:color="auto" w:fill="F0F0F0"/>
            <w:vAlign w:val="center"/>
          </w:tcPr>
          <w:p w14:paraId="3965F02C" w14:textId="77777777" w:rsidR="00A806B2" w:rsidRPr="00A864B8" w:rsidRDefault="00000000">
            <w:pPr>
              <w:spacing w:before="20" w:after="10" w:line="240" w:lineRule="auto"/>
              <w:jc w:val="center"/>
            </w:pPr>
            <w:r w:rsidRPr="00A864B8">
              <w:rPr>
                <w:sz w:val="20"/>
              </w:rPr>
              <w:t>-7.675</w:t>
            </w:r>
          </w:p>
        </w:tc>
        <w:tc>
          <w:tcPr>
            <w:tcW w:w="960" w:type="dxa"/>
            <w:tcBorders>
              <w:bottom w:val="single" w:sz="8" w:space="0" w:color="9B9B9B"/>
            </w:tcBorders>
            <w:shd w:val="clear" w:color="auto" w:fill="F0F0F0"/>
            <w:vAlign w:val="center"/>
          </w:tcPr>
          <w:p w14:paraId="16BB990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5EB9C7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ADDFD5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14C950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11FCE2C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D95254B" w14:textId="77777777" w:rsidR="00A806B2" w:rsidRPr="00A864B8" w:rsidRDefault="00000000">
            <w:pPr>
              <w:spacing w:before="20" w:after="10" w:line="240" w:lineRule="auto"/>
              <w:jc w:val="center"/>
            </w:pPr>
            <w:r w:rsidRPr="00A864B8">
              <w:rPr>
                <w:sz w:val="20"/>
              </w:rPr>
              <w:t>0</w:t>
            </w:r>
          </w:p>
        </w:tc>
      </w:tr>
      <w:tr w:rsidR="00A806B2" w:rsidRPr="00A864B8" w14:paraId="5720C532" w14:textId="77777777">
        <w:trPr>
          <w:jc w:val="center"/>
        </w:trPr>
        <w:tc>
          <w:tcPr>
            <w:tcW w:w="960" w:type="dxa"/>
            <w:tcBorders>
              <w:bottom w:val="single" w:sz="8" w:space="0" w:color="9B9B9B"/>
            </w:tcBorders>
            <w:shd w:val="clear" w:color="auto" w:fill="CFCFCF"/>
            <w:vAlign w:val="center"/>
          </w:tcPr>
          <w:p w14:paraId="049A88B7" w14:textId="77777777" w:rsidR="00A806B2" w:rsidRPr="00A864B8" w:rsidRDefault="00000000">
            <w:pPr>
              <w:spacing w:before="20" w:after="10" w:line="240" w:lineRule="auto"/>
              <w:jc w:val="center"/>
            </w:pPr>
            <w:r w:rsidRPr="00A864B8">
              <w:rPr>
                <w:b/>
                <w:sz w:val="20"/>
              </w:rPr>
              <w:t>Wärmenetz</w:t>
            </w:r>
          </w:p>
        </w:tc>
        <w:tc>
          <w:tcPr>
            <w:tcW w:w="960" w:type="dxa"/>
            <w:tcBorders>
              <w:bottom w:val="single" w:sz="8" w:space="0" w:color="9B9B9B"/>
            </w:tcBorders>
            <w:shd w:val="clear" w:color="auto" w:fill="CFCFCF"/>
            <w:vAlign w:val="center"/>
          </w:tcPr>
          <w:p w14:paraId="377B8BC7" w14:textId="77777777" w:rsidR="00A806B2" w:rsidRPr="00A864B8" w:rsidRDefault="00000000">
            <w:pPr>
              <w:spacing w:before="20" w:after="10" w:line="240" w:lineRule="auto"/>
              <w:jc w:val="center"/>
            </w:pPr>
            <w:r w:rsidRPr="00A864B8">
              <w:rPr>
                <w:b/>
                <w:sz w:val="20"/>
              </w:rPr>
              <w:t>-507.919</w:t>
            </w:r>
          </w:p>
        </w:tc>
        <w:tc>
          <w:tcPr>
            <w:tcW w:w="960" w:type="dxa"/>
            <w:tcBorders>
              <w:bottom w:val="single" w:sz="8" w:space="0" w:color="9B9B9B"/>
            </w:tcBorders>
            <w:shd w:val="clear" w:color="auto" w:fill="CFCFCF"/>
            <w:vAlign w:val="center"/>
          </w:tcPr>
          <w:p w14:paraId="19AE2D15" w14:textId="77777777" w:rsidR="00A806B2" w:rsidRPr="00A864B8" w:rsidRDefault="00000000">
            <w:pPr>
              <w:spacing w:before="20" w:after="10" w:line="240" w:lineRule="auto"/>
              <w:jc w:val="center"/>
            </w:pPr>
            <w:r w:rsidRPr="00A864B8">
              <w:rPr>
                <w:b/>
                <w:sz w:val="20"/>
              </w:rPr>
              <w:t>-507.919</w:t>
            </w:r>
          </w:p>
        </w:tc>
        <w:tc>
          <w:tcPr>
            <w:tcW w:w="960" w:type="dxa"/>
            <w:tcBorders>
              <w:bottom w:val="single" w:sz="8" w:space="0" w:color="9B9B9B"/>
            </w:tcBorders>
            <w:shd w:val="clear" w:color="auto" w:fill="CFCFCF"/>
            <w:vAlign w:val="center"/>
          </w:tcPr>
          <w:p w14:paraId="4A0445A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20F145B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630CC889"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7C76130C"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58C5A70C"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1A66295" w14:textId="77777777" w:rsidR="00A806B2" w:rsidRPr="00A864B8" w:rsidRDefault="00000000">
            <w:pPr>
              <w:spacing w:before="20" w:after="10" w:line="240" w:lineRule="auto"/>
              <w:jc w:val="center"/>
            </w:pPr>
            <w:r w:rsidRPr="00A864B8">
              <w:rPr>
                <w:b/>
                <w:sz w:val="20"/>
              </w:rPr>
              <w:t>0</w:t>
            </w:r>
          </w:p>
        </w:tc>
      </w:tr>
      <w:tr w:rsidR="00A806B2" w:rsidRPr="00A864B8" w14:paraId="0FBF9A13" w14:textId="77777777">
        <w:trPr>
          <w:jc w:val="center"/>
        </w:trPr>
        <w:tc>
          <w:tcPr>
            <w:tcW w:w="960" w:type="dxa"/>
            <w:tcBorders>
              <w:bottom w:val="single" w:sz="8" w:space="0" w:color="9B9B9B"/>
            </w:tcBorders>
            <w:shd w:val="clear" w:color="auto" w:fill="F0F0F0"/>
            <w:vAlign w:val="center"/>
          </w:tcPr>
          <w:p w14:paraId="1F39EB8E" w14:textId="77777777" w:rsidR="00A806B2" w:rsidRPr="00A864B8" w:rsidRDefault="00000000">
            <w:pPr>
              <w:spacing w:before="20" w:after="10" w:line="240" w:lineRule="auto"/>
              <w:jc w:val="center"/>
            </w:pPr>
            <w:r w:rsidRPr="00A864B8">
              <w:rPr>
                <w:sz w:val="20"/>
              </w:rPr>
              <w:t>Hausanschlussleitung</w:t>
            </w:r>
          </w:p>
        </w:tc>
        <w:tc>
          <w:tcPr>
            <w:tcW w:w="960" w:type="dxa"/>
            <w:tcBorders>
              <w:bottom w:val="single" w:sz="8" w:space="0" w:color="9B9B9B"/>
            </w:tcBorders>
            <w:shd w:val="clear" w:color="auto" w:fill="F0F0F0"/>
            <w:vAlign w:val="center"/>
          </w:tcPr>
          <w:p w14:paraId="0C0E58A4" w14:textId="77777777" w:rsidR="00A806B2" w:rsidRPr="00A864B8" w:rsidRDefault="00000000">
            <w:pPr>
              <w:spacing w:before="20" w:after="10" w:line="240" w:lineRule="auto"/>
              <w:jc w:val="center"/>
            </w:pPr>
            <w:r w:rsidRPr="00A864B8">
              <w:rPr>
                <w:sz w:val="20"/>
              </w:rPr>
              <w:t>-206.055</w:t>
            </w:r>
          </w:p>
        </w:tc>
        <w:tc>
          <w:tcPr>
            <w:tcW w:w="960" w:type="dxa"/>
            <w:tcBorders>
              <w:bottom w:val="single" w:sz="8" w:space="0" w:color="9B9B9B"/>
            </w:tcBorders>
            <w:shd w:val="clear" w:color="auto" w:fill="F0F0F0"/>
            <w:vAlign w:val="center"/>
          </w:tcPr>
          <w:p w14:paraId="1D6B4BF2" w14:textId="77777777" w:rsidR="00A806B2" w:rsidRPr="00A864B8" w:rsidRDefault="00000000">
            <w:pPr>
              <w:spacing w:before="20" w:after="10" w:line="240" w:lineRule="auto"/>
              <w:jc w:val="center"/>
            </w:pPr>
            <w:r w:rsidRPr="00A864B8">
              <w:rPr>
                <w:sz w:val="20"/>
              </w:rPr>
              <w:t>-206.055</w:t>
            </w:r>
          </w:p>
        </w:tc>
        <w:tc>
          <w:tcPr>
            <w:tcW w:w="960" w:type="dxa"/>
            <w:tcBorders>
              <w:bottom w:val="single" w:sz="8" w:space="0" w:color="9B9B9B"/>
            </w:tcBorders>
            <w:shd w:val="clear" w:color="auto" w:fill="F0F0F0"/>
            <w:vAlign w:val="center"/>
          </w:tcPr>
          <w:p w14:paraId="384D378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5578A10"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0A5849C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8121E97"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6A2C90D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4ABEAB54" w14:textId="77777777" w:rsidR="00A806B2" w:rsidRPr="00A864B8" w:rsidRDefault="00000000">
            <w:pPr>
              <w:spacing w:before="20" w:after="10" w:line="240" w:lineRule="auto"/>
              <w:jc w:val="center"/>
            </w:pPr>
            <w:r w:rsidRPr="00A864B8">
              <w:rPr>
                <w:sz w:val="20"/>
              </w:rPr>
              <w:t>0</w:t>
            </w:r>
          </w:p>
        </w:tc>
      </w:tr>
      <w:tr w:rsidR="00A806B2" w:rsidRPr="00A864B8" w14:paraId="3316D024" w14:textId="77777777">
        <w:trPr>
          <w:jc w:val="center"/>
        </w:trPr>
        <w:tc>
          <w:tcPr>
            <w:tcW w:w="960" w:type="dxa"/>
            <w:tcBorders>
              <w:bottom w:val="single" w:sz="8" w:space="0" w:color="9B9B9B"/>
            </w:tcBorders>
            <w:shd w:val="clear" w:color="auto" w:fill="CFCFCF"/>
            <w:vAlign w:val="center"/>
          </w:tcPr>
          <w:p w14:paraId="4486753D" w14:textId="77777777" w:rsidR="00A806B2" w:rsidRPr="00A864B8" w:rsidRDefault="00000000">
            <w:pPr>
              <w:spacing w:before="20" w:after="10" w:line="240" w:lineRule="auto"/>
              <w:jc w:val="center"/>
            </w:pPr>
            <w:r w:rsidRPr="00A864B8">
              <w:rPr>
                <w:sz w:val="20"/>
              </w:rPr>
              <w:t>Verteilleitung</w:t>
            </w:r>
          </w:p>
        </w:tc>
        <w:tc>
          <w:tcPr>
            <w:tcW w:w="960" w:type="dxa"/>
            <w:tcBorders>
              <w:bottom w:val="single" w:sz="8" w:space="0" w:color="9B9B9B"/>
            </w:tcBorders>
            <w:shd w:val="clear" w:color="auto" w:fill="CFCFCF"/>
            <w:vAlign w:val="center"/>
          </w:tcPr>
          <w:p w14:paraId="754C70AF" w14:textId="77777777" w:rsidR="00A806B2" w:rsidRPr="00A864B8" w:rsidRDefault="00000000">
            <w:pPr>
              <w:spacing w:before="20" w:after="10" w:line="240" w:lineRule="auto"/>
              <w:jc w:val="center"/>
            </w:pPr>
            <w:r w:rsidRPr="00A864B8">
              <w:rPr>
                <w:sz w:val="20"/>
              </w:rPr>
              <w:t>-301.864</w:t>
            </w:r>
          </w:p>
        </w:tc>
        <w:tc>
          <w:tcPr>
            <w:tcW w:w="960" w:type="dxa"/>
            <w:tcBorders>
              <w:bottom w:val="single" w:sz="8" w:space="0" w:color="9B9B9B"/>
            </w:tcBorders>
            <w:shd w:val="clear" w:color="auto" w:fill="CFCFCF"/>
            <w:vAlign w:val="center"/>
          </w:tcPr>
          <w:p w14:paraId="108BED60" w14:textId="77777777" w:rsidR="00A806B2" w:rsidRPr="00A864B8" w:rsidRDefault="00000000">
            <w:pPr>
              <w:spacing w:before="20" w:after="10" w:line="240" w:lineRule="auto"/>
              <w:jc w:val="center"/>
            </w:pPr>
            <w:r w:rsidRPr="00A864B8">
              <w:rPr>
                <w:sz w:val="20"/>
              </w:rPr>
              <w:t>-301.864</w:t>
            </w:r>
          </w:p>
        </w:tc>
        <w:tc>
          <w:tcPr>
            <w:tcW w:w="960" w:type="dxa"/>
            <w:tcBorders>
              <w:bottom w:val="single" w:sz="8" w:space="0" w:color="9B9B9B"/>
            </w:tcBorders>
            <w:shd w:val="clear" w:color="auto" w:fill="CFCFCF"/>
            <w:vAlign w:val="center"/>
          </w:tcPr>
          <w:p w14:paraId="631E42D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AF6BFB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726B81D"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371ED13"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74A0E91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C1BD713" w14:textId="77777777" w:rsidR="00A806B2" w:rsidRPr="00A864B8" w:rsidRDefault="00000000">
            <w:pPr>
              <w:spacing w:before="20" w:after="10" w:line="240" w:lineRule="auto"/>
              <w:jc w:val="center"/>
            </w:pPr>
            <w:r w:rsidRPr="00A864B8">
              <w:rPr>
                <w:sz w:val="20"/>
              </w:rPr>
              <w:t>0</w:t>
            </w:r>
          </w:p>
        </w:tc>
      </w:tr>
      <w:tr w:rsidR="00A806B2" w:rsidRPr="00A864B8" w14:paraId="578427F6" w14:textId="77777777">
        <w:trPr>
          <w:jc w:val="center"/>
        </w:trPr>
        <w:tc>
          <w:tcPr>
            <w:tcW w:w="960" w:type="dxa"/>
            <w:tcBorders>
              <w:bottom w:val="single" w:sz="8" w:space="0" w:color="9B9B9B"/>
            </w:tcBorders>
            <w:shd w:val="clear" w:color="auto" w:fill="F0F0F0"/>
            <w:vAlign w:val="center"/>
          </w:tcPr>
          <w:p w14:paraId="0D3BBF8F" w14:textId="77777777" w:rsidR="00A806B2" w:rsidRPr="00A864B8" w:rsidRDefault="00000000">
            <w:pPr>
              <w:spacing w:before="20" w:after="10" w:line="240" w:lineRule="auto"/>
              <w:jc w:val="center"/>
            </w:pPr>
            <w:r w:rsidRPr="00A864B8">
              <w:rPr>
                <w:b/>
                <w:sz w:val="20"/>
              </w:rPr>
              <w:t>Energiezentrale</w:t>
            </w:r>
          </w:p>
        </w:tc>
        <w:tc>
          <w:tcPr>
            <w:tcW w:w="960" w:type="dxa"/>
            <w:tcBorders>
              <w:bottom w:val="single" w:sz="8" w:space="0" w:color="9B9B9B"/>
            </w:tcBorders>
            <w:shd w:val="clear" w:color="auto" w:fill="F0F0F0"/>
            <w:vAlign w:val="center"/>
          </w:tcPr>
          <w:p w14:paraId="4830998E" w14:textId="77777777" w:rsidR="00A806B2" w:rsidRPr="00A864B8" w:rsidRDefault="00000000">
            <w:pPr>
              <w:spacing w:before="20" w:after="10" w:line="240" w:lineRule="auto"/>
              <w:jc w:val="center"/>
            </w:pPr>
            <w:r w:rsidRPr="00A864B8">
              <w:rPr>
                <w:b/>
                <w:sz w:val="20"/>
              </w:rPr>
              <w:t>-281.600</w:t>
            </w:r>
          </w:p>
        </w:tc>
        <w:tc>
          <w:tcPr>
            <w:tcW w:w="960" w:type="dxa"/>
            <w:tcBorders>
              <w:bottom w:val="single" w:sz="8" w:space="0" w:color="9B9B9B"/>
            </w:tcBorders>
            <w:shd w:val="clear" w:color="auto" w:fill="F0F0F0"/>
            <w:vAlign w:val="center"/>
          </w:tcPr>
          <w:p w14:paraId="0B7FB6CE" w14:textId="77777777" w:rsidR="00A806B2" w:rsidRPr="00A864B8" w:rsidRDefault="00000000">
            <w:pPr>
              <w:spacing w:before="20" w:after="10" w:line="240" w:lineRule="auto"/>
              <w:jc w:val="center"/>
            </w:pPr>
            <w:r w:rsidRPr="00A864B8">
              <w:rPr>
                <w:b/>
                <w:sz w:val="20"/>
              </w:rPr>
              <w:t>-281.600</w:t>
            </w:r>
          </w:p>
        </w:tc>
        <w:tc>
          <w:tcPr>
            <w:tcW w:w="960" w:type="dxa"/>
            <w:tcBorders>
              <w:bottom w:val="single" w:sz="8" w:space="0" w:color="9B9B9B"/>
            </w:tcBorders>
            <w:shd w:val="clear" w:color="auto" w:fill="F0F0F0"/>
            <w:vAlign w:val="center"/>
          </w:tcPr>
          <w:p w14:paraId="3D94A4A0"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0A7C52E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5E8584BE"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3424D88"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61A53272"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98D29AA" w14:textId="77777777" w:rsidR="00A806B2" w:rsidRPr="00A864B8" w:rsidRDefault="00000000">
            <w:pPr>
              <w:spacing w:before="20" w:after="10" w:line="240" w:lineRule="auto"/>
              <w:jc w:val="center"/>
            </w:pPr>
            <w:r w:rsidRPr="00A864B8">
              <w:rPr>
                <w:b/>
                <w:sz w:val="20"/>
              </w:rPr>
              <w:t>0</w:t>
            </w:r>
          </w:p>
        </w:tc>
      </w:tr>
      <w:tr w:rsidR="00A806B2" w:rsidRPr="00A864B8" w14:paraId="3EE88D3A" w14:textId="77777777">
        <w:trPr>
          <w:jc w:val="center"/>
        </w:trPr>
        <w:tc>
          <w:tcPr>
            <w:tcW w:w="960" w:type="dxa"/>
            <w:tcBorders>
              <w:bottom w:val="single" w:sz="8" w:space="0" w:color="9B9B9B"/>
            </w:tcBorders>
            <w:shd w:val="clear" w:color="auto" w:fill="CFCFCF"/>
            <w:vAlign w:val="center"/>
          </w:tcPr>
          <w:p w14:paraId="03FDF3F8" w14:textId="77777777" w:rsidR="00A806B2" w:rsidRPr="00A864B8" w:rsidRDefault="00000000">
            <w:pPr>
              <w:spacing w:before="20" w:after="10" w:line="240" w:lineRule="auto"/>
              <w:jc w:val="center"/>
            </w:pPr>
            <w:r w:rsidRPr="00A864B8">
              <w:rPr>
                <w:sz w:val="20"/>
              </w:rPr>
              <w:t>Luftwärmepumpe</w:t>
            </w:r>
          </w:p>
        </w:tc>
        <w:tc>
          <w:tcPr>
            <w:tcW w:w="960" w:type="dxa"/>
            <w:tcBorders>
              <w:bottom w:val="single" w:sz="8" w:space="0" w:color="9B9B9B"/>
            </w:tcBorders>
            <w:shd w:val="clear" w:color="auto" w:fill="CFCFCF"/>
            <w:vAlign w:val="center"/>
          </w:tcPr>
          <w:p w14:paraId="40851E47" w14:textId="77777777" w:rsidR="00A806B2" w:rsidRPr="00A864B8" w:rsidRDefault="00000000">
            <w:pPr>
              <w:spacing w:before="20" w:after="10" w:line="240" w:lineRule="auto"/>
              <w:jc w:val="center"/>
            </w:pPr>
            <w:r w:rsidRPr="00A864B8">
              <w:rPr>
                <w:sz w:val="20"/>
              </w:rPr>
              <w:t>-281.600</w:t>
            </w:r>
          </w:p>
        </w:tc>
        <w:tc>
          <w:tcPr>
            <w:tcW w:w="960" w:type="dxa"/>
            <w:tcBorders>
              <w:bottom w:val="single" w:sz="8" w:space="0" w:color="9B9B9B"/>
            </w:tcBorders>
            <w:shd w:val="clear" w:color="auto" w:fill="CFCFCF"/>
            <w:vAlign w:val="center"/>
          </w:tcPr>
          <w:p w14:paraId="4DE75193" w14:textId="77777777" w:rsidR="00A806B2" w:rsidRPr="00A864B8" w:rsidRDefault="00000000">
            <w:pPr>
              <w:spacing w:before="20" w:after="10" w:line="240" w:lineRule="auto"/>
              <w:jc w:val="center"/>
            </w:pPr>
            <w:r w:rsidRPr="00A864B8">
              <w:rPr>
                <w:sz w:val="20"/>
              </w:rPr>
              <w:t>-281.600</w:t>
            </w:r>
          </w:p>
        </w:tc>
        <w:tc>
          <w:tcPr>
            <w:tcW w:w="960" w:type="dxa"/>
            <w:tcBorders>
              <w:bottom w:val="single" w:sz="8" w:space="0" w:color="9B9B9B"/>
            </w:tcBorders>
            <w:shd w:val="clear" w:color="auto" w:fill="CFCFCF"/>
            <w:vAlign w:val="center"/>
          </w:tcPr>
          <w:p w14:paraId="3E314EB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4A4B16C"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3D373CE6"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0B281408"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1B952D88"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45007DD7" w14:textId="77777777" w:rsidR="00A806B2" w:rsidRPr="00A864B8" w:rsidRDefault="00000000">
            <w:pPr>
              <w:spacing w:before="20" w:after="10" w:line="240" w:lineRule="auto"/>
              <w:jc w:val="center"/>
            </w:pPr>
            <w:r w:rsidRPr="00A864B8">
              <w:rPr>
                <w:sz w:val="20"/>
              </w:rPr>
              <w:t>0</w:t>
            </w:r>
          </w:p>
        </w:tc>
      </w:tr>
      <w:tr w:rsidR="00A806B2" w:rsidRPr="00A864B8" w14:paraId="6A58F706" w14:textId="77777777">
        <w:trPr>
          <w:jc w:val="center"/>
        </w:trPr>
        <w:tc>
          <w:tcPr>
            <w:tcW w:w="960" w:type="dxa"/>
            <w:tcBorders>
              <w:bottom w:val="single" w:sz="8" w:space="0" w:color="9B9B9B"/>
            </w:tcBorders>
            <w:shd w:val="clear" w:color="auto" w:fill="F0F0F0"/>
            <w:vAlign w:val="center"/>
          </w:tcPr>
          <w:p w14:paraId="7A7EC807" w14:textId="77777777" w:rsidR="00A806B2" w:rsidRPr="00A864B8" w:rsidRDefault="00000000">
            <w:pPr>
              <w:spacing w:before="20" w:after="10" w:line="240" w:lineRule="auto"/>
              <w:jc w:val="center"/>
            </w:pPr>
            <w:r w:rsidRPr="00A864B8">
              <w:rPr>
                <w:b/>
                <w:sz w:val="20"/>
              </w:rPr>
              <w:t>Sonstige Kosten</w:t>
            </w:r>
          </w:p>
        </w:tc>
        <w:tc>
          <w:tcPr>
            <w:tcW w:w="960" w:type="dxa"/>
            <w:tcBorders>
              <w:bottom w:val="single" w:sz="8" w:space="0" w:color="9B9B9B"/>
            </w:tcBorders>
            <w:shd w:val="clear" w:color="auto" w:fill="F0F0F0"/>
            <w:vAlign w:val="center"/>
          </w:tcPr>
          <w:p w14:paraId="6CCCAC33" w14:textId="77777777" w:rsidR="00A806B2" w:rsidRPr="00A864B8" w:rsidRDefault="00000000">
            <w:pPr>
              <w:spacing w:before="20" w:after="10" w:line="240" w:lineRule="auto"/>
              <w:jc w:val="center"/>
            </w:pPr>
            <w:r w:rsidRPr="00A864B8">
              <w:rPr>
                <w:b/>
                <w:sz w:val="20"/>
              </w:rPr>
              <w:t>-62.000</w:t>
            </w:r>
          </w:p>
        </w:tc>
        <w:tc>
          <w:tcPr>
            <w:tcW w:w="960" w:type="dxa"/>
            <w:tcBorders>
              <w:bottom w:val="single" w:sz="8" w:space="0" w:color="9B9B9B"/>
            </w:tcBorders>
            <w:shd w:val="clear" w:color="auto" w:fill="F0F0F0"/>
            <w:vAlign w:val="center"/>
          </w:tcPr>
          <w:p w14:paraId="02F723E1" w14:textId="77777777" w:rsidR="00A806B2" w:rsidRPr="00A864B8" w:rsidRDefault="00000000">
            <w:pPr>
              <w:spacing w:before="20" w:after="10" w:line="240" w:lineRule="auto"/>
              <w:jc w:val="center"/>
            </w:pPr>
            <w:r w:rsidRPr="00A864B8">
              <w:rPr>
                <w:b/>
                <w:sz w:val="20"/>
              </w:rPr>
              <w:t>-62.000</w:t>
            </w:r>
          </w:p>
        </w:tc>
        <w:tc>
          <w:tcPr>
            <w:tcW w:w="960" w:type="dxa"/>
            <w:tcBorders>
              <w:bottom w:val="single" w:sz="8" w:space="0" w:color="9B9B9B"/>
            </w:tcBorders>
            <w:shd w:val="clear" w:color="auto" w:fill="F0F0F0"/>
            <w:vAlign w:val="center"/>
          </w:tcPr>
          <w:p w14:paraId="5E28323F"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471C8DFB"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2D7FA0AA"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1443625E"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F0F0F0"/>
            <w:vAlign w:val="center"/>
          </w:tcPr>
          <w:p w14:paraId="782163FF"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F0F0F0"/>
            <w:vAlign w:val="center"/>
          </w:tcPr>
          <w:p w14:paraId="34062227" w14:textId="77777777" w:rsidR="00A806B2" w:rsidRPr="00A864B8" w:rsidRDefault="00000000">
            <w:pPr>
              <w:spacing w:before="20" w:after="10" w:line="240" w:lineRule="auto"/>
              <w:jc w:val="center"/>
            </w:pPr>
            <w:r w:rsidRPr="00A864B8">
              <w:rPr>
                <w:b/>
                <w:sz w:val="20"/>
              </w:rPr>
              <w:t>0</w:t>
            </w:r>
          </w:p>
        </w:tc>
      </w:tr>
      <w:tr w:rsidR="00A806B2" w:rsidRPr="00A864B8" w14:paraId="76BA3103" w14:textId="77777777">
        <w:trPr>
          <w:jc w:val="center"/>
        </w:trPr>
        <w:tc>
          <w:tcPr>
            <w:tcW w:w="960" w:type="dxa"/>
            <w:tcBorders>
              <w:bottom w:val="single" w:sz="8" w:space="0" w:color="9B9B9B"/>
            </w:tcBorders>
            <w:shd w:val="clear" w:color="auto" w:fill="CFCFCF"/>
            <w:vAlign w:val="center"/>
          </w:tcPr>
          <w:p w14:paraId="72099E9B" w14:textId="77777777" w:rsidR="00A806B2" w:rsidRPr="00A864B8" w:rsidRDefault="00000000">
            <w:pPr>
              <w:spacing w:before="20" w:after="10" w:line="240" w:lineRule="auto"/>
              <w:jc w:val="center"/>
            </w:pPr>
            <w:r w:rsidRPr="00A864B8">
              <w:rPr>
                <w:sz w:val="20"/>
              </w:rPr>
              <w:t>Netzpumpe, Druckhaltung, Armaturen</w:t>
            </w:r>
          </w:p>
        </w:tc>
        <w:tc>
          <w:tcPr>
            <w:tcW w:w="960" w:type="dxa"/>
            <w:tcBorders>
              <w:bottom w:val="single" w:sz="8" w:space="0" w:color="9B9B9B"/>
            </w:tcBorders>
            <w:shd w:val="clear" w:color="auto" w:fill="CFCFCF"/>
            <w:vAlign w:val="center"/>
          </w:tcPr>
          <w:p w14:paraId="7616A30E"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CFCFCF"/>
            <w:vAlign w:val="center"/>
          </w:tcPr>
          <w:p w14:paraId="5D7A4EF0" w14:textId="77777777" w:rsidR="00A806B2" w:rsidRPr="00A864B8" w:rsidRDefault="00000000">
            <w:pPr>
              <w:spacing w:before="20" w:after="10" w:line="240" w:lineRule="auto"/>
              <w:jc w:val="center"/>
            </w:pPr>
            <w:r w:rsidRPr="00A864B8">
              <w:rPr>
                <w:sz w:val="20"/>
              </w:rPr>
              <w:t>-12.000</w:t>
            </w:r>
          </w:p>
        </w:tc>
        <w:tc>
          <w:tcPr>
            <w:tcW w:w="960" w:type="dxa"/>
            <w:tcBorders>
              <w:bottom w:val="single" w:sz="8" w:space="0" w:color="9B9B9B"/>
            </w:tcBorders>
            <w:shd w:val="clear" w:color="auto" w:fill="CFCFCF"/>
            <w:vAlign w:val="center"/>
          </w:tcPr>
          <w:p w14:paraId="38333AF5"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2069A6D1"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1031634A"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51BACCAC"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CFCFCF"/>
            <w:vAlign w:val="center"/>
          </w:tcPr>
          <w:p w14:paraId="064AC49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CFCFCF"/>
            <w:vAlign w:val="center"/>
          </w:tcPr>
          <w:p w14:paraId="7D63BF98" w14:textId="77777777" w:rsidR="00A806B2" w:rsidRPr="00A864B8" w:rsidRDefault="00000000">
            <w:pPr>
              <w:spacing w:before="20" w:after="10" w:line="240" w:lineRule="auto"/>
              <w:jc w:val="center"/>
            </w:pPr>
            <w:r w:rsidRPr="00A864B8">
              <w:rPr>
                <w:sz w:val="20"/>
              </w:rPr>
              <w:t>0</w:t>
            </w:r>
          </w:p>
        </w:tc>
      </w:tr>
      <w:tr w:rsidR="00A806B2" w:rsidRPr="00A864B8" w14:paraId="5F427FF2" w14:textId="77777777">
        <w:trPr>
          <w:jc w:val="center"/>
        </w:trPr>
        <w:tc>
          <w:tcPr>
            <w:tcW w:w="960" w:type="dxa"/>
            <w:tcBorders>
              <w:bottom w:val="single" w:sz="8" w:space="0" w:color="9B9B9B"/>
            </w:tcBorders>
            <w:shd w:val="clear" w:color="auto" w:fill="F0F0F0"/>
            <w:vAlign w:val="center"/>
          </w:tcPr>
          <w:p w14:paraId="5FF73799" w14:textId="77777777" w:rsidR="00A806B2" w:rsidRPr="00A864B8" w:rsidRDefault="00000000">
            <w:pPr>
              <w:spacing w:before="20" w:after="10" w:line="240" w:lineRule="auto"/>
              <w:jc w:val="center"/>
            </w:pPr>
            <w:r w:rsidRPr="00A864B8">
              <w:rPr>
                <w:sz w:val="20"/>
              </w:rPr>
              <w:t>Planungskosten</w:t>
            </w:r>
          </w:p>
        </w:tc>
        <w:tc>
          <w:tcPr>
            <w:tcW w:w="960" w:type="dxa"/>
            <w:tcBorders>
              <w:bottom w:val="single" w:sz="8" w:space="0" w:color="9B9B9B"/>
            </w:tcBorders>
            <w:shd w:val="clear" w:color="auto" w:fill="F0F0F0"/>
            <w:vAlign w:val="center"/>
          </w:tcPr>
          <w:p w14:paraId="2A1CDDFF" w14:textId="77777777" w:rsidR="00A806B2" w:rsidRPr="00A864B8" w:rsidRDefault="00000000">
            <w:pPr>
              <w:spacing w:before="20" w:after="10" w:line="240" w:lineRule="auto"/>
              <w:jc w:val="center"/>
            </w:pPr>
            <w:r w:rsidRPr="00A864B8">
              <w:rPr>
                <w:sz w:val="20"/>
              </w:rPr>
              <w:t>-50.000</w:t>
            </w:r>
          </w:p>
        </w:tc>
        <w:tc>
          <w:tcPr>
            <w:tcW w:w="960" w:type="dxa"/>
            <w:tcBorders>
              <w:bottom w:val="single" w:sz="8" w:space="0" w:color="9B9B9B"/>
            </w:tcBorders>
            <w:shd w:val="clear" w:color="auto" w:fill="F0F0F0"/>
            <w:vAlign w:val="center"/>
          </w:tcPr>
          <w:p w14:paraId="307D4B51" w14:textId="77777777" w:rsidR="00A806B2" w:rsidRPr="00A864B8" w:rsidRDefault="00000000">
            <w:pPr>
              <w:spacing w:before="20" w:after="10" w:line="240" w:lineRule="auto"/>
              <w:jc w:val="center"/>
            </w:pPr>
            <w:r w:rsidRPr="00A864B8">
              <w:rPr>
                <w:sz w:val="20"/>
              </w:rPr>
              <w:t>-50.000</w:t>
            </w:r>
          </w:p>
        </w:tc>
        <w:tc>
          <w:tcPr>
            <w:tcW w:w="960" w:type="dxa"/>
            <w:tcBorders>
              <w:bottom w:val="single" w:sz="8" w:space="0" w:color="9B9B9B"/>
            </w:tcBorders>
            <w:shd w:val="clear" w:color="auto" w:fill="F0F0F0"/>
            <w:vAlign w:val="center"/>
          </w:tcPr>
          <w:p w14:paraId="51BF276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2D58B254"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3EBE14A9"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D2B7090"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2689FDA2"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16D407F8" w14:textId="77777777" w:rsidR="00A806B2" w:rsidRPr="00A864B8" w:rsidRDefault="00000000">
            <w:pPr>
              <w:spacing w:before="20" w:after="10" w:line="240" w:lineRule="auto"/>
              <w:jc w:val="center"/>
            </w:pPr>
            <w:r w:rsidRPr="00A864B8">
              <w:rPr>
                <w:sz w:val="20"/>
              </w:rPr>
              <w:t>0</w:t>
            </w:r>
          </w:p>
        </w:tc>
      </w:tr>
      <w:tr w:rsidR="00A806B2" w:rsidRPr="00A864B8" w14:paraId="33673EA3" w14:textId="77777777">
        <w:trPr>
          <w:jc w:val="center"/>
        </w:trPr>
        <w:tc>
          <w:tcPr>
            <w:tcW w:w="960" w:type="dxa"/>
            <w:tcBorders>
              <w:bottom w:val="single" w:sz="8" w:space="0" w:color="9B9B9B"/>
            </w:tcBorders>
            <w:shd w:val="clear" w:color="auto" w:fill="CFCFCF"/>
            <w:vAlign w:val="center"/>
          </w:tcPr>
          <w:p w14:paraId="1533525D" w14:textId="77777777" w:rsidR="00A806B2" w:rsidRPr="00A864B8" w:rsidRDefault="00000000">
            <w:pPr>
              <w:spacing w:before="20" w:after="10" w:line="240" w:lineRule="auto"/>
              <w:jc w:val="center"/>
            </w:pPr>
            <w:r w:rsidRPr="00A864B8">
              <w:rPr>
                <w:b/>
                <w:sz w:val="20"/>
              </w:rPr>
              <w:t>Sonstige Betriebskosten</w:t>
            </w:r>
          </w:p>
        </w:tc>
        <w:tc>
          <w:tcPr>
            <w:tcW w:w="960" w:type="dxa"/>
            <w:tcBorders>
              <w:bottom w:val="single" w:sz="8" w:space="0" w:color="9B9B9B"/>
            </w:tcBorders>
            <w:shd w:val="clear" w:color="auto" w:fill="CFCFCF"/>
            <w:vAlign w:val="center"/>
          </w:tcPr>
          <w:p w14:paraId="6CEB7F64" w14:textId="77777777" w:rsidR="00A806B2" w:rsidRPr="00A864B8" w:rsidRDefault="00000000">
            <w:pPr>
              <w:spacing w:before="20" w:after="10" w:line="240" w:lineRule="auto"/>
              <w:jc w:val="center"/>
            </w:pPr>
            <w:r w:rsidRPr="00A864B8">
              <w:rPr>
                <w:b/>
                <w:sz w:val="20"/>
              </w:rPr>
              <w:t>-49.848</w:t>
            </w:r>
          </w:p>
        </w:tc>
        <w:tc>
          <w:tcPr>
            <w:tcW w:w="960" w:type="dxa"/>
            <w:tcBorders>
              <w:bottom w:val="single" w:sz="8" w:space="0" w:color="9B9B9B"/>
            </w:tcBorders>
            <w:shd w:val="clear" w:color="auto" w:fill="CFCFCF"/>
            <w:vAlign w:val="center"/>
          </w:tcPr>
          <w:p w14:paraId="218315B8" w14:textId="77777777" w:rsidR="00A806B2" w:rsidRPr="00A864B8" w:rsidRDefault="00000000">
            <w:pPr>
              <w:spacing w:before="20" w:after="10" w:line="240" w:lineRule="auto"/>
              <w:jc w:val="center"/>
            </w:pPr>
            <w:r w:rsidRPr="00A864B8">
              <w:rPr>
                <w:b/>
                <w:sz w:val="20"/>
              </w:rPr>
              <w:t>0</w:t>
            </w:r>
          </w:p>
        </w:tc>
        <w:tc>
          <w:tcPr>
            <w:tcW w:w="960" w:type="dxa"/>
            <w:tcBorders>
              <w:bottom w:val="single" w:sz="8" w:space="0" w:color="9B9B9B"/>
            </w:tcBorders>
            <w:shd w:val="clear" w:color="auto" w:fill="CFCFCF"/>
            <w:vAlign w:val="center"/>
          </w:tcPr>
          <w:p w14:paraId="3CE4E705" w14:textId="77777777" w:rsidR="00A806B2" w:rsidRPr="00A864B8" w:rsidRDefault="00000000">
            <w:pPr>
              <w:spacing w:before="20" w:after="10" w:line="240" w:lineRule="auto"/>
              <w:jc w:val="center"/>
            </w:pPr>
            <w:r w:rsidRPr="00A864B8">
              <w:rPr>
                <w:b/>
                <w:sz w:val="20"/>
              </w:rPr>
              <w:t>-3.809</w:t>
            </w:r>
          </w:p>
        </w:tc>
        <w:tc>
          <w:tcPr>
            <w:tcW w:w="960" w:type="dxa"/>
            <w:tcBorders>
              <w:bottom w:val="single" w:sz="8" w:space="0" w:color="9B9B9B"/>
            </w:tcBorders>
            <w:shd w:val="clear" w:color="auto" w:fill="CFCFCF"/>
            <w:vAlign w:val="center"/>
          </w:tcPr>
          <w:p w14:paraId="347F86FB" w14:textId="77777777" w:rsidR="00A806B2" w:rsidRPr="00A864B8" w:rsidRDefault="00000000">
            <w:pPr>
              <w:spacing w:before="20" w:after="10" w:line="240" w:lineRule="auto"/>
              <w:jc w:val="center"/>
            </w:pPr>
            <w:r w:rsidRPr="00A864B8">
              <w:rPr>
                <w:b/>
                <w:sz w:val="20"/>
              </w:rPr>
              <w:t>-3.628</w:t>
            </w:r>
          </w:p>
        </w:tc>
        <w:tc>
          <w:tcPr>
            <w:tcW w:w="960" w:type="dxa"/>
            <w:tcBorders>
              <w:bottom w:val="single" w:sz="8" w:space="0" w:color="9B9B9B"/>
            </w:tcBorders>
            <w:shd w:val="clear" w:color="auto" w:fill="CFCFCF"/>
            <w:vAlign w:val="center"/>
          </w:tcPr>
          <w:p w14:paraId="1B6A0EB2" w14:textId="77777777" w:rsidR="00A806B2" w:rsidRPr="00A864B8" w:rsidRDefault="00000000">
            <w:pPr>
              <w:spacing w:before="20" w:after="10" w:line="240" w:lineRule="auto"/>
              <w:jc w:val="center"/>
            </w:pPr>
            <w:r w:rsidRPr="00A864B8">
              <w:rPr>
                <w:b/>
                <w:sz w:val="20"/>
              </w:rPr>
              <w:t>-3.455</w:t>
            </w:r>
          </w:p>
        </w:tc>
        <w:tc>
          <w:tcPr>
            <w:tcW w:w="960" w:type="dxa"/>
            <w:tcBorders>
              <w:bottom w:val="single" w:sz="8" w:space="0" w:color="9B9B9B"/>
            </w:tcBorders>
            <w:shd w:val="clear" w:color="auto" w:fill="CFCFCF"/>
            <w:vAlign w:val="center"/>
          </w:tcPr>
          <w:p w14:paraId="4EC28F64" w14:textId="77777777" w:rsidR="00A806B2" w:rsidRPr="00A864B8" w:rsidRDefault="00000000">
            <w:pPr>
              <w:spacing w:before="20" w:after="10" w:line="240" w:lineRule="auto"/>
              <w:jc w:val="center"/>
            </w:pPr>
            <w:r w:rsidRPr="00A864B8">
              <w:rPr>
                <w:b/>
                <w:sz w:val="20"/>
              </w:rPr>
              <w:t>...</w:t>
            </w:r>
          </w:p>
        </w:tc>
        <w:tc>
          <w:tcPr>
            <w:tcW w:w="960" w:type="dxa"/>
            <w:tcBorders>
              <w:bottom w:val="single" w:sz="8" w:space="0" w:color="9B9B9B"/>
            </w:tcBorders>
            <w:shd w:val="clear" w:color="auto" w:fill="CFCFCF"/>
            <w:vAlign w:val="center"/>
          </w:tcPr>
          <w:p w14:paraId="1903C92B" w14:textId="77777777" w:rsidR="00A806B2" w:rsidRPr="00A864B8" w:rsidRDefault="00000000">
            <w:pPr>
              <w:spacing w:before="20" w:after="10" w:line="240" w:lineRule="auto"/>
              <w:jc w:val="center"/>
            </w:pPr>
            <w:r w:rsidRPr="00A864B8">
              <w:rPr>
                <w:b/>
                <w:sz w:val="20"/>
              </w:rPr>
              <w:t>-1.582</w:t>
            </w:r>
          </w:p>
        </w:tc>
        <w:tc>
          <w:tcPr>
            <w:tcW w:w="960" w:type="dxa"/>
            <w:tcBorders>
              <w:bottom w:val="single" w:sz="8" w:space="0" w:color="9B9B9B"/>
            </w:tcBorders>
            <w:shd w:val="clear" w:color="auto" w:fill="CFCFCF"/>
            <w:vAlign w:val="center"/>
          </w:tcPr>
          <w:p w14:paraId="4149484B" w14:textId="77777777" w:rsidR="00A806B2" w:rsidRPr="00A864B8" w:rsidRDefault="00000000">
            <w:pPr>
              <w:spacing w:before="20" w:after="10" w:line="240" w:lineRule="auto"/>
              <w:jc w:val="center"/>
            </w:pPr>
            <w:r w:rsidRPr="00A864B8">
              <w:rPr>
                <w:b/>
                <w:sz w:val="20"/>
              </w:rPr>
              <w:t>-1.507</w:t>
            </w:r>
          </w:p>
        </w:tc>
      </w:tr>
      <w:tr w:rsidR="00A806B2" w:rsidRPr="00A864B8" w14:paraId="07E8F846" w14:textId="77777777">
        <w:trPr>
          <w:jc w:val="center"/>
        </w:trPr>
        <w:tc>
          <w:tcPr>
            <w:tcW w:w="960" w:type="dxa"/>
            <w:tcBorders>
              <w:bottom w:val="single" w:sz="8" w:space="0" w:color="9B9B9B"/>
            </w:tcBorders>
            <w:shd w:val="clear" w:color="auto" w:fill="F0F0F0"/>
            <w:vAlign w:val="center"/>
          </w:tcPr>
          <w:p w14:paraId="1ADAC171" w14:textId="77777777" w:rsidR="00A806B2" w:rsidRPr="00A864B8" w:rsidRDefault="00000000">
            <w:pPr>
              <w:spacing w:before="20" w:after="10" w:line="240" w:lineRule="auto"/>
              <w:jc w:val="center"/>
            </w:pPr>
            <w:r w:rsidRPr="00A864B8">
              <w:rPr>
                <w:sz w:val="20"/>
              </w:rPr>
              <w:t>Verwaltung</w:t>
            </w:r>
          </w:p>
        </w:tc>
        <w:tc>
          <w:tcPr>
            <w:tcW w:w="960" w:type="dxa"/>
            <w:tcBorders>
              <w:bottom w:val="single" w:sz="8" w:space="0" w:color="9B9B9B"/>
            </w:tcBorders>
            <w:shd w:val="clear" w:color="auto" w:fill="F0F0F0"/>
            <w:vAlign w:val="center"/>
          </w:tcPr>
          <w:p w14:paraId="553BD7CD" w14:textId="77777777" w:rsidR="00A806B2" w:rsidRPr="00A864B8" w:rsidRDefault="00000000">
            <w:pPr>
              <w:spacing w:before="20" w:after="10" w:line="240" w:lineRule="auto"/>
              <w:jc w:val="center"/>
            </w:pPr>
            <w:r w:rsidRPr="00A864B8">
              <w:rPr>
                <w:sz w:val="20"/>
              </w:rPr>
              <w:t>-49.848</w:t>
            </w:r>
          </w:p>
        </w:tc>
        <w:tc>
          <w:tcPr>
            <w:tcW w:w="960" w:type="dxa"/>
            <w:tcBorders>
              <w:bottom w:val="single" w:sz="8" w:space="0" w:color="9B9B9B"/>
            </w:tcBorders>
            <w:shd w:val="clear" w:color="auto" w:fill="F0F0F0"/>
            <w:vAlign w:val="center"/>
          </w:tcPr>
          <w:p w14:paraId="73D2C5CF" w14:textId="77777777" w:rsidR="00A806B2" w:rsidRPr="00A864B8" w:rsidRDefault="00000000">
            <w:pPr>
              <w:spacing w:before="20" w:after="10" w:line="240" w:lineRule="auto"/>
              <w:jc w:val="center"/>
            </w:pPr>
            <w:r w:rsidRPr="00A864B8">
              <w:rPr>
                <w:sz w:val="20"/>
              </w:rPr>
              <w:t>0</w:t>
            </w:r>
          </w:p>
        </w:tc>
        <w:tc>
          <w:tcPr>
            <w:tcW w:w="960" w:type="dxa"/>
            <w:tcBorders>
              <w:bottom w:val="single" w:sz="8" w:space="0" w:color="9B9B9B"/>
            </w:tcBorders>
            <w:shd w:val="clear" w:color="auto" w:fill="F0F0F0"/>
            <w:vAlign w:val="center"/>
          </w:tcPr>
          <w:p w14:paraId="77FB9D71" w14:textId="77777777" w:rsidR="00A806B2" w:rsidRPr="00A864B8" w:rsidRDefault="00000000">
            <w:pPr>
              <w:spacing w:before="20" w:after="10" w:line="240" w:lineRule="auto"/>
              <w:jc w:val="center"/>
            </w:pPr>
            <w:r w:rsidRPr="00A864B8">
              <w:rPr>
                <w:sz w:val="20"/>
              </w:rPr>
              <w:t>-3.809</w:t>
            </w:r>
          </w:p>
        </w:tc>
        <w:tc>
          <w:tcPr>
            <w:tcW w:w="960" w:type="dxa"/>
            <w:tcBorders>
              <w:bottom w:val="single" w:sz="8" w:space="0" w:color="9B9B9B"/>
            </w:tcBorders>
            <w:shd w:val="clear" w:color="auto" w:fill="F0F0F0"/>
            <w:vAlign w:val="center"/>
          </w:tcPr>
          <w:p w14:paraId="0AD3F303" w14:textId="77777777" w:rsidR="00A806B2" w:rsidRPr="00A864B8" w:rsidRDefault="00000000">
            <w:pPr>
              <w:spacing w:before="20" w:after="10" w:line="240" w:lineRule="auto"/>
              <w:jc w:val="center"/>
            </w:pPr>
            <w:r w:rsidRPr="00A864B8">
              <w:rPr>
                <w:sz w:val="20"/>
              </w:rPr>
              <w:t>-3.628</w:t>
            </w:r>
          </w:p>
        </w:tc>
        <w:tc>
          <w:tcPr>
            <w:tcW w:w="960" w:type="dxa"/>
            <w:tcBorders>
              <w:bottom w:val="single" w:sz="8" w:space="0" w:color="9B9B9B"/>
            </w:tcBorders>
            <w:shd w:val="clear" w:color="auto" w:fill="F0F0F0"/>
            <w:vAlign w:val="center"/>
          </w:tcPr>
          <w:p w14:paraId="001E706B" w14:textId="77777777" w:rsidR="00A806B2" w:rsidRPr="00A864B8" w:rsidRDefault="00000000">
            <w:pPr>
              <w:spacing w:before="20" w:after="10" w:line="240" w:lineRule="auto"/>
              <w:jc w:val="center"/>
            </w:pPr>
            <w:r w:rsidRPr="00A864B8">
              <w:rPr>
                <w:sz w:val="20"/>
              </w:rPr>
              <w:t>-3.455</w:t>
            </w:r>
          </w:p>
        </w:tc>
        <w:tc>
          <w:tcPr>
            <w:tcW w:w="960" w:type="dxa"/>
            <w:tcBorders>
              <w:bottom w:val="single" w:sz="8" w:space="0" w:color="9B9B9B"/>
            </w:tcBorders>
            <w:shd w:val="clear" w:color="auto" w:fill="F0F0F0"/>
            <w:vAlign w:val="center"/>
          </w:tcPr>
          <w:p w14:paraId="2ACB606F" w14:textId="77777777" w:rsidR="00A806B2" w:rsidRPr="00A864B8" w:rsidRDefault="00000000">
            <w:pPr>
              <w:spacing w:before="20" w:after="10" w:line="240" w:lineRule="auto"/>
              <w:jc w:val="center"/>
            </w:pPr>
            <w:r w:rsidRPr="00A864B8">
              <w:rPr>
                <w:sz w:val="20"/>
              </w:rPr>
              <w:t>...</w:t>
            </w:r>
          </w:p>
        </w:tc>
        <w:tc>
          <w:tcPr>
            <w:tcW w:w="960" w:type="dxa"/>
            <w:tcBorders>
              <w:bottom w:val="single" w:sz="8" w:space="0" w:color="9B9B9B"/>
            </w:tcBorders>
            <w:shd w:val="clear" w:color="auto" w:fill="F0F0F0"/>
            <w:vAlign w:val="center"/>
          </w:tcPr>
          <w:p w14:paraId="573F5891" w14:textId="77777777" w:rsidR="00A806B2" w:rsidRPr="00A864B8" w:rsidRDefault="00000000">
            <w:pPr>
              <w:spacing w:before="20" w:after="10" w:line="240" w:lineRule="auto"/>
              <w:jc w:val="center"/>
            </w:pPr>
            <w:r w:rsidRPr="00A864B8">
              <w:rPr>
                <w:sz w:val="20"/>
              </w:rPr>
              <w:t>-1.582</w:t>
            </w:r>
          </w:p>
        </w:tc>
        <w:tc>
          <w:tcPr>
            <w:tcW w:w="960" w:type="dxa"/>
            <w:tcBorders>
              <w:bottom w:val="single" w:sz="8" w:space="0" w:color="9B9B9B"/>
            </w:tcBorders>
            <w:shd w:val="clear" w:color="auto" w:fill="F0F0F0"/>
            <w:vAlign w:val="center"/>
          </w:tcPr>
          <w:p w14:paraId="34359D86" w14:textId="77777777" w:rsidR="00A806B2" w:rsidRPr="00A864B8" w:rsidRDefault="00000000">
            <w:pPr>
              <w:spacing w:before="20" w:after="10" w:line="240" w:lineRule="auto"/>
              <w:jc w:val="center"/>
            </w:pPr>
            <w:r w:rsidRPr="00A864B8">
              <w:rPr>
                <w:sz w:val="20"/>
              </w:rPr>
              <w:t>-1.507</w:t>
            </w:r>
          </w:p>
        </w:tc>
      </w:tr>
    </w:tbl>
    <w:p w14:paraId="0F8939B3" w14:textId="77777777" w:rsidR="00A806B2" w:rsidRPr="00A864B8" w:rsidRDefault="00A806B2"/>
    <w:p w14:paraId="1E773835" w14:textId="77777777" w:rsidR="00A806B2" w:rsidRPr="00A864B8" w:rsidRDefault="00000000">
      <w:r w:rsidRPr="00A864B8">
        <w:rPr>
          <w:b/>
          <w:sz w:val="28"/>
        </w:rPr>
        <w:t>PLATZHALTER: Risikoanalyse zur Finanzierbarkeit</w:t>
      </w:r>
    </w:p>
    <w:p w14:paraId="5EB41B39" w14:textId="77777777" w:rsidR="00A806B2" w:rsidRPr="00A864B8" w:rsidRDefault="00000000">
      <w:r w:rsidRPr="00A864B8">
        <w:br w:type="page"/>
      </w:r>
    </w:p>
    <w:p w14:paraId="3E854EF8" w14:textId="77777777" w:rsidR="00A806B2" w:rsidRPr="00A864B8" w:rsidRDefault="00000000">
      <w:pPr>
        <w:pStyle w:val="berschrift1"/>
      </w:pPr>
      <w:bookmarkStart w:id="262" w:name="cha_4_scenario_comparison_num"/>
      <w:bookmarkStart w:id="263" w:name="_Toc240363510"/>
      <w:r w:rsidRPr="00A864B8">
        <w:rPr>
          <w:color w:val="000000"/>
          <w:sz w:val="44"/>
        </w:rPr>
        <w:t xml:space="preserve">6 </w:t>
      </w:r>
      <w:bookmarkEnd w:id="262"/>
      <w:r w:rsidRPr="00A864B8">
        <w:rPr>
          <w:color w:val="000000"/>
          <w:sz w:val="44"/>
        </w:rPr>
        <w:t>Variantenvergleich</w:t>
      </w:r>
      <w:bookmarkEnd w:id="263"/>
    </w:p>
    <w:p w14:paraId="1B336433" w14:textId="5FEBEB85" w:rsidR="00A806B2" w:rsidRPr="00A864B8" w:rsidRDefault="00000000">
      <w:pPr>
        <w:pStyle w:val="CaptionStyle"/>
        <w:spacing w:before="40" w:after="0"/>
        <w:jc w:val="center"/>
        <w:rPr>
          <w:lang w:val="de-DE"/>
        </w:rPr>
      </w:pPr>
      <w:bookmarkStart w:id="264" w:name="_Toc240363580"/>
      <w:r w:rsidRPr="00A864B8">
        <w:rPr>
          <w:lang w:val="de-DE"/>
        </w:rPr>
        <w:t xml:space="preserve">Tabelle </w:t>
      </w:r>
      <w:bookmarkStart w:id="265" w:name="comp_eh_sizing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52</w:t>
      </w:r>
      <w:r w:rsidRPr="00A864B8">
        <w:rPr>
          <w:lang w:val="de-DE"/>
        </w:rPr>
        <w:fldChar w:fldCharType="end"/>
      </w:r>
      <w:bookmarkStart w:id="266" w:name="comp_eh_sizing"/>
      <w:bookmarkEnd w:id="265"/>
      <w:bookmarkEnd w:id="266"/>
      <w:r w:rsidRPr="00A864B8">
        <w:rPr>
          <w:lang w:val="de-DE"/>
        </w:rPr>
        <w:t>: Optimierung der Energiezentrale</w:t>
      </w:r>
      <w:bookmarkEnd w:id="264"/>
    </w:p>
    <w:tbl>
      <w:tblPr>
        <w:tblW w:w="0" w:type="auto"/>
        <w:jc w:val="center"/>
        <w:tblLook w:val="04A0" w:firstRow="1" w:lastRow="0" w:firstColumn="1" w:lastColumn="0" w:noHBand="0" w:noVBand="1"/>
      </w:tblPr>
      <w:tblGrid>
        <w:gridCol w:w="2880"/>
        <w:gridCol w:w="2880"/>
        <w:gridCol w:w="2880"/>
      </w:tblGrid>
      <w:tr w:rsidR="00A806B2" w:rsidRPr="00A864B8" w14:paraId="27E32560" w14:textId="77777777">
        <w:trPr>
          <w:jc w:val="center"/>
        </w:trPr>
        <w:tc>
          <w:tcPr>
            <w:tcW w:w="2880" w:type="dxa"/>
            <w:tcBorders>
              <w:bottom w:val="single" w:sz="22" w:space="0" w:color="C00000"/>
            </w:tcBorders>
            <w:shd w:val="clear" w:color="auto" w:fill="343A40"/>
          </w:tcPr>
          <w:p w14:paraId="1D97C5C8"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628B478C"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1444A10D"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1C05F60A" w14:textId="77777777">
        <w:trPr>
          <w:jc w:val="center"/>
        </w:trPr>
        <w:tc>
          <w:tcPr>
            <w:tcW w:w="2880" w:type="dxa"/>
            <w:tcBorders>
              <w:bottom w:val="single" w:sz="8" w:space="0" w:color="9B9B9B"/>
            </w:tcBorders>
            <w:shd w:val="clear" w:color="auto" w:fill="F0F0F0"/>
            <w:vAlign w:val="center"/>
          </w:tcPr>
          <w:p w14:paraId="501D8973" w14:textId="77777777" w:rsidR="00A806B2" w:rsidRPr="00A864B8" w:rsidRDefault="00000000">
            <w:pPr>
              <w:spacing w:before="20" w:after="10" w:line="240" w:lineRule="auto"/>
              <w:jc w:val="center"/>
            </w:pPr>
            <w:r w:rsidRPr="00A864B8">
              <w:rPr>
                <w:sz w:val="20"/>
              </w:rPr>
              <w:t>BHKW 1</w:t>
            </w:r>
          </w:p>
        </w:tc>
        <w:tc>
          <w:tcPr>
            <w:tcW w:w="2880" w:type="dxa"/>
            <w:tcBorders>
              <w:bottom w:val="single" w:sz="8" w:space="0" w:color="9B9B9B"/>
            </w:tcBorders>
            <w:shd w:val="clear" w:color="auto" w:fill="F0F0F0"/>
            <w:vAlign w:val="center"/>
          </w:tcPr>
          <w:p w14:paraId="182ED5C0" w14:textId="77777777" w:rsidR="00A806B2" w:rsidRPr="00A864B8" w:rsidRDefault="00000000">
            <w:pPr>
              <w:spacing w:before="20" w:after="10" w:line="240" w:lineRule="auto"/>
              <w:jc w:val="center"/>
            </w:pPr>
            <w:r w:rsidRPr="00A864B8">
              <w:rPr>
                <w:sz w:val="20"/>
              </w:rPr>
              <w:t>56 kWₑₗ</w:t>
            </w:r>
          </w:p>
        </w:tc>
        <w:tc>
          <w:tcPr>
            <w:tcW w:w="2880" w:type="dxa"/>
            <w:tcBorders>
              <w:bottom w:val="single" w:sz="8" w:space="0" w:color="9B9B9B"/>
            </w:tcBorders>
            <w:shd w:val="clear" w:color="auto" w:fill="F0F0F0"/>
            <w:vAlign w:val="center"/>
          </w:tcPr>
          <w:p w14:paraId="57CAD97A" w14:textId="77777777" w:rsidR="00A806B2" w:rsidRPr="00A864B8" w:rsidRDefault="00000000">
            <w:pPr>
              <w:spacing w:before="20" w:after="10" w:line="240" w:lineRule="auto"/>
              <w:jc w:val="center"/>
            </w:pPr>
            <w:r w:rsidRPr="00A864B8">
              <w:rPr>
                <w:sz w:val="20"/>
              </w:rPr>
              <w:t>139 kWₑₗ</w:t>
            </w:r>
          </w:p>
        </w:tc>
      </w:tr>
      <w:tr w:rsidR="00A806B2" w:rsidRPr="00A864B8" w14:paraId="55D7F7B6" w14:textId="77777777">
        <w:trPr>
          <w:jc w:val="center"/>
        </w:trPr>
        <w:tc>
          <w:tcPr>
            <w:tcW w:w="2880" w:type="dxa"/>
            <w:tcBorders>
              <w:bottom w:val="single" w:sz="8" w:space="0" w:color="9B9B9B"/>
            </w:tcBorders>
            <w:shd w:val="clear" w:color="auto" w:fill="CFCFCF"/>
            <w:vAlign w:val="center"/>
          </w:tcPr>
          <w:p w14:paraId="2BBC9382" w14:textId="77777777" w:rsidR="00A806B2" w:rsidRPr="00A864B8" w:rsidRDefault="00000000">
            <w:pPr>
              <w:spacing w:before="20" w:after="10" w:line="240" w:lineRule="auto"/>
              <w:jc w:val="center"/>
            </w:pPr>
            <w:r w:rsidRPr="00A864B8">
              <w:rPr>
                <w:sz w:val="20"/>
              </w:rPr>
              <w:t>Photovoltaik</w:t>
            </w:r>
          </w:p>
        </w:tc>
        <w:tc>
          <w:tcPr>
            <w:tcW w:w="2880" w:type="dxa"/>
            <w:tcBorders>
              <w:bottom w:val="single" w:sz="8" w:space="0" w:color="9B9B9B"/>
            </w:tcBorders>
            <w:shd w:val="clear" w:color="auto" w:fill="CFCFCF"/>
            <w:vAlign w:val="center"/>
          </w:tcPr>
          <w:p w14:paraId="7C73ACB4" w14:textId="77777777" w:rsidR="00A806B2" w:rsidRPr="00A864B8" w:rsidRDefault="00000000">
            <w:pPr>
              <w:spacing w:before="20" w:after="10" w:line="240" w:lineRule="auto"/>
              <w:jc w:val="center"/>
            </w:pPr>
            <w:r w:rsidRPr="00A864B8">
              <w:rPr>
                <w:sz w:val="20"/>
              </w:rPr>
              <w:t>224 kWₚ</w:t>
            </w:r>
          </w:p>
        </w:tc>
        <w:tc>
          <w:tcPr>
            <w:tcW w:w="2880" w:type="dxa"/>
            <w:tcBorders>
              <w:bottom w:val="single" w:sz="8" w:space="0" w:color="9B9B9B"/>
            </w:tcBorders>
            <w:shd w:val="clear" w:color="auto" w:fill="CFCFCF"/>
            <w:vAlign w:val="center"/>
          </w:tcPr>
          <w:p w14:paraId="7CB5645B" w14:textId="77777777" w:rsidR="00A806B2" w:rsidRPr="00A864B8" w:rsidRDefault="00000000">
            <w:pPr>
              <w:spacing w:before="20" w:after="10" w:line="240" w:lineRule="auto"/>
              <w:jc w:val="center"/>
            </w:pPr>
            <w:r w:rsidRPr="00A864B8">
              <w:rPr>
                <w:sz w:val="20"/>
              </w:rPr>
              <w:t>251 kWₚ</w:t>
            </w:r>
          </w:p>
        </w:tc>
      </w:tr>
      <w:tr w:rsidR="00A806B2" w:rsidRPr="00A864B8" w14:paraId="17127DD1" w14:textId="77777777">
        <w:trPr>
          <w:jc w:val="center"/>
        </w:trPr>
        <w:tc>
          <w:tcPr>
            <w:tcW w:w="2880" w:type="dxa"/>
            <w:tcBorders>
              <w:bottom w:val="single" w:sz="8" w:space="0" w:color="9B9B9B"/>
            </w:tcBorders>
            <w:shd w:val="clear" w:color="auto" w:fill="F0F0F0"/>
            <w:vAlign w:val="center"/>
          </w:tcPr>
          <w:p w14:paraId="5946D64F"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F0F0F0"/>
            <w:vAlign w:val="center"/>
          </w:tcPr>
          <w:p w14:paraId="0D9882B3" w14:textId="77777777" w:rsidR="00A806B2" w:rsidRPr="00A864B8" w:rsidRDefault="00000000">
            <w:pPr>
              <w:spacing w:before="20" w:after="10" w:line="240" w:lineRule="auto"/>
              <w:jc w:val="center"/>
            </w:pPr>
            <w:r w:rsidRPr="00A864B8">
              <w:rPr>
                <w:sz w:val="20"/>
              </w:rPr>
              <w:t>1.000 m²</w:t>
            </w:r>
          </w:p>
        </w:tc>
        <w:tc>
          <w:tcPr>
            <w:tcW w:w="2880" w:type="dxa"/>
            <w:tcBorders>
              <w:bottom w:val="single" w:sz="8" w:space="0" w:color="9B9B9B"/>
            </w:tcBorders>
            <w:shd w:val="clear" w:color="auto" w:fill="F0F0F0"/>
            <w:vAlign w:val="center"/>
          </w:tcPr>
          <w:p w14:paraId="2EDAB304" w14:textId="77777777" w:rsidR="00A806B2" w:rsidRPr="00A864B8" w:rsidRDefault="00000000">
            <w:pPr>
              <w:spacing w:before="20" w:after="10" w:line="240" w:lineRule="auto"/>
              <w:jc w:val="center"/>
            </w:pPr>
            <w:r w:rsidRPr="00A864B8">
              <w:rPr>
                <w:sz w:val="20"/>
              </w:rPr>
              <w:t>---</w:t>
            </w:r>
          </w:p>
        </w:tc>
      </w:tr>
      <w:tr w:rsidR="00A806B2" w:rsidRPr="00A864B8" w14:paraId="1405DD46" w14:textId="77777777">
        <w:trPr>
          <w:jc w:val="center"/>
        </w:trPr>
        <w:tc>
          <w:tcPr>
            <w:tcW w:w="2880" w:type="dxa"/>
            <w:tcBorders>
              <w:bottom w:val="single" w:sz="8" w:space="0" w:color="9B9B9B"/>
            </w:tcBorders>
            <w:shd w:val="clear" w:color="auto" w:fill="CFCFCF"/>
            <w:vAlign w:val="center"/>
          </w:tcPr>
          <w:p w14:paraId="3B717AD7" w14:textId="77777777" w:rsidR="00A806B2" w:rsidRPr="00A864B8" w:rsidRDefault="00000000">
            <w:pPr>
              <w:spacing w:before="20" w:after="10" w:line="240" w:lineRule="auto"/>
              <w:jc w:val="center"/>
            </w:pPr>
            <w:r w:rsidRPr="00A864B8">
              <w:rPr>
                <w:sz w:val="20"/>
              </w:rPr>
              <w:t>Geothermie 1</w:t>
            </w:r>
          </w:p>
        </w:tc>
        <w:tc>
          <w:tcPr>
            <w:tcW w:w="2880" w:type="dxa"/>
            <w:tcBorders>
              <w:bottom w:val="single" w:sz="8" w:space="0" w:color="9B9B9B"/>
            </w:tcBorders>
            <w:shd w:val="clear" w:color="auto" w:fill="CFCFCF"/>
            <w:vAlign w:val="center"/>
          </w:tcPr>
          <w:p w14:paraId="0B8261A0" w14:textId="77777777" w:rsidR="00A806B2" w:rsidRPr="00A864B8" w:rsidRDefault="00000000">
            <w:pPr>
              <w:spacing w:before="20" w:after="10" w:line="240" w:lineRule="auto"/>
              <w:jc w:val="center"/>
            </w:pPr>
            <w:r w:rsidRPr="00A864B8">
              <w:rPr>
                <w:sz w:val="20"/>
              </w:rPr>
              <w:t>342 kWₜₕ</w:t>
            </w:r>
          </w:p>
        </w:tc>
        <w:tc>
          <w:tcPr>
            <w:tcW w:w="2880" w:type="dxa"/>
            <w:tcBorders>
              <w:bottom w:val="single" w:sz="8" w:space="0" w:color="9B9B9B"/>
            </w:tcBorders>
            <w:shd w:val="clear" w:color="auto" w:fill="CFCFCF"/>
            <w:vAlign w:val="center"/>
          </w:tcPr>
          <w:p w14:paraId="23E7F099" w14:textId="77777777" w:rsidR="00A806B2" w:rsidRPr="00A864B8" w:rsidRDefault="00000000">
            <w:pPr>
              <w:spacing w:before="20" w:after="10" w:line="240" w:lineRule="auto"/>
              <w:jc w:val="center"/>
            </w:pPr>
            <w:r w:rsidRPr="00A864B8">
              <w:rPr>
                <w:sz w:val="20"/>
              </w:rPr>
              <w:t>---</w:t>
            </w:r>
          </w:p>
        </w:tc>
      </w:tr>
      <w:tr w:rsidR="00A806B2" w:rsidRPr="00A864B8" w14:paraId="19FA2618" w14:textId="77777777">
        <w:trPr>
          <w:jc w:val="center"/>
        </w:trPr>
        <w:tc>
          <w:tcPr>
            <w:tcW w:w="2880" w:type="dxa"/>
            <w:tcBorders>
              <w:bottom w:val="single" w:sz="8" w:space="0" w:color="9B9B9B"/>
            </w:tcBorders>
            <w:shd w:val="clear" w:color="auto" w:fill="F0F0F0"/>
            <w:vAlign w:val="center"/>
          </w:tcPr>
          <w:p w14:paraId="4006890B"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F0F0F0"/>
            <w:vAlign w:val="center"/>
          </w:tcPr>
          <w:p w14:paraId="55C430D4"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629219F1" w14:textId="77777777" w:rsidR="00A806B2" w:rsidRPr="00A864B8" w:rsidRDefault="00000000">
            <w:pPr>
              <w:spacing w:before="20" w:after="10" w:line="240" w:lineRule="auto"/>
              <w:jc w:val="center"/>
            </w:pPr>
            <w:r w:rsidRPr="00A864B8">
              <w:rPr>
                <w:sz w:val="20"/>
              </w:rPr>
              <w:t>160 kWₑₗ</w:t>
            </w:r>
          </w:p>
        </w:tc>
      </w:tr>
      <w:tr w:rsidR="00A806B2" w:rsidRPr="00A864B8" w14:paraId="707537E7" w14:textId="77777777">
        <w:trPr>
          <w:jc w:val="center"/>
        </w:trPr>
        <w:tc>
          <w:tcPr>
            <w:tcW w:w="2880" w:type="dxa"/>
            <w:tcBorders>
              <w:bottom w:val="single" w:sz="8" w:space="0" w:color="9B9B9B"/>
            </w:tcBorders>
            <w:shd w:val="clear" w:color="auto" w:fill="CFCFCF"/>
            <w:vAlign w:val="center"/>
          </w:tcPr>
          <w:p w14:paraId="2C941DA5" w14:textId="77777777" w:rsidR="00A806B2" w:rsidRPr="00A864B8" w:rsidRDefault="00000000">
            <w:pPr>
              <w:spacing w:before="20" w:after="10" w:line="240" w:lineRule="auto"/>
              <w:jc w:val="center"/>
            </w:pPr>
            <w:r w:rsidRPr="00A864B8">
              <w:rPr>
                <w:sz w:val="20"/>
              </w:rPr>
              <w:t>Wärmespeicher</w:t>
            </w:r>
          </w:p>
        </w:tc>
        <w:tc>
          <w:tcPr>
            <w:tcW w:w="2880" w:type="dxa"/>
            <w:tcBorders>
              <w:bottom w:val="single" w:sz="8" w:space="0" w:color="9B9B9B"/>
            </w:tcBorders>
            <w:shd w:val="clear" w:color="auto" w:fill="CFCFCF"/>
            <w:vAlign w:val="center"/>
          </w:tcPr>
          <w:p w14:paraId="4941FBE3"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03690F1B" w14:textId="77777777" w:rsidR="00A806B2" w:rsidRPr="00A864B8" w:rsidRDefault="00000000">
            <w:pPr>
              <w:spacing w:before="20" w:after="10" w:line="240" w:lineRule="auto"/>
              <w:jc w:val="center"/>
            </w:pPr>
            <w:r w:rsidRPr="00A864B8">
              <w:rPr>
                <w:sz w:val="20"/>
              </w:rPr>
              <w:t>555 kWh</w:t>
            </w:r>
          </w:p>
        </w:tc>
      </w:tr>
    </w:tbl>
    <w:p w14:paraId="5BEE827E" w14:textId="77777777" w:rsidR="00A806B2" w:rsidRPr="00A864B8" w:rsidRDefault="00A806B2"/>
    <w:p w14:paraId="6810F310" w14:textId="056950AD" w:rsidR="00A806B2" w:rsidRPr="00A864B8" w:rsidRDefault="00000000">
      <w:pPr>
        <w:pStyle w:val="CaptionStyle"/>
        <w:spacing w:before="40" w:after="0"/>
        <w:jc w:val="center"/>
        <w:rPr>
          <w:lang w:val="de-DE"/>
        </w:rPr>
      </w:pPr>
      <w:bookmarkStart w:id="267" w:name="_Toc240363581"/>
      <w:r w:rsidRPr="00A864B8">
        <w:rPr>
          <w:lang w:val="de-DE"/>
        </w:rPr>
        <w:t xml:space="preserve">Tabelle </w:t>
      </w:r>
      <w:bookmarkStart w:id="268" w:name="comp_economic_kpi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53</w:t>
      </w:r>
      <w:r w:rsidRPr="00A864B8">
        <w:rPr>
          <w:lang w:val="de-DE"/>
        </w:rPr>
        <w:fldChar w:fldCharType="end"/>
      </w:r>
      <w:bookmarkStart w:id="269" w:name="comp_economic_kpis"/>
      <w:bookmarkEnd w:id="268"/>
      <w:bookmarkEnd w:id="269"/>
      <w:r w:rsidRPr="00A864B8">
        <w:rPr>
          <w:lang w:val="de-DE"/>
        </w:rPr>
        <w:t>: Wirtschaftlichkeit: Kennzahlen</w:t>
      </w:r>
      <w:bookmarkEnd w:id="267"/>
    </w:p>
    <w:tbl>
      <w:tblPr>
        <w:tblW w:w="0" w:type="auto"/>
        <w:jc w:val="center"/>
        <w:tblLook w:val="04A0" w:firstRow="1" w:lastRow="0" w:firstColumn="1" w:lastColumn="0" w:noHBand="0" w:noVBand="1"/>
      </w:tblPr>
      <w:tblGrid>
        <w:gridCol w:w="2880"/>
        <w:gridCol w:w="2880"/>
        <w:gridCol w:w="2880"/>
      </w:tblGrid>
      <w:tr w:rsidR="00A806B2" w:rsidRPr="00A864B8" w14:paraId="41C54433" w14:textId="77777777">
        <w:trPr>
          <w:jc w:val="center"/>
        </w:trPr>
        <w:tc>
          <w:tcPr>
            <w:tcW w:w="2880" w:type="dxa"/>
            <w:tcBorders>
              <w:bottom w:val="single" w:sz="22" w:space="0" w:color="C00000"/>
            </w:tcBorders>
            <w:shd w:val="clear" w:color="auto" w:fill="343A40"/>
          </w:tcPr>
          <w:p w14:paraId="6D499E1A"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C433DDD"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7AA908D8"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292F126D" w14:textId="77777777">
        <w:trPr>
          <w:jc w:val="center"/>
        </w:trPr>
        <w:tc>
          <w:tcPr>
            <w:tcW w:w="2880" w:type="dxa"/>
            <w:tcBorders>
              <w:bottom w:val="single" w:sz="8" w:space="0" w:color="9B9B9B"/>
            </w:tcBorders>
            <w:shd w:val="clear" w:color="auto" w:fill="F0F0F0"/>
            <w:vAlign w:val="center"/>
          </w:tcPr>
          <w:p w14:paraId="47D62A93" w14:textId="77777777" w:rsidR="00A806B2" w:rsidRPr="00A864B8" w:rsidRDefault="00000000">
            <w:pPr>
              <w:spacing w:before="20" w:after="10" w:line="240" w:lineRule="auto"/>
              <w:jc w:val="center"/>
            </w:pPr>
            <w:r w:rsidRPr="00A864B8">
              <w:rPr>
                <w:sz w:val="20"/>
              </w:rPr>
              <w:t>Kapitalwert</w:t>
            </w:r>
          </w:p>
        </w:tc>
        <w:tc>
          <w:tcPr>
            <w:tcW w:w="2880" w:type="dxa"/>
            <w:tcBorders>
              <w:bottom w:val="single" w:sz="8" w:space="0" w:color="9B9B9B"/>
            </w:tcBorders>
            <w:shd w:val="clear" w:color="auto" w:fill="F0F0F0"/>
            <w:vAlign w:val="center"/>
          </w:tcPr>
          <w:p w14:paraId="7E2C1F44" w14:textId="77777777" w:rsidR="00A806B2" w:rsidRPr="00A864B8" w:rsidRDefault="00000000">
            <w:pPr>
              <w:spacing w:before="20" w:after="10" w:line="240" w:lineRule="auto"/>
              <w:jc w:val="center"/>
            </w:pPr>
            <w:r w:rsidRPr="00A864B8">
              <w:rPr>
                <w:sz w:val="20"/>
              </w:rPr>
              <w:t>639.921 €</w:t>
            </w:r>
          </w:p>
        </w:tc>
        <w:tc>
          <w:tcPr>
            <w:tcW w:w="2880" w:type="dxa"/>
            <w:tcBorders>
              <w:bottom w:val="single" w:sz="8" w:space="0" w:color="9B9B9B"/>
            </w:tcBorders>
            <w:shd w:val="clear" w:color="auto" w:fill="F0F0F0"/>
            <w:vAlign w:val="center"/>
          </w:tcPr>
          <w:p w14:paraId="7DB87A0C" w14:textId="77777777" w:rsidR="00A806B2" w:rsidRPr="00A864B8" w:rsidRDefault="00000000">
            <w:pPr>
              <w:spacing w:before="20" w:after="10" w:line="240" w:lineRule="auto"/>
              <w:jc w:val="center"/>
            </w:pPr>
            <w:r w:rsidRPr="00A864B8">
              <w:rPr>
                <w:sz w:val="20"/>
              </w:rPr>
              <w:t>458.831 €</w:t>
            </w:r>
          </w:p>
        </w:tc>
      </w:tr>
      <w:tr w:rsidR="00A806B2" w:rsidRPr="00A864B8" w14:paraId="209C38B0" w14:textId="77777777">
        <w:trPr>
          <w:jc w:val="center"/>
        </w:trPr>
        <w:tc>
          <w:tcPr>
            <w:tcW w:w="2880" w:type="dxa"/>
            <w:tcBorders>
              <w:bottom w:val="single" w:sz="8" w:space="0" w:color="9B9B9B"/>
            </w:tcBorders>
            <w:shd w:val="clear" w:color="auto" w:fill="CFCFCF"/>
            <w:vAlign w:val="center"/>
          </w:tcPr>
          <w:p w14:paraId="0DE2A103" w14:textId="77777777" w:rsidR="00A806B2" w:rsidRPr="00A864B8" w:rsidRDefault="00000000">
            <w:pPr>
              <w:spacing w:before="20" w:after="10" w:line="240" w:lineRule="auto"/>
              <w:jc w:val="center"/>
            </w:pPr>
            <w:r w:rsidRPr="00A864B8">
              <w:rPr>
                <w:sz w:val="20"/>
              </w:rPr>
              <w:t>Amortisationsdauer</w:t>
            </w:r>
          </w:p>
        </w:tc>
        <w:tc>
          <w:tcPr>
            <w:tcW w:w="2880" w:type="dxa"/>
            <w:tcBorders>
              <w:bottom w:val="single" w:sz="8" w:space="0" w:color="9B9B9B"/>
            </w:tcBorders>
            <w:shd w:val="clear" w:color="auto" w:fill="CFCFCF"/>
            <w:vAlign w:val="center"/>
          </w:tcPr>
          <w:p w14:paraId="4A47B985" w14:textId="77777777" w:rsidR="00A806B2" w:rsidRPr="00A864B8" w:rsidRDefault="00000000">
            <w:pPr>
              <w:spacing w:before="20" w:after="10" w:line="240" w:lineRule="auto"/>
              <w:jc w:val="center"/>
            </w:pPr>
            <w:r w:rsidRPr="00A864B8">
              <w:rPr>
                <w:sz w:val="20"/>
              </w:rPr>
              <w:t>17 Jahre</w:t>
            </w:r>
          </w:p>
        </w:tc>
        <w:tc>
          <w:tcPr>
            <w:tcW w:w="2880" w:type="dxa"/>
            <w:tcBorders>
              <w:bottom w:val="single" w:sz="8" w:space="0" w:color="9B9B9B"/>
            </w:tcBorders>
            <w:shd w:val="clear" w:color="auto" w:fill="CFCFCF"/>
            <w:vAlign w:val="center"/>
          </w:tcPr>
          <w:p w14:paraId="3CA4FD75" w14:textId="77777777" w:rsidR="00A806B2" w:rsidRPr="00A864B8" w:rsidRDefault="00000000">
            <w:pPr>
              <w:spacing w:before="20" w:after="10" w:line="240" w:lineRule="auto"/>
              <w:jc w:val="center"/>
            </w:pPr>
            <w:r w:rsidRPr="00A864B8">
              <w:rPr>
                <w:sz w:val="20"/>
              </w:rPr>
              <w:t>19 Jahre</w:t>
            </w:r>
          </w:p>
        </w:tc>
      </w:tr>
      <w:tr w:rsidR="00A806B2" w:rsidRPr="00A864B8" w14:paraId="06CCBEAB" w14:textId="77777777">
        <w:trPr>
          <w:jc w:val="center"/>
        </w:trPr>
        <w:tc>
          <w:tcPr>
            <w:tcW w:w="2880" w:type="dxa"/>
            <w:tcBorders>
              <w:bottom w:val="single" w:sz="8" w:space="0" w:color="9B9B9B"/>
            </w:tcBorders>
            <w:shd w:val="clear" w:color="auto" w:fill="F0F0F0"/>
            <w:vAlign w:val="center"/>
          </w:tcPr>
          <w:p w14:paraId="243780D8" w14:textId="77777777" w:rsidR="00A806B2" w:rsidRPr="00A864B8" w:rsidRDefault="00000000">
            <w:pPr>
              <w:spacing w:before="20" w:after="10" w:line="240" w:lineRule="auto"/>
              <w:jc w:val="center"/>
            </w:pPr>
            <w:r w:rsidRPr="00A864B8">
              <w:rPr>
                <w:sz w:val="20"/>
              </w:rPr>
              <w:t>Interner Zinsfuß</w:t>
            </w:r>
          </w:p>
        </w:tc>
        <w:tc>
          <w:tcPr>
            <w:tcW w:w="2880" w:type="dxa"/>
            <w:tcBorders>
              <w:bottom w:val="single" w:sz="8" w:space="0" w:color="9B9B9B"/>
            </w:tcBorders>
            <w:shd w:val="clear" w:color="auto" w:fill="F0F0F0"/>
            <w:vAlign w:val="center"/>
          </w:tcPr>
          <w:p w14:paraId="0056AE32" w14:textId="77777777" w:rsidR="00A806B2" w:rsidRPr="00A864B8" w:rsidRDefault="00000000">
            <w:pPr>
              <w:spacing w:before="20" w:after="10" w:line="240" w:lineRule="auto"/>
              <w:jc w:val="center"/>
            </w:pPr>
            <w:r w:rsidRPr="00A864B8">
              <w:rPr>
                <w:sz w:val="20"/>
              </w:rPr>
              <w:t>7,9 %</w:t>
            </w:r>
          </w:p>
        </w:tc>
        <w:tc>
          <w:tcPr>
            <w:tcW w:w="2880" w:type="dxa"/>
            <w:tcBorders>
              <w:bottom w:val="single" w:sz="8" w:space="0" w:color="9B9B9B"/>
            </w:tcBorders>
            <w:shd w:val="clear" w:color="auto" w:fill="F0F0F0"/>
            <w:vAlign w:val="center"/>
          </w:tcPr>
          <w:p w14:paraId="186571D5" w14:textId="77777777" w:rsidR="00A806B2" w:rsidRPr="00A864B8" w:rsidRDefault="00000000">
            <w:pPr>
              <w:spacing w:before="20" w:after="10" w:line="240" w:lineRule="auto"/>
              <w:jc w:val="center"/>
            </w:pPr>
            <w:r w:rsidRPr="00A864B8">
              <w:rPr>
                <w:sz w:val="20"/>
              </w:rPr>
              <w:t>7,3 %</w:t>
            </w:r>
          </w:p>
        </w:tc>
      </w:tr>
      <w:tr w:rsidR="00A806B2" w:rsidRPr="00A864B8" w14:paraId="4F8EADF5" w14:textId="77777777">
        <w:trPr>
          <w:jc w:val="center"/>
        </w:trPr>
        <w:tc>
          <w:tcPr>
            <w:tcW w:w="2880" w:type="dxa"/>
            <w:tcBorders>
              <w:bottom w:val="single" w:sz="8" w:space="0" w:color="9B9B9B"/>
            </w:tcBorders>
            <w:shd w:val="clear" w:color="auto" w:fill="CFCFCF"/>
            <w:vAlign w:val="center"/>
          </w:tcPr>
          <w:p w14:paraId="77BB5022" w14:textId="77777777" w:rsidR="00A806B2" w:rsidRPr="00A864B8" w:rsidRDefault="00000000">
            <w:pPr>
              <w:spacing w:before="20" w:after="10" w:line="240" w:lineRule="auto"/>
              <w:jc w:val="center"/>
            </w:pPr>
            <w:r w:rsidRPr="00A864B8">
              <w:rPr>
                <w:sz w:val="20"/>
              </w:rPr>
              <w:t>Wärmegestehungskosten</w:t>
            </w:r>
          </w:p>
        </w:tc>
        <w:tc>
          <w:tcPr>
            <w:tcW w:w="2880" w:type="dxa"/>
            <w:tcBorders>
              <w:bottom w:val="single" w:sz="8" w:space="0" w:color="9B9B9B"/>
            </w:tcBorders>
            <w:shd w:val="clear" w:color="auto" w:fill="CFCFCF"/>
            <w:vAlign w:val="center"/>
          </w:tcPr>
          <w:p w14:paraId="67FE2C94" w14:textId="77777777" w:rsidR="00A806B2" w:rsidRPr="00A864B8" w:rsidRDefault="00000000">
            <w:pPr>
              <w:spacing w:before="20" w:after="10" w:line="240" w:lineRule="auto"/>
              <w:jc w:val="center"/>
            </w:pPr>
            <w:r w:rsidRPr="00A864B8">
              <w:rPr>
                <w:sz w:val="20"/>
              </w:rPr>
              <w:t>0,411 €/kWh</w:t>
            </w:r>
          </w:p>
        </w:tc>
        <w:tc>
          <w:tcPr>
            <w:tcW w:w="2880" w:type="dxa"/>
            <w:tcBorders>
              <w:bottom w:val="single" w:sz="8" w:space="0" w:color="9B9B9B"/>
            </w:tcBorders>
            <w:shd w:val="clear" w:color="auto" w:fill="CFCFCF"/>
            <w:vAlign w:val="center"/>
          </w:tcPr>
          <w:p w14:paraId="1D012254" w14:textId="77777777" w:rsidR="00A806B2" w:rsidRPr="00A864B8" w:rsidRDefault="00000000">
            <w:pPr>
              <w:spacing w:before="20" w:after="10" w:line="240" w:lineRule="auto"/>
              <w:jc w:val="center"/>
            </w:pPr>
            <w:r w:rsidRPr="00A864B8">
              <w:rPr>
                <w:sz w:val="20"/>
              </w:rPr>
              <w:t>0,43 €/kWh</w:t>
            </w:r>
          </w:p>
        </w:tc>
      </w:tr>
      <w:tr w:rsidR="00A806B2" w:rsidRPr="00A864B8" w14:paraId="38134724" w14:textId="77777777">
        <w:trPr>
          <w:jc w:val="center"/>
        </w:trPr>
        <w:tc>
          <w:tcPr>
            <w:tcW w:w="2880" w:type="dxa"/>
            <w:tcBorders>
              <w:bottom w:val="single" w:sz="8" w:space="0" w:color="9B9B9B"/>
            </w:tcBorders>
            <w:shd w:val="clear" w:color="auto" w:fill="F0F0F0"/>
            <w:vAlign w:val="center"/>
          </w:tcPr>
          <w:p w14:paraId="2FB467BF" w14:textId="77777777" w:rsidR="00A806B2" w:rsidRPr="00A864B8" w:rsidRDefault="00000000">
            <w:pPr>
              <w:spacing w:before="20" w:after="10" w:line="240" w:lineRule="auto"/>
              <w:jc w:val="center"/>
            </w:pPr>
            <w:r w:rsidRPr="00A864B8">
              <w:rPr>
                <w:sz w:val="20"/>
              </w:rPr>
              <w:t>Energiegestehungskosten</w:t>
            </w:r>
          </w:p>
        </w:tc>
        <w:tc>
          <w:tcPr>
            <w:tcW w:w="2880" w:type="dxa"/>
            <w:tcBorders>
              <w:bottom w:val="single" w:sz="8" w:space="0" w:color="9B9B9B"/>
            </w:tcBorders>
            <w:shd w:val="clear" w:color="auto" w:fill="F0F0F0"/>
            <w:vAlign w:val="center"/>
          </w:tcPr>
          <w:p w14:paraId="36FCD8C3" w14:textId="77777777" w:rsidR="00A806B2" w:rsidRPr="00A864B8" w:rsidRDefault="00000000">
            <w:pPr>
              <w:spacing w:before="20" w:after="10" w:line="240" w:lineRule="auto"/>
              <w:jc w:val="center"/>
            </w:pPr>
            <w:r w:rsidRPr="00A864B8">
              <w:rPr>
                <w:sz w:val="20"/>
              </w:rPr>
              <w:t>0,244 €/kWh</w:t>
            </w:r>
          </w:p>
        </w:tc>
        <w:tc>
          <w:tcPr>
            <w:tcW w:w="2880" w:type="dxa"/>
            <w:tcBorders>
              <w:bottom w:val="single" w:sz="8" w:space="0" w:color="9B9B9B"/>
            </w:tcBorders>
            <w:shd w:val="clear" w:color="auto" w:fill="F0F0F0"/>
            <w:vAlign w:val="center"/>
          </w:tcPr>
          <w:p w14:paraId="1D148A88" w14:textId="77777777" w:rsidR="00A806B2" w:rsidRPr="00A864B8" w:rsidRDefault="00000000">
            <w:pPr>
              <w:spacing w:before="20" w:after="10" w:line="240" w:lineRule="auto"/>
              <w:jc w:val="center"/>
            </w:pPr>
            <w:r w:rsidRPr="00A864B8">
              <w:rPr>
                <w:sz w:val="20"/>
              </w:rPr>
              <w:t>0,255 €/kWh</w:t>
            </w:r>
          </w:p>
        </w:tc>
      </w:tr>
      <w:tr w:rsidR="00A806B2" w:rsidRPr="00A864B8" w14:paraId="3EAF9A47" w14:textId="77777777">
        <w:trPr>
          <w:jc w:val="center"/>
        </w:trPr>
        <w:tc>
          <w:tcPr>
            <w:tcW w:w="2880" w:type="dxa"/>
            <w:tcBorders>
              <w:bottom w:val="single" w:sz="8" w:space="0" w:color="9B9B9B"/>
            </w:tcBorders>
            <w:shd w:val="clear" w:color="auto" w:fill="CFCFCF"/>
            <w:vAlign w:val="center"/>
          </w:tcPr>
          <w:p w14:paraId="569D11B5" w14:textId="77777777" w:rsidR="00A806B2" w:rsidRPr="00A864B8" w:rsidRDefault="00000000">
            <w:pPr>
              <w:spacing w:before="20" w:after="10" w:line="240" w:lineRule="auto"/>
              <w:jc w:val="center"/>
            </w:pPr>
            <w:r w:rsidRPr="00A864B8">
              <w:rPr>
                <w:sz w:val="20"/>
              </w:rPr>
              <w:t>Jährl. Energiekosten pro Nutzfläche</w:t>
            </w:r>
          </w:p>
        </w:tc>
        <w:tc>
          <w:tcPr>
            <w:tcW w:w="2880" w:type="dxa"/>
            <w:tcBorders>
              <w:bottom w:val="single" w:sz="8" w:space="0" w:color="9B9B9B"/>
            </w:tcBorders>
            <w:shd w:val="clear" w:color="auto" w:fill="CFCFCF"/>
            <w:vAlign w:val="center"/>
          </w:tcPr>
          <w:p w14:paraId="62BD4097" w14:textId="77777777" w:rsidR="00A806B2" w:rsidRPr="00A864B8" w:rsidRDefault="00000000">
            <w:pPr>
              <w:spacing w:before="20" w:after="10" w:line="240" w:lineRule="auto"/>
              <w:jc w:val="center"/>
            </w:pPr>
            <w:r w:rsidRPr="00A864B8">
              <w:rPr>
                <w:sz w:val="20"/>
              </w:rPr>
              <w:t>46,3 €/m²</w:t>
            </w:r>
          </w:p>
        </w:tc>
        <w:tc>
          <w:tcPr>
            <w:tcW w:w="2880" w:type="dxa"/>
            <w:tcBorders>
              <w:bottom w:val="single" w:sz="8" w:space="0" w:color="9B9B9B"/>
            </w:tcBorders>
            <w:shd w:val="clear" w:color="auto" w:fill="CFCFCF"/>
            <w:vAlign w:val="center"/>
          </w:tcPr>
          <w:p w14:paraId="1163DA05" w14:textId="77777777" w:rsidR="00A806B2" w:rsidRPr="00A864B8" w:rsidRDefault="00000000">
            <w:pPr>
              <w:spacing w:before="20" w:after="10" w:line="240" w:lineRule="auto"/>
              <w:jc w:val="center"/>
            </w:pPr>
            <w:r w:rsidRPr="00A864B8">
              <w:rPr>
                <w:sz w:val="20"/>
              </w:rPr>
              <w:t>48,5 €/m²</w:t>
            </w:r>
          </w:p>
        </w:tc>
      </w:tr>
      <w:tr w:rsidR="00A806B2" w:rsidRPr="00A864B8" w14:paraId="01C5826E" w14:textId="77777777">
        <w:trPr>
          <w:jc w:val="center"/>
        </w:trPr>
        <w:tc>
          <w:tcPr>
            <w:tcW w:w="2880" w:type="dxa"/>
            <w:tcBorders>
              <w:bottom w:val="single" w:sz="8" w:space="0" w:color="9B9B9B"/>
            </w:tcBorders>
            <w:shd w:val="clear" w:color="auto" w:fill="F0F0F0"/>
            <w:vAlign w:val="center"/>
          </w:tcPr>
          <w:p w14:paraId="71BE72ED" w14:textId="77777777" w:rsidR="00A806B2" w:rsidRPr="00A864B8" w:rsidRDefault="00000000">
            <w:pPr>
              <w:spacing w:before="20" w:after="10" w:line="240" w:lineRule="auto"/>
              <w:jc w:val="center"/>
            </w:pPr>
            <w:r w:rsidRPr="00A864B8">
              <w:rPr>
                <w:sz w:val="20"/>
              </w:rPr>
              <w:t>Monatliche Energiekosten pro Nutzfläche</w:t>
            </w:r>
          </w:p>
        </w:tc>
        <w:tc>
          <w:tcPr>
            <w:tcW w:w="2880" w:type="dxa"/>
            <w:tcBorders>
              <w:bottom w:val="single" w:sz="8" w:space="0" w:color="9B9B9B"/>
            </w:tcBorders>
            <w:shd w:val="clear" w:color="auto" w:fill="F0F0F0"/>
            <w:vAlign w:val="center"/>
          </w:tcPr>
          <w:p w14:paraId="324BE5D6" w14:textId="77777777" w:rsidR="00A806B2" w:rsidRPr="00A864B8" w:rsidRDefault="00000000">
            <w:pPr>
              <w:spacing w:before="20" w:after="10" w:line="240" w:lineRule="auto"/>
              <w:jc w:val="center"/>
            </w:pPr>
            <w:r w:rsidRPr="00A864B8">
              <w:rPr>
                <w:sz w:val="20"/>
              </w:rPr>
              <w:t>3,9 €/m²</w:t>
            </w:r>
          </w:p>
        </w:tc>
        <w:tc>
          <w:tcPr>
            <w:tcW w:w="2880" w:type="dxa"/>
            <w:tcBorders>
              <w:bottom w:val="single" w:sz="8" w:space="0" w:color="9B9B9B"/>
            </w:tcBorders>
            <w:shd w:val="clear" w:color="auto" w:fill="F0F0F0"/>
            <w:vAlign w:val="center"/>
          </w:tcPr>
          <w:p w14:paraId="24BD0069" w14:textId="77777777" w:rsidR="00A806B2" w:rsidRPr="00A864B8" w:rsidRDefault="00000000">
            <w:pPr>
              <w:spacing w:before="20" w:after="10" w:line="240" w:lineRule="auto"/>
              <w:jc w:val="center"/>
            </w:pPr>
            <w:r w:rsidRPr="00A864B8">
              <w:rPr>
                <w:sz w:val="20"/>
              </w:rPr>
              <w:t>4 €/m²</w:t>
            </w:r>
          </w:p>
        </w:tc>
      </w:tr>
    </w:tbl>
    <w:p w14:paraId="112977FA" w14:textId="77777777" w:rsidR="00A806B2" w:rsidRPr="00A864B8" w:rsidRDefault="00A806B2"/>
    <w:p w14:paraId="7EEC6645" w14:textId="17DFB90F" w:rsidR="00A806B2" w:rsidRPr="00A864B8" w:rsidRDefault="00000000">
      <w:pPr>
        <w:pStyle w:val="CaptionStyle"/>
        <w:spacing w:before="40" w:after="0"/>
        <w:jc w:val="center"/>
        <w:rPr>
          <w:lang w:val="de-DE"/>
        </w:rPr>
      </w:pPr>
      <w:bookmarkStart w:id="270" w:name="_Toc240363582"/>
      <w:r w:rsidRPr="00A864B8">
        <w:rPr>
          <w:lang w:val="de-DE"/>
        </w:rPr>
        <w:t xml:space="preserve">Tabelle </w:t>
      </w:r>
      <w:bookmarkStart w:id="271" w:name="comp_cash_flow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54</w:t>
      </w:r>
      <w:r w:rsidRPr="00A864B8">
        <w:rPr>
          <w:lang w:val="de-DE"/>
        </w:rPr>
        <w:fldChar w:fldCharType="end"/>
      </w:r>
      <w:bookmarkStart w:id="272" w:name="comp_cash_flow"/>
      <w:bookmarkEnd w:id="271"/>
      <w:bookmarkEnd w:id="272"/>
      <w:r w:rsidRPr="00A864B8">
        <w:rPr>
          <w:lang w:val="de-DE"/>
        </w:rPr>
        <w:t>: Kostenaufstellung in €</w:t>
      </w:r>
      <w:bookmarkEnd w:id="270"/>
    </w:p>
    <w:tbl>
      <w:tblPr>
        <w:tblW w:w="0" w:type="auto"/>
        <w:jc w:val="center"/>
        <w:tblLook w:val="04A0" w:firstRow="1" w:lastRow="0" w:firstColumn="1" w:lastColumn="0" w:noHBand="0" w:noVBand="1"/>
      </w:tblPr>
      <w:tblGrid>
        <w:gridCol w:w="2880"/>
        <w:gridCol w:w="2880"/>
        <w:gridCol w:w="2880"/>
      </w:tblGrid>
      <w:tr w:rsidR="00A806B2" w:rsidRPr="00A864B8" w14:paraId="72D08792" w14:textId="77777777">
        <w:trPr>
          <w:jc w:val="center"/>
        </w:trPr>
        <w:tc>
          <w:tcPr>
            <w:tcW w:w="2880" w:type="dxa"/>
            <w:tcBorders>
              <w:bottom w:val="single" w:sz="22" w:space="0" w:color="C00000"/>
            </w:tcBorders>
            <w:shd w:val="clear" w:color="auto" w:fill="343A40"/>
          </w:tcPr>
          <w:p w14:paraId="4E1C5B9A"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0F30A93"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76E964E4"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49DADE63" w14:textId="77777777">
        <w:trPr>
          <w:jc w:val="center"/>
        </w:trPr>
        <w:tc>
          <w:tcPr>
            <w:tcW w:w="2880" w:type="dxa"/>
            <w:tcBorders>
              <w:bottom w:val="single" w:sz="8" w:space="0" w:color="9B9B9B"/>
            </w:tcBorders>
            <w:shd w:val="clear" w:color="auto" w:fill="F0F0F0"/>
            <w:vAlign w:val="center"/>
          </w:tcPr>
          <w:p w14:paraId="44EDD8E9" w14:textId="77777777" w:rsidR="00A806B2" w:rsidRPr="00A864B8" w:rsidRDefault="00000000">
            <w:pPr>
              <w:spacing w:before="20" w:after="10" w:line="240" w:lineRule="auto"/>
              <w:jc w:val="center"/>
            </w:pPr>
            <w:r w:rsidRPr="00A864B8">
              <w:rPr>
                <w:sz w:val="20"/>
              </w:rPr>
              <w:t>Gesamtkosten</w:t>
            </w:r>
          </w:p>
        </w:tc>
        <w:tc>
          <w:tcPr>
            <w:tcW w:w="2880" w:type="dxa"/>
            <w:tcBorders>
              <w:bottom w:val="single" w:sz="8" w:space="0" w:color="9B9B9B"/>
            </w:tcBorders>
            <w:shd w:val="clear" w:color="auto" w:fill="F0F0F0"/>
            <w:vAlign w:val="center"/>
          </w:tcPr>
          <w:p w14:paraId="73A739A2" w14:textId="77777777" w:rsidR="00A806B2" w:rsidRPr="00A864B8" w:rsidRDefault="00000000">
            <w:pPr>
              <w:spacing w:before="20" w:after="10" w:line="240" w:lineRule="auto"/>
              <w:jc w:val="center"/>
            </w:pPr>
            <w:r w:rsidRPr="00A864B8">
              <w:rPr>
                <w:sz w:val="20"/>
              </w:rPr>
              <w:t>639.921</w:t>
            </w:r>
          </w:p>
        </w:tc>
        <w:tc>
          <w:tcPr>
            <w:tcW w:w="2880" w:type="dxa"/>
            <w:tcBorders>
              <w:bottom w:val="single" w:sz="8" w:space="0" w:color="9B9B9B"/>
            </w:tcBorders>
            <w:shd w:val="clear" w:color="auto" w:fill="F0F0F0"/>
            <w:vAlign w:val="center"/>
          </w:tcPr>
          <w:p w14:paraId="715AF7A1" w14:textId="77777777" w:rsidR="00A806B2" w:rsidRPr="00A864B8" w:rsidRDefault="00000000">
            <w:pPr>
              <w:spacing w:before="20" w:after="10" w:line="240" w:lineRule="auto"/>
              <w:jc w:val="center"/>
            </w:pPr>
            <w:r w:rsidRPr="00A864B8">
              <w:rPr>
                <w:sz w:val="20"/>
              </w:rPr>
              <w:t>458.831</w:t>
            </w:r>
          </w:p>
        </w:tc>
      </w:tr>
      <w:tr w:rsidR="00A806B2" w:rsidRPr="00A864B8" w14:paraId="52F63A6E" w14:textId="77777777">
        <w:trPr>
          <w:jc w:val="center"/>
        </w:trPr>
        <w:tc>
          <w:tcPr>
            <w:tcW w:w="2880" w:type="dxa"/>
            <w:tcBorders>
              <w:bottom w:val="single" w:sz="8" w:space="0" w:color="9B9B9B"/>
            </w:tcBorders>
            <w:shd w:val="clear" w:color="auto" w:fill="CFCFCF"/>
            <w:vAlign w:val="center"/>
          </w:tcPr>
          <w:p w14:paraId="6C926264" w14:textId="77777777" w:rsidR="00A806B2" w:rsidRPr="00A864B8" w:rsidRDefault="00000000">
            <w:pPr>
              <w:spacing w:before="20" w:after="10" w:line="240" w:lineRule="auto"/>
              <w:jc w:val="center"/>
            </w:pPr>
            <w:r w:rsidRPr="00A864B8">
              <w:rPr>
                <w:sz w:val="20"/>
              </w:rPr>
              <w:t>Investitionskosten</w:t>
            </w:r>
          </w:p>
        </w:tc>
        <w:tc>
          <w:tcPr>
            <w:tcW w:w="2880" w:type="dxa"/>
            <w:tcBorders>
              <w:bottom w:val="single" w:sz="8" w:space="0" w:color="9B9B9B"/>
            </w:tcBorders>
            <w:shd w:val="clear" w:color="auto" w:fill="CFCFCF"/>
            <w:vAlign w:val="center"/>
          </w:tcPr>
          <w:p w14:paraId="46D57BC8" w14:textId="77777777" w:rsidR="00A806B2" w:rsidRPr="00A864B8" w:rsidRDefault="00000000">
            <w:pPr>
              <w:spacing w:before="20" w:after="10" w:line="240" w:lineRule="auto"/>
              <w:jc w:val="center"/>
            </w:pPr>
            <w:r w:rsidRPr="00A864B8">
              <w:rPr>
                <w:sz w:val="20"/>
              </w:rPr>
              <w:t>-3.243.622</w:t>
            </w:r>
          </w:p>
        </w:tc>
        <w:tc>
          <w:tcPr>
            <w:tcW w:w="2880" w:type="dxa"/>
            <w:tcBorders>
              <w:bottom w:val="single" w:sz="8" w:space="0" w:color="9B9B9B"/>
            </w:tcBorders>
            <w:shd w:val="clear" w:color="auto" w:fill="CFCFCF"/>
            <w:vAlign w:val="center"/>
          </w:tcPr>
          <w:p w14:paraId="06FA7F67" w14:textId="77777777" w:rsidR="00A806B2" w:rsidRPr="00A864B8" w:rsidRDefault="00000000">
            <w:pPr>
              <w:spacing w:before="20" w:after="10" w:line="240" w:lineRule="auto"/>
              <w:jc w:val="center"/>
            </w:pPr>
            <w:r w:rsidRPr="00A864B8">
              <w:rPr>
                <w:sz w:val="20"/>
              </w:rPr>
              <w:t>-3.053.802</w:t>
            </w:r>
          </w:p>
        </w:tc>
      </w:tr>
      <w:tr w:rsidR="00A806B2" w:rsidRPr="00A864B8" w14:paraId="2281CA34" w14:textId="77777777">
        <w:trPr>
          <w:jc w:val="center"/>
        </w:trPr>
        <w:tc>
          <w:tcPr>
            <w:tcW w:w="2880" w:type="dxa"/>
            <w:tcBorders>
              <w:bottom w:val="single" w:sz="8" w:space="0" w:color="9B9B9B"/>
            </w:tcBorders>
            <w:shd w:val="clear" w:color="auto" w:fill="F0F0F0"/>
            <w:vAlign w:val="center"/>
          </w:tcPr>
          <w:p w14:paraId="4B2C67A6" w14:textId="77777777" w:rsidR="00A806B2" w:rsidRPr="00A864B8" w:rsidRDefault="00000000">
            <w:pPr>
              <w:spacing w:before="20" w:after="10" w:line="240" w:lineRule="auto"/>
              <w:jc w:val="center"/>
            </w:pPr>
            <w:r w:rsidRPr="00A864B8">
              <w:rPr>
                <w:sz w:val="20"/>
              </w:rPr>
              <w:t>Gebäudeenergiesysteme</w:t>
            </w:r>
          </w:p>
        </w:tc>
        <w:tc>
          <w:tcPr>
            <w:tcW w:w="2880" w:type="dxa"/>
            <w:tcBorders>
              <w:bottom w:val="single" w:sz="8" w:space="0" w:color="9B9B9B"/>
            </w:tcBorders>
            <w:shd w:val="clear" w:color="auto" w:fill="F0F0F0"/>
            <w:vAlign w:val="center"/>
          </w:tcPr>
          <w:p w14:paraId="01913568" w14:textId="77777777" w:rsidR="00A806B2" w:rsidRPr="00A864B8" w:rsidRDefault="00000000">
            <w:pPr>
              <w:spacing w:before="20" w:after="10" w:line="240" w:lineRule="auto"/>
              <w:jc w:val="center"/>
            </w:pPr>
            <w:r w:rsidRPr="00A864B8">
              <w:rPr>
                <w:sz w:val="20"/>
              </w:rPr>
              <w:t>-492.771</w:t>
            </w:r>
          </w:p>
        </w:tc>
        <w:tc>
          <w:tcPr>
            <w:tcW w:w="2880" w:type="dxa"/>
            <w:tcBorders>
              <w:bottom w:val="single" w:sz="8" w:space="0" w:color="9B9B9B"/>
            </w:tcBorders>
            <w:shd w:val="clear" w:color="auto" w:fill="F0F0F0"/>
            <w:vAlign w:val="center"/>
          </w:tcPr>
          <w:p w14:paraId="3ABA920D" w14:textId="77777777" w:rsidR="00A806B2" w:rsidRPr="00A864B8" w:rsidRDefault="00000000">
            <w:pPr>
              <w:spacing w:before="20" w:after="10" w:line="240" w:lineRule="auto"/>
              <w:jc w:val="center"/>
            </w:pPr>
            <w:r w:rsidRPr="00A864B8">
              <w:rPr>
                <w:sz w:val="20"/>
              </w:rPr>
              <w:t>-533.112</w:t>
            </w:r>
          </w:p>
        </w:tc>
      </w:tr>
      <w:tr w:rsidR="00A806B2" w:rsidRPr="00A864B8" w14:paraId="56998966" w14:textId="77777777">
        <w:trPr>
          <w:jc w:val="center"/>
        </w:trPr>
        <w:tc>
          <w:tcPr>
            <w:tcW w:w="2880" w:type="dxa"/>
            <w:tcBorders>
              <w:bottom w:val="single" w:sz="8" w:space="0" w:color="9B9B9B"/>
            </w:tcBorders>
            <w:shd w:val="clear" w:color="auto" w:fill="CFCFCF"/>
            <w:vAlign w:val="center"/>
          </w:tcPr>
          <w:p w14:paraId="6836E4C9" w14:textId="77777777" w:rsidR="00A806B2" w:rsidRPr="00A864B8" w:rsidRDefault="00000000">
            <w:pPr>
              <w:spacing w:before="20" w:after="10" w:line="240" w:lineRule="auto"/>
              <w:jc w:val="center"/>
            </w:pPr>
            <w:r w:rsidRPr="00A864B8">
              <w:rPr>
                <w:sz w:val="20"/>
              </w:rPr>
              <w:t>Elektrischer Heizstab</w:t>
            </w:r>
          </w:p>
        </w:tc>
        <w:tc>
          <w:tcPr>
            <w:tcW w:w="2880" w:type="dxa"/>
            <w:tcBorders>
              <w:bottom w:val="single" w:sz="8" w:space="0" w:color="9B9B9B"/>
            </w:tcBorders>
            <w:shd w:val="clear" w:color="auto" w:fill="CFCFCF"/>
            <w:vAlign w:val="center"/>
          </w:tcPr>
          <w:p w14:paraId="1CF3E031"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52EC843A" w14:textId="77777777" w:rsidR="00A806B2" w:rsidRPr="00A864B8" w:rsidRDefault="00000000">
            <w:pPr>
              <w:spacing w:before="20" w:after="10" w:line="240" w:lineRule="auto"/>
              <w:jc w:val="center"/>
            </w:pPr>
            <w:r w:rsidRPr="00A864B8">
              <w:rPr>
                <w:sz w:val="20"/>
              </w:rPr>
              <w:t>-1.154</w:t>
            </w:r>
          </w:p>
        </w:tc>
      </w:tr>
      <w:tr w:rsidR="00A806B2" w:rsidRPr="00A864B8" w14:paraId="5F4A7194" w14:textId="77777777">
        <w:trPr>
          <w:jc w:val="center"/>
        </w:trPr>
        <w:tc>
          <w:tcPr>
            <w:tcW w:w="2880" w:type="dxa"/>
            <w:tcBorders>
              <w:bottom w:val="single" w:sz="8" w:space="0" w:color="9B9B9B"/>
            </w:tcBorders>
            <w:shd w:val="clear" w:color="auto" w:fill="F0F0F0"/>
            <w:vAlign w:val="center"/>
          </w:tcPr>
          <w:p w14:paraId="5B38F036" w14:textId="77777777" w:rsidR="00A806B2" w:rsidRPr="00A864B8" w:rsidRDefault="00000000">
            <w:pPr>
              <w:spacing w:before="20" w:after="10" w:line="240" w:lineRule="auto"/>
              <w:jc w:val="center"/>
            </w:pPr>
            <w:r w:rsidRPr="00A864B8">
              <w:rPr>
                <w:sz w:val="20"/>
              </w:rPr>
              <w:t>Dez. elektr. TWW-Erwärmung</w:t>
            </w:r>
          </w:p>
        </w:tc>
        <w:tc>
          <w:tcPr>
            <w:tcW w:w="2880" w:type="dxa"/>
            <w:tcBorders>
              <w:bottom w:val="single" w:sz="8" w:space="0" w:color="9B9B9B"/>
            </w:tcBorders>
            <w:shd w:val="clear" w:color="auto" w:fill="F0F0F0"/>
            <w:vAlign w:val="center"/>
          </w:tcPr>
          <w:p w14:paraId="32641F82" w14:textId="77777777" w:rsidR="00A806B2" w:rsidRPr="00A864B8" w:rsidRDefault="00000000">
            <w:pPr>
              <w:spacing w:before="20" w:after="10" w:line="240" w:lineRule="auto"/>
              <w:jc w:val="center"/>
            </w:pPr>
            <w:r w:rsidRPr="00A864B8">
              <w:rPr>
                <w:sz w:val="20"/>
              </w:rPr>
              <w:t>-5.590</w:t>
            </w:r>
          </w:p>
        </w:tc>
        <w:tc>
          <w:tcPr>
            <w:tcW w:w="2880" w:type="dxa"/>
            <w:tcBorders>
              <w:bottom w:val="single" w:sz="8" w:space="0" w:color="9B9B9B"/>
            </w:tcBorders>
            <w:shd w:val="clear" w:color="auto" w:fill="F0F0F0"/>
            <w:vAlign w:val="center"/>
          </w:tcPr>
          <w:p w14:paraId="46199A8A" w14:textId="77777777" w:rsidR="00A806B2" w:rsidRPr="00A864B8" w:rsidRDefault="00000000">
            <w:pPr>
              <w:spacing w:before="20" w:after="10" w:line="240" w:lineRule="auto"/>
              <w:jc w:val="center"/>
            </w:pPr>
            <w:r w:rsidRPr="00A864B8">
              <w:rPr>
                <w:sz w:val="20"/>
              </w:rPr>
              <w:t>-5.590</w:t>
            </w:r>
          </w:p>
        </w:tc>
      </w:tr>
      <w:tr w:rsidR="00A806B2" w:rsidRPr="00A864B8" w14:paraId="1076D8A9" w14:textId="77777777">
        <w:trPr>
          <w:jc w:val="center"/>
        </w:trPr>
        <w:tc>
          <w:tcPr>
            <w:tcW w:w="2880" w:type="dxa"/>
            <w:tcBorders>
              <w:bottom w:val="single" w:sz="8" w:space="0" w:color="9B9B9B"/>
            </w:tcBorders>
            <w:shd w:val="clear" w:color="auto" w:fill="CFCFCF"/>
            <w:vAlign w:val="center"/>
          </w:tcPr>
          <w:p w14:paraId="45F4259D" w14:textId="77777777" w:rsidR="00A806B2" w:rsidRPr="00A864B8" w:rsidRDefault="00000000">
            <w:pPr>
              <w:spacing w:before="20" w:after="10" w:line="240" w:lineRule="auto"/>
              <w:jc w:val="center"/>
            </w:pPr>
            <w:r w:rsidRPr="00A864B8">
              <w:rPr>
                <w:sz w:val="20"/>
              </w:rPr>
              <w:t>Erdwärmepumpe</w:t>
            </w:r>
          </w:p>
        </w:tc>
        <w:tc>
          <w:tcPr>
            <w:tcW w:w="2880" w:type="dxa"/>
            <w:tcBorders>
              <w:bottom w:val="single" w:sz="8" w:space="0" w:color="9B9B9B"/>
            </w:tcBorders>
            <w:shd w:val="clear" w:color="auto" w:fill="CFCFCF"/>
            <w:vAlign w:val="center"/>
          </w:tcPr>
          <w:p w14:paraId="4253D2A0"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24C40EC1" w14:textId="77777777" w:rsidR="00A806B2" w:rsidRPr="00A864B8" w:rsidRDefault="00000000">
            <w:pPr>
              <w:spacing w:before="20" w:after="10" w:line="240" w:lineRule="auto"/>
              <w:jc w:val="center"/>
            </w:pPr>
            <w:r w:rsidRPr="00A864B8">
              <w:rPr>
                <w:sz w:val="20"/>
              </w:rPr>
              <w:t>-24.671</w:t>
            </w:r>
          </w:p>
        </w:tc>
      </w:tr>
      <w:tr w:rsidR="00A806B2" w:rsidRPr="00A864B8" w14:paraId="18B808AB" w14:textId="77777777">
        <w:trPr>
          <w:jc w:val="center"/>
        </w:trPr>
        <w:tc>
          <w:tcPr>
            <w:tcW w:w="2880" w:type="dxa"/>
            <w:tcBorders>
              <w:bottom w:val="single" w:sz="8" w:space="0" w:color="9B9B9B"/>
            </w:tcBorders>
            <w:shd w:val="clear" w:color="auto" w:fill="F0F0F0"/>
            <w:vAlign w:val="center"/>
          </w:tcPr>
          <w:p w14:paraId="3A627701"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F0F0F0"/>
            <w:vAlign w:val="center"/>
          </w:tcPr>
          <w:p w14:paraId="6E7C3043" w14:textId="77777777" w:rsidR="00A806B2" w:rsidRPr="00A864B8" w:rsidRDefault="00000000">
            <w:pPr>
              <w:spacing w:before="20" w:after="10" w:line="240" w:lineRule="auto"/>
              <w:jc w:val="center"/>
            </w:pPr>
            <w:r w:rsidRPr="00A864B8">
              <w:rPr>
                <w:sz w:val="20"/>
              </w:rPr>
              <w:t>-82.006</w:t>
            </w:r>
          </w:p>
        </w:tc>
        <w:tc>
          <w:tcPr>
            <w:tcW w:w="2880" w:type="dxa"/>
            <w:tcBorders>
              <w:bottom w:val="single" w:sz="8" w:space="0" w:color="9B9B9B"/>
            </w:tcBorders>
            <w:shd w:val="clear" w:color="auto" w:fill="F0F0F0"/>
            <w:vAlign w:val="center"/>
          </w:tcPr>
          <w:p w14:paraId="2D545E72" w14:textId="77777777" w:rsidR="00A806B2" w:rsidRPr="00A864B8" w:rsidRDefault="00000000">
            <w:pPr>
              <w:spacing w:before="20" w:after="10" w:line="240" w:lineRule="auto"/>
              <w:jc w:val="center"/>
            </w:pPr>
            <w:r w:rsidRPr="00A864B8">
              <w:rPr>
                <w:sz w:val="20"/>
              </w:rPr>
              <w:t>-82.006</w:t>
            </w:r>
          </w:p>
        </w:tc>
      </w:tr>
      <w:tr w:rsidR="00A806B2" w:rsidRPr="00A864B8" w14:paraId="663D79C5" w14:textId="77777777">
        <w:trPr>
          <w:jc w:val="center"/>
        </w:trPr>
        <w:tc>
          <w:tcPr>
            <w:tcW w:w="2880" w:type="dxa"/>
            <w:tcBorders>
              <w:bottom w:val="single" w:sz="8" w:space="0" w:color="9B9B9B"/>
            </w:tcBorders>
            <w:shd w:val="clear" w:color="auto" w:fill="CFCFCF"/>
            <w:vAlign w:val="center"/>
          </w:tcPr>
          <w:p w14:paraId="67314603" w14:textId="77777777" w:rsidR="00A806B2" w:rsidRPr="00A864B8" w:rsidRDefault="00000000">
            <w:pPr>
              <w:spacing w:before="20" w:after="10" w:line="240" w:lineRule="auto"/>
              <w:jc w:val="center"/>
            </w:pPr>
            <w:r w:rsidRPr="00A864B8">
              <w:rPr>
                <w:sz w:val="20"/>
              </w:rPr>
              <w:t>Luftgekühlte Kältemaschine</w:t>
            </w:r>
          </w:p>
        </w:tc>
        <w:tc>
          <w:tcPr>
            <w:tcW w:w="2880" w:type="dxa"/>
            <w:tcBorders>
              <w:bottom w:val="single" w:sz="8" w:space="0" w:color="9B9B9B"/>
            </w:tcBorders>
            <w:shd w:val="clear" w:color="auto" w:fill="CFCFCF"/>
            <w:vAlign w:val="center"/>
          </w:tcPr>
          <w:p w14:paraId="6857BC47" w14:textId="77777777" w:rsidR="00A806B2" w:rsidRPr="00A864B8" w:rsidRDefault="00000000">
            <w:pPr>
              <w:spacing w:before="20" w:after="10" w:line="240" w:lineRule="auto"/>
              <w:jc w:val="center"/>
            </w:pPr>
            <w:r w:rsidRPr="00A864B8">
              <w:rPr>
                <w:sz w:val="20"/>
              </w:rPr>
              <w:t>-77.243</w:t>
            </w:r>
          </w:p>
        </w:tc>
        <w:tc>
          <w:tcPr>
            <w:tcW w:w="2880" w:type="dxa"/>
            <w:tcBorders>
              <w:bottom w:val="single" w:sz="8" w:space="0" w:color="9B9B9B"/>
            </w:tcBorders>
            <w:shd w:val="clear" w:color="auto" w:fill="CFCFCF"/>
            <w:vAlign w:val="center"/>
          </w:tcPr>
          <w:p w14:paraId="08DECBCF" w14:textId="77777777" w:rsidR="00A806B2" w:rsidRPr="00A864B8" w:rsidRDefault="00000000">
            <w:pPr>
              <w:spacing w:before="20" w:after="10" w:line="240" w:lineRule="auto"/>
              <w:jc w:val="center"/>
            </w:pPr>
            <w:r w:rsidRPr="00A864B8">
              <w:rPr>
                <w:sz w:val="20"/>
              </w:rPr>
              <w:t>-77.243</w:t>
            </w:r>
          </w:p>
        </w:tc>
      </w:tr>
      <w:tr w:rsidR="00A806B2" w:rsidRPr="00A864B8" w14:paraId="11612C45" w14:textId="77777777">
        <w:trPr>
          <w:jc w:val="center"/>
        </w:trPr>
        <w:tc>
          <w:tcPr>
            <w:tcW w:w="2880" w:type="dxa"/>
            <w:tcBorders>
              <w:bottom w:val="single" w:sz="8" w:space="0" w:color="9B9B9B"/>
            </w:tcBorders>
            <w:shd w:val="clear" w:color="auto" w:fill="F0F0F0"/>
            <w:vAlign w:val="center"/>
          </w:tcPr>
          <w:p w14:paraId="5F7575E6" w14:textId="77777777" w:rsidR="00A806B2" w:rsidRPr="00A864B8" w:rsidRDefault="00000000">
            <w:pPr>
              <w:spacing w:before="20" w:after="10" w:line="240" w:lineRule="auto"/>
              <w:jc w:val="center"/>
            </w:pPr>
            <w:r w:rsidRPr="00A864B8">
              <w:rPr>
                <w:sz w:val="20"/>
              </w:rPr>
              <w:t>Speicher (TWW)</w:t>
            </w:r>
          </w:p>
        </w:tc>
        <w:tc>
          <w:tcPr>
            <w:tcW w:w="2880" w:type="dxa"/>
            <w:tcBorders>
              <w:bottom w:val="single" w:sz="8" w:space="0" w:color="9B9B9B"/>
            </w:tcBorders>
            <w:shd w:val="clear" w:color="auto" w:fill="F0F0F0"/>
            <w:vAlign w:val="center"/>
          </w:tcPr>
          <w:p w14:paraId="3838D1A5" w14:textId="77777777" w:rsidR="00A806B2" w:rsidRPr="00A864B8" w:rsidRDefault="00000000">
            <w:pPr>
              <w:spacing w:before="20" w:after="10" w:line="240" w:lineRule="auto"/>
              <w:jc w:val="center"/>
            </w:pPr>
            <w:r w:rsidRPr="00A864B8">
              <w:rPr>
                <w:sz w:val="20"/>
              </w:rPr>
              <w:t>-65.342</w:t>
            </w:r>
          </w:p>
        </w:tc>
        <w:tc>
          <w:tcPr>
            <w:tcW w:w="2880" w:type="dxa"/>
            <w:tcBorders>
              <w:bottom w:val="single" w:sz="8" w:space="0" w:color="9B9B9B"/>
            </w:tcBorders>
            <w:shd w:val="clear" w:color="auto" w:fill="F0F0F0"/>
            <w:vAlign w:val="center"/>
          </w:tcPr>
          <w:p w14:paraId="76CF7FA7" w14:textId="77777777" w:rsidR="00A806B2" w:rsidRPr="00A864B8" w:rsidRDefault="00000000">
            <w:pPr>
              <w:spacing w:before="20" w:after="10" w:line="240" w:lineRule="auto"/>
              <w:jc w:val="center"/>
            </w:pPr>
            <w:r w:rsidRPr="00A864B8">
              <w:rPr>
                <w:sz w:val="20"/>
              </w:rPr>
              <w:t>-65.342</w:t>
            </w:r>
          </w:p>
        </w:tc>
      </w:tr>
      <w:tr w:rsidR="00A806B2" w:rsidRPr="00A864B8" w14:paraId="534772C4" w14:textId="77777777">
        <w:trPr>
          <w:jc w:val="center"/>
        </w:trPr>
        <w:tc>
          <w:tcPr>
            <w:tcW w:w="2880" w:type="dxa"/>
            <w:tcBorders>
              <w:bottom w:val="single" w:sz="8" w:space="0" w:color="9B9B9B"/>
            </w:tcBorders>
            <w:shd w:val="clear" w:color="auto" w:fill="CFCFCF"/>
            <w:vAlign w:val="center"/>
          </w:tcPr>
          <w:p w14:paraId="57EC1D9E" w14:textId="77777777" w:rsidR="00A806B2" w:rsidRPr="00A864B8" w:rsidRDefault="00000000">
            <w:pPr>
              <w:spacing w:before="20" w:after="10" w:line="240" w:lineRule="auto"/>
              <w:jc w:val="center"/>
            </w:pPr>
            <w:r w:rsidRPr="00A864B8">
              <w:rPr>
                <w:sz w:val="20"/>
              </w:rPr>
              <w:t>Wärmeübergabestation</w:t>
            </w:r>
          </w:p>
        </w:tc>
        <w:tc>
          <w:tcPr>
            <w:tcW w:w="2880" w:type="dxa"/>
            <w:tcBorders>
              <w:bottom w:val="single" w:sz="8" w:space="0" w:color="9B9B9B"/>
            </w:tcBorders>
            <w:shd w:val="clear" w:color="auto" w:fill="CFCFCF"/>
            <w:vAlign w:val="center"/>
          </w:tcPr>
          <w:p w14:paraId="18392C57" w14:textId="77777777" w:rsidR="00A806B2" w:rsidRPr="00A864B8" w:rsidRDefault="00000000">
            <w:pPr>
              <w:spacing w:before="20" w:after="10" w:line="240" w:lineRule="auto"/>
              <w:jc w:val="center"/>
            </w:pPr>
            <w:r w:rsidRPr="00A864B8">
              <w:rPr>
                <w:sz w:val="20"/>
              </w:rPr>
              <w:t>-262.591</w:t>
            </w:r>
          </w:p>
        </w:tc>
        <w:tc>
          <w:tcPr>
            <w:tcW w:w="2880" w:type="dxa"/>
            <w:tcBorders>
              <w:bottom w:val="single" w:sz="8" w:space="0" w:color="9B9B9B"/>
            </w:tcBorders>
            <w:shd w:val="clear" w:color="auto" w:fill="CFCFCF"/>
            <w:vAlign w:val="center"/>
          </w:tcPr>
          <w:p w14:paraId="6466B555" w14:textId="77777777" w:rsidR="00A806B2" w:rsidRPr="00A864B8" w:rsidRDefault="00000000">
            <w:pPr>
              <w:spacing w:before="20" w:after="10" w:line="240" w:lineRule="auto"/>
              <w:jc w:val="center"/>
            </w:pPr>
            <w:r w:rsidRPr="00A864B8">
              <w:rPr>
                <w:sz w:val="20"/>
              </w:rPr>
              <w:t>-262.256</w:t>
            </w:r>
          </w:p>
        </w:tc>
      </w:tr>
      <w:tr w:rsidR="00A806B2" w:rsidRPr="00A864B8" w14:paraId="3DB367F1" w14:textId="77777777">
        <w:trPr>
          <w:jc w:val="center"/>
        </w:trPr>
        <w:tc>
          <w:tcPr>
            <w:tcW w:w="2880" w:type="dxa"/>
            <w:tcBorders>
              <w:bottom w:val="single" w:sz="8" w:space="0" w:color="9B9B9B"/>
            </w:tcBorders>
            <w:shd w:val="clear" w:color="auto" w:fill="F0F0F0"/>
            <w:vAlign w:val="center"/>
          </w:tcPr>
          <w:p w14:paraId="770AB0D3" w14:textId="77777777" w:rsidR="00A806B2" w:rsidRPr="00A864B8" w:rsidRDefault="00000000">
            <w:pPr>
              <w:spacing w:before="20" w:after="10" w:line="240" w:lineRule="auto"/>
              <w:jc w:val="center"/>
            </w:pPr>
            <w:r w:rsidRPr="00A864B8">
              <w:rPr>
                <w:sz w:val="20"/>
              </w:rPr>
              <w:t>Geothermiesonden</w:t>
            </w:r>
          </w:p>
        </w:tc>
        <w:tc>
          <w:tcPr>
            <w:tcW w:w="2880" w:type="dxa"/>
            <w:tcBorders>
              <w:bottom w:val="single" w:sz="8" w:space="0" w:color="9B9B9B"/>
            </w:tcBorders>
            <w:shd w:val="clear" w:color="auto" w:fill="F0F0F0"/>
            <w:vAlign w:val="center"/>
          </w:tcPr>
          <w:p w14:paraId="702E96DF"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465ECB8B" w14:textId="77777777" w:rsidR="00A806B2" w:rsidRPr="00A864B8" w:rsidRDefault="00000000">
            <w:pPr>
              <w:spacing w:before="20" w:after="10" w:line="240" w:lineRule="auto"/>
              <w:jc w:val="center"/>
            </w:pPr>
            <w:r w:rsidRPr="00A864B8">
              <w:rPr>
                <w:sz w:val="20"/>
              </w:rPr>
              <w:t>-14.850</w:t>
            </w:r>
          </w:p>
        </w:tc>
      </w:tr>
      <w:tr w:rsidR="00A806B2" w:rsidRPr="00A864B8" w14:paraId="39519958" w14:textId="77777777">
        <w:trPr>
          <w:jc w:val="center"/>
        </w:trPr>
        <w:tc>
          <w:tcPr>
            <w:tcW w:w="2880" w:type="dxa"/>
            <w:tcBorders>
              <w:bottom w:val="single" w:sz="8" w:space="0" w:color="9B9B9B"/>
            </w:tcBorders>
            <w:shd w:val="clear" w:color="auto" w:fill="CFCFCF"/>
            <w:vAlign w:val="center"/>
          </w:tcPr>
          <w:p w14:paraId="26A7573A" w14:textId="77777777" w:rsidR="00A806B2" w:rsidRPr="00A864B8" w:rsidRDefault="00000000">
            <w:pPr>
              <w:spacing w:before="20" w:after="10" w:line="240" w:lineRule="auto"/>
              <w:jc w:val="center"/>
            </w:pPr>
            <w:r w:rsidRPr="00A864B8">
              <w:rPr>
                <w:sz w:val="20"/>
              </w:rPr>
              <w:t>Wärmenetz</w:t>
            </w:r>
          </w:p>
        </w:tc>
        <w:tc>
          <w:tcPr>
            <w:tcW w:w="2880" w:type="dxa"/>
            <w:tcBorders>
              <w:bottom w:val="single" w:sz="8" w:space="0" w:color="9B9B9B"/>
            </w:tcBorders>
            <w:shd w:val="clear" w:color="auto" w:fill="CFCFCF"/>
            <w:vAlign w:val="center"/>
          </w:tcPr>
          <w:p w14:paraId="7CCA1B44" w14:textId="77777777" w:rsidR="00A806B2" w:rsidRPr="00A864B8" w:rsidRDefault="00000000">
            <w:pPr>
              <w:spacing w:before="20" w:after="10" w:line="240" w:lineRule="auto"/>
              <w:jc w:val="center"/>
            </w:pPr>
            <w:r w:rsidRPr="00A864B8">
              <w:rPr>
                <w:sz w:val="20"/>
              </w:rPr>
              <w:t>-1.015.930</w:t>
            </w:r>
          </w:p>
        </w:tc>
        <w:tc>
          <w:tcPr>
            <w:tcW w:w="2880" w:type="dxa"/>
            <w:tcBorders>
              <w:bottom w:val="single" w:sz="8" w:space="0" w:color="9B9B9B"/>
            </w:tcBorders>
            <w:shd w:val="clear" w:color="auto" w:fill="CFCFCF"/>
            <w:vAlign w:val="center"/>
          </w:tcPr>
          <w:p w14:paraId="7084FFAE" w14:textId="77777777" w:rsidR="00A806B2" w:rsidRPr="00A864B8" w:rsidRDefault="00000000">
            <w:pPr>
              <w:spacing w:before="20" w:after="10" w:line="240" w:lineRule="auto"/>
              <w:jc w:val="center"/>
            </w:pPr>
            <w:r w:rsidRPr="00A864B8">
              <w:rPr>
                <w:sz w:val="20"/>
              </w:rPr>
              <w:t>-1.030.511</w:t>
            </w:r>
          </w:p>
        </w:tc>
      </w:tr>
      <w:tr w:rsidR="00A806B2" w:rsidRPr="00A864B8" w14:paraId="3634C645" w14:textId="77777777">
        <w:trPr>
          <w:jc w:val="center"/>
        </w:trPr>
        <w:tc>
          <w:tcPr>
            <w:tcW w:w="2880" w:type="dxa"/>
            <w:tcBorders>
              <w:bottom w:val="single" w:sz="8" w:space="0" w:color="9B9B9B"/>
            </w:tcBorders>
            <w:shd w:val="clear" w:color="auto" w:fill="F0F0F0"/>
            <w:vAlign w:val="center"/>
          </w:tcPr>
          <w:p w14:paraId="0A748470" w14:textId="77777777" w:rsidR="00A806B2" w:rsidRPr="00A864B8" w:rsidRDefault="00000000">
            <w:pPr>
              <w:spacing w:before="20" w:after="10" w:line="240" w:lineRule="auto"/>
              <w:jc w:val="center"/>
            </w:pPr>
            <w:r w:rsidRPr="00A864B8">
              <w:rPr>
                <w:sz w:val="20"/>
              </w:rPr>
              <w:t>Hausanschlussleitung</w:t>
            </w:r>
          </w:p>
        </w:tc>
        <w:tc>
          <w:tcPr>
            <w:tcW w:w="2880" w:type="dxa"/>
            <w:tcBorders>
              <w:bottom w:val="single" w:sz="8" w:space="0" w:color="9B9B9B"/>
            </w:tcBorders>
            <w:shd w:val="clear" w:color="auto" w:fill="F0F0F0"/>
            <w:vAlign w:val="center"/>
          </w:tcPr>
          <w:p w14:paraId="33096A65" w14:textId="77777777" w:rsidR="00A806B2" w:rsidRPr="00A864B8" w:rsidRDefault="00000000">
            <w:pPr>
              <w:spacing w:before="20" w:after="10" w:line="240" w:lineRule="auto"/>
              <w:jc w:val="center"/>
            </w:pPr>
            <w:r w:rsidRPr="00A864B8">
              <w:rPr>
                <w:sz w:val="20"/>
              </w:rPr>
              <w:t>-418.063</w:t>
            </w:r>
          </w:p>
        </w:tc>
        <w:tc>
          <w:tcPr>
            <w:tcW w:w="2880" w:type="dxa"/>
            <w:tcBorders>
              <w:bottom w:val="single" w:sz="8" w:space="0" w:color="9B9B9B"/>
            </w:tcBorders>
            <w:shd w:val="clear" w:color="auto" w:fill="F0F0F0"/>
            <w:vAlign w:val="center"/>
          </w:tcPr>
          <w:p w14:paraId="0B4376E4" w14:textId="77777777" w:rsidR="00A806B2" w:rsidRPr="00A864B8" w:rsidRDefault="00000000">
            <w:pPr>
              <w:spacing w:before="20" w:after="10" w:line="240" w:lineRule="auto"/>
              <w:jc w:val="center"/>
            </w:pPr>
            <w:r w:rsidRPr="00A864B8">
              <w:rPr>
                <w:sz w:val="20"/>
              </w:rPr>
              <w:t>-418.063</w:t>
            </w:r>
          </w:p>
        </w:tc>
      </w:tr>
      <w:tr w:rsidR="00A806B2" w:rsidRPr="00A864B8" w14:paraId="0B755075" w14:textId="77777777">
        <w:trPr>
          <w:jc w:val="center"/>
        </w:trPr>
        <w:tc>
          <w:tcPr>
            <w:tcW w:w="2880" w:type="dxa"/>
            <w:tcBorders>
              <w:bottom w:val="single" w:sz="8" w:space="0" w:color="9B9B9B"/>
            </w:tcBorders>
            <w:shd w:val="clear" w:color="auto" w:fill="CFCFCF"/>
            <w:vAlign w:val="center"/>
          </w:tcPr>
          <w:p w14:paraId="21A71CCF" w14:textId="77777777" w:rsidR="00A806B2" w:rsidRPr="00A864B8" w:rsidRDefault="00000000">
            <w:pPr>
              <w:spacing w:before="20" w:after="10" w:line="240" w:lineRule="auto"/>
              <w:jc w:val="center"/>
            </w:pPr>
            <w:r w:rsidRPr="00A864B8">
              <w:rPr>
                <w:sz w:val="20"/>
              </w:rPr>
              <w:t>Verteilleitung</w:t>
            </w:r>
          </w:p>
        </w:tc>
        <w:tc>
          <w:tcPr>
            <w:tcW w:w="2880" w:type="dxa"/>
            <w:tcBorders>
              <w:bottom w:val="single" w:sz="8" w:space="0" w:color="9B9B9B"/>
            </w:tcBorders>
            <w:shd w:val="clear" w:color="auto" w:fill="CFCFCF"/>
            <w:vAlign w:val="center"/>
          </w:tcPr>
          <w:p w14:paraId="2308FF94" w14:textId="77777777" w:rsidR="00A806B2" w:rsidRPr="00A864B8" w:rsidRDefault="00000000">
            <w:pPr>
              <w:spacing w:before="20" w:after="10" w:line="240" w:lineRule="auto"/>
              <w:jc w:val="center"/>
            </w:pPr>
            <w:r w:rsidRPr="00A864B8">
              <w:rPr>
                <w:sz w:val="20"/>
              </w:rPr>
              <w:t>-597.867</w:t>
            </w:r>
          </w:p>
        </w:tc>
        <w:tc>
          <w:tcPr>
            <w:tcW w:w="2880" w:type="dxa"/>
            <w:tcBorders>
              <w:bottom w:val="single" w:sz="8" w:space="0" w:color="9B9B9B"/>
            </w:tcBorders>
            <w:shd w:val="clear" w:color="auto" w:fill="CFCFCF"/>
            <w:vAlign w:val="center"/>
          </w:tcPr>
          <w:p w14:paraId="2B418418" w14:textId="77777777" w:rsidR="00A806B2" w:rsidRPr="00A864B8" w:rsidRDefault="00000000">
            <w:pPr>
              <w:spacing w:before="20" w:after="10" w:line="240" w:lineRule="auto"/>
              <w:jc w:val="center"/>
            </w:pPr>
            <w:r w:rsidRPr="00A864B8">
              <w:rPr>
                <w:sz w:val="20"/>
              </w:rPr>
              <w:t>-612.449</w:t>
            </w:r>
          </w:p>
        </w:tc>
      </w:tr>
      <w:tr w:rsidR="00A806B2" w:rsidRPr="00A864B8" w14:paraId="15786498" w14:textId="77777777">
        <w:trPr>
          <w:jc w:val="center"/>
        </w:trPr>
        <w:tc>
          <w:tcPr>
            <w:tcW w:w="2880" w:type="dxa"/>
            <w:tcBorders>
              <w:bottom w:val="single" w:sz="8" w:space="0" w:color="9B9B9B"/>
            </w:tcBorders>
            <w:shd w:val="clear" w:color="auto" w:fill="F0F0F0"/>
            <w:vAlign w:val="center"/>
          </w:tcPr>
          <w:p w14:paraId="2E9C53C6" w14:textId="77777777" w:rsidR="00A806B2" w:rsidRPr="00A864B8" w:rsidRDefault="00000000">
            <w:pPr>
              <w:spacing w:before="20" w:after="10" w:line="240" w:lineRule="auto"/>
              <w:jc w:val="center"/>
            </w:pPr>
            <w:r w:rsidRPr="00A864B8">
              <w:rPr>
                <w:sz w:val="20"/>
              </w:rPr>
              <w:t>Energiezentrale</w:t>
            </w:r>
          </w:p>
        </w:tc>
        <w:tc>
          <w:tcPr>
            <w:tcW w:w="2880" w:type="dxa"/>
            <w:tcBorders>
              <w:bottom w:val="single" w:sz="8" w:space="0" w:color="9B9B9B"/>
            </w:tcBorders>
            <w:shd w:val="clear" w:color="auto" w:fill="F0F0F0"/>
            <w:vAlign w:val="center"/>
          </w:tcPr>
          <w:p w14:paraId="3E46A068" w14:textId="77777777" w:rsidR="00A806B2" w:rsidRPr="00A864B8" w:rsidRDefault="00000000">
            <w:pPr>
              <w:spacing w:before="20" w:after="10" w:line="240" w:lineRule="auto"/>
              <w:jc w:val="center"/>
            </w:pPr>
            <w:r w:rsidRPr="00A864B8">
              <w:rPr>
                <w:sz w:val="20"/>
              </w:rPr>
              <w:t>-1.454.921</w:t>
            </w:r>
          </w:p>
        </w:tc>
        <w:tc>
          <w:tcPr>
            <w:tcW w:w="2880" w:type="dxa"/>
            <w:tcBorders>
              <w:bottom w:val="single" w:sz="8" w:space="0" w:color="9B9B9B"/>
            </w:tcBorders>
            <w:shd w:val="clear" w:color="auto" w:fill="F0F0F0"/>
            <w:vAlign w:val="center"/>
          </w:tcPr>
          <w:p w14:paraId="36848894" w14:textId="77777777" w:rsidR="00A806B2" w:rsidRPr="00A864B8" w:rsidRDefault="00000000">
            <w:pPr>
              <w:spacing w:before="20" w:after="10" w:line="240" w:lineRule="auto"/>
              <w:jc w:val="center"/>
            </w:pPr>
            <w:r w:rsidRPr="00A864B8">
              <w:rPr>
                <w:sz w:val="20"/>
              </w:rPr>
              <w:t>-1.210.178</w:t>
            </w:r>
          </w:p>
        </w:tc>
      </w:tr>
      <w:tr w:rsidR="00A806B2" w:rsidRPr="00A864B8" w14:paraId="17131E00" w14:textId="77777777">
        <w:trPr>
          <w:jc w:val="center"/>
        </w:trPr>
        <w:tc>
          <w:tcPr>
            <w:tcW w:w="2880" w:type="dxa"/>
            <w:tcBorders>
              <w:bottom w:val="single" w:sz="8" w:space="0" w:color="9B9B9B"/>
            </w:tcBorders>
            <w:shd w:val="clear" w:color="auto" w:fill="CFCFCF"/>
            <w:vAlign w:val="center"/>
          </w:tcPr>
          <w:p w14:paraId="46B7D1FE" w14:textId="77777777" w:rsidR="00A806B2" w:rsidRPr="00A864B8" w:rsidRDefault="00000000">
            <w:pPr>
              <w:spacing w:before="20" w:after="10" w:line="240" w:lineRule="auto"/>
              <w:jc w:val="center"/>
            </w:pPr>
            <w:r w:rsidRPr="00A864B8">
              <w:rPr>
                <w:sz w:val="20"/>
              </w:rPr>
              <w:t>Biomasse-BHKW 1</w:t>
            </w:r>
          </w:p>
        </w:tc>
        <w:tc>
          <w:tcPr>
            <w:tcW w:w="2880" w:type="dxa"/>
            <w:tcBorders>
              <w:bottom w:val="single" w:sz="8" w:space="0" w:color="9B9B9B"/>
            </w:tcBorders>
            <w:shd w:val="clear" w:color="auto" w:fill="CFCFCF"/>
            <w:vAlign w:val="center"/>
          </w:tcPr>
          <w:p w14:paraId="14FFCEA6" w14:textId="77777777" w:rsidR="00A806B2" w:rsidRPr="00A864B8" w:rsidRDefault="00000000">
            <w:pPr>
              <w:spacing w:before="20" w:after="10" w:line="240" w:lineRule="auto"/>
              <w:jc w:val="center"/>
            </w:pPr>
            <w:r w:rsidRPr="00A864B8">
              <w:rPr>
                <w:sz w:val="20"/>
              </w:rPr>
              <w:t>-87.859</w:t>
            </w:r>
          </w:p>
        </w:tc>
        <w:tc>
          <w:tcPr>
            <w:tcW w:w="2880" w:type="dxa"/>
            <w:tcBorders>
              <w:bottom w:val="single" w:sz="8" w:space="0" w:color="9B9B9B"/>
            </w:tcBorders>
            <w:shd w:val="clear" w:color="auto" w:fill="CFCFCF"/>
            <w:vAlign w:val="center"/>
          </w:tcPr>
          <w:p w14:paraId="34A773D2" w14:textId="77777777" w:rsidR="00A806B2" w:rsidRPr="00A864B8" w:rsidRDefault="00000000">
            <w:pPr>
              <w:spacing w:before="20" w:after="10" w:line="240" w:lineRule="auto"/>
              <w:jc w:val="center"/>
            </w:pPr>
            <w:r w:rsidRPr="00A864B8">
              <w:rPr>
                <w:sz w:val="20"/>
              </w:rPr>
              <w:t>-218.078</w:t>
            </w:r>
          </w:p>
        </w:tc>
      </w:tr>
      <w:tr w:rsidR="00A806B2" w:rsidRPr="00A864B8" w14:paraId="217EC8B3" w14:textId="77777777">
        <w:trPr>
          <w:jc w:val="center"/>
        </w:trPr>
        <w:tc>
          <w:tcPr>
            <w:tcW w:w="2880" w:type="dxa"/>
            <w:tcBorders>
              <w:bottom w:val="single" w:sz="8" w:space="0" w:color="9B9B9B"/>
            </w:tcBorders>
            <w:shd w:val="clear" w:color="auto" w:fill="F0F0F0"/>
            <w:vAlign w:val="center"/>
          </w:tcPr>
          <w:p w14:paraId="5372B041" w14:textId="77777777" w:rsidR="00A806B2" w:rsidRPr="00A864B8" w:rsidRDefault="00000000">
            <w:pPr>
              <w:spacing w:before="20" w:after="10" w:line="240" w:lineRule="auto"/>
              <w:jc w:val="center"/>
            </w:pPr>
            <w:r w:rsidRPr="00A864B8">
              <w:rPr>
                <w:sz w:val="20"/>
              </w:rPr>
              <w:t>Photovoltaik</w:t>
            </w:r>
          </w:p>
        </w:tc>
        <w:tc>
          <w:tcPr>
            <w:tcW w:w="2880" w:type="dxa"/>
            <w:tcBorders>
              <w:bottom w:val="single" w:sz="8" w:space="0" w:color="9B9B9B"/>
            </w:tcBorders>
            <w:shd w:val="clear" w:color="auto" w:fill="F0F0F0"/>
            <w:vAlign w:val="center"/>
          </w:tcPr>
          <w:p w14:paraId="71E087AD" w14:textId="77777777" w:rsidR="00A806B2" w:rsidRPr="00A864B8" w:rsidRDefault="00000000">
            <w:pPr>
              <w:spacing w:before="20" w:after="10" w:line="240" w:lineRule="auto"/>
              <w:jc w:val="center"/>
            </w:pPr>
            <w:r w:rsidRPr="00A864B8">
              <w:rPr>
                <w:sz w:val="20"/>
              </w:rPr>
              <w:t>-246.400</w:t>
            </w:r>
          </w:p>
        </w:tc>
        <w:tc>
          <w:tcPr>
            <w:tcW w:w="2880" w:type="dxa"/>
            <w:tcBorders>
              <w:bottom w:val="single" w:sz="8" w:space="0" w:color="9B9B9B"/>
            </w:tcBorders>
            <w:shd w:val="clear" w:color="auto" w:fill="F0F0F0"/>
            <w:vAlign w:val="center"/>
          </w:tcPr>
          <w:p w14:paraId="4DC1DE6D" w14:textId="77777777" w:rsidR="00A806B2" w:rsidRPr="00A864B8" w:rsidRDefault="00000000">
            <w:pPr>
              <w:spacing w:before="20" w:after="10" w:line="240" w:lineRule="auto"/>
              <w:jc w:val="center"/>
            </w:pPr>
            <w:r w:rsidRPr="00A864B8">
              <w:rPr>
                <w:sz w:val="20"/>
              </w:rPr>
              <w:t>-276.100</w:t>
            </w:r>
          </w:p>
        </w:tc>
      </w:tr>
      <w:tr w:rsidR="00A806B2" w:rsidRPr="00A864B8" w14:paraId="7FF19A8D" w14:textId="77777777">
        <w:trPr>
          <w:jc w:val="center"/>
        </w:trPr>
        <w:tc>
          <w:tcPr>
            <w:tcW w:w="2880" w:type="dxa"/>
            <w:tcBorders>
              <w:bottom w:val="single" w:sz="8" w:space="0" w:color="9B9B9B"/>
            </w:tcBorders>
            <w:shd w:val="clear" w:color="auto" w:fill="CFCFCF"/>
            <w:vAlign w:val="center"/>
          </w:tcPr>
          <w:p w14:paraId="17E65159"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CFCFCF"/>
            <w:vAlign w:val="center"/>
          </w:tcPr>
          <w:p w14:paraId="79CB8065" w14:textId="77777777" w:rsidR="00A806B2" w:rsidRPr="00A864B8" w:rsidRDefault="00000000">
            <w:pPr>
              <w:spacing w:before="20" w:after="10" w:line="240" w:lineRule="auto"/>
              <w:jc w:val="center"/>
            </w:pPr>
            <w:r w:rsidRPr="00A864B8">
              <w:rPr>
                <w:sz w:val="20"/>
              </w:rPr>
              <w:t>-400.000</w:t>
            </w:r>
          </w:p>
        </w:tc>
        <w:tc>
          <w:tcPr>
            <w:tcW w:w="2880" w:type="dxa"/>
            <w:tcBorders>
              <w:bottom w:val="single" w:sz="8" w:space="0" w:color="9B9B9B"/>
            </w:tcBorders>
            <w:shd w:val="clear" w:color="auto" w:fill="CFCFCF"/>
            <w:vAlign w:val="center"/>
          </w:tcPr>
          <w:p w14:paraId="0F09A452" w14:textId="77777777" w:rsidR="00A806B2" w:rsidRPr="00A864B8" w:rsidRDefault="00000000">
            <w:pPr>
              <w:spacing w:before="20" w:after="10" w:line="240" w:lineRule="auto"/>
              <w:jc w:val="center"/>
            </w:pPr>
            <w:r w:rsidRPr="00A864B8">
              <w:rPr>
                <w:sz w:val="20"/>
              </w:rPr>
              <w:t>---</w:t>
            </w:r>
          </w:p>
        </w:tc>
      </w:tr>
      <w:tr w:rsidR="00A806B2" w:rsidRPr="00A864B8" w14:paraId="02F648A0" w14:textId="77777777">
        <w:trPr>
          <w:jc w:val="center"/>
        </w:trPr>
        <w:tc>
          <w:tcPr>
            <w:tcW w:w="2880" w:type="dxa"/>
            <w:tcBorders>
              <w:bottom w:val="single" w:sz="8" w:space="0" w:color="9B9B9B"/>
            </w:tcBorders>
            <w:shd w:val="clear" w:color="auto" w:fill="F0F0F0"/>
            <w:vAlign w:val="center"/>
          </w:tcPr>
          <w:p w14:paraId="72C31F56" w14:textId="77777777" w:rsidR="00A806B2" w:rsidRPr="00A864B8" w:rsidRDefault="00000000">
            <w:pPr>
              <w:spacing w:before="20" w:after="10" w:line="240" w:lineRule="auto"/>
              <w:jc w:val="center"/>
            </w:pPr>
            <w:r w:rsidRPr="00A864B8">
              <w:rPr>
                <w:sz w:val="20"/>
              </w:rPr>
              <w:t>Geothermie-Sonden 1</w:t>
            </w:r>
          </w:p>
        </w:tc>
        <w:tc>
          <w:tcPr>
            <w:tcW w:w="2880" w:type="dxa"/>
            <w:tcBorders>
              <w:bottom w:val="single" w:sz="8" w:space="0" w:color="9B9B9B"/>
            </w:tcBorders>
            <w:shd w:val="clear" w:color="auto" w:fill="F0F0F0"/>
            <w:vAlign w:val="center"/>
          </w:tcPr>
          <w:p w14:paraId="429619DB" w14:textId="77777777" w:rsidR="00A806B2" w:rsidRPr="00A864B8" w:rsidRDefault="00000000">
            <w:pPr>
              <w:spacing w:before="20" w:after="10" w:line="240" w:lineRule="auto"/>
              <w:jc w:val="center"/>
            </w:pPr>
            <w:r w:rsidRPr="00A864B8">
              <w:rPr>
                <w:sz w:val="20"/>
              </w:rPr>
              <w:t>-264.662</w:t>
            </w:r>
          </w:p>
        </w:tc>
        <w:tc>
          <w:tcPr>
            <w:tcW w:w="2880" w:type="dxa"/>
            <w:tcBorders>
              <w:bottom w:val="single" w:sz="8" w:space="0" w:color="9B9B9B"/>
            </w:tcBorders>
            <w:shd w:val="clear" w:color="auto" w:fill="F0F0F0"/>
            <w:vAlign w:val="center"/>
          </w:tcPr>
          <w:p w14:paraId="136ACAE4" w14:textId="77777777" w:rsidR="00A806B2" w:rsidRPr="00A864B8" w:rsidRDefault="00000000">
            <w:pPr>
              <w:spacing w:before="20" w:after="10" w:line="240" w:lineRule="auto"/>
              <w:jc w:val="center"/>
            </w:pPr>
            <w:r w:rsidRPr="00A864B8">
              <w:rPr>
                <w:sz w:val="20"/>
              </w:rPr>
              <w:t>---</w:t>
            </w:r>
          </w:p>
        </w:tc>
      </w:tr>
      <w:tr w:rsidR="00A806B2" w:rsidRPr="00A864B8" w14:paraId="032E0AA3" w14:textId="77777777">
        <w:trPr>
          <w:jc w:val="center"/>
        </w:trPr>
        <w:tc>
          <w:tcPr>
            <w:tcW w:w="2880" w:type="dxa"/>
            <w:tcBorders>
              <w:bottom w:val="single" w:sz="8" w:space="0" w:color="9B9B9B"/>
            </w:tcBorders>
            <w:shd w:val="clear" w:color="auto" w:fill="CFCFCF"/>
            <w:vAlign w:val="center"/>
          </w:tcPr>
          <w:p w14:paraId="3D4CD3A7"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CFCFCF"/>
            <w:vAlign w:val="center"/>
          </w:tcPr>
          <w:p w14:paraId="476089FB"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5D9A4AA2" w14:textId="77777777" w:rsidR="00A806B2" w:rsidRPr="00A864B8" w:rsidRDefault="00000000">
            <w:pPr>
              <w:spacing w:before="20" w:after="10" w:line="240" w:lineRule="auto"/>
              <w:jc w:val="center"/>
            </w:pPr>
            <w:r w:rsidRPr="00A864B8">
              <w:rPr>
                <w:sz w:val="20"/>
              </w:rPr>
              <w:t>-704.000</w:t>
            </w:r>
          </w:p>
        </w:tc>
      </w:tr>
      <w:tr w:rsidR="00A806B2" w:rsidRPr="00A864B8" w14:paraId="44A55DB0" w14:textId="77777777">
        <w:trPr>
          <w:jc w:val="center"/>
        </w:trPr>
        <w:tc>
          <w:tcPr>
            <w:tcW w:w="2880" w:type="dxa"/>
            <w:tcBorders>
              <w:bottom w:val="single" w:sz="8" w:space="0" w:color="9B9B9B"/>
            </w:tcBorders>
            <w:shd w:val="clear" w:color="auto" w:fill="F0F0F0"/>
            <w:vAlign w:val="center"/>
          </w:tcPr>
          <w:p w14:paraId="185AC444" w14:textId="77777777" w:rsidR="00A806B2" w:rsidRPr="00A864B8" w:rsidRDefault="00000000">
            <w:pPr>
              <w:spacing w:before="20" w:after="10" w:line="240" w:lineRule="auto"/>
              <w:jc w:val="center"/>
            </w:pPr>
            <w:r w:rsidRPr="00A864B8">
              <w:rPr>
                <w:sz w:val="20"/>
              </w:rPr>
              <w:t>Wärmespeicher</w:t>
            </w:r>
          </w:p>
        </w:tc>
        <w:tc>
          <w:tcPr>
            <w:tcW w:w="2880" w:type="dxa"/>
            <w:tcBorders>
              <w:bottom w:val="single" w:sz="8" w:space="0" w:color="9B9B9B"/>
            </w:tcBorders>
            <w:shd w:val="clear" w:color="auto" w:fill="F0F0F0"/>
            <w:vAlign w:val="center"/>
          </w:tcPr>
          <w:p w14:paraId="6D282F42"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39A9DD8E" w14:textId="77777777" w:rsidR="00A806B2" w:rsidRPr="00A864B8" w:rsidRDefault="00000000">
            <w:pPr>
              <w:spacing w:before="20" w:after="10" w:line="240" w:lineRule="auto"/>
              <w:jc w:val="center"/>
            </w:pPr>
            <w:r w:rsidRPr="00A864B8">
              <w:rPr>
                <w:sz w:val="20"/>
              </w:rPr>
              <w:t>-12.000</w:t>
            </w:r>
          </w:p>
        </w:tc>
      </w:tr>
      <w:tr w:rsidR="00A806B2" w:rsidRPr="00A864B8" w14:paraId="0E8307F6" w14:textId="77777777">
        <w:trPr>
          <w:jc w:val="center"/>
        </w:trPr>
        <w:tc>
          <w:tcPr>
            <w:tcW w:w="2880" w:type="dxa"/>
            <w:tcBorders>
              <w:bottom w:val="single" w:sz="8" w:space="0" w:color="9B9B9B"/>
            </w:tcBorders>
            <w:shd w:val="clear" w:color="auto" w:fill="CFCFCF"/>
            <w:vAlign w:val="center"/>
          </w:tcPr>
          <w:p w14:paraId="1707FF42" w14:textId="77777777" w:rsidR="00A806B2" w:rsidRPr="00A864B8" w:rsidRDefault="00000000">
            <w:pPr>
              <w:spacing w:before="20" w:after="10" w:line="240" w:lineRule="auto"/>
              <w:jc w:val="center"/>
            </w:pPr>
            <w:r w:rsidRPr="00A864B8">
              <w:rPr>
                <w:sz w:val="20"/>
              </w:rPr>
              <w:t>Wärmepumpe (Geothermie-Sonden 1)</w:t>
            </w:r>
          </w:p>
        </w:tc>
        <w:tc>
          <w:tcPr>
            <w:tcW w:w="2880" w:type="dxa"/>
            <w:tcBorders>
              <w:bottom w:val="single" w:sz="8" w:space="0" w:color="9B9B9B"/>
            </w:tcBorders>
            <w:shd w:val="clear" w:color="auto" w:fill="CFCFCF"/>
            <w:vAlign w:val="center"/>
          </w:tcPr>
          <w:p w14:paraId="28D8440B" w14:textId="77777777" w:rsidR="00A806B2" w:rsidRPr="00A864B8" w:rsidRDefault="00000000">
            <w:pPr>
              <w:spacing w:before="20" w:after="10" w:line="240" w:lineRule="auto"/>
              <w:jc w:val="center"/>
            </w:pPr>
            <w:r w:rsidRPr="00A864B8">
              <w:rPr>
                <w:sz w:val="20"/>
              </w:rPr>
              <w:t>-456.000</w:t>
            </w:r>
          </w:p>
        </w:tc>
        <w:tc>
          <w:tcPr>
            <w:tcW w:w="2880" w:type="dxa"/>
            <w:tcBorders>
              <w:bottom w:val="single" w:sz="8" w:space="0" w:color="9B9B9B"/>
            </w:tcBorders>
            <w:shd w:val="clear" w:color="auto" w:fill="CFCFCF"/>
            <w:vAlign w:val="center"/>
          </w:tcPr>
          <w:p w14:paraId="0BB73543" w14:textId="77777777" w:rsidR="00A806B2" w:rsidRPr="00A864B8" w:rsidRDefault="00000000">
            <w:pPr>
              <w:spacing w:before="20" w:after="10" w:line="240" w:lineRule="auto"/>
              <w:jc w:val="center"/>
            </w:pPr>
            <w:r w:rsidRPr="00A864B8">
              <w:rPr>
                <w:sz w:val="20"/>
              </w:rPr>
              <w:t>---</w:t>
            </w:r>
          </w:p>
        </w:tc>
      </w:tr>
      <w:tr w:rsidR="00A806B2" w:rsidRPr="00A864B8" w14:paraId="31131158" w14:textId="77777777">
        <w:trPr>
          <w:jc w:val="center"/>
        </w:trPr>
        <w:tc>
          <w:tcPr>
            <w:tcW w:w="2880" w:type="dxa"/>
            <w:tcBorders>
              <w:bottom w:val="single" w:sz="8" w:space="0" w:color="9B9B9B"/>
            </w:tcBorders>
            <w:shd w:val="clear" w:color="auto" w:fill="F0F0F0"/>
            <w:vAlign w:val="center"/>
          </w:tcPr>
          <w:p w14:paraId="53D519D2" w14:textId="77777777" w:rsidR="00A806B2" w:rsidRPr="00A864B8" w:rsidRDefault="00000000">
            <w:pPr>
              <w:spacing w:before="20" w:after="10" w:line="240" w:lineRule="auto"/>
              <w:jc w:val="center"/>
            </w:pPr>
            <w:r w:rsidRPr="00A864B8">
              <w:rPr>
                <w:sz w:val="20"/>
              </w:rPr>
              <w:t>Sonstige Kosten</w:t>
            </w:r>
          </w:p>
        </w:tc>
        <w:tc>
          <w:tcPr>
            <w:tcW w:w="2880" w:type="dxa"/>
            <w:tcBorders>
              <w:bottom w:val="single" w:sz="8" w:space="0" w:color="9B9B9B"/>
            </w:tcBorders>
            <w:shd w:val="clear" w:color="auto" w:fill="F0F0F0"/>
            <w:vAlign w:val="center"/>
          </w:tcPr>
          <w:p w14:paraId="314C62A2" w14:textId="77777777" w:rsidR="00A806B2" w:rsidRPr="00A864B8" w:rsidRDefault="00000000">
            <w:pPr>
              <w:spacing w:before="20" w:after="10" w:line="240" w:lineRule="auto"/>
              <w:jc w:val="center"/>
            </w:pPr>
            <w:r w:rsidRPr="00A864B8">
              <w:rPr>
                <w:sz w:val="20"/>
              </w:rPr>
              <w:t>-280.000</w:t>
            </w:r>
          </w:p>
        </w:tc>
        <w:tc>
          <w:tcPr>
            <w:tcW w:w="2880" w:type="dxa"/>
            <w:tcBorders>
              <w:bottom w:val="single" w:sz="8" w:space="0" w:color="9B9B9B"/>
            </w:tcBorders>
            <w:shd w:val="clear" w:color="auto" w:fill="F0F0F0"/>
            <w:vAlign w:val="center"/>
          </w:tcPr>
          <w:p w14:paraId="5A70B66B" w14:textId="77777777" w:rsidR="00A806B2" w:rsidRPr="00A864B8" w:rsidRDefault="00000000">
            <w:pPr>
              <w:spacing w:before="20" w:after="10" w:line="240" w:lineRule="auto"/>
              <w:jc w:val="center"/>
            </w:pPr>
            <w:r w:rsidRPr="00A864B8">
              <w:rPr>
                <w:sz w:val="20"/>
              </w:rPr>
              <w:t>-280.000</w:t>
            </w:r>
          </w:p>
        </w:tc>
      </w:tr>
      <w:tr w:rsidR="00A806B2" w:rsidRPr="00A864B8" w14:paraId="175BE134" w14:textId="77777777">
        <w:trPr>
          <w:jc w:val="center"/>
        </w:trPr>
        <w:tc>
          <w:tcPr>
            <w:tcW w:w="2880" w:type="dxa"/>
            <w:tcBorders>
              <w:bottom w:val="single" w:sz="8" w:space="0" w:color="9B9B9B"/>
            </w:tcBorders>
            <w:shd w:val="clear" w:color="auto" w:fill="CFCFCF"/>
            <w:vAlign w:val="center"/>
          </w:tcPr>
          <w:p w14:paraId="438D3B14" w14:textId="77777777" w:rsidR="00A806B2" w:rsidRPr="00A864B8" w:rsidRDefault="00000000">
            <w:pPr>
              <w:spacing w:before="20" w:after="10" w:line="240" w:lineRule="auto"/>
              <w:jc w:val="center"/>
            </w:pPr>
            <w:r w:rsidRPr="00A864B8">
              <w:rPr>
                <w:sz w:val="20"/>
              </w:rPr>
              <w:t>Wartungskosten</w:t>
            </w:r>
          </w:p>
        </w:tc>
        <w:tc>
          <w:tcPr>
            <w:tcW w:w="2880" w:type="dxa"/>
            <w:tcBorders>
              <w:bottom w:val="single" w:sz="8" w:space="0" w:color="9B9B9B"/>
            </w:tcBorders>
            <w:shd w:val="clear" w:color="auto" w:fill="CFCFCF"/>
            <w:vAlign w:val="center"/>
          </w:tcPr>
          <w:p w14:paraId="1C204D81" w14:textId="77777777" w:rsidR="00A806B2" w:rsidRPr="00A864B8" w:rsidRDefault="00000000">
            <w:pPr>
              <w:spacing w:before="20" w:after="10" w:line="240" w:lineRule="auto"/>
              <w:jc w:val="center"/>
            </w:pPr>
            <w:r w:rsidRPr="00A864B8">
              <w:rPr>
                <w:sz w:val="20"/>
              </w:rPr>
              <w:t>-532.172</w:t>
            </w:r>
          </w:p>
        </w:tc>
        <w:tc>
          <w:tcPr>
            <w:tcW w:w="2880" w:type="dxa"/>
            <w:tcBorders>
              <w:bottom w:val="single" w:sz="8" w:space="0" w:color="9B9B9B"/>
            </w:tcBorders>
            <w:shd w:val="clear" w:color="auto" w:fill="CFCFCF"/>
            <w:vAlign w:val="center"/>
          </w:tcPr>
          <w:p w14:paraId="1E49FC2C" w14:textId="77777777" w:rsidR="00A806B2" w:rsidRPr="00A864B8" w:rsidRDefault="00000000">
            <w:pPr>
              <w:spacing w:before="20" w:after="10" w:line="240" w:lineRule="auto"/>
              <w:jc w:val="center"/>
            </w:pPr>
            <w:r w:rsidRPr="00A864B8">
              <w:rPr>
                <w:sz w:val="20"/>
              </w:rPr>
              <w:t>-686.732</w:t>
            </w:r>
          </w:p>
        </w:tc>
      </w:tr>
      <w:tr w:rsidR="00A806B2" w:rsidRPr="00A864B8" w14:paraId="3D6D0E01" w14:textId="77777777">
        <w:trPr>
          <w:jc w:val="center"/>
        </w:trPr>
        <w:tc>
          <w:tcPr>
            <w:tcW w:w="2880" w:type="dxa"/>
            <w:tcBorders>
              <w:bottom w:val="single" w:sz="8" w:space="0" w:color="9B9B9B"/>
            </w:tcBorders>
            <w:shd w:val="clear" w:color="auto" w:fill="F0F0F0"/>
            <w:vAlign w:val="center"/>
          </w:tcPr>
          <w:p w14:paraId="3ADB4ABA" w14:textId="77777777" w:rsidR="00A806B2" w:rsidRPr="00A864B8" w:rsidRDefault="00000000">
            <w:pPr>
              <w:spacing w:before="20" w:after="10" w:line="240" w:lineRule="auto"/>
              <w:jc w:val="center"/>
            </w:pPr>
            <w:r w:rsidRPr="00A864B8">
              <w:rPr>
                <w:sz w:val="20"/>
              </w:rPr>
              <w:t>Gebäudeenergiesysteme</w:t>
            </w:r>
          </w:p>
        </w:tc>
        <w:tc>
          <w:tcPr>
            <w:tcW w:w="2880" w:type="dxa"/>
            <w:tcBorders>
              <w:bottom w:val="single" w:sz="8" w:space="0" w:color="9B9B9B"/>
            </w:tcBorders>
            <w:shd w:val="clear" w:color="auto" w:fill="F0F0F0"/>
            <w:vAlign w:val="center"/>
          </w:tcPr>
          <w:p w14:paraId="09CE9C50" w14:textId="77777777" w:rsidR="00A806B2" w:rsidRPr="00A864B8" w:rsidRDefault="00000000">
            <w:pPr>
              <w:spacing w:before="20" w:after="10" w:line="240" w:lineRule="auto"/>
              <w:jc w:val="center"/>
            </w:pPr>
            <w:r w:rsidRPr="00A864B8">
              <w:rPr>
                <w:sz w:val="20"/>
              </w:rPr>
              <w:t>-80.712</w:t>
            </w:r>
          </w:p>
        </w:tc>
        <w:tc>
          <w:tcPr>
            <w:tcW w:w="2880" w:type="dxa"/>
            <w:tcBorders>
              <w:bottom w:val="single" w:sz="8" w:space="0" w:color="9B9B9B"/>
            </w:tcBorders>
            <w:shd w:val="clear" w:color="auto" w:fill="F0F0F0"/>
            <w:vAlign w:val="center"/>
          </w:tcPr>
          <w:p w14:paraId="564F5B43" w14:textId="77777777" w:rsidR="00A806B2" w:rsidRPr="00A864B8" w:rsidRDefault="00000000">
            <w:pPr>
              <w:spacing w:before="20" w:after="10" w:line="240" w:lineRule="auto"/>
              <w:jc w:val="center"/>
            </w:pPr>
            <w:r w:rsidRPr="00A864B8">
              <w:rPr>
                <w:sz w:val="20"/>
              </w:rPr>
              <w:t>-89.357</w:t>
            </w:r>
          </w:p>
        </w:tc>
      </w:tr>
      <w:tr w:rsidR="00A806B2" w:rsidRPr="00A864B8" w14:paraId="2DCB875B" w14:textId="77777777">
        <w:trPr>
          <w:jc w:val="center"/>
        </w:trPr>
        <w:tc>
          <w:tcPr>
            <w:tcW w:w="2880" w:type="dxa"/>
            <w:tcBorders>
              <w:bottom w:val="single" w:sz="8" w:space="0" w:color="9B9B9B"/>
            </w:tcBorders>
            <w:shd w:val="clear" w:color="auto" w:fill="CFCFCF"/>
            <w:vAlign w:val="center"/>
          </w:tcPr>
          <w:p w14:paraId="1BBF0F16" w14:textId="77777777" w:rsidR="00A806B2" w:rsidRPr="00A864B8" w:rsidRDefault="00000000">
            <w:pPr>
              <w:spacing w:before="20" w:after="10" w:line="240" w:lineRule="auto"/>
              <w:jc w:val="center"/>
            </w:pPr>
            <w:r w:rsidRPr="00A864B8">
              <w:rPr>
                <w:sz w:val="20"/>
              </w:rPr>
              <w:t>Elektrischer Heizstab</w:t>
            </w:r>
          </w:p>
        </w:tc>
        <w:tc>
          <w:tcPr>
            <w:tcW w:w="2880" w:type="dxa"/>
            <w:tcBorders>
              <w:bottom w:val="single" w:sz="8" w:space="0" w:color="9B9B9B"/>
            </w:tcBorders>
            <w:shd w:val="clear" w:color="auto" w:fill="CFCFCF"/>
            <w:vAlign w:val="center"/>
          </w:tcPr>
          <w:p w14:paraId="0BB286DA"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5AEC1416" w14:textId="77777777" w:rsidR="00A806B2" w:rsidRPr="00A864B8" w:rsidRDefault="00000000">
            <w:pPr>
              <w:spacing w:before="20" w:after="10" w:line="240" w:lineRule="auto"/>
              <w:jc w:val="center"/>
            </w:pPr>
            <w:r w:rsidRPr="00A864B8">
              <w:rPr>
                <w:sz w:val="20"/>
              </w:rPr>
              <w:t>-155</w:t>
            </w:r>
          </w:p>
        </w:tc>
      </w:tr>
      <w:tr w:rsidR="00A806B2" w:rsidRPr="00A864B8" w14:paraId="2BA8BFD9" w14:textId="77777777">
        <w:trPr>
          <w:jc w:val="center"/>
        </w:trPr>
        <w:tc>
          <w:tcPr>
            <w:tcW w:w="2880" w:type="dxa"/>
            <w:tcBorders>
              <w:bottom w:val="single" w:sz="8" w:space="0" w:color="9B9B9B"/>
            </w:tcBorders>
            <w:shd w:val="clear" w:color="auto" w:fill="F0F0F0"/>
            <w:vAlign w:val="center"/>
          </w:tcPr>
          <w:p w14:paraId="74146F18" w14:textId="77777777" w:rsidR="00A806B2" w:rsidRPr="00A864B8" w:rsidRDefault="00000000">
            <w:pPr>
              <w:spacing w:before="20" w:after="10" w:line="240" w:lineRule="auto"/>
              <w:jc w:val="center"/>
            </w:pPr>
            <w:r w:rsidRPr="00A864B8">
              <w:rPr>
                <w:sz w:val="20"/>
              </w:rPr>
              <w:t>Dez. elektr. TWW-Erwärmung</w:t>
            </w:r>
          </w:p>
        </w:tc>
        <w:tc>
          <w:tcPr>
            <w:tcW w:w="2880" w:type="dxa"/>
            <w:tcBorders>
              <w:bottom w:val="single" w:sz="8" w:space="0" w:color="9B9B9B"/>
            </w:tcBorders>
            <w:shd w:val="clear" w:color="auto" w:fill="F0F0F0"/>
            <w:vAlign w:val="center"/>
          </w:tcPr>
          <w:p w14:paraId="4EF6DF08" w14:textId="77777777" w:rsidR="00A806B2" w:rsidRPr="00A864B8" w:rsidRDefault="00000000">
            <w:pPr>
              <w:spacing w:before="20" w:after="10" w:line="240" w:lineRule="auto"/>
              <w:jc w:val="center"/>
            </w:pPr>
            <w:r w:rsidRPr="00A864B8">
              <w:rPr>
                <w:sz w:val="20"/>
              </w:rPr>
              <w:t>-697</w:t>
            </w:r>
          </w:p>
        </w:tc>
        <w:tc>
          <w:tcPr>
            <w:tcW w:w="2880" w:type="dxa"/>
            <w:tcBorders>
              <w:bottom w:val="single" w:sz="8" w:space="0" w:color="9B9B9B"/>
            </w:tcBorders>
            <w:shd w:val="clear" w:color="auto" w:fill="F0F0F0"/>
            <w:vAlign w:val="center"/>
          </w:tcPr>
          <w:p w14:paraId="6FD724B9" w14:textId="77777777" w:rsidR="00A806B2" w:rsidRPr="00A864B8" w:rsidRDefault="00000000">
            <w:pPr>
              <w:spacing w:before="20" w:after="10" w:line="240" w:lineRule="auto"/>
              <w:jc w:val="center"/>
            </w:pPr>
            <w:r w:rsidRPr="00A864B8">
              <w:rPr>
                <w:sz w:val="20"/>
              </w:rPr>
              <w:t>-697</w:t>
            </w:r>
          </w:p>
        </w:tc>
      </w:tr>
      <w:tr w:rsidR="00A806B2" w:rsidRPr="00A864B8" w14:paraId="40499B0A" w14:textId="77777777">
        <w:trPr>
          <w:jc w:val="center"/>
        </w:trPr>
        <w:tc>
          <w:tcPr>
            <w:tcW w:w="2880" w:type="dxa"/>
            <w:tcBorders>
              <w:bottom w:val="single" w:sz="8" w:space="0" w:color="9B9B9B"/>
            </w:tcBorders>
            <w:shd w:val="clear" w:color="auto" w:fill="CFCFCF"/>
            <w:vAlign w:val="center"/>
          </w:tcPr>
          <w:p w14:paraId="03D4BE61" w14:textId="77777777" w:rsidR="00A806B2" w:rsidRPr="00A864B8" w:rsidRDefault="00000000">
            <w:pPr>
              <w:spacing w:before="20" w:after="10" w:line="240" w:lineRule="auto"/>
              <w:jc w:val="center"/>
            </w:pPr>
            <w:r w:rsidRPr="00A864B8">
              <w:rPr>
                <w:sz w:val="20"/>
              </w:rPr>
              <w:t>Erdwärmepumpe</w:t>
            </w:r>
          </w:p>
        </w:tc>
        <w:tc>
          <w:tcPr>
            <w:tcW w:w="2880" w:type="dxa"/>
            <w:tcBorders>
              <w:bottom w:val="single" w:sz="8" w:space="0" w:color="9B9B9B"/>
            </w:tcBorders>
            <w:shd w:val="clear" w:color="auto" w:fill="CFCFCF"/>
            <w:vAlign w:val="center"/>
          </w:tcPr>
          <w:p w14:paraId="13983AD9"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521665BB" w14:textId="77777777" w:rsidR="00A806B2" w:rsidRPr="00A864B8" w:rsidRDefault="00000000">
            <w:pPr>
              <w:spacing w:before="20" w:after="10" w:line="240" w:lineRule="auto"/>
              <w:jc w:val="center"/>
            </w:pPr>
            <w:r w:rsidRPr="00A864B8">
              <w:rPr>
                <w:sz w:val="20"/>
              </w:rPr>
              <w:t>-6.149</w:t>
            </w:r>
          </w:p>
        </w:tc>
      </w:tr>
      <w:tr w:rsidR="00A806B2" w:rsidRPr="00A864B8" w14:paraId="4D766BE6" w14:textId="77777777">
        <w:trPr>
          <w:jc w:val="center"/>
        </w:trPr>
        <w:tc>
          <w:tcPr>
            <w:tcW w:w="2880" w:type="dxa"/>
            <w:tcBorders>
              <w:bottom w:val="single" w:sz="8" w:space="0" w:color="9B9B9B"/>
            </w:tcBorders>
            <w:shd w:val="clear" w:color="auto" w:fill="F0F0F0"/>
            <w:vAlign w:val="center"/>
          </w:tcPr>
          <w:p w14:paraId="62CD9BE2"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F0F0F0"/>
            <w:vAlign w:val="center"/>
          </w:tcPr>
          <w:p w14:paraId="04E2115C" w14:textId="77777777" w:rsidR="00A806B2" w:rsidRPr="00A864B8" w:rsidRDefault="00000000">
            <w:pPr>
              <w:spacing w:before="20" w:after="10" w:line="240" w:lineRule="auto"/>
              <w:jc w:val="center"/>
            </w:pPr>
            <w:r w:rsidRPr="00A864B8">
              <w:rPr>
                <w:sz w:val="20"/>
              </w:rPr>
              <w:t>-20.440</w:t>
            </w:r>
          </w:p>
        </w:tc>
        <w:tc>
          <w:tcPr>
            <w:tcW w:w="2880" w:type="dxa"/>
            <w:tcBorders>
              <w:bottom w:val="single" w:sz="8" w:space="0" w:color="9B9B9B"/>
            </w:tcBorders>
            <w:shd w:val="clear" w:color="auto" w:fill="F0F0F0"/>
            <w:vAlign w:val="center"/>
          </w:tcPr>
          <w:p w14:paraId="6FC0AB3E" w14:textId="77777777" w:rsidR="00A806B2" w:rsidRPr="00A864B8" w:rsidRDefault="00000000">
            <w:pPr>
              <w:spacing w:before="20" w:after="10" w:line="240" w:lineRule="auto"/>
              <w:jc w:val="center"/>
            </w:pPr>
            <w:r w:rsidRPr="00A864B8">
              <w:rPr>
                <w:sz w:val="20"/>
              </w:rPr>
              <w:t>-20.440</w:t>
            </w:r>
          </w:p>
        </w:tc>
      </w:tr>
      <w:tr w:rsidR="00A806B2" w:rsidRPr="00A864B8" w14:paraId="4702DB40" w14:textId="77777777">
        <w:trPr>
          <w:jc w:val="center"/>
        </w:trPr>
        <w:tc>
          <w:tcPr>
            <w:tcW w:w="2880" w:type="dxa"/>
            <w:tcBorders>
              <w:bottom w:val="single" w:sz="8" w:space="0" w:color="9B9B9B"/>
            </w:tcBorders>
            <w:shd w:val="clear" w:color="auto" w:fill="CFCFCF"/>
            <w:vAlign w:val="center"/>
          </w:tcPr>
          <w:p w14:paraId="5316327E" w14:textId="77777777" w:rsidR="00A806B2" w:rsidRPr="00A864B8" w:rsidRDefault="00000000">
            <w:pPr>
              <w:spacing w:before="20" w:after="10" w:line="240" w:lineRule="auto"/>
              <w:jc w:val="center"/>
            </w:pPr>
            <w:r w:rsidRPr="00A864B8">
              <w:rPr>
                <w:sz w:val="20"/>
              </w:rPr>
              <w:t>Luftgekühlte Kältemaschine</w:t>
            </w:r>
          </w:p>
        </w:tc>
        <w:tc>
          <w:tcPr>
            <w:tcW w:w="2880" w:type="dxa"/>
            <w:tcBorders>
              <w:bottom w:val="single" w:sz="8" w:space="0" w:color="9B9B9B"/>
            </w:tcBorders>
            <w:shd w:val="clear" w:color="auto" w:fill="CFCFCF"/>
            <w:vAlign w:val="center"/>
          </w:tcPr>
          <w:p w14:paraId="159BE0BF" w14:textId="77777777" w:rsidR="00A806B2" w:rsidRPr="00A864B8" w:rsidRDefault="00000000">
            <w:pPr>
              <w:spacing w:before="20" w:after="10" w:line="240" w:lineRule="auto"/>
              <w:jc w:val="center"/>
            </w:pPr>
            <w:r w:rsidRPr="00A864B8">
              <w:rPr>
                <w:sz w:val="20"/>
              </w:rPr>
              <w:t>-19.252</w:t>
            </w:r>
          </w:p>
        </w:tc>
        <w:tc>
          <w:tcPr>
            <w:tcW w:w="2880" w:type="dxa"/>
            <w:tcBorders>
              <w:bottom w:val="single" w:sz="8" w:space="0" w:color="9B9B9B"/>
            </w:tcBorders>
            <w:shd w:val="clear" w:color="auto" w:fill="CFCFCF"/>
            <w:vAlign w:val="center"/>
          </w:tcPr>
          <w:p w14:paraId="1809B21E" w14:textId="77777777" w:rsidR="00A806B2" w:rsidRPr="00A864B8" w:rsidRDefault="00000000">
            <w:pPr>
              <w:spacing w:before="20" w:after="10" w:line="240" w:lineRule="auto"/>
              <w:jc w:val="center"/>
            </w:pPr>
            <w:r w:rsidRPr="00A864B8">
              <w:rPr>
                <w:sz w:val="20"/>
              </w:rPr>
              <w:t>-19.252</w:t>
            </w:r>
          </w:p>
        </w:tc>
      </w:tr>
      <w:tr w:rsidR="00A806B2" w:rsidRPr="00A864B8" w14:paraId="18E83A8A" w14:textId="77777777">
        <w:trPr>
          <w:jc w:val="center"/>
        </w:trPr>
        <w:tc>
          <w:tcPr>
            <w:tcW w:w="2880" w:type="dxa"/>
            <w:tcBorders>
              <w:bottom w:val="single" w:sz="8" w:space="0" w:color="9B9B9B"/>
            </w:tcBorders>
            <w:shd w:val="clear" w:color="auto" w:fill="F0F0F0"/>
            <w:vAlign w:val="center"/>
          </w:tcPr>
          <w:p w14:paraId="53A2027C" w14:textId="77777777" w:rsidR="00A806B2" w:rsidRPr="00A864B8" w:rsidRDefault="00000000">
            <w:pPr>
              <w:spacing w:before="20" w:after="10" w:line="240" w:lineRule="auto"/>
              <w:jc w:val="center"/>
            </w:pPr>
            <w:r w:rsidRPr="00A864B8">
              <w:rPr>
                <w:sz w:val="20"/>
              </w:rPr>
              <w:t>Wärmeübergabestation</w:t>
            </w:r>
          </w:p>
        </w:tc>
        <w:tc>
          <w:tcPr>
            <w:tcW w:w="2880" w:type="dxa"/>
            <w:tcBorders>
              <w:bottom w:val="single" w:sz="8" w:space="0" w:color="9B9B9B"/>
            </w:tcBorders>
            <w:shd w:val="clear" w:color="auto" w:fill="F0F0F0"/>
            <w:vAlign w:val="center"/>
          </w:tcPr>
          <w:p w14:paraId="09463FE4" w14:textId="77777777" w:rsidR="00A806B2" w:rsidRPr="00A864B8" w:rsidRDefault="00000000">
            <w:pPr>
              <w:spacing w:before="20" w:after="10" w:line="240" w:lineRule="auto"/>
              <w:jc w:val="center"/>
            </w:pPr>
            <w:r w:rsidRPr="00A864B8">
              <w:rPr>
                <w:sz w:val="20"/>
              </w:rPr>
              <w:t>-40.323</w:t>
            </w:r>
          </w:p>
        </w:tc>
        <w:tc>
          <w:tcPr>
            <w:tcW w:w="2880" w:type="dxa"/>
            <w:tcBorders>
              <w:bottom w:val="single" w:sz="8" w:space="0" w:color="9B9B9B"/>
            </w:tcBorders>
            <w:shd w:val="clear" w:color="auto" w:fill="F0F0F0"/>
            <w:vAlign w:val="center"/>
          </w:tcPr>
          <w:p w14:paraId="670DD66E" w14:textId="77777777" w:rsidR="00A806B2" w:rsidRPr="00A864B8" w:rsidRDefault="00000000">
            <w:pPr>
              <w:spacing w:before="20" w:after="10" w:line="240" w:lineRule="auto"/>
              <w:jc w:val="center"/>
            </w:pPr>
            <w:r w:rsidRPr="00A864B8">
              <w:rPr>
                <w:sz w:val="20"/>
              </w:rPr>
              <w:t>-40.272</w:t>
            </w:r>
          </w:p>
        </w:tc>
      </w:tr>
      <w:tr w:rsidR="00A806B2" w:rsidRPr="00A864B8" w14:paraId="50B6E5D5" w14:textId="77777777">
        <w:trPr>
          <w:jc w:val="center"/>
        </w:trPr>
        <w:tc>
          <w:tcPr>
            <w:tcW w:w="2880" w:type="dxa"/>
            <w:tcBorders>
              <w:bottom w:val="single" w:sz="8" w:space="0" w:color="9B9B9B"/>
            </w:tcBorders>
            <w:shd w:val="clear" w:color="auto" w:fill="CFCFCF"/>
            <w:vAlign w:val="center"/>
          </w:tcPr>
          <w:p w14:paraId="201A8E49" w14:textId="77777777" w:rsidR="00A806B2" w:rsidRPr="00A864B8" w:rsidRDefault="00000000">
            <w:pPr>
              <w:spacing w:before="20" w:after="10" w:line="240" w:lineRule="auto"/>
              <w:jc w:val="center"/>
            </w:pPr>
            <w:r w:rsidRPr="00A864B8">
              <w:rPr>
                <w:sz w:val="20"/>
              </w:rPr>
              <w:t>Geothermiesonden</w:t>
            </w:r>
          </w:p>
        </w:tc>
        <w:tc>
          <w:tcPr>
            <w:tcW w:w="2880" w:type="dxa"/>
            <w:tcBorders>
              <w:bottom w:val="single" w:sz="8" w:space="0" w:color="9B9B9B"/>
            </w:tcBorders>
            <w:shd w:val="clear" w:color="auto" w:fill="CFCFCF"/>
            <w:vAlign w:val="center"/>
          </w:tcPr>
          <w:p w14:paraId="35D14B4E"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3942BF6F" w14:textId="77777777" w:rsidR="00A806B2" w:rsidRPr="00A864B8" w:rsidRDefault="00000000">
            <w:pPr>
              <w:spacing w:before="20" w:after="10" w:line="240" w:lineRule="auto"/>
              <w:jc w:val="center"/>
            </w:pPr>
            <w:r w:rsidRPr="00A864B8">
              <w:rPr>
                <w:sz w:val="20"/>
              </w:rPr>
              <w:t>-2.391</w:t>
            </w:r>
          </w:p>
        </w:tc>
      </w:tr>
      <w:tr w:rsidR="00A806B2" w:rsidRPr="00A864B8" w14:paraId="519545D4" w14:textId="77777777">
        <w:trPr>
          <w:jc w:val="center"/>
        </w:trPr>
        <w:tc>
          <w:tcPr>
            <w:tcW w:w="2880" w:type="dxa"/>
            <w:tcBorders>
              <w:bottom w:val="single" w:sz="8" w:space="0" w:color="9B9B9B"/>
            </w:tcBorders>
            <w:shd w:val="clear" w:color="auto" w:fill="F0F0F0"/>
            <w:vAlign w:val="center"/>
          </w:tcPr>
          <w:p w14:paraId="139BF46C" w14:textId="77777777" w:rsidR="00A806B2" w:rsidRPr="00A864B8" w:rsidRDefault="00000000">
            <w:pPr>
              <w:spacing w:before="20" w:after="10" w:line="240" w:lineRule="auto"/>
              <w:jc w:val="center"/>
            </w:pPr>
            <w:r w:rsidRPr="00A864B8">
              <w:rPr>
                <w:sz w:val="20"/>
              </w:rPr>
              <w:t>Wärmenetz</w:t>
            </w:r>
          </w:p>
        </w:tc>
        <w:tc>
          <w:tcPr>
            <w:tcW w:w="2880" w:type="dxa"/>
            <w:tcBorders>
              <w:bottom w:val="single" w:sz="8" w:space="0" w:color="9B9B9B"/>
            </w:tcBorders>
            <w:shd w:val="clear" w:color="auto" w:fill="F0F0F0"/>
            <w:vAlign w:val="center"/>
          </w:tcPr>
          <w:p w14:paraId="60FC971E" w14:textId="77777777" w:rsidR="00A806B2" w:rsidRPr="00A864B8" w:rsidRDefault="00000000">
            <w:pPr>
              <w:spacing w:before="20" w:after="10" w:line="240" w:lineRule="auto"/>
              <w:jc w:val="center"/>
            </w:pPr>
            <w:r w:rsidRPr="00A864B8">
              <w:rPr>
                <w:sz w:val="20"/>
              </w:rPr>
              <w:t>-156.006</w:t>
            </w:r>
          </w:p>
        </w:tc>
        <w:tc>
          <w:tcPr>
            <w:tcW w:w="2880" w:type="dxa"/>
            <w:tcBorders>
              <w:bottom w:val="single" w:sz="8" w:space="0" w:color="9B9B9B"/>
            </w:tcBorders>
            <w:shd w:val="clear" w:color="auto" w:fill="F0F0F0"/>
            <w:vAlign w:val="center"/>
          </w:tcPr>
          <w:p w14:paraId="553E4977" w14:textId="77777777" w:rsidR="00A806B2" w:rsidRPr="00A864B8" w:rsidRDefault="00000000">
            <w:pPr>
              <w:spacing w:before="20" w:after="10" w:line="240" w:lineRule="auto"/>
              <w:jc w:val="center"/>
            </w:pPr>
            <w:r w:rsidRPr="00A864B8">
              <w:rPr>
                <w:sz w:val="20"/>
              </w:rPr>
              <w:t>-158.245</w:t>
            </w:r>
          </w:p>
        </w:tc>
      </w:tr>
      <w:tr w:rsidR="00A806B2" w:rsidRPr="00A864B8" w14:paraId="213E71D9" w14:textId="77777777">
        <w:trPr>
          <w:jc w:val="center"/>
        </w:trPr>
        <w:tc>
          <w:tcPr>
            <w:tcW w:w="2880" w:type="dxa"/>
            <w:tcBorders>
              <w:bottom w:val="single" w:sz="8" w:space="0" w:color="9B9B9B"/>
            </w:tcBorders>
            <w:shd w:val="clear" w:color="auto" w:fill="CFCFCF"/>
            <w:vAlign w:val="center"/>
          </w:tcPr>
          <w:p w14:paraId="66A4A98F" w14:textId="77777777" w:rsidR="00A806B2" w:rsidRPr="00A864B8" w:rsidRDefault="00000000">
            <w:pPr>
              <w:spacing w:before="20" w:after="10" w:line="240" w:lineRule="auto"/>
              <w:jc w:val="center"/>
            </w:pPr>
            <w:r w:rsidRPr="00A864B8">
              <w:rPr>
                <w:sz w:val="20"/>
              </w:rPr>
              <w:t>Hausanschlussleitung</w:t>
            </w:r>
          </w:p>
        </w:tc>
        <w:tc>
          <w:tcPr>
            <w:tcW w:w="2880" w:type="dxa"/>
            <w:tcBorders>
              <w:bottom w:val="single" w:sz="8" w:space="0" w:color="9B9B9B"/>
            </w:tcBorders>
            <w:shd w:val="clear" w:color="auto" w:fill="CFCFCF"/>
            <w:vAlign w:val="center"/>
          </w:tcPr>
          <w:p w14:paraId="5609C118" w14:textId="77777777" w:rsidR="00A806B2" w:rsidRPr="00A864B8" w:rsidRDefault="00000000">
            <w:pPr>
              <w:spacing w:before="20" w:after="10" w:line="240" w:lineRule="auto"/>
              <w:jc w:val="center"/>
            </w:pPr>
            <w:r w:rsidRPr="00A864B8">
              <w:rPr>
                <w:sz w:val="20"/>
              </w:rPr>
              <w:t>-64.198</w:t>
            </w:r>
          </w:p>
        </w:tc>
        <w:tc>
          <w:tcPr>
            <w:tcW w:w="2880" w:type="dxa"/>
            <w:tcBorders>
              <w:bottom w:val="single" w:sz="8" w:space="0" w:color="9B9B9B"/>
            </w:tcBorders>
            <w:shd w:val="clear" w:color="auto" w:fill="CFCFCF"/>
            <w:vAlign w:val="center"/>
          </w:tcPr>
          <w:p w14:paraId="4F419002" w14:textId="77777777" w:rsidR="00A806B2" w:rsidRPr="00A864B8" w:rsidRDefault="00000000">
            <w:pPr>
              <w:spacing w:before="20" w:after="10" w:line="240" w:lineRule="auto"/>
              <w:jc w:val="center"/>
            </w:pPr>
            <w:r w:rsidRPr="00A864B8">
              <w:rPr>
                <w:sz w:val="20"/>
              </w:rPr>
              <w:t>-64.198</w:t>
            </w:r>
          </w:p>
        </w:tc>
      </w:tr>
      <w:tr w:rsidR="00A806B2" w:rsidRPr="00A864B8" w14:paraId="77183191" w14:textId="77777777">
        <w:trPr>
          <w:jc w:val="center"/>
        </w:trPr>
        <w:tc>
          <w:tcPr>
            <w:tcW w:w="2880" w:type="dxa"/>
            <w:tcBorders>
              <w:bottom w:val="single" w:sz="8" w:space="0" w:color="9B9B9B"/>
            </w:tcBorders>
            <w:shd w:val="clear" w:color="auto" w:fill="F0F0F0"/>
            <w:vAlign w:val="center"/>
          </w:tcPr>
          <w:p w14:paraId="73A2527E" w14:textId="77777777" w:rsidR="00A806B2" w:rsidRPr="00A864B8" w:rsidRDefault="00000000">
            <w:pPr>
              <w:spacing w:before="20" w:after="10" w:line="240" w:lineRule="auto"/>
              <w:jc w:val="center"/>
            </w:pPr>
            <w:r w:rsidRPr="00A864B8">
              <w:rPr>
                <w:sz w:val="20"/>
              </w:rPr>
              <w:t>Verteilleitung</w:t>
            </w:r>
          </w:p>
        </w:tc>
        <w:tc>
          <w:tcPr>
            <w:tcW w:w="2880" w:type="dxa"/>
            <w:tcBorders>
              <w:bottom w:val="single" w:sz="8" w:space="0" w:color="9B9B9B"/>
            </w:tcBorders>
            <w:shd w:val="clear" w:color="auto" w:fill="F0F0F0"/>
            <w:vAlign w:val="center"/>
          </w:tcPr>
          <w:p w14:paraId="3543A29C" w14:textId="77777777" w:rsidR="00A806B2" w:rsidRPr="00A864B8" w:rsidRDefault="00000000">
            <w:pPr>
              <w:spacing w:before="20" w:after="10" w:line="240" w:lineRule="auto"/>
              <w:jc w:val="center"/>
            </w:pPr>
            <w:r w:rsidRPr="00A864B8">
              <w:rPr>
                <w:sz w:val="20"/>
              </w:rPr>
              <w:t>-91.808</w:t>
            </w:r>
          </w:p>
        </w:tc>
        <w:tc>
          <w:tcPr>
            <w:tcW w:w="2880" w:type="dxa"/>
            <w:tcBorders>
              <w:bottom w:val="single" w:sz="8" w:space="0" w:color="9B9B9B"/>
            </w:tcBorders>
            <w:shd w:val="clear" w:color="auto" w:fill="F0F0F0"/>
            <w:vAlign w:val="center"/>
          </w:tcPr>
          <w:p w14:paraId="7EC217CE" w14:textId="77777777" w:rsidR="00A806B2" w:rsidRPr="00A864B8" w:rsidRDefault="00000000">
            <w:pPr>
              <w:spacing w:before="20" w:after="10" w:line="240" w:lineRule="auto"/>
              <w:jc w:val="center"/>
            </w:pPr>
            <w:r w:rsidRPr="00A864B8">
              <w:rPr>
                <w:sz w:val="20"/>
              </w:rPr>
              <w:t>-94.047</w:t>
            </w:r>
          </w:p>
        </w:tc>
      </w:tr>
      <w:tr w:rsidR="00A806B2" w:rsidRPr="00A864B8" w14:paraId="58989055" w14:textId="77777777">
        <w:trPr>
          <w:jc w:val="center"/>
        </w:trPr>
        <w:tc>
          <w:tcPr>
            <w:tcW w:w="2880" w:type="dxa"/>
            <w:tcBorders>
              <w:bottom w:val="single" w:sz="8" w:space="0" w:color="9B9B9B"/>
            </w:tcBorders>
            <w:shd w:val="clear" w:color="auto" w:fill="CFCFCF"/>
            <w:vAlign w:val="center"/>
          </w:tcPr>
          <w:p w14:paraId="76329211" w14:textId="77777777" w:rsidR="00A806B2" w:rsidRPr="00A864B8" w:rsidRDefault="00000000">
            <w:pPr>
              <w:spacing w:before="20" w:after="10" w:line="240" w:lineRule="auto"/>
              <w:jc w:val="center"/>
            </w:pPr>
            <w:r w:rsidRPr="00A864B8">
              <w:rPr>
                <w:sz w:val="20"/>
              </w:rPr>
              <w:t>Energiezentrale</w:t>
            </w:r>
          </w:p>
        </w:tc>
        <w:tc>
          <w:tcPr>
            <w:tcW w:w="2880" w:type="dxa"/>
            <w:tcBorders>
              <w:bottom w:val="single" w:sz="8" w:space="0" w:color="9B9B9B"/>
            </w:tcBorders>
            <w:shd w:val="clear" w:color="auto" w:fill="CFCFCF"/>
            <w:vAlign w:val="center"/>
          </w:tcPr>
          <w:p w14:paraId="0D1A82E6" w14:textId="77777777" w:rsidR="00A806B2" w:rsidRPr="00A864B8" w:rsidRDefault="00000000">
            <w:pPr>
              <w:spacing w:before="20" w:after="10" w:line="240" w:lineRule="auto"/>
              <w:jc w:val="center"/>
            </w:pPr>
            <w:r w:rsidRPr="00A864B8">
              <w:rPr>
                <w:sz w:val="20"/>
              </w:rPr>
              <w:t>-291.715</w:t>
            </w:r>
          </w:p>
        </w:tc>
        <w:tc>
          <w:tcPr>
            <w:tcW w:w="2880" w:type="dxa"/>
            <w:tcBorders>
              <w:bottom w:val="single" w:sz="8" w:space="0" w:color="9B9B9B"/>
            </w:tcBorders>
            <w:shd w:val="clear" w:color="auto" w:fill="CFCFCF"/>
            <w:vAlign w:val="center"/>
          </w:tcPr>
          <w:p w14:paraId="4D1C7A9C" w14:textId="77777777" w:rsidR="00A806B2" w:rsidRPr="00A864B8" w:rsidRDefault="00000000">
            <w:pPr>
              <w:spacing w:before="20" w:after="10" w:line="240" w:lineRule="auto"/>
              <w:jc w:val="center"/>
            </w:pPr>
            <w:r w:rsidRPr="00A864B8">
              <w:rPr>
                <w:sz w:val="20"/>
              </w:rPr>
              <w:t>-435.392</w:t>
            </w:r>
          </w:p>
        </w:tc>
      </w:tr>
      <w:tr w:rsidR="00A806B2" w:rsidRPr="00A864B8" w14:paraId="4152A277" w14:textId="77777777">
        <w:trPr>
          <w:jc w:val="center"/>
        </w:trPr>
        <w:tc>
          <w:tcPr>
            <w:tcW w:w="2880" w:type="dxa"/>
            <w:tcBorders>
              <w:bottom w:val="single" w:sz="8" w:space="0" w:color="9B9B9B"/>
            </w:tcBorders>
            <w:shd w:val="clear" w:color="auto" w:fill="F0F0F0"/>
            <w:vAlign w:val="center"/>
          </w:tcPr>
          <w:p w14:paraId="6FE5E8AA" w14:textId="77777777" w:rsidR="00A806B2" w:rsidRPr="00A864B8" w:rsidRDefault="00000000">
            <w:pPr>
              <w:spacing w:before="20" w:after="10" w:line="240" w:lineRule="auto"/>
              <w:jc w:val="center"/>
            </w:pPr>
            <w:r w:rsidRPr="00A864B8">
              <w:rPr>
                <w:sz w:val="20"/>
              </w:rPr>
              <w:t>Biomasse-BHKW 1</w:t>
            </w:r>
          </w:p>
        </w:tc>
        <w:tc>
          <w:tcPr>
            <w:tcW w:w="2880" w:type="dxa"/>
            <w:tcBorders>
              <w:bottom w:val="single" w:sz="8" w:space="0" w:color="9B9B9B"/>
            </w:tcBorders>
            <w:shd w:val="clear" w:color="auto" w:fill="F0F0F0"/>
            <w:vAlign w:val="center"/>
          </w:tcPr>
          <w:p w14:paraId="621BAF27" w14:textId="77777777" w:rsidR="00A806B2" w:rsidRPr="00A864B8" w:rsidRDefault="00000000">
            <w:pPr>
              <w:spacing w:before="20" w:after="10" w:line="240" w:lineRule="auto"/>
              <w:jc w:val="center"/>
            </w:pPr>
            <w:r w:rsidRPr="00A864B8">
              <w:rPr>
                <w:sz w:val="20"/>
              </w:rPr>
              <w:t>-72.580</w:t>
            </w:r>
          </w:p>
        </w:tc>
        <w:tc>
          <w:tcPr>
            <w:tcW w:w="2880" w:type="dxa"/>
            <w:tcBorders>
              <w:bottom w:val="single" w:sz="8" w:space="0" w:color="9B9B9B"/>
            </w:tcBorders>
            <w:shd w:val="clear" w:color="auto" w:fill="F0F0F0"/>
            <w:vAlign w:val="center"/>
          </w:tcPr>
          <w:p w14:paraId="5B1B4C80" w14:textId="77777777" w:rsidR="00A806B2" w:rsidRPr="00A864B8" w:rsidRDefault="00000000">
            <w:pPr>
              <w:spacing w:before="20" w:after="10" w:line="240" w:lineRule="auto"/>
              <w:jc w:val="center"/>
            </w:pPr>
            <w:r w:rsidRPr="00A864B8">
              <w:rPr>
                <w:sz w:val="20"/>
              </w:rPr>
              <w:t>-180.154</w:t>
            </w:r>
          </w:p>
        </w:tc>
      </w:tr>
      <w:tr w:rsidR="00A806B2" w:rsidRPr="00A864B8" w14:paraId="6D96727F" w14:textId="77777777">
        <w:trPr>
          <w:jc w:val="center"/>
        </w:trPr>
        <w:tc>
          <w:tcPr>
            <w:tcW w:w="2880" w:type="dxa"/>
            <w:tcBorders>
              <w:bottom w:val="single" w:sz="8" w:space="0" w:color="9B9B9B"/>
            </w:tcBorders>
            <w:shd w:val="clear" w:color="auto" w:fill="CFCFCF"/>
            <w:vAlign w:val="center"/>
          </w:tcPr>
          <w:p w14:paraId="1A2F9283" w14:textId="77777777" w:rsidR="00A806B2" w:rsidRPr="00A864B8" w:rsidRDefault="00000000">
            <w:pPr>
              <w:spacing w:before="20" w:after="10" w:line="240" w:lineRule="auto"/>
              <w:jc w:val="center"/>
            </w:pPr>
            <w:r w:rsidRPr="00A864B8">
              <w:rPr>
                <w:sz w:val="20"/>
              </w:rPr>
              <w:t>Photovoltaik</w:t>
            </w:r>
          </w:p>
        </w:tc>
        <w:tc>
          <w:tcPr>
            <w:tcW w:w="2880" w:type="dxa"/>
            <w:tcBorders>
              <w:bottom w:val="single" w:sz="8" w:space="0" w:color="9B9B9B"/>
            </w:tcBorders>
            <w:shd w:val="clear" w:color="auto" w:fill="CFCFCF"/>
            <w:vAlign w:val="center"/>
          </w:tcPr>
          <w:p w14:paraId="2E1478EB" w14:textId="77777777" w:rsidR="00A806B2" w:rsidRPr="00A864B8" w:rsidRDefault="00000000">
            <w:pPr>
              <w:spacing w:before="20" w:after="10" w:line="240" w:lineRule="auto"/>
              <w:jc w:val="center"/>
            </w:pPr>
            <w:r w:rsidRPr="00A864B8">
              <w:rPr>
                <w:sz w:val="20"/>
              </w:rPr>
              <w:t>-30.707</w:t>
            </w:r>
          </w:p>
        </w:tc>
        <w:tc>
          <w:tcPr>
            <w:tcW w:w="2880" w:type="dxa"/>
            <w:tcBorders>
              <w:bottom w:val="single" w:sz="8" w:space="0" w:color="9B9B9B"/>
            </w:tcBorders>
            <w:shd w:val="clear" w:color="auto" w:fill="CFCFCF"/>
            <w:vAlign w:val="center"/>
          </w:tcPr>
          <w:p w14:paraId="626F943A" w14:textId="77777777" w:rsidR="00A806B2" w:rsidRPr="00A864B8" w:rsidRDefault="00000000">
            <w:pPr>
              <w:spacing w:before="20" w:after="10" w:line="240" w:lineRule="auto"/>
              <w:jc w:val="center"/>
            </w:pPr>
            <w:r w:rsidRPr="00A864B8">
              <w:rPr>
                <w:sz w:val="20"/>
              </w:rPr>
              <w:t>-34.408</w:t>
            </w:r>
          </w:p>
        </w:tc>
      </w:tr>
      <w:tr w:rsidR="00A806B2" w:rsidRPr="00A864B8" w14:paraId="76208015" w14:textId="77777777">
        <w:trPr>
          <w:jc w:val="center"/>
        </w:trPr>
        <w:tc>
          <w:tcPr>
            <w:tcW w:w="2880" w:type="dxa"/>
            <w:tcBorders>
              <w:bottom w:val="single" w:sz="8" w:space="0" w:color="9B9B9B"/>
            </w:tcBorders>
            <w:shd w:val="clear" w:color="auto" w:fill="F0F0F0"/>
            <w:vAlign w:val="center"/>
          </w:tcPr>
          <w:p w14:paraId="3FB374E3"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F0F0F0"/>
            <w:vAlign w:val="center"/>
          </w:tcPr>
          <w:p w14:paraId="629800F4" w14:textId="77777777" w:rsidR="00A806B2" w:rsidRPr="00A864B8" w:rsidRDefault="00000000">
            <w:pPr>
              <w:spacing w:before="20" w:after="10" w:line="240" w:lineRule="auto"/>
              <w:jc w:val="center"/>
            </w:pPr>
            <w:r w:rsidRPr="00A864B8">
              <w:rPr>
                <w:sz w:val="20"/>
              </w:rPr>
              <w:t>-74.773</w:t>
            </w:r>
          </w:p>
        </w:tc>
        <w:tc>
          <w:tcPr>
            <w:tcW w:w="2880" w:type="dxa"/>
            <w:tcBorders>
              <w:bottom w:val="single" w:sz="8" w:space="0" w:color="9B9B9B"/>
            </w:tcBorders>
            <w:shd w:val="clear" w:color="auto" w:fill="F0F0F0"/>
            <w:vAlign w:val="center"/>
          </w:tcPr>
          <w:p w14:paraId="7C697E55" w14:textId="77777777" w:rsidR="00A806B2" w:rsidRPr="00A864B8" w:rsidRDefault="00000000">
            <w:pPr>
              <w:spacing w:before="20" w:after="10" w:line="240" w:lineRule="auto"/>
              <w:jc w:val="center"/>
            </w:pPr>
            <w:r w:rsidRPr="00A864B8">
              <w:rPr>
                <w:sz w:val="20"/>
              </w:rPr>
              <w:t>---</w:t>
            </w:r>
          </w:p>
        </w:tc>
      </w:tr>
      <w:tr w:rsidR="00A806B2" w:rsidRPr="00A864B8" w14:paraId="732DD92C" w14:textId="77777777">
        <w:trPr>
          <w:jc w:val="center"/>
        </w:trPr>
        <w:tc>
          <w:tcPr>
            <w:tcW w:w="2880" w:type="dxa"/>
            <w:tcBorders>
              <w:bottom w:val="single" w:sz="8" w:space="0" w:color="9B9B9B"/>
            </w:tcBorders>
            <w:shd w:val="clear" w:color="auto" w:fill="CFCFCF"/>
            <w:vAlign w:val="center"/>
          </w:tcPr>
          <w:p w14:paraId="57DE938C"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CFCFCF"/>
            <w:vAlign w:val="center"/>
          </w:tcPr>
          <w:p w14:paraId="10CF4DAF"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7BE3F4A8" w14:textId="77777777" w:rsidR="00A806B2" w:rsidRPr="00A864B8" w:rsidRDefault="00000000">
            <w:pPr>
              <w:spacing w:before="20" w:after="10" w:line="240" w:lineRule="auto"/>
              <w:jc w:val="center"/>
            </w:pPr>
            <w:r w:rsidRPr="00A864B8">
              <w:rPr>
                <w:sz w:val="20"/>
              </w:rPr>
              <w:t>-219.335</w:t>
            </w:r>
          </w:p>
        </w:tc>
      </w:tr>
      <w:tr w:rsidR="00A806B2" w:rsidRPr="00A864B8" w14:paraId="2D972BE4" w14:textId="77777777">
        <w:trPr>
          <w:jc w:val="center"/>
        </w:trPr>
        <w:tc>
          <w:tcPr>
            <w:tcW w:w="2880" w:type="dxa"/>
            <w:tcBorders>
              <w:bottom w:val="single" w:sz="8" w:space="0" w:color="9B9B9B"/>
            </w:tcBorders>
            <w:shd w:val="clear" w:color="auto" w:fill="F0F0F0"/>
            <w:vAlign w:val="center"/>
          </w:tcPr>
          <w:p w14:paraId="40F16ED6" w14:textId="77777777" w:rsidR="00A806B2" w:rsidRPr="00A864B8" w:rsidRDefault="00000000">
            <w:pPr>
              <w:spacing w:before="20" w:after="10" w:line="240" w:lineRule="auto"/>
              <w:jc w:val="center"/>
            </w:pPr>
            <w:r w:rsidRPr="00A864B8">
              <w:rPr>
                <w:sz w:val="20"/>
              </w:rPr>
              <w:t>Wärmespeicher</w:t>
            </w:r>
          </w:p>
        </w:tc>
        <w:tc>
          <w:tcPr>
            <w:tcW w:w="2880" w:type="dxa"/>
            <w:tcBorders>
              <w:bottom w:val="single" w:sz="8" w:space="0" w:color="9B9B9B"/>
            </w:tcBorders>
            <w:shd w:val="clear" w:color="auto" w:fill="F0F0F0"/>
            <w:vAlign w:val="center"/>
          </w:tcPr>
          <w:p w14:paraId="0935D958"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71DFB106" w14:textId="77777777" w:rsidR="00A806B2" w:rsidRPr="00A864B8" w:rsidRDefault="00000000">
            <w:pPr>
              <w:spacing w:before="20" w:after="10" w:line="240" w:lineRule="auto"/>
              <w:jc w:val="center"/>
            </w:pPr>
            <w:r w:rsidRPr="00A864B8">
              <w:rPr>
                <w:sz w:val="20"/>
              </w:rPr>
              <w:t>-1.495</w:t>
            </w:r>
          </w:p>
        </w:tc>
      </w:tr>
      <w:tr w:rsidR="00A806B2" w:rsidRPr="00A864B8" w14:paraId="6829DF15" w14:textId="77777777">
        <w:trPr>
          <w:jc w:val="center"/>
        </w:trPr>
        <w:tc>
          <w:tcPr>
            <w:tcW w:w="2880" w:type="dxa"/>
            <w:tcBorders>
              <w:bottom w:val="single" w:sz="8" w:space="0" w:color="9B9B9B"/>
            </w:tcBorders>
            <w:shd w:val="clear" w:color="auto" w:fill="CFCFCF"/>
            <w:vAlign w:val="center"/>
          </w:tcPr>
          <w:p w14:paraId="1B7B9549" w14:textId="77777777" w:rsidR="00A806B2" w:rsidRPr="00A864B8" w:rsidRDefault="00000000">
            <w:pPr>
              <w:spacing w:before="20" w:after="10" w:line="240" w:lineRule="auto"/>
              <w:jc w:val="center"/>
            </w:pPr>
            <w:r w:rsidRPr="00A864B8">
              <w:rPr>
                <w:sz w:val="20"/>
              </w:rPr>
              <w:t>Wärmepumpe (Geothermie-Sonden 1)</w:t>
            </w:r>
          </w:p>
        </w:tc>
        <w:tc>
          <w:tcPr>
            <w:tcW w:w="2880" w:type="dxa"/>
            <w:tcBorders>
              <w:bottom w:val="single" w:sz="8" w:space="0" w:color="9B9B9B"/>
            </w:tcBorders>
            <w:shd w:val="clear" w:color="auto" w:fill="CFCFCF"/>
            <w:vAlign w:val="center"/>
          </w:tcPr>
          <w:p w14:paraId="6F1AC19F" w14:textId="77777777" w:rsidR="00A806B2" w:rsidRPr="00A864B8" w:rsidRDefault="00000000">
            <w:pPr>
              <w:spacing w:before="20" w:after="10" w:line="240" w:lineRule="auto"/>
              <w:jc w:val="center"/>
            </w:pPr>
            <w:r w:rsidRPr="00A864B8">
              <w:rPr>
                <w:sz w:val="20"/>
              </w:rPr>
              <w:t>-113.655</w:t>
            </w:r>
          </w:p>
        </w:tc>
        <w:tc>
          <w:tcPr>
            <w:tcW w:w="2880" w:type="dxa"/>
            <w:tcBorders>
              <w:bottom w:val="single" w:sz="8" w:space="0" w:color="9B9B9B"/>
            </w:tcBorders>
            <w:shd w:val="clear" w:color="auto" w:fill="CFCFCF"/>
            <w:vAlign w:val="center"/>
          </w:tcPr>
          <w:p w14:paraId="7082E220" w14:textId="77777777" w:rsidR="00A806B2" w:rsidRPr="00A864B8" w:rsidRDefault="00000000">
            <w:pPr>
              <w:spacing w:before="20" w:after="10" w:line="240" w:lineRule="auto"/>
              <w:jc w:val="center"/>
            </w:pPr>
            <w:r w:rsidRPr="00A864B8">
              <w:rPr>
                <w:sz w:val="20"/>
              </w:rPr>
              <w:t>---</w:t>
            </w:r>
          </w:p>
        </w:tc>
      </w:tr>
      <w:tr w:rsidR="00A806B2" w:rsidRPr="00A864B8" w14:paraId="3941D5C5" w14:textId="77777777">
        <w:trPr>
          <w:jc w:val="center"/>
        </w:trPr>
        <w:tc>
          <w:tcPr>
            <w:tcW w:w="2880" w:type="dxa"/>
            <w:tcBorders>
              <w:bottom w:val="single" w:sz="8" w:space="0" w:color="9B9B9B"/>
            </w:tcBorders>
            <w:shd w:val="clear" w:color="auto" w:fill="F0F0F0"/>
            <w:vAlign w:val="center"/>
          </w:tcPr>
          <w:p w14:paraId="29601367" w14:textId="77777777" w:rsidR="00A806B2" w:rsidRPr="00A864B8" w:rsidRDefault="00000000">
            <w:pPr>
              <w:spacing w:before="20" w:after="10" w:line="240" w:lineRule="auto"/>
              <w:jc w:val="center"/>
            </w:pPr>
            <w:r w:rsidRPr="00A864B8">
              <w:rPr>
                <w:sz w:val="20"/>
              </w:rPr>
              <w:t>Sonstige Kosten</w:t>
            </w:r>
          </w:p>
        </w:tc>
        <w:tc>
          <w:tcPr>
            <w:tcW w:w="2880" w:type="dxa"/>
            <w:tcBorders>
              <w:bottom w:val="single" w:sz="8" w:space="0" w:color="9B9B9B"/>
            </w:tcBorders>
            <w:shd w:val="clear" w:color="auto" w:fill="F0F0F0"/>
            <w:vAlign w:val="center"/>
          </w:tcPr>
          <w:p w14:paraId="65D52A09" w14:textId="77777777" w:rsidR="00A806B2" w:rsidRPr="00A864B8" w:rsidRDefault="00000000">
            <w:pPr>
              <w:spacing w:before="20" w:after="10" w:line="240" w:lineRule="auto"/>
              <w:jc w:val="center"/>
            </w:pPr>
            <w:r w:rsidRPr="00A864B8">
              <w:rPr>
                <w:sz w:val="20"/>
              </w:rPr>
              <w:t>-3.739</w:t>
            </w:r>
          </w:p>
        </w:tc>
        <w:tc>
          <w:tcPr>
            <w:tcW w:w="2880" w:type="dxa"/>
            <w:tcBorders>
              <w:bottom w:val="single" w:sz="8" w:space="0" w:color="9B9B9B"/>
            </w:tcBorders>
            <w:shd w:val="clear" w:color="auto" w:fill="F0F0F0"/>
            <w:vAlign w:val="center"/>
          </w:tcPr>
          <w:p w14:paraId="3DBA9062" w14:textId="77777777" w:rsidR="00A806B2" w:rsidRPr="00A864B8" w:rsidRDefault="00000000">
            <w:pPr>
              <w:spacing w:before="20" w:after="10" w:line="240" w:lineRule="auto"/>
              <w:jc w:val="center"/>
            </w:pPr>
            <w:r w:rsidRPr="00A864B8">
              <w:rPr>
                <w:sz w:val="20"/>
              </w:rPr>
              <w:t>-3.739</w:t>
            </w:r>
          </w:p>
        </w:tc>
      </w:tr>
      <w:tr w:rsidR="00A806B2" w:rsidRPr="00A864B8" w14:paraId="176A11E0" w14:textId="77777777">
        <w:trPr>
          <w:jc w:val="center"/>
        </w:trPr>
        <w:tc>
          <w:tcPr>
            <w:tcW w:w="2880" w:type="dxa"/>
            <w:tcBorders>
              <w:bottom w:val="single" w:sz="8" w:space="0" w:color="9B9B9B"/>
            </w:tcBorders>
            <w:shd w:val="clear" w:color="auto" w:fill="CFCFCF"/>
            <w:vAlign w:val="center"/>
          </w:tcPr>
          <w:p w14:paraId="2DB2BC10" w14:textId="77777777" w:rsidR="00A806B2" w:rsidRPr="00A864B8" w:rsidRDefault="00000000">
            <w:pPr>
              <w:spacing w:before="20" w:after="10" w:line="240" w:lineRule="auto"/>
              <w:jc w:val="center"/>
            </w:pPr>
            <w:r w:rsidRPr="00A864B8">
              <w:rPr>
                <w:sz w:val="20"/>
              </w:rPr>
              <w:t>Sonstige Betriebskosten</w:t>
            </w:r>
          </w:p>
        </w:tc>
        <w:tc>
          <w:tcPr>
            <w:tcW w:w="2880" w:type="dxa"/>
            <w:tcBorders>
              <w:bottom w:val="single" w:sz="8" w:space="0" w:color="9B9B9B"/>
            </w:tcBorders>
            <w:shd w:val="clear" w:color="auto" w:fill="CFCFCF"/>
            <w:vAlign w:val="center"/>
          </w:tcPr>
          <w:p w14:paraId="3CE56EF4" w14:textId="77777777" w:rsidR="00A806B2" w:rsidRPr="00A864B8" w:rsidRDefault="00000000">
            <w:pPr>
              <w:spacing w:before="20" w:after="10" w:line="240" w:lineRule="auto"/>
              <w:jc w:val="center"/>
            </w:pPr>
            <w:r w:rsidRPr="00A864B8">
              <w:rPr>
                <w:sz w:val="20"/>
              </w:rPr>
              <w:t>-124.622</w:t>
            </w:r>
          </w:p>
        </w:tc>
        <w:tc>
          <w:tcPr>
            <w:tcW w:w="2880" w:type="dxa"/>
            <w:tcBorders>
              <w:bottom w:val="single" w:sz="8" w:space="0" w:color="9B9B9B"/>
            </w:tcBorders>
            <w:shd w:val="clear" w:color="auto" w:fill="CFCFCF"/>
            <w:vAlign w:val="center"/>
          </w:tcPr>
          <w:p w14:paraId="48DE68DF" w14:textId="77777777" w:rsidR="00A806B2" w:rsidRPr="00A864B8" w:rsidRDefault="00000000">
            <w:pPr>
              <w:spacing w:before="20" w:after="10" w:line="240" w:lineRule="auto"/>
              <w:jc w:val="center"/>
            </w:pPr>
            <w:r w:rsidRPr="00A864B8">
              <w:rPr>
                <w:sz w:val="20"/>
              </w:rPr>
              <w:t>-124.622</w:t>
            </w:r>
          </w:p>
        </w:tc>
      </w:tr>
      <w:tr w:rsidR="00A806B2" w:rsidRPr="00A864B8" w14:paraId="1D6CE066" w14:textId="77777777">
        <w:trPr>
          <w:jc w:val="center"/>
        </w:trPr>
        <w:tc>
          <w:tcPr>
            <w:tcW w:w="2880" w:type="dxa"/>
            <w:tcBorders>
              <w:bottom w:val="single" w:sz="8" w:space="0" w:color="9B9B9B"/>
            </w:tcBorders>
            <w:shd w:val="clear" w:color="auto" w:fill="F0F0F0"/>
            <w:vAlign w:val="center"/>
          </w:tcPr>
          <w:p w14:paraId="5B3C7033" w14:textId="77777777" w:rsidR="00A806B2" w:rsidRPr="00A864B8" w:rsidRDefault="00000000">
            <w:pPr>
              <w:spacing w:before="20" w:after="10" w:line="240" w:lineRule="auto"/>
              <w:jc w:val="center"/>
            </w:pPr>
            <w:r w:rsidRPr="00A864B8">
              <w:rPr>
                <w:sz w:val="20"/>
              </w:rPr>
              <w:t>Energiekosten</w:t>
            </w:r>
          </w:p>
        </w:tc>
        <w:tc>
          <w:tcPr>
            <w:tcW w:w="2880" w:type="dxa"/>
            <w:tcBorders>
              <w:bottom w:val="single" w:sz="8" w:space="0" w:color="9B9B9B"/>
            </w:tcBorders>
            <w:shd w:val="clear" w:color="auto" w:fill="F0F0F0"/>
            <w:vAlign w:val="center"/>
          </w:tcPr>
          <w:p w14:paraId="38A94CB7" w14:textId="77777777" w:rsidR="00A806B2" w:rsidRPr="00A864B8" w:rsidRDefault="00000000">
            <w:pPr>
              <w:spacing w:before="20" w:after="10" w:line="240" w:lineRule="auto"/>
              <w:jc w:val="center"/>
            </w:pPr>
            <w:r w:rsidRPr="00A864B8">
              <w:rPr>
                <w:sz w:val="20"/>
              </w:rPr>
              <w:t>-1.311.523</w:t>
            </w:r>
          </w:p>
        </w:tc>
        <w:tc>
          <w:tcPr>
            <w:tcW w:w="2880" w:type="dxa"/>
            <w:tcBorders>
              <w:bottom w:val="single" w:sz="8" w:space="0" w:color="9B9B9B"/>
            </w:tcBorders>
            <w:shd w:val="clear" w:color="auto" w:fill="F0F0F0"/>
            <w:vAlign w:val="center"/>
          </w:tcPr>
          <w:p w14:paraId="51F0C971" w14:textId="77777777" w:rsidR="00A806B2" w:rsidRPr="00A864B8" w:rsidRDefault="00000000">
            <w:pPr>
              <w:spacing w:before="20" w:after="10" w:line="240" w:lineRule="auto"/>
              <w:jc w:val="center"/>
            </w:pPr>
            <w:r w:rsidRPr="00A864B8">
              <w:rPr>
                <w:sz w:val="20"/>
              </w:rPr>
              <w:t>-1.323.985</w:t>
            </w:r>
          </w:p>
        </w:tc>
      </w:tr>
      <w:tr w:rsidR="00A806B2" w:rsidRPr="00A864B8" w14:paraId="60AEEDFB" w14:textId="77777777">
        <w:trPr>
          <w:jc w:val="center"/>
        </w:trPr>
        <w:tc>
          <w:tcPr>
            <w:tcW w:w="2880" w:type="dxa"/>
            <w:tcBorders>
              <w:bottom w:val="single" w:sz="8" w:space="0" w:color="9B9B9B"/>
            </w:tcBorders>
            <w:shd w:val="clear" w:color="auto" w:fill="CFCFCF"/>
            <w:vAlign w:val="center"/>
          </w:tcPr>
          <w:p w14:paraId="74E9758E" w14:textId="77777777" w:rsidR="00A806B2" w:rsidRPr="00A864B8" w:rsidRDefault="00000000">
            <w:pPr>
              <w:spacing w:before="20" w:after="10" w:line="240" w:lineRule="auto"/>
              <w:jc w:val="center"/>
            </w:pPr>
            <w:r w:rsidRPr="00A864B8">
              <w:rPr>
                <w:sz w:val="20"/>
              </w:rPr>
              <w:t>Energiezentrale</w:t>
            </w:r>
          </w:p>
        </w:tc>
        <w:tc>
          <w:tcPr>
            <w:tcW w:w="2880" w:type="dxa"/>
            <w:tcBorders>
              <w:bottom w:val="single" w:sz="8" w:space="0" w:color="9B9B9B"/>
            </w:tcBorders>
            <w:shd w:val="clear" w:color="auto" w:fill="CFCFCF"/>
            <w:vAlign w:val="center"/>
          </w:tcPr>
          <w:p w14:paraId="3B4FB3E2" w14:textId="77777777" w:rsidR="00A806B2" w:rsidRPr="00A864B8" w:rsidRDefault="00000000">
            <w:pPr>
              <w:spacing w:before="20" w:after="10" w:line="240" w:lineRule="auto"/>
              <w:jc w:val="center"/>
            </w:pPr>
            <w:r w:rsidRPr="00A864B8">
              <w:rPr>
                <w:sz w:val="20"/>
              </w:rPr>
              <w:t>-1.311.523</w:t>
            </w:r>
          </w:p>
        </w:tc>
        <w:tc>
          <w:tcPr>
            <w:tcW w:w="2880" w:type="dxa"/>
            <w:tcBorders>
              <w:bottom w:val="single" w:sz="8" w:space="0" w:color="9B9B9B"/>
            </w:tcBorders>
            <w:shd w:val="clear" w:color="auto" w:fill="CFCFCF"/>
            <w:vAlign w:val="center"/>
          </w:tcPr>
          <w:p w14:paraId="7BB4C322" w14:textId="77777777" w:rsidR="00A806B2" w:rsidRPr="00A864B8" w:rsidRDefault="00000000">
            <w:pPr>
              <w:spacing w:before="20" w:after="10" w:line="240" w:lineRule="auto"/>
              <w:jc w:val="center"/>
            </w:pPr>
            <w:r w:rsidRPr="00A864B8">
              <w:rPr>
                <w:sz w:val="20"/>
              </w:rPr>
              <w:t>-1.323.985</w:t>
            </w:r>
          </w:p>
        </w:tc>
      </w:tr>
      <w:tr w:rsidR="00A806B2" w:rsidRPr="00A864B8" w14:paraId="75AEF948" w14:textId="77777777">
        <w:trPr>
          <w:jc w:val="center"/>
        </w:trPr>
        <w:tc>
          <w:tcPr>
            <w:tcW w:w="2880" w:type="dxa"/>
            <w:tcBorders>
              <w:bottom w:val="single" w:sz="8" w:space="0" w:color="9B9B9B"/>
            </w:tcBorders>
            <w:shd w:val="clear" w:color="auto" w:fill="F0F0F0"/>
            <w:vAlign w:val="center"/>
          </w:tcPr>
          <w:p w14:paraId="31EC8F20" w14:textId="77777777" w:rsidR="00A806B2" w:rsidRPr="00A864B8" w:rsidRDefault="00000000">
            <w:pPr>
              <w:spacing w:before="20" w:after="10" w:line="240" w:lineRule="auto"/>
              <w:jc w:val="center"/>
            </w:pPr>
            <w:r w:rsidRPr="00A864B8">
              <w:rPr>
                <w:sz w:val="20"/>
              </w:rPr>
              <w:t>Strom</w:t>
            </w:r>
          </w:p>
        </w:tc>
        <w:tc>
          <w:tcPr>
            <w:tcW w:w="2880" w:type="dxa"/>
            <w:tcBorders>
              <w:bottom w:val="single" w:sz="8" w:space="0" w:color="9B9B9B"/>
            </w:tcBorders>
            <w:shd w:val="clear" w:color="auto" w:fill="F0F0F0"/>
            <w:vAlign w:val="center"/>
          </w:tcPr>
          <w:p w14:paraId="5B3B8967" w14:textId="77777777" w:rsidR="00A806B2" w:rsidRPr="00A864B8" w:rsidRDefault="00000000">
            <w:pPr>
              <w:spacing w:before="20" w:after="10" w:line="240" w:lineRule="auto"/>
              <w:jc w:val="center"/>
            </w:pPr>
            <w:r w:rsidRPr="00A864B8">
              <w:rPr>
                <w:sz w:val="20"/>
              </w:rPr>
              <w:t>-550.830</w:t>
            </w:r>
          </w:p>
        </w:tc>
        <w:tc>
          <w:tcPr>
            <w:tcW w:w="2880" w:type="dxa"/>
            <w:tcBorders>
              <w:bottom w:val="single" w:sz="8" w:space="0" w:color="9B9B9B"/>
            </w:tcBorders>
            <w:shd w:val="clear" w:color="auto" w:fill="F0F0F0"/>
            <w:vAlign w:val="center"/>
          </w:tcPr>
          <w:p w14:paraId="161318E6" w14:textId="77777777" w:rsidR="00A806B2" w:rsidRPr="00A864B8" w:rsidRDefault="00000000">
            <w:pPr>
              <w:spacing w:before="20" w:after="10" w:line="240" w:lineRule="auto"/>
              <w:jc w:val="center"/>
            </w:pPr>
            <w:r w:rsidRPr="00A864B8">
              <w:rPr>
                <w:sz w:val="20"/>
              </w:rPr>
              <w:t>-284.138</w:t>
            </w:r>
          </w:p>
        </w:tc>
      </w:tr>
      <w:tr w:rsidR="00A806B2" w:rsidRPr="00A864B8" w14:paraId="555426B6" w14:textId="77777777">
        <w:trPr>
          <w:jc w:val="center"/>
        </w:trPr>
        <w:tc>
          <w:tcPr>
            <w:tcW w:w="2880" w:type="dxa"/>
            <w:tcBorders>
              <w:bottom w:val="single" w:sz="8" w:space="0" w:color="9B9B9B"/>
            </w:tcBorders>
            <w:shd w:val="clear" w:color="auto" w:fill="CFCFCF"/>
            <w:vAlign w:val="center"/>
          </w:tcPr>
          <w:p w14:paraId="549E352B"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546A8FC2" w14:textId="77777777" w:rsidR="00A806B2" w:rsidRPr="00A864B8" w:rsidRDefault="00000000">
            <w:pPr>
              <w:spacing w:before="20" w:after="10" w:line="240" w:lineRule="auto"/>
              <w:jc w:val="center"/>
            </w:pPr>
            <w:r w:rsidRPr="00A864B8">
              <w:rPr>
                <w:sz w:val="20"/>
              </w:rPr>
              <w:t>-550.830</w:t>
            </w:r>
          </w:p>
        </w:tc>
        <w:tc>
          <w:tcPr>
            <w:tcW w:w="2880" w:type="dxa"/>
            <w:tcBorders>
              <w:bottom w:val="single" w:sz="8" w:space="0" w:color="9B9B9B"/>
            </w:tcBorders>
            <w:shd w:val="clear" w:color="auto" w:fill="CFCFCF"/>
            <w:vAlign w:val="center"/>
          </w:tcPr>
          <w:p w14:paraId="1719D6DA" w14:textId="77777777" w:rsidR="00A806B2" w:rsidRPr="00A864B8" w:rsidRDefault="00000000">
            <w:pPr>
              <w:spacing w:before="20" w:after="10" w:line="240" w:lineRule="auto"/>
              <w:jc w:val="center"/>
            </w:pPr>
            <w:r w:rsidRPr="00A864B8">
              <w:rPr>
                <w:sz w:val="20"/>
              </w:rPr>
              <w:t>-284.138</w:t>
            </w:r>
          </w:p>
        </w:tc>
      </w:tr>
      <w:tr w:rsidR="00A806B2" w:rsidRPr="00A864B8" w14:paraId="2539A691" w14:textId="77777777">
        <w:trPr>
          <w:jc w:val="center"/>
        </w:trPr>
        <w:tc>
          <w:tcPr>
            <w:tcW w:w="2880" w:type="dxa"/>
            <w:tcBorders>
              <w:bottom w:val="single" w:sz="8" w:space="0" w:color="9B9B9B"/>
            </w:tcBorders>
            <w:shd w:val="clear" w:color="auto" w:fill="F0F0F0"/>
            <w:vAlign w:val="center"/>
          </w:tcPr>
          <w:p w14:paraId="185DF2D4" w14:textId="77777777" w:rsidR="00A806B2" w:rsidRPr="00A864B8" w:rsidRDefault="00000000">
            <w:pPr>
              <w:spacing w:before="20" w:after="10" w:line="240" w:lineRule="auto"/>
              <w:jc w:val="center"/>
            </w:pPr>
            <w:r w:rsidRPr="00A864B8">
              <w:rPr>
                <w:sz w:val="20"/>
              </w:rPr>
              <w:t>Erdgas</w:t>
            </w:r>
          </w:p>
        </w:tc>
        <w:tc>
          <w:tcPr>
            <w:tcW w:w="2880" w:type="dxa"/>
            <w:tcBorders>
              <w:bottom w:val="single" w:sz="8" w:space="0" w:color="9B9B9B"/>
            </w:tcBorders>
            <w:shd w:val="clear" w:color="auto" w:fill="F0F0F0"/>
            <w:vAlign w:val="center"/>
          </w:tcPr>
          <w:p w14:paraId="67397944"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22EE2622" w14:textId="77777777" w:rsidR="00A806B2" w:rsidRPr="00A864B8" w:rsidRDefault="00000000">
            <w:pPr>
              <w:spacing w:before="20" w:after="10" w:line="240" w:lineRule="auto"/>
              <w:jc w:val="center"/>
            </w:pPr>
            <w:r w:rsidRPr="00A864B8">
              <w:rPr>
                <w:sz w:val="20"/>
              </w:rPr>
              <w:t>-1.039.847</w:t>
            </w:r>
          </w:p>
        </w:tc>
      </w:tr>
      <w:tr w:rsidR="00A806B2" w:rsidRPr="00A864B8" w14:paraId="1C8E3582" w14:textId="77777777">
        <w:trPr>
          <w:jc w:val="center"/>
        </w:trPr>
        <w:tc>
          <w:tcPr>
            <w:tcW w:w="2880" w:type="dxa"/>
            <w:tcBorders>
              <w:bottom w:val="single" w:sz="8" w:space="0" w:color="9B9B9B"/>
            </w:tcBorders>
            <w:shd w:val="clear" w:color="auto" w:fill="CFCFCF"/>
            <w:vAlign w:val="center"/>
          </w:tcPr>
          <w:p w14:paraId="2FB7D5B4"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3A8E29BE"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7AE41F35" w14:textId="77777777" w:rsidR="00A806B2" w:rsidRPr="00A864B8" w:rsidRDefault="00000000">
            <w:pPr>
              <w:spacing w:before="20" w:after="10" w:line="240" w:lineRule="auto"/>
              <w:jc w:val="center"/>
            </w:pPr>
            <w:r w:rsidRPr="00A864B8">
              <w:rPr>
                <w:sz w:val="20"/>
              </w:rPr>
              <w:t>-1.039.847</w:t>
            </w:r>
          </w:p>
        </w:tc>
      </w:tr>
      <w:tr w:rsidR="00A806B2" w:rsidRPr="00A864B8" w14:paraId="48C04C96" w14:textId="77777777">
        <w:trPr>
          <w:jc w:val="center"/>
        </w:trPr>
        <w:tc>
          <w:tcPr>
            <w:tcW w:w="2880" w:type="dxa"/>
            <w:tcBorders>
              <w:bottom w:val="single" w:sz="8" w:space="0" w:color="9B9B9B"/>
            </w:tcBorders>
            <w:shd w:val="clear" w:color="auto" w:fill="F0F0F0"/>
            <w:vAlign w:val="center"/>
          </w:tcPr>
          <w:p w14:paraId="16A77C71" w14:textId="77777777" w:rsidR="00A806B2" w:rsidRPr="00A864B8" w:rsidRDefault="00000000">
            <w:pPr>
              <w:spacing w:before="20" w:after="10" w:line="240" w:lineRule="auto"/>
              <w:jc w:val="center"/>
            </w:pPr>
            <w:r w:rsidRPr="00A864B8">
              <w:rPr>
                <w:sz w:val="20"/>
              </w:rPr>
              <w:t>Biomasse</w:t>
            </w:r>
          </w:p>
        </w:tc>
        <w:tc>
          <w:tcPr>
            <w:tcW w:w="2880" w:type="dxa"/>
            <w:tcBorders>
              <w:bottom w:val="single" w:sz="8" w:space="0" w:color="9B9B9B"/>
            </w:tcBorders>
            <w:shd w:val="clear" w:color="auto" w:fill="F0F0F0"/>
            <w:vAlign w:val="center"/>
          </w:tcPr>
          <w:p w14:paraId="325DC814" w14:textId="77777777" w:rsidR="00A806B2" w:rsidRPr="00A864B8" w:rsidRDefault="00000000">
            <w:pPr>
              <w:spacing w:before="20" w:after="10" w:line="240" w:lineRule="auto"/>
              <w:jc w:val="center"/>
            </w:pPr>
            <w:r w:rsidRPr="00A864B8">
              <w:rPr>
                <w:sz w:val="20"/>
              </w:rPr>
              <w:t>-760.693</w:t>
            </w:r>
          </w:p>
        </w:tc>
        <w:tc>
          <w:tcPr>
            <w:tcW w:w="2880" w:type="dxa"/>
            <w:tcBorders>
              <w:bottom w:val="single" w:sz="8" w:space="0" w:color="9B9B9B"/>
            </w:tcBorders>
            <w:shd w:val="clear" w:color="auto" w:fill="F0F0F0"/>
            <w:vAlign w:val="center"/>
          </w:tcPr>
          <w:p w14:paraId="52D1769D" w14:textId="77777777" w:rsidR="00A806B2" w:rsidRPr="00A864B8" w:rsidRDefault="00000000">
            <w:pPr>
              <w:spacing w:before="20" w:after="10" w:line="240" w:lineRule="auto"/>
              <w:jc w:val="center"/>
            </w:pPr>
            <w:r w:rsidRPr="00A864B8">
              <w:rPr>
                <w:sz w:val="20"/>
              </w:rPr>
              <w:t>---</w:t>
            </w:r>
          </w:p>
        </w:tc>
      </w:tr>
      <w:tr w:rsidR="00A806B2" w:rsidRPr="00A864B8" w14:paraId="678DB819" w14:textId="77777777">
        <w:trPr>
          <w:jc w:val="center"/>
        </w:trPr>
        <w:tc>
          <w:tcPr>
            <w:tcW w:w="2880" w:type="dxa"/>
            <w:tcBorders>
              <w:bottom w:val="single" w:sz="8" w:space="0" w:color="9B9B9B"/>
            </w:tcBorders>
            <w:shd w:val="clear" w:color="auto" w:fill="CFCFCF"/>
            <w:vAlign w:val="center"/>
          </w:tcPr>
          <w:p w14:paraId="1446F162"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00A6FCBF" w14:textId="77777777" w:rsidR="00A806B2" w:rsidRPr="00A864B8" w:rsidRDefault="00000000">
            <w:pPr>
              <w:spacing w:before="20" w:after="10" w:line="240" w:lineRule="auto"/>
              <w:jc w:val="center"/>
            </w:pPr>
            <w:r w:rsidRPr="00A864B8">
              <w:rPr>
                <w:sz w:val="20"/>
              </w:rPr>
              <w:t>-760.693</w:t>
            </w:r>
          </w:p>
        </w:tc>
        <w:tc>
          <w:tcPr>
            <w:tcW w:w="2880" w:type="dxa"/>
            <w:tcBorders>
              <w:bottom w:val="single" w:sz="8" w:space="0" w:color="9B9B9B"/>
            </w:tcBorders>
            <w:shd w:val="clear" w:color="auto" w:fill="CFCFCF"/>
            <w:vAlign w:val="center"/>
          </w:tcPr>
          <w:p w14:paraId="213ACB15" w14:textId="77777777" w:rsidR="00A806B2" w:rsidRPr="00A864B8" w:rsidRDefault="00000000">
            <w:pPr>
              <w:spacing w:before="20" w:after="10" w:line="240" w:lineRule="auto"/>
              <w:jc w:val="center"/>
            </w:pPr>
            <w:r w:rsidRPr="00A864B8">
              <w:rPr>
                <w:sz w:val="20"/>
              </w:rPr>
              <w:t>---</w:t>
            </w:r>
          </w:p>
        </w:tc>
      </w:tr>
      <w:tr w:rsidR="00A806B2" w:rsidRPr="00A864B8" w14:paraId="3BACE05F" w14:textId="77777777">
        <w:trPr>
          <w:jc w:val="center"/>
        </w:trPr>
        <w:tc>
          <w:tcPr>
            <w:tcW w:w="2880" w:type="dxa"/>
            <w:tcBorders>
              <w:bottom w:val="single" w:sz="8" w:space="0" w:color="9B9B9B"/>
            </w:tcBorders>
            <w:shd w:val="clear" w:color="auto" w:fill="F0F0F0"/>
            <w:vAlign w:val="center"/>
          </w:tcPr>
          <w:p w14:paraId="42DC89C3" w14:textId="77777777" w:rsidR="00A806B2" w:rsidRPr="00A864B8" w:rsidRDefault="00000000">
            <w:pPr>
              <w:spacing w:before="20" w:after="10" w:line="240" w:lineRule="auto"/>
              <w:jc w:val="center"/>
            </w:pPr>
            <w:r w:rsidRPr="00A864B8">
              <w:rPr>
                <w:sz w:val="20"/>
              </w:rPr>
              <w:t>Erlöse</w:t>
            </w:r>
          </w:p>
        </w:tc>
        <w:tc>
          <w:tcPr>
            <w:tcW w:w="2880" w:type="dxa"/>
            <w:tcBorders>
              <w:bottom w:val="single" w:sz="8" w:space="0" w:color="9B9B9B"/>
            </w:tcBorders>
            <w:shd w:val="clear" w:color="auto" w:fill="F0F0F0"/>
            <w:vAlign w:val="center"/>
          </w:tcPr>
          <w:p w14:paraId="219DC493" w14:textId="77777777" w:rsidR="00A806B2" w:rsidRPr="00A864B8" w:rsidRDefault="00000000">
            <w:pPr>
              <w:spacing w:before="20" w:after="10" w:line="240" w:lineRule="auto"/>
              <w:jc w:val="center"/>
            </w:pPr>
            <w:r w:rsidRPr="00A864B8">
              <w:rPr>
                <w:sz w:val="20"/>
              </w:rPr>
              <w:t>4.598.525</w:t>
            </w:r>
          </w:p>
        </w:tc>
        <w:tc>
          <w:tcPr>
            <w:tcW w:w="2880" w:type="dxa"/>
            <w:tcBorders>
              <w:bottom w:val="single" w:sz="8" w:space="0" w:color="9B9B9B"/>
            </w:tcBorders>
            <w:shd w:val="clear" w:color="auto" w:fill="F0F0F0"/>
            <w:vAlign w:val="center"/>
          </w:tcPr>
          <w:p w14:paraId="3C8B00DD" w14:textId="77777777" w:rsidR="00A806B2" w:rsidRPr="00A864B8" w:rsidRDefault="00000000">
            <w:pPr>
              <w:spacing w:before="20" w:after="10" w:line="240" w:lineRule="auto"/>
              <w:jc w:val="center"/>
            </w:pPr>
            <w:r w:rsidRPr="00A864B8">
              <w:rPr>
                <w:sz w:val="20"/>
              </w:rPr>
              <w:t>4.577.538</w:t>
            </w:r>
          </w:p>
        </w:tc>
      </w:tr>
      <w:tr w:rsidR="00A806B2" w:rsidRPr="00A864B8" w14:paraId="4F3510DA" w14:textId="77777777">
        <w:trPr>
          <w:jc w:val="center"/>
        </w:trPr>
        <w:tc>
          <w:tcPr>
            <w:tcW w:w="2880" w:type="dxa"/>
            <w:tcBorders>
              <w:bottom w:val="single" w:sz="8" w:space="0" w:color="9B9B9B"/>
            </w:tcBorders>
            <w:shd w:val="clear" w:color="auto" w:fill="CFCFCF"/>
            <w:vAlign w:val="center"/>
          </w:tcPr>
          <w:p w14:paraId="72287E4A" w14:textId="77777777" w:rsidR="00A806B2" w:rsidRPr="00A864B8" w:rsidRDefault="00000000">
            <w:pPr>
              <w:spacing w:before="20" w:after="10" w:line="240" w:lineRule="auto"/>
              <w:jc w:val="center"/>
            </w:pPr>
            <w:r w:rsidRPr="00A864B8">
              <w:rPr>
                <w:sz w:val="20"/>
              </w:rPr>
              <w:t>Einspeisung</w:t>
            </w:r>
          </w:p>
        </w:tc>
        <w:tc>
          <w:tcPr>
            <w:tcW w:w="2880" w:type="dxa"/>
            <w:tcBorders>
              <w:bottom w:val="single" w:sz="8" w:space="0" w:color="9B9B9B"/>
            </w:tcBorders>
            <w:shd w:val="clear" w:color="auto" w:fill="CFCFCF"/>
            <w:vAlign w:val="center"/>
          </w:tcPr>
          <w:p w14:paraId="1681DEA9" w14:textId="77777777" w:rsidR="00A806B2" w:rsidRPr="00A864B8" w:rsidRDefault="00000000">
            <w:pPr>
              <w:spacing w:before="20" w:after="10" w:line="240" w:lineRule="auto"/>
              <w:jc w:val="center"/>
            </w:pPr>
            <w:r w:rsidRPr="00A864B8">
              <w:rPr>
                <w:sz w:val="20"/>
              </w:rPr>
              <w:t>33.897</w:t>
            </w:r>
          </w:p>
        </w:tc>
        <w:tc>
          <w:tcPr>
            <w:tcW w:w="2880" w:type="dxa"/>
            <w:tcBorders>
              <w:bottom w:val="single" w:sz="8" w:space="0" w:color="9B9B9B"/>
            </w:tcBorders>
            <w:shd w:val="clear" w:color="auto" w:fill="CFCFCF"/>
            <w:vAlign w:val="center"/>
          </w:tcPr>
          <w:p w14:paraId="0F47C3F4" w14:textId="77777777" w:rsidR="00A806B2" w:rsidRPr="00A864B8" w:rsidRDefault="00000000">
            <w:pPr>
              <w:spacing w:before="20" w:after="10" w:line="240" w:lineRule="auto"/>
              <w:jc w:val="center"/>
            </w:pPr>
            <w:r w:rsidRPr="00A864B8">
              <w:rPr>
                <w:sz w:val="20"/>
              </w:rPr>
              <w:t>12.911</w:t>
            </w:r>
          </w:p>
        </w:tc>
      </w:tr>
      <w:tr w:rsidR="00A806B2" w:rsidRPr="00A864B8" w14:paraId="5F4542A3" w14:textId="77777777">
        <w:trPr>
          <w:jc w:val="center"/>
        </w:trPr>
        <w:tc>
          <w:tcPr>
            <w:tcW w:w="2880" w:type="dxa"/>
            <w:tcBorders>
              <w:bottom w:val="single" w:sz="8" w:space="0" w:color="9B9B9B"/>
            </w:tcBorders>
            <w:shd w:val="clear" w:color="auto" w:fill="F0F0F0"/>
            <w:vAlign w:val="center"/>
          </w:tcPr>
          <w:p w14:paraId="41D4514A" w14:textId="77777777" w:rsidR="00A806B2" w:rsidRPr="00A864B8" w:rsidRDefault="00000000">
            <w:pPr>
              <w:spacing w:before="20" w:after="10" w:line="240" w:lineRule="auto"/>
              <w:jc w:val="center"/>
            </w:pPr>
            <w:r w:rsidRPr="00A864B8">
              <w:rPr>
                <w:sz w:val="20"/>
              </w:rPr>
              <w:t>Strom</w:t>
            </w:r>
          </w:p>
        </w:tc>
        <w:tc>
          <w:tcPr>
            <w:tcW w:w="2880" w:type="dxa"/>
            <w:tcBorders>
              <w:bottom w:val="single" w:sz="8" w:space="0" w:color="9B9B9B"/>
            </w:tcBorders>
            <w:shd w:val="clear" w:color="auto" w:fill="F0F0F0"/>
            <w:vAlign w:val="center"/>
          </w:tcPr>
          <w:p w14:paraId="093F5269" w14:textId="77777777" w:rsidR="00A806B2" w:rsidRPr="00A864B8" w:rsidRDefault="00000000">
            <w:pPr>
              <w:spacing w:before="20" w:after="10" w:line="240" w:lineRule="auto"/>
              <w:jc w:val="center"/>
            </w:pPr>
            <w:r w:rsidRPr="00A864B8">
              <w:rPr>
                <w:sz w:val="20"/>
              </w:rPr>
              <w:t>33.897</w:t>
            </w:r>
          </w:p>
        </w:tc>
        <w:tc>
          <w:tcPr>
            <w:tcW w:w="2880" w:type="dxa"/>
            <w:tcBorders>
              <w:bottom w:val="single" w:sz="8" w:space="0" w:color="9B9B9B"/>
            </w:tcBorders>
            <w:shd w:val="clear" w:color="auto" w:fill="F0F0F0"/>
            <w:vAlign w:val="center"/>
          </w:tcPr>
          <w:p w14:paraId="5D494768" w14:textId="77777777" w:rsidR="00A806B2" w:rsidRPr="00A864B8" w:rsidRDefault="00000000">
            <w:pPr>
              <w:spacing w:before="20" w:after="10" w:line="240" w:lineRule="auto"/>
              <w:jc w:val="center"/>
            </w:pPr>
            <w:r w:rsidRPr="00A864B8">
              <w:rPr>
                <w:sz w:val="20"/>
              </w:rPr>
              <w:t>12.911</w:t>
            </w:r>
          </w:p>
        </w:tc>
      </w:tr>
      <w:tr w:rsidR="00A806B2" w:rsidRPr="00A864B8" w14:paraId="130927FE" w14:textId="77777777">
        <w:trPr>
          <w:jc w:val="center"/>
        </w:trPr>
        <w:tc>
          <w:tcPr>
            <w:tcW w:w="2880" w:type="dxa"/>
            <w:tcBorders>
              <w:bottom w:val="single" w:sz="8" w:space="0" w:color="9B9B9B"/>
            </w:tcBorders>
            <w:shd w:val="clear" w:color="auto" w:fill="CFCFCF"/>
            <w:vAlign w:val="center"/>
          </w:tcPr>
          <w:p w14:paraId="7F1A4998" w14:textId="77777777" w:rsidR="00A806B2" w:rsidRPr="00A864B8" w:rsidRDefault="00000000">
            <w:pPr>
              <w:spacing w:before="20" w:after="10" w:line="240" w:lineRule="auto"/>
              <w:jc w:val="center"/>
            </w:pPr>
            <w:r w:rsidRPr="00A864B8">
              <w:rPr>
                <w:sz w:val="20"/>
              </w:rPr>
              <w:t>Deckung der Bedarfe</w:t>
            </w:r>
          </w:p>
        </w:tc>
        <w:tc>
          <w:tcPr>
            <w:tcW w:w="2880" w:type="dxa"/>
            <w:tcBorders>
              <w:bottom w:val="single" w:sz="8" w:space="0" w:color="9B9B9B"/>
            </w:tcBorders>
            <w:shd w:val="clear" w:color="auto" w:fill="CFCFCF"/>
            <w:vAlign w:val="center"/>
          </w:tcPr>
          <w:p w14:paraId="2E863904" w14:textId="77777777" w:rsidR="00A806B2" w:rsidRPr="00A864B8" w:rsidRDefault="00000000">
            <w:pPr>
              <w:spacing w:before="20" w:after="10" w:line="240" w:lineRule="auto"/>
              <w:jc w:val="center"/>
            </w:pPr>
            <w:r w:rsidRPr="00A864B8">
              <w:rPr>
                <w:sz w:val="20"/>
              </w:rPr>
              <w:t>4.564.628</w:t>
            </w:r>
          </w:p>
        </w:tc>
        <w:tc>
          <w:tcPr>
            <w:tcW w:w="2880" w:type="dxa"/>
            <w:tcBorders>
              <w:bottom w:val="single" w:sz="8" w:space="0" w:color="9B9B9B"/>
            </w:tcBorders>
            <w:shd w:val="clear" w:color="auto" w:fill="CFCFCF"/>
            <w:vAlign w:val="center"/>
          </w:tcPr>
          <w:p w14:paraId="6E461E66" w14:textId="77777777" w:rsidR="00A806B2" w:rsidRPr="00A864B8" w:rsidRDefault="00000000">
            <w:pPr>
              <w:spacing w:before="20" w:after="10" w:line="240" w:lineRule="auto"/>
              <w:jc w:val="center"/>
            </w:pPr>
            <w:r w:rsidRPr="00A864B8">
              <w:rPr>
                <w:sz w:val="20"/>
              </w:rPr>
              <w:t>4.564.628</w:t>
            </w:r>
          </w:p>
        </w:tc>
      </w:tr>
      <w:tr w:rsidR="00A806B2" w:rsidRPr="00A864B8" w14:paraId="19BE7732" w14:textId="77777777">
        <w:trPr>
          <w:jc w:val="center"/>
        </w:trPr>
        <w:tc>
          <w:tcPr>
            <w:tcW w:w="2880" w:type="dxa"/>
            <w:tcBorders>
              <w:bottom w:val="single" w:sz="8" w:space="0" w:color="9B9B9B"/>
            </w:tcBorders>
            <w:shd w:val="clear" w:color="auto" w:fill="F0F0F0"/>
            <w:vAlign w:val="center"/>
          </w:tcPr>
          <w:p w14:paraId="614FF557" w14:textId="77777777" w:rsidR="00A806B2" w:rsidRPr="00A864B8" w:rsidRDefault="00000000">
            <w:pPr>
              <w:spacing w:before="20" w:after="10" w:line="240" w:lineRule="auto"/>
              <w:jc w:val="center"/>
            </w:pPr>
            <w:r w:rsidRPr="00A864B8">
              <w:rPr>
                <w:sz w:val="20"/>
              </w:rPr>
              <w:t>Wärmebedarf</w:t>
            </w:r>
          </w:p>
        </w:tc>
        <w:tc>
          <w:tcPr>
            <w:tcW w:w="2880" w:type="dxa"/>
            <w:tcBorders>
              <w:bottom w:val="single" w:sz="8" w:space="0" w:color="9B9B9B"/>
            </w:tcBorders>
            <w:shd w:val="clear" w:color="auto" w:fill="F0F0F0"/>
            <w:vAlign w:val="center"/>
          </w:tcPr>
          <w:p w14:paraId="5384020A" w14:textId="77777777" w:rsidR="00A806B2" w:rsidRPr="00A864B8" w:rsidRDefault="00000000">
            <w:pPr>
              <w:spacing w:before="20" w:after="10" w:line="240" w:lineRule="auto"/>
              <w:jc w:val="center"/>
            </w:pPr>
            <w:r w:rsidRPr="00A864B8">
              <w:rPr>
                <w:sz w:val="20"/>
              </w:rPr>
              <w:t>2.096.628</w:t>
            </w:r>
          </w:p>
        </w:tc>
        <w:tc>
          <w:tcPr>
            <w:tcW w:w="2880" w:type="dxa"/>
            <w:tcBorders>
              <w:bottom w:val="single" w:sz="8" w:space="0" w:color="9B9B9B"/>
            </w:tcBorders>
            <w:shd w:val="clear" w:color="auto" w:fill="F0F0F0"/>
            <w:vAlign w:val="center"/>
          </w:tcPr>
          <w:p w14:paraId="0A4F2801" w14:textId="77777777" w:rsidR="00A806B2" w:rsidRPr="00A864B8" w:rsidRDefault="00000000">
            <w:pPr>
              <w:spacing w:before="20" w:after="10" w:line="240" w:lineRule="auto"/>
              <w:jc w:val="center"/>
            </w:pPr>
            <w:r w:rsidRPr="00A864B8">
              <w:rPr>
                <w:sz w:val="20"/>
              </w:rPr>
              <w:t>2.096.628</w:t>
            </w:r>
          </w:p>
        </w:tc>
      </w:tr>
      <w:tr w:rsidR="00A806B2" w:rsidRPr="00A864B8" w14:paraId="6D8F7463" w14:textId="77777777">
        <w:trPr>
          <w:jc w:val="center"/>
        </w:trPr>
        <w:tc>
          <w:tcPr>
            <w:tcW w:w="2880" w:type="dxa"/>
            <w:tcBorders>
              <w:bottom w:val="single" w:sz="8" w:space="0" w:color="9B9B9B"/>
            </w:tcBorders>
            <w:shd w:val="clear" w:color="auto" w:fill="CFCFCF"/>
            <w:vAlign w:val="center"/>
          </w:tcPr>
          <w:p w14:paraId="3AEF81EC"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1157FC86" w14:textId="77777777" w:rsidR="00A806B2" w:rsidRPr="00A864B8" w:rsidRDefault="00000000">
            <w:pPr>
              <w:spacing w:before="20" w:after="10" w:line="240" w:lineRule="auto"/>
              <w:jc w:val="center"/>
            </w:pPr>
            <w:r w:rsidRPr="00A864B8">
              <w:rPr>
                <w:sz w:val="20"/>
              </w:rPr>
              <w:t>1.718.718</w:t>
            </w:r>
          </w:p>
        </w:tc>
        <w:tc>
          <w:tcPr>
            <w:tcW w:w="2880" w:type="dxa"/>
            <w:tcBorders>
              <w:bottom w:val="single" w:sz="8" w:space="0" w:color="9B9B9B"/>
            </w:tcBorders>
            <w:shd w:val="clear" w:color="auto" w:fill="CFCFCF"/>
            <w:vAlign w:val="center"/>
          </w:tcPr>
          <w:p w14:paraId="777F6696" w14:textId="77777777" w:rsidR="00A806B2" w:rsidRPr="00A864B8" w:rsidRDefault="00000000">
            <w:pPr>
              <w:spacing w:before="20" w:after="10" w:line="240" w:lineRule="auto"/>
              <w:jc w:val="center"/>
            </w:pPr>
            <w:r w:rsidRPr="00A864B8">
              <w:rPr>
                <w:sz w:val="20"/>
              </w:rPr>
              <w:t>1.718.718</w:t>
            </w:r>
          </w:p>
        </w:tc>
      </w:tr>
      <w:tr w:rsidR="00A806B2" w:rsidRPr="00A864B8" w14:paraId="5BC4F2E9" w14:textId="77777777">
        <w:trPr>
          <w:jc w:val="center"/>
        </w:trPr>
        <w:tc>
          <w:tcPr>
            <w:tcW w:w="2880" w:type="dxa"/>
            <w:tcBorders>
              <w:bottom w:val="single" w:sz="8" w:space="0" w:color="9B9B9B"/>
            </w:tcBorders>
            <w:shd w:val="clear" w:color="auto" w:fill="F0F0F0"/>
            <w:vAlign w:val="center"/>
          </w:tcPr>
          <w:p w14:paraId="3370E962" w14:textId="77777777" w:rsidR="00A806B2" w:rsidRPr="00A864B8" w:rsidRDefault="00000000">
            <w:pPr>
              <w:spacing w:before="20" w:after="10" w:line="240" w:lineRule="auto"/>
              <w:jc w:val="center"/>
            </w:pPr>
            <w:r w:rsidRPr="00A864B8">
              <w:rPr>
                <w:sz w:val="20"/>
              </w:rPr>
              <w:t>Leistungspreis</w:t>
            </w:r>
          </w:p>
        </w:tc>
        <w:tc>
          <w:tcPr>
            <w:tcW w:w="2880" w:type="dxa"/>
            <w:tcBorders>
              <w:bottom w:val="single" w:sz="8" w:space="0" w:color="9B9B9B"/>
            </w:tcBorders>
            <w:shd w:val="clear" w:color="auto" w:fill="F0F0F0"/>
            <w:vAlign w:val="center"/>
          </w:tcPr>
          <w:p w14:paraId="0DB63257" w14:textId="77777777" w:rsidR="00A806B2" w:rsidRPr="00A864B8" w:rsidRDefault="00000000">
            <w:pPr>
              <w:spacing w:before="20" w:after="10" w:line="240" w:lineRule="auto"/>
              <w:jc w:val="center"/>
            </w:pPr>
            <w:r w:rsidRPr="00A864B8">
              <w:rPr>
                <w:sz w:val="20"/>
              </w:rPr>
              <w:t>377.910</w:t>
            </w:r>
          </w:p>
        </w:tc>
        <w:tc>
          <w:tcPr>
            <w:tcW w:w="2880" w:type="dxa"/>
            <w:tcBorders>
              <w:bottom w:val="single" w:sz="8" w:space="0" w:color="9B9B9B"/>
            </w:tcBorders>
            <w:shd w:val="clear" w:color="auto" w:fill="F0F0F0"/>
            <w:vAlign w:val="center"/>
          </w:tcPr>
          <w:p w14:paraId="21B5F000" w14:textId="77777777" w:rsidR="00A806B2" w:rsidRPr="00A864B8" w:rsidRDefault="00000000">
            <w:pPr>
              <w:spacing w:before="20" w:after="10" w:line="240" w:lineRule="auto"/>
              <w:jc w:val="center"/>
            </w:pPr>
            <w:r w:rsidRPr="00A864B8">
              <w:rPr>
                <w:sz w:val="20"/>
              </w:rPr>
              <w:t>377.910</w:t>
            </w:r>
          </w:p>
        </w:tc>
      </w:tr>
      <w:tr w:rsidR="00A806B2" w:rsidRPr="00A864B8" w14:paraId="35456950" w14:textId="77777777">
        <w:trPr>
          <w:jc w:val="center"/>
        </w:trPr>
        <w:tc>
          <w:tcPr>
            <w:tcW w:w="2880" w:type="dxa"/>
            <w:tcBorders>
              <w:bottom w:val="single" w:sz="8" w:space="0" w:color="9B9B9B"/>
            </w:tcBorders>
            <w:shd w:val="clear" w:color="auto" w:fill="CFCFCF"/>
            <w:vAlign w:val="center"/>
          </w:tcPr>
          <w:p w14:paraId="2DA7B65A" w14:textId="77777777" w:rsidR="00A806B2" w:rsidRPr="00A864B8" w:rsidRDefault="00000000">
            <w:pPr>
              <w:spacing w:before="20" w:after="10" w:line="240" w:lineRule="auto"/>
              <w:jc w:val="center"/>
            </w:pPr>
            <w:r w:rsidRPr="00A864B8">
              <w:rPr>
                <w:sz w:val="20"/>
              </w:rPr>
              <w:t>Kältebedarf</w:t>
            </w:r>
          </w:p>
        </w:tc>
        <w:tc>
          <w:tcPr>
            <w:tcW w:w="2880" w:type="dxa"/>
            <w:tcBorders>
              <w:bottom w:val="single" w:sz="8" w:space="0" w:color="9B9B9B"/>
            </w:tcBorders>
            <w:shd w:val="clear" w:color="auto" w:fill="CFCFCF"/>
            <w:vAlign w:val="center"/>
          </w:tcPr>
          <w:p w14:paraId="160B6F24" w14:textId="77777777" w:rsidR="00A806B2" w:rsidRPr="00A864B8" w:rsidRDefault="00000000">
            <w:pPr>
              <w:spacing w:before="20" w:after="10" w:line="240" w:lineRule="auto"/>
              <w:jc w:val="center"/>
            </w:pPr>
            <w:r w:rsidRPr="00A864B8">
              <w:rPr>
                <w:sz w:val="20"/>
              </w:rPr>
              <w:t>82.891</w:t>
            </w:r>
          </w:p>
        </w:tc>
        <w:tc>
          <w:tcPr>
            <w:tcW w:w="2880" w:type="dxa"/>
            <w:tcBorders>
              <w:bottom w:val="single" w:sz="8" w:space="0" w:color="9B9B9B"/>
            </w:tcBorders>
            <w:shd w:val="clear" w:color="auto" w:fill="CFCFCF"/>
            <w:vAlign w:val="center"/>
          </w:tcPr>
          <w:p w14:paraId="4FB386C1" w14:textId="77777777" w:rsidR="00A806B2" w:rsidRPr="00A864B8" w:rsidRDefault="00000000">
            <w:pPr>
              <w:spacing w:before="20" w:after="10" w:line="240" w:lineRule="auto"/>
              <w:jc w:val="center"/>
            </w:pPr>
            <w:r w:rsidRPr="00A864B8">
              <w:rPr>
                <w:sz w:val="20"/>
              </w:rPr>
              <w:t>82.891</w:t>
            </w:r>
          </w:p>
        </w:tc>
      </w:tr>
      <w:tr w:rsidR="00A806B2" w:rsidRPr="00A864B8" w14:paraId="3AF7AE81" w14:textId="77777777">
        <w:trPr>
          <w:jc w:val="center"/>
        </w:trPr>
        <w:tc>
          <w:tcPr>
            <w:tcW w:w="2880" w:type="dxa"/>
            <w:tcBorders>
              <w:bottom w:val="single" w:sz="8" w:space="0" w:color="9B9B9B"/>
            </w:tcBorders>
            <w:shd w:val="clear" w:color="auto" w:fill="F0F0F0"/>
            <w:vAlign w:val="center"/>
          </w:tcPr>
          <w:p w14:paraId="42E5FBAD"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F0F0F0"/>
            <w:vAlign w:val="center"/>
          </w:tcPr>
          <w:p w14:paraId="0BF4FEFB" w14:textId="77777777" w:rsidR="00A806B2" w:rsidRPr="00A864B8" w:rsidRDefault="00000000">
            <w:pPr>
              <w:spacing w:before="20" w:after="10" w:line="240" w:lineRule="auto"/>
              <w:jc w:val="center"/>
            </w:pPr>
            <w:r w:rsidRPr="00A864B8">
              <w:rPr>
                <w:sz w:val="20"/>
              </w:rPr>
              <w:t>41.834</w:t>
            </w:r>
          </w:p>
        </w:tc>
        <w:tc>
          <w:tcPr>
            <w:tcW w:w="2880" w:type="dxa"/>
            <w:tcBorders>
              <w:bottom w:val="single" w:sz="8" w:space="0" w:color="9B9B9B"/>
            </w:tcBorders>
            <w:shd w:val="clear" w:color="auto" w:fill="F0F0F0"/>
            <w:vAlign w:val="center"/>
          </w:tcPr>
          <w:p w14:paraId="50E6A292" w14:textId="77777777" w:rsidR="00A806B2" w:rsidRPr="00A864B8" w:rsidRDefault="00000000">
            <w:pPr>
              <w:spacing w:before="20" w:after="10" w:line="240" w:lineRule="auto"/>
              <w:jc w:val="center"/>
            </w:pPr>
            <w:r w:rsidRPr="00A864B8">
              <w:rPr>
                <w:sz w:val="20"/>
              </w:rPr>
              <w:t>41.834</w:t>
            </w:r>
          </w:p>
        </w:tc>
      </w:tr>
      <w:tr w:rsidR="00A806B2" w:rsidRPr="00A864B8" w14:paraId="60DB1996" w14:textId="77777777">
        <w:trPr>
          <w:jc w:val="center"/>
        </w:trPr>
        <w:tc>
          <w:tcPr>
            <w:tcW w:w="2880" w:type="dxa"/>
            <w:tcBorders>
              <w:bottom w:val="single" w:sz="8" w:space="0" w:color="9B9B9B"/>
            </w:tcBorders>
            <w:shd w:val="clear" w:color="auto" w:fill="CFCFCF"/>
            <w:vAlign w:val="center"/>
          </w:tcPr>
          <w:p w14:paraId="4AEE612E" w14:textId="77777777" w:rsidR="00A806B2" w:rsidRPr="00A864B8" w:rsidRDefault="00000000">
            <w:pPr>
              <w:spacing w:before="20" w:after="10" w:line="240" w:lineRule="auto"/>
              <w:jc w:val="center"/>
            </w:pPr>
            <w:r w:rsidRPr="00A864B8">
              <w:rPr>
                <w:sz w:val="20"/>
              </w:rPr>
              <w:t>Leistungspreis</w:t>
            </w:r>
          </w:p>
        </w:tc>
        <w:tc>
          <w:tcPr>
            <w:tcW w:w="2880" w:type="dxa"/>
            <w:tcBorders>
              <w:bottom w:val="single" w:sz="8" w:space="0" w:color="9B9B9B"/>
            </w:tcBorders>
            <w:shd w:val="clear" w:color="auto" w:fill="CFCFCF"/>
            <w:vAlign w:val="center"/>
          </w:tcPr>
          <w:p w14:paraId="36130524" w14:textId="77777777" w:rsidR="00A806B2" w:rsidRPr="00A864B8" w:rsidRDefault="00000000">
            <w:pPr>
              <w:spacing w:before="20" w:after="10" w:line="240" w:lineRule="auto"/>
              <w:jc w:val="center"/>
            </w:pPr>
            <w:r w:rsidRPr="00A864B8">
              <w:rPr>
                <w:sz w:val="20"/>
              </w:rPr>
              <w:t>41.057</w:t>
            </w:r>
          </w:p>
        </w:tc>
        <w:tc>
          <w:tcPr>
            <w:tcW w:w="2880" w:type="dxa"/>
            <w:tcBorders>
              <w:bottom w:val="single" w:sz="8" w:space="0" w:color="9B9B9B"/>
            </w:tcBorders>
            <w:shd w:val="clear" w:color="auto" w:fill="CFCFCF"/>
            <w:vAlign w:val="center"/>
          </w:tcPr>
          <w:p w14:paraId="12B91158" w14:textId="77777777" w:rsidR="00A806B2" w:rsidRPr="00A864B8" w:rsidRDefault="00000000">
            <w:pPr>
              <w:spacing w:before="20" w:after="10" w:line="240" w:lineRule="auto"/>
              <w:jc w:val="center"/>
            </w:pPr>
            <w:r w:rsidRPr="00A864B8">
              <w:rPr>
                <w:sz w:val="20"/>
              </w:rPr>
              <w:t>41.057</w:t>
            </w:r>
          </w:p>
        </w:tc>
      </w:tr>
      <w:tr w:rsidR="00A806B2" w:rsidRPr="00A864B8" w14:paraId="76B13CC8" w14:textId="77777777">
        <w:trPr>
          <w:jc w:val="center"/>
        </w:trPr>
        <w:tc>
          <w:tcPr>
            <w:tcW w:w="2880" w:type="dxa"/>
            <w:tcBorders>
              <w:bottom w:val="single" w:sz="8" w:space="0" w:color="9B9B9B"/>
            </w:tcBorders>
            <w:shd w:val="clear" w:color="auto" w:fill="F0F0F0"/>
            <w:vAlign w:val="center"/>
          </w:tcPr>
          <w:p w14:paraId="5071674F" w14:textId="77777777" w:rsidR="00A806B2" w:rsidRPr="00A864B8" w:rsidRDefault="00000000">
            <w:pPr>
              <w:spacing w:before="20" w:after="10" w:line="240" w:lineRule="auto"/>
              <w:jc w:val="center"/>
            </w:pPr>
            <w:r w:rsidRPr="00A864B8">
              <w:rPr>
                <w:sz w:val="20"/>
              </w:rPr>
              <w:t>Nutzerstrom</w:t>
            </w:r>
          </w:p>
        </w:tc>
        <w:tc>
          <w:tcPr>
            <w:tcW w:w="2880" w:type="dxa"/>
            <w:tcBorders>
              <w:bottom w:val="single" w:sz="8" w:space="0" w:color="9B9B9B"/>
            </w:tcBorders>
            <w:shd w:val="clear" w:color="auto" w:fill="F0F0F0"/>
            <w:vAlign w:val="center"/>
          </w:tcPr>
          <w:p w14:paraId="2995170B" w14:textId="77777777" w:rsidR="00A806B2" w:rsidRPr="00A864B8" w:rsidRDefault="00000000">
            <w:pPr>
              <w:spacing w:before="20" w:after="10" w:line="240" w:lineRule="auto"/>
              <w:jc w:val="center"/>
            </w:pPr>
            <w:r w:rsidRPr="00A864B8">
              <w:rPr>
                <w:sz w:val="20"/>
              </w:rPr>
              <w:t>24.207</w:t>
            </w:r>
          </w:p>
        </w:tc>
        <w:tc>
          <w:tcPr>
            <w:tcW w:w="2880" w:type="dxa"/>
            <w:tcBorders>
              <w:bottom w:val="single" w:sz="8" w:space="0" w:color="9B9B9B"/>
            </w:tcBorders>
            <w:shd w:val="clear" w:color="auto" w:fill="F0F0F0"/>
            <w:vAlign w:val="center"/>
          </w:tcPr>
          <w:p w14:paraId="57A1D690" w14:textId="77777777" w:rsidR="00A806B2" w:rsidRPr="00A864B8" w:rsidRDefault="00000000">
            <w:pPr>
              <w:spacing w:before="20" w:after="10" w:line="240" w:lineRule="auto"/>
              <w:jc w:val="center"/>
            </w:pPr>
            <w:r w:rsidRPr="00A864B8">
              <w:rPr>
                <w:sz w:val="20"/>
              </w:rPr>
              <w:t>24.207</w:t>
            </w:r>
          </w:p>
        </w:tc>
      </w:tr>
      <w:tr w:rsidR="00A806B2" w:rsidRPr="00A864B8" w14:paraId="4F97CF74" w14:textId="77777777">
        <w:trPr>
          <w:jc w:val="center"/>
        </w:trPr>
        <w:tc>
          <w:tcPr>
            <w:tcW w:w="2880" w:type="dxa"/>
            <w:tcBorders>
              <w:bottom w:val="single" w:sz="8" w:space="0" w:color="9B9B9B"/>
            </w:tcBorders>
            <w:shd w:val="clear" w:color="auto" w:fill="CFCFCF"/>
            <w:vAlign w:val="center"/>
          </w:tcPr>
          <w:p w14:paraId="0875C922"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29B1D639" w14:textId="77777777" w:rsidR="00A806B2" w:rsidRPr="00A864B8" w:rsidRDefault="00000000">
            <w:pPr>
              <w:spacing w:before="20" w:after="10" w:line="240" w:lineRule="auto"/>
              <w:jc w:val="center"/>
            </w:pPr>
            <w:r w:rsidRPr="00A864B8">
              <w:rPr>
                <w:sz w:val="20"/>
              </w:rPr>
              <w:t>22.537</w:t>
            </w:r>
          </w:p>
        </w:tc>
        <w:tc>
          <w:tcPr>
            <w:tcW w:w="2880" w:type="dxa"/>
            <w:tcBorders>
              <w:bottom w:val="single" w:sz="8" w:space="0" w:color="9B9B9B"/>
            </w:tcBorders>
            <w:shd w:val="clear" w:color="auto" w:fill="CFCFCF"/>
            <w:vAlign w:val="center"/>
          </w:tcPr>
          <w:p w14:paraId="26741D61" w14:textId="77777777" w:rsidR="00A806B2" w:rsidRPr="00A864B8" w:rsidRDefault="00000000">
            <w:pPr>
              <w:spacing w:before="20" w:after="10" w:line="240" w:lineRule="auto"/>
              <w:jc w:val="center"/>
            </w:pPr>
            <w:r w:rsidRPr="00A864B8">
              <w:rPr>
                <w:sz w:val="20"/>
              </w:rPr>
              <w:t>22.537</w:t>
            </w:r>
          </w:p>
        </w:tc>
      </w:tr>
      <w:tr w:rsidR="00A806B2" w:rsidRPr="00A864B8" w14:paraId="43D6B838" w14:textId="77777777">
        <w:trPr>
          <w:jc w:val="center"/>
        </w:trPr>
        <w:tc>
          <w:tcPr>
            <w:tcW w:w="2880" w:type="dxa"/>
            <w:tcBorders>
              <w:bottom w:val="single" w:sz="8" w:space="0" w:color="9B9B9B"/>
            </w:tcBorders>
            <w:shd w:val="clear" w:color="auto" w:fill="F0F0F0"/>
            <w:vAlign w:val="center"/>
          </w:tcPr>
          <w:p w14:paraId="0DFE7E58" w14:textId="77777777" w:rsidR="00A806B2" w:rsidRPr="00A864B8" w:rsidRDefault="00000000">
            <w:pPr>
              <w:spacing w:before="20" w:after="10" w:line="240" w:lineRule="auto"/>
              <w:jc w:val="center"/>
            </w:pPr>
            <w:r w:rsidRPr="00A864B8">
              <w:rPr>
                <w:sz w:val="20"/>
              </w:rPr>
              <w:t>Leistungspreis</w:t>
            </w:r>
          </w:p>
        </w:tc>
        <w:tc>
          <w:tcPr>
            <w:tcW w:w="2880" w:type="dxa"/>
            <w:tcBorders>
              <w:bottom w:val="single" w:sz="8" w:space="0" w:color="9B9B9B"/>
            </w:tcBorders>
            <w:shd w:val="clear" w:color="auto" w:fill="F0F0F0"/>
            <w:vAlign w:val="center"/>
          </w:tcPr>
          <w:p w14:paraId="7741AA57" w14:textId="77777777" w:rsidR="00A806B2" w:rsidRPr="00A864B8" w:rsidRDefault="00000000">
            <w:pPr>
              <w:spacing w:before="20" w:after="10" w:line="240" w:lineRule="auto"/>
              <w:jc w:val="center"/>
            </w:pPr>
            <w:r w:rsidRPr="00A864B8">
              <w:rPr>
                <w:sz w:val="20"/>
              </w:rPr>
              <w:t>1.670</w:t>
            </w:r>
          </w:p>
        </w:tc>
        <w:tc>
          <w:tcPr>
            <w:tcW w:w="2880" w:type="dxa"/>
            <w:tcBorders>
              <w:bottom w:val="single" w:sz="8" w:space="0" w:color="9B9B9B"/>
            </w:tcBorders>
            <w:shd w:val="clear" w:color="auto" w:fill="F0F0F0"/>
            <w:vAlign w:val="center"/>
          </w:tcPr>
          <w:p w14:paraId="2D30CA89" w14:textId="77777777" w:rsidR="00A806B2" w:rsidRPr="00A864B8" w:rsidRDefault="00000000">
            <w:pPr>
              <w:spacing w:before="20" w:after="10" w:line="240" w:lineRule="auto"/>
              <w:jc w:val="center"/>
            </w:pPr>
            <w:r w:rsidRPr="00A864B8">
              <w:rPr>
                <w:sz w:val="20"/>
              </w:rPr>
              <w:t>1.670</w:t>
            </w:r>
          </w:p>
        </w:tc>
      </w:tr>
      <w:tr w:rsidR="00A806B2" w:rsidRPr="00A864B8" w14:paraId="5D5DE4F8" w14:textId="77777777">
        <w:trPr>
          <w:jc w:val="center"/>
        </w:trPr>
        <w:tc>
          <w:tcPr>
            <w:tcW w:w="2880" w:type="dxa"/>
            <w:tcBorders>
              <w:bottom w:val="single" w:sz="8" w:space="0" w:color="9B9B9B"/>
            </w:tcBorders>
            <w:shd w:val="clear" w:color="auto" w:fill="CFCFCF"/>
            <w:vAlign w:val="center"/>
          </w:tcPr>
          <w:p w14:paraId="1F661D01" w14:textId="77777777" w:rsidR="00A806B2" w:rsidRPr="00A864B8" w:rsidRDefault="00000000">
            <w:pPr>
              <w:spacing w:before="20" w:after="10" w:line="240" w:lineRule="auto"/>
              <w:jc w:val="center"/>
            </w:pPr>
            <w:r w:rsidRPr="00A864B8">
              <w:rPr>
                <w:sz w:val="20"/>
              </w:rPr>
              <w:t>Elektromobilität</w:t>
            </w:r>
          </w:p>
        </w:tc>
        <w:tc>
          <w:tcPr>
            <w:tcW w:w="2880" w:type="dxa"/>
            <w:tcBorders>
              <w:bottom w:val="single" w:sz="8" w:space="0" w:color="9B9B9B"/>
            </w:tcBorders>
            <w:shd w:val="clear" w:color="auto" w:fill="CFCFCF"/>
            <w:vAlign w:val="center"/>
          </w:tcPr>
          <w:p w14:paraId="2B736EFB" w14:textId="77777777" w:rsidR="00A806B2" w:rsidRPr="00A864B8" w:rsidRDefault="00000000">
            <w:pPr>
              <w:spacing w:before="20" w:after="10" w:line="240" w:lineRule="auto"/>
              <w:jc w:val="center"/>
            </w:pPr>
            <w:r w:rsidRPr="00A864B8">
              <w:rPr>
                <w:sz w:val="20"/>
              </w:rPr>
              <w:t>1.984.902</w:t>
            </w:r>
          </w:p>
        </w:tc>
        <w:tc>
          <w:tcPr>
            <w:tcW w:w="2880" w:type="dxa"/>
            <w:tcBorders>
              <w:bottom w:val="single" w:sz="8" w:space="0" w:color="9B9B9B"/>
            </w:tcBorders>
            <w:shd w:val="clear" w:color="auto" w:fill="CFCFCF"/>
            <w:vAlign w:val="center"/>
          </w:tcPr>
          <w:p w14:paraId="06754ED5" w14:textId="77777777" w:rsidR="00A806B2" w:rsidRPr="00A864B8" w:rsidRDefault="00000000">
            <w:pPr>
              <w:spacing w:before="20" w:after="10" w:line="240" w:lineRule="auto"/>
              <w:jc w:val="center"/>
            </w:pPr>
            <w:r w:rsidRPr="00A864B8">
              <w:rPr>
                <w:sz w:val="20"/>
              </w:rPr>
              <w:t>1.984.902</w:t>
            </w:r>
          </w:p>
        </w:tc>
      </w:tr>
      <w:tr w:rsidR="00A806B2" w:rsidRPr="00A864B8" w14:paraId="3B3DD823" w14:textId="77777777">
        <w:trPr>
          <w:jc w:val="center"/>
        </w:trPr>
        <w:tc>
          <w:tcPr>
            <w:tcW w:w="2880" w:type="dxa"/>
            <w:tcBorders>
              <w:bottom w:val="single" w:sz="8" w:space="0" w:color="9B9B9B"/>
            </w:tcBorders>
            <w:shd w:val="clear" w:color="auto" w:fill="F0F0F0"/>
            <w:vAlign w:val="center"/>
          </w:tcPr>
          <w:p w14:paraId="7625E2A5"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F0F0F0"/>
            <w:vAlign w:val="center"/>
          </w:tcPr>
          <w:p w14:paraId="2674CB01" w14:textId="77777777" w:rsidR="00A806B2" w:rsidRPr="00A864B8" w:rsidRDefault="00000000">
            <w:pPr>
              <w:spacing w:before="20" w:after="10" w:line="240" w:lineRule="auto"/>
              <w:jc w:val="center"/>
            </w:pPr>
            <w:r w:rsidRPr="00A864B8">
              <w:rPr>
                <w:sz w:val="20"/>
              </w:rPr>
              <w:t>1.860.280</w:t>
            </w:r>
          </w:p>
        </w:tc>
        <w:tc>
          <w:tcPr>
            <w:tcW w:w="2880" w:type="dxa"/>
            <w:tcBorders>
              <w:bottom w:val="single" w:sz="8" w:space="0" w:color="9B9B9B"/>
            </w:tcBorders>
            <w:shd w:val="clear" w:color="auto" w:fill="F0F0F0"/>
            <w:vAlign w:val="center"/>
          </w:tcPr>
          <w:p w14:paraId="699CB0F7" w14:textId="77777777" w:rsidR="00A806B2" w:rsidRPr="00A864B8" w:rsidRDefault="00000000">
            <w:pPr>
              <w:spacing w:before="20" w:after="10" w:line="240" w:lineRule="auto"/>
              <w:jc w:val="center"/>
            </w:pPr>
            <w:r w:rsidRPr="00A864B8">
              <w:rPr>
                <w:sz w:val="20"/>
              </w:rPr>
              <w:t>1.860.280</w:t>
            </w:r>
          </w:p>
        </w:tc>
      </w:tr>
      <w:tr w:rsidR="00A806B2" w:rsidRPr="00A864B8" w14:paraId="2D557FFF" w14:textId="77777777">
        <w:trPr>
          <w:jc w:val="center"/>
        </w:trPr>
        <w:tc>
          <w:tcPr>
            <w:tcW w:w="2880" w:type="dxa"/>
            <w:tcBorders>
              <w:bottom w:val="single" w:sz="8" w:space="0" w:color="9B9B9B"/>
            </w:tcBorders>
            <w:shd w:val="clear" w:color="auto" w:fill="CFCFCF"/>
            <w:vAlign w:val="center"/>
          </w:tcPr>
          <w:p w14:paraId="4E99797A" w14:textId="77777777" w:rsidR="00A806B2" w:rsidRPr="00A864B8" w:rsidRDefault="00000000">
            <w:pPr>
              <w:spacing w:before="20" w:after="10" w:line="240" w:lineRule="auto"/>
              <w:jc w:val="center"/>
            </w:pPr>
            <w:r w:rsidRPr="00A864B8">
              <w:rPr>
                <w:sz w:val="20"/>
              </w:rPr>
              <w:t>Leistungspreis</w:t>
            </w:r>
          </w:p>
        </w:tc>
        <w:tc>
          <w:tcPr>
            <w:tcW w:w="2880" w:type="dxa"/>
            <w:tcBorders>
              <w:bottom w:val="single" w:sz="8" w:space="0" w:color="9B9B9B"/>
            </w:tcBorders>
            <w:shd w:val="clear" w:color="auto" w:fill="CFCFCF"/>
            <w:vAlign w:val="center"/>
          </w:tcPr>
          <w:p w14:paraId="70D61116" w14:textId="77777777" w:rsidR="00A806B2" w:rsidRPr="00A864B8" w:rsidRDefault="00000000">
            <w:pPr>
              <w:spacing w:before="20" w:after="10" w:line="240" w:lineRule="auto"/>
              <w:jc w:val="center"/>
            </w:pPr>
            <w:r w:rsidRPr="00A864B8">
              <w:rPr>
                <w:sz w:val="20"/>
              </w:rPr>
              <w:t>124.622</w:t>
            </w:r>
          </w:p>
        </w:tc>
        <w:tc>
          <w:tcPr>
            <w:tcW w:w="2880" w:type="dxa"/>
            <w:tcBorders>
              <w:bottom w:val="single" w:sz="8" w:space="0" w:color="9B9B9B"/>
            </w:tcBorders>
            <w:shd w:val="clear" w:color="auto" w:fill="CFCFCF"/>
            <w:vAlign w:val="center"/>
          </w:tcPr>
          <w:p w14:paraId="5F5A7C0A" w14:textId="77777777" w:rsidR="00A806B2" w:rsidRPr="00A864B8" w:rsidRDefault="00000000">
            <w:pPr>
              <w:spacing w:before="20" w:after="10" w:line="240" w:lineRule="auto"/>
              <w:jc w:val="center"/>
            </w:pPr>
            <w:r w:rsidRPr="00A864B8">
              <w:rPr>
                <w:sz w:val="20"/>
              </w:rPr>
              <w:t>124.622</w:t>
            </w:r>
          </w:p>
        </w:tc>
      </w:tr>
      <w:tr w:rsidR="00A806B2" w:rsidRPr="00A864B8" w14:paraId="6CE9A61B" w14:textId="77777777">
        <w:trPr>
          <w:jc w:val="center"/>
        </w:trPr>
        <w:tc>
          <w:tcPr>
            <w:tcW w:w="2880" w:type="dxa"/>
            <w:tcBorders>
              <w:bottom w:val="single" w:sz="8" w:space="0" w:color="9B9B9B"/>
            </w:tcBorders>
            <w:shd w:val="clear" w:color="auto" w:fill="F0F0F0"/>
            <w:vAlign w:val="center"/>
          </w:tcPr>
          <w:p w14:paraId="441C36D9" w14:textId="77777777" w:rsidR="00A806B2" w:rsidRPr="00A864B8" w:rsidRDefault="00000000">
            <w:pPr>
              <w:spacing w:before="20" w:after="10" w:line="240" w:lineRule="auto"/>
              <w:jc w:val="center"/>
            </w:pPr>
            <w:r w:rsidRPr="00A864B8">
              <w:rPr>
                <w:sz w:val="20"/>
              </w:rPr>
              <w:t>Einmalige Anschlussgebühren</w:t>
            </w:r>
          </w:p>
        </w:tc>
        <w:tc>
          <w:tcPr>
            <w:tcW w:w="2880" w:type="dxa"/>
            <w:tcBorders>
              <w:bottom w:val="single" w:sz="8" w:space="0" w:color="9B9B9B"/>
            </w:tcBorders>
            <w:shd w:val="clear" w:color="auto" w:fill="F0F0F0"/>
            <w:vAlign w:val="center"/>
          </w:tcPr>
          <w:p w14:paraId="0970FB2D" w14:textId="77777777" w:rsidR="00A806B2" w:rsidRPr="00A864B8" w:rsidRDefault="00000000">
            <w:pPr>
              <w:spacing w:before="20" w:after="10" w:line="240" w:lineRule="auto"/>
              <w:jc w:val="center"/>
            </w:pPr>
            <w:r w:rsidRPr="00A864B8">
              <w:rPr>
                <w:sz w:val="20"/>
              </w:rPr>
              <w:t>376.000</w:t>
            </w:r>
          </w:p>
        </w:tc>
        <w:tc>
          <w:tcPr>
            <w:tcW w:w="2880" w:type="dxa"/>
            <w:tcBorders>
              <w:bottom w:val="single" w:sz="8" w:space="0" w:color="9B9B9B"/>
            </w:tcBorders>
            <w:shd w:val="clear" w:color="auto" w:fill="F0F0F0"/>
            <w:vAlign w:val="center"/>
          </w:tcPr>
          <w:p w14:paraId="4E60A6BE" w14:textId="77777777" w:rsidR="00A806B2" w:rsidRPr="00A864B8" w:rsidRDefault="00000000">
            <w:pPr>
              <w:spacing w:before="20" w:after="10" w:line="240" w:lineRule="auto"/>
              <w:jc w:val="center"/>
            </w:pPr>
            <w:r w:rsidRPr="00A864B8">
              <w:rPr>
                <w:sz w:val="20"/>
              </w:rPr>
              <w:t>376.000</w:t>
            </w:r>
          </w:p>
        </w:tc>
      </w:tr>
      <w:tr w:rsidR="00A806B2" w:rsidRPr="00A864B8" w14:paraId="1CE471F5" w14:textId="77777777">
        <w:trPr>
          <w:jc w:val="center"/>
        </w:trPr>
        <w:tc>
          <w:tcPr>
            <w:tcW w:w="2880" w:type="dxa"/>
            <w:tcBorders>
              <w:bottom w:val="single" w:sz="8" w:space="0" w:color="9B9B9B"/>
            </w:tcBorders>
            <w:shd w:val="clear" w:color="auto" w:fill="CFCFCF"/>
            <w:vAlign w:val="center"/>
          </w:tcPr>
          <w:p w14:paraId="5A9646E7" w14:textId="77777777" w:rsidR="00A806B2" w:rsidRPr="00A864B8" w:rsidRDefault="00000000">
            <w:pPr>
              <w:spacing w:before="20" w:after="10" w:line="240" w:lineRule="auto"/>
              <w:jc w:val="center"/>
            </w:pPr>
            <w:r w:rsidRPr="00A864B8">
              <w:rPr>
                <w:sz w:val="20"/>
              </w:rPr>
              <w:t>Förderung</w:t>
            </w:r>
          </w:p>
        </w:tc>
        <w:tc>
          <w:tcPr>
            <w:tcW w:w="2880" w:type="dxa"/>
            <w:tcBorders>
              <w:bottom w:val="single" w:sz="8" w:space="0" w:color="9B9B9B"/>
            </w:tcBorders>
            <w:shd w:val="clear" w:color="auto" w:fill="CFCFCF"/>
            <w:vAlign w:val="center"/>
          </w:tcPr>
          <w:p w14:paraId="522AF7BD" w14:textId="77777777" w:rsidR="00A806B2" w:rsidRPr="00A864B8" w:rsidRDefault="00000000">
            <w:pPr>
              <w:spacing w:before="20" w:after="10" w:line="240" w:lineRule="auto"/>
              <w:jc w:val="center"/>
            </w:pPr>
            <w:r w:rsidRPr="00A864B8">
              <w:rPr>
                <w:sz w:val="20"/>
              </w:rPr>
              <w:t>1.253.335</w:t>
            </w:r>
          </w:p>
        </w:tc>
        <w:tc>
          <w:tcPr>
            <w:tcW w:w="2880" w:type="dxa"/>
            <w:tcBorders>
              <w:bottom w:val="single" w:sz="8" w:space="0" w:color="9B9B9B"/>
            </w:tcBorders>
            <w:shd w:val="clear" w:color="auto" w:fill="CFCFCF"/>
            <w:vAlign w:val="center"/>
          </w:tcPr>
          <w:p w14:paraId="556EF61C" w14:textId="77777777" w:rsidR="00A806B2" w:rsidRPr="00A864B8" w:rsidRDefault="00000000">
            <w:pPr>
              <w:spacing w:before="20" w:after="10" w:line="240" w:lineRule="auto"/>
              <w:jc w:val="center"/>
            </w:pPr>
            <w:r w:rsidRPr="00A864B8">
              <w:rPr>
                <w:sz w:val="20"/>
              </w:rPr>
              <w:t>1.070.433</w:t>
            </w:r>
          </w:p>
        </w:tc>
      </w:tr>
      <w:tr w:rsidR="00A806B2" w:rsidRPr="00A864B8" w14:paraId="65EF5456" w14:textId="77777777">
        <w:trPr>
          <w:jc w:val="center"/>
        </w:trPr>
        <w:tc>
          <w:tcPr>
            <w:tcW w:w="2880" w:type="dxa"/>
            <w:tcBorders>
              <w:bottom w:val="single" w:sz="8" w:space="0" w:color="9B9B9B"/>
            </w:tcBorders>
            <w:shd w:val="clear" w:color="auto" w:fill="F0F0F0"/>
            <w:vAlign w:val="center"/>
          </w:tcPr>
          <w:p w14:paraId="02F4790F" w14:textId="77777777" w:rsidR="00A806B2" w:rsidRPr="00A864B8" w:rsidRDefault="00000000">
            <w:pPr>
              <w:spacing w:before="20" w:after="10" w:line="240" w:lineRule="auto"/>
              <w:jc w:val="center"/>
            </w:pPr>
            <w:r w:rsidRPr="00A864B8">
              <w:rPr>
                <w:sz w:val="20"/>
              </w:rPr>
              <w:t>Gebäudeenergiesysteme</w:t>
            </w:r>
          </w:p>
        </w:tc>
        <w:tc>
          <w:tcPr>
            <w:tcW w:w="2880" w:type="dxa"/>
            <w:tcBorders>
              <w:bottom w:val="single" w:sz="8" w:space="0" w:color="9B9B9B"/>
            </w:tcBorders>
            <w:shd w:val="clear" w:color="auto" w:fill="F0F0F0"/>
            <w:vAlign w:val="center"/>
          </w:tcPr>
          <w:p w14:paraId="77D4D8A3" w14:textId="77777777" w:rsidR="00A806B2" w:rsidRPr="00A864B8" w:rsidRDefault="00000000">
            <w:pPr>
              <w:spacing w:before="20" w:after="10" w:line="240" w:lineRule="auto"/>
              <w:jc w:val="center"/>
            </w:pPr>
            <w:r w:rsidRPr="00A864B8">
              <w:rPr>
                <w:sz w:val="20"/>
              </w:rPr>
              <w:t>161.554</w:t>
            </w:r>
          </w:p>
        </w:tc>
        <w:tc>
          <w:tcPr>
            <w:tcW w:w="2880" w:type="dxa"/>
            <w:tcBorders>
              <w:bottom w:val="single" w:sz="8" w:space="0" w:color="9B9B9B"/>
            </w:tcBorders>
            <w:shd w:val="clear" w:color="auto" w:fill="F0F0F0"/>
            <w:vAlign w:val="center"/>
          </w:tcPr>
          <w:p w14:paraId="3B87DB28" w14:textId="77777777" w:rsidR="00A806B2" w:rsidRPr="00A864B8" w:rsidRDefault="00000000">
            <w:pPr>
              <w:spacing w:before="20" w:after="10" w:line="240" w:lineRule="auto"/>
              <w:jc w:val="center"/>
            </w:pPr>
            <w:r w:rsidRPr="00A864B8">
              <w:rPr>
                <w:sz w:val="20"/>
              </w:rPr>
              <w:t>169.065</w:t>
            </w:r>
          </w:p>
        </w:tc>
      </w:tr>
      <w:tr w:rsidR="00A806B2" w:rsidRPr="00A864B8" w14:paraId="1B293C89" w14:textId="77777777">
        <w:trPr>
          <w:jc w:val="center"/>
        </w:trPr>
        <w:tc>
          <w:tcPr>
            <w:tcW w:w="2880" w:type="dxa"/>
            <w:tcBorders>
              <w:bottom w:val="single" w:sz="8" w:space="0" w:color="9B9B9B"/>
            </w:tcBorders>
            <w:shd w:val="clear" w:color="auto" w:fill="CFCFCF"/>
            <w:vAlign w:val="center"/>
          </w:tcPr>
          <w:p w14:paraId="29835A09" w14:textId="77777777" w:rsidR="00A806B2" w:rsidRPr="00A864B8" w:rsidRDefault="00000000">
            <w:pPr>
              <w:spacing w:before="20" w:after="10" w:line="240" w:lineRule="auto"/>
              <w:jc w:val="center"/>
            </w:pPr>
            <w:r w:rsidRPr="00A864B8">
              <w:rPr>
                <w:sz w:val="20"/>
              </w:rPr>
              <w:t>Dez. elektr. TWW-Erwärmung</w:t>
            </w:r>
          </w:p>
        </w:tc>
        <w:tc>
          <w:tcPr>
            <w:tcW w:w="2880" w:type="dxa"/>
            <w:tcBorders>
              <w:bottom w:val="single" w:sz="8" w:space="0" w:color="9B9B9B"/>
            </w:tcBorders>
            <w:shd w:val="clear" w:color="auto" w:fill="CFCFCF"/>
            <w:vAlign w:val="center"/>
          </w:tcPr>
          <w:p w14:paraId="2F21C93D" w14:textId="77777777" w:rsidR="00A806B2" w:rsidRPr="00A864B8" w:rsidRDefault="00000000">
            <w:pPr>
              <w:spacing w:before="20" w:after="10" w:line="240" w:lineRule="auto"/>
              <w:jc w:val="center"/>
            </w:pPr>
            <w:r w:rsidRPr="00A864B8">
              <w:rPr>
                <w:sz w:val="20"/>
              </w:rPr>
              <w:t>2.236</w:t>
            </w:r>
          </w:p>
        </w:tc>
        <w:tc>
          <w:tcPr>
            <w:tcW w:w="2880" w:type="dxa"/>
            <w:tcBorders>
              <w:bottom w:val="single" w:sz="8" w:space="0" w:color="9B9B9B"/>
            </w:tcBorders>
            <w:shd w:val="clear" w:color="auto" w:fill="CFCFCF"/>
            <w:vAlign w:val="center"/>
          </w:tcPr>
          <w:p w14:paraId="3E31E4F4" w14:textId="77777777" w:rsidR="00A806B2" w:rsidRPr="00A864B8" w:rsidRDefault="00000000">
            <w:pPr>
              <w:spacing w:before="20" w:after="10" w:line="240" w:lineRule="auto"/>
              <w:jc w:val="center"/>
            </w:pPr>
            <w:r w:rsidRPr="00A864B8">
              <w:rPr>
                <w:sz w:val="20"/>
              </w:rPr>
              <w:t>2.236</w:t>
            </w:r>
          </w:p>
        </w:tc>
      </w:tr>
      <w:tr w:rsidR="00A806B2" w:rsidRPr="00A864B8" w14:paraId="4DADEEAC" w14:textId="77777777">
        <w:trPr>
          <w:jc w:val="center"/>
        </w:trPr>
        <w:tc>
          <w:tcPr>
            <w:tcW w:w="2880" w:type="dxa"/>
            <w:tcBorders>
              <w:bottom w:val="single" w:sz="8" w:space="0" w:color="9B9B9B"/>
            </w:tcBorders>
            <w:shd w:val="clear" w:color="auto" w:fill="F0F0F0"/>
            <w:vAlign w:val="center"/>
          </w:tcPr>
          <w:p w14:paraId="180409B8" w14:textId="77777777" w:rsidR="00A806B2" w:rsidRPr="00A864B8" w:rsidRDefault="00000000">
            <w:pPr>
              <w:spacing w:before="20" w:after="10" w:line="240" w:lineRule="auto"/>
              <w:jc w:val="center"/>
            </w:pPr>
            <w:r w:rsidRPr="00A864B8">
              <w:rPr>
                <w:sz w:val="20"/>
              </w:rPr>
              <w:t>Speicher (TWW)</w:t>
            </w:r>
          </w:p>
        </w:tc>
        <w:tc>
          <w:tcPr>
            <w:tcW w:w="2880" w:type="dxa"/>
            <w:tcBorders>
              <w:bottom w:val="single" w:sz="8" w:space="0" w:color="9B9B9B"/>
            </w:tcBorders>
            <w:shd w:val="clear" w:color="auto" w:fill="F0F0F0"/>
            <w:vAlign w:val="center"/>
          </w:tcPr>
          <w:p w14:paraId="6DF5A94A" w14:textId="77777777" w:rsidR="00A806B2" w:rsidRPr="00A864B8" w:rsidRDefault="00000000">
            <w:pPr>
              <w:spacing w:before="20" w:after="10" w:line="240" w:lineRule="auto"/>
              <w:jc w:val="center"/>
            </w:pPr>
            <w:r w:rsidRPr="00A864B8">
              <w:rPr>
                <w:sz w:val="20"/>
              </w:rPr>
              <w:t>29.892</w:t>
            </w:r>
          </w:p>
        </w:tc>
        <w:tc>
          <w:tcPr>
            <w:tcW w:w="2880" w:type="dxa"/>
            <w:tcBorders>
              <w:bottom w:val="single" w:sz="8" w:space="0" w:color="9B9B9B"/>
            </w:tcBorders>
            <w:shd w:val="clear" w:color="auto" w:fill="F0F0F0"/>
            <w:vAlign w:val="center"/>
          </w:tcPr>
          <w:p w14:paraId="046C66BC" w14:textId="77777777" w:rsidR="00A806B2" w:rsidRPr="00A864B8" w:rsidRDefault="00000000">
            <w:pPr>
              <w:spacing w:before="20" w:after="10" w:line="240" w:lineRule="auto"/>
              <w:jc w:val="center"/>
            </w:pPr>
            <w:r w:rsidRPr="00A864B8">
              <w:rPr>
                <w:sz w:val="20"/>
              </w:rPr>
              <w:t>29.892</w:t>
            </w:r>
          </w:p>
        </w:tc>
      </w:tr>
      <w:tr w:rsidR="00A806B2" w:rsidRPr="00A864B8" w14:paraId="01482FC7" w14:textId="77777777">
        <w:trPr>
          <w:jc w:val="center"/>
        </w:trPr>
        <w:tc>
          <w:tcPr>
            <w:tcW w:w="2880" w:type="dxa"/>
            <w:tcBorders>
              <w:bottom w:val="single" w:sz="8" w:space="0" w:color="9B9B9B"/>
            </w:tcBorders>
            <w:shd w:val="clear" w:color="auto" w:fill="CFCFCF"/>
            <w:vAlign w:val="center"/>
          </w:tcPr>
          <w:p w14:paraId="24AA150D" w14:textId="77777777" w:rsidR="00A806B2" w:rsidRPr="00A864B8" w:rsidRDefault="00000000">
            <w:pPr>
              <w:spacing w:before="20" w:after="10" w:line="240" w:lineRule="auto"/>
              <w:jc w:val="center"/>
            </w:pPr>
            <w:r w:rsidRPr="00A864B8">
              <w:rPr>
                <w:sz w:val="20"/>
              </w:rPr>
              <w:t>Wärmeübergabestation</w:t>
            </w:r>
          </w:p>
        </w:tc>
        <w:tc>
          <w:tcPr>
            <w:tcW w:w="2880" w:type="dxa"/>
            <w:tcBorders>
              <w:bottom w:val="single" w:sz="8" w:space="0" w:color="9B9B9B"/>
            </w:tcBorders>
            <w:shd w:val="clear" w:color="auto" w:fill="CFCFCF"/>
            <w:vAlign w:val="center"/>
          </w:tcPr>
          <w:p w14:paraId="2BF66206" w14:textId="77777777" w:rsidR="00A806B2" w:rsidRPr="00A864B8" w:rsidRDefault="00000000">
            <w:pPr>
              <w:spacing w:before="20" w:after="10" w:line="240" w:lineRule="auto"/>
              <w:jc w:val="center"/>
            </w:pPr>
            <w:r w:rsidRPr="00A864B8">
              <w:rPr>
                <w:sz w:val="20"/>
              </w:rPr>
              <w:t>129.426</w:t>
            </w:r>
          </w:p>
        </w:tc>
        <w:tc>
          <w:tcPr>
            <w:tcW w:w="2880" w:type="dxa"/>
            <w:tcBorders>
              <w:bottom w:val="single" w:sz="8" w:space="0" w:color="9B9B9B"/>
            </w:tcBorders>
            <w:shd w:val="clear" w:color="auto" w:fill="CFCFCF"/>
            <w:vAlign w:val="center"/>
          </w:tcPr>
          <w:p w14:paraId="261B52E7" w14:textId="77777777" w:rsidR="00A806B2" w:rsidRPr="00A864B8" w:rsidRDefault="00000000">
            <w:pPr>
              <w:spacing w:before="20" w:after="10" w:line="240" w:lineRule="auto"/>
              <w:jc w:val="center"/>
            </w:pPr>
            <w:r w:rsidRPr="00A864B8">
              <w:rPr>
                <w:sz w:val="20"/>
              </w:rPr>
              <w:t>129.261</w:t>
            </w:r>
          </w:p>
        </w:tc>
      </w:tr>
      <w:tr w:rsidR="00A806B2" w:rsidRPr="00A864B8" w14:paraId="52F4EFBC" w14:textId="77777777">
        <w:trPr>
          <w:jc w:val="center"/>
        </w:trPr>
        <w:tc>
          <w:tcPr>
            <w:tcW w:w="2880" w:type="dxa"/>
            <w:tcBorders>
              <w:bottom w:val="single" w:sz="8" w:space="0" w:color="9B9B9B"/>
            </w:tcBorders>
            <w:shd w:val="clear" w:color="auto" w:fill="F0F0F0"/>
            <w:vAlign w:val="center"/>
          </w:tcPr>
          <w:p w14:paraId="495DA030" w14:textId="77777777" w:rsidR="00A806B2" w:rsidRPr="00A864B8" w:rsidRDefault="00000000">
            <w:pPr>
              <w:spacing w:before="20" w:after="10" w:line="240" w:lineRule="auto"/>
              <w:jc w:val="center"/>
            </w:pPr>
            <w:r w:rsidRPr="00A864B8">
              <w:rPr>
                <w:sz w:val="20"/>
              </w:rPr>
              <w:t>Geothermiesonden</w:t>
            </w:r>
          </w:p>
        </w:tc>
        <w:tc>
          <w:tcPr>
            <w:tcW w:w="2880" w:type="dxa"/>
            <w:tcBorders>
              <w:bottom w:val="single" w:sz="8" w:space="0" w:color="9B9B9B"/>
            </w:tcBorders>
            <w:shd w:val="clear" w:color="auto" w:fill="F0F0F0"/>
            <w:vAlign w:val="center"/>
          </w:tcPr>
          <w:p w14:paraId="27D72270"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0350EF31" w14:textId="77777777" w:rsidR="00A806B2" w:rsidRPr="00A864B8" w:rsidRDefault="00000000">
            <w:pPr>
              <w:spacing w:before="20" w:after="10" w:line="240" w:lineRule="auto"/>
              <w:jc w:val="center"/>
            </w:pPr>
            <w:r w:rsidRPr="00A864B8">
              <w:rPr>
                <w:sz w:val="20"/>
              </w:rPr>
              <w:t>7.676</w:t>
            </w:r>
          </w:p>
        </w:tc>
      </w:tr>
      <w:tr w:rsidR="00A806B2" w:rsidRPr="00A864B8" w14:paraId="3AE15913" w14:textId="77777777">
        <w:trPr>
          <w:jc w:val="center"/>
        </w:trPr>
        <w:tc>
          <w:tcPr>
            <w:tcW w:w="2880" w:type="dxa"/>
            <w:tcBorders>
              <w:bottom w:val="single" w:sz="8" w:space="0" w:color="9B9B9B"/>
            </w:tcBorders>
            <w:shd w:val="clear" w:color="auto" w:fill="CFCFCF"/>
            <w:vAlign w:val="center"/>
          </w:tcPr>
          <w:p w14:paraId="199DDD56" w14:textId="77777777" w:rsidR="00A806B2" w:rsidRPr="00A864B8" w:rsidRDefault="00000000">
            <w:pPr>
              <w:spacing w:before="20" w:after="10" w:line="240" w:lineRule="auto"/>
              <w:jc w:val="center"/>
            </w:pPr>
            <w:r w:rsidRPr="00A864B8">
              <w:rPr>
                <w:sz w:val="20"/>
              </w:rPr>
              <w:t>Wärmenetz</w:t>
            </w:r>
          </w:p>
        </w:tc>
        <w:tc>
          <w:tcPr>
            <w:tcW w:w="2880" w:type="dxa"/>
            <w:tcBorders>
              <w:bottom w:val="single" w:sz="8" w:space="0" w:color="9B9B9B"/>
            </w:tcBorders>
            <w:shd w:val="clear" w:color="auto" w:fill="CFCFCF"/>
            <w:vAlign w:val="center"/>
          </w:tcPr>
          <w:p w14:paraId="5840F525" w14:textId="77777777" w:rsidR="00A806B2" w:rsidRPr="00A864B8" w:rsidRDefault="00000000">
            <w:pPr>
              <w:spacing w:before="20" w:after="10" w:line="240" w:lineRule="auto"/>
              <w:jc w:val="center"/>
            </w:pPr>
            <w:r w:rsidRPr="00A864B8">
              <w:rPr>
                <w:sz w:val="20"/>
              </w:rPr>
              <w:t>500.732</w:t>
            </w:r>
          </w:p>
        </w:tc>
        <w:tc>
          <w:tcPr>
            <w:tcW w:w="2880" w:type="dxa"/>
            <w:tcBorders>
              <w:bottom w:val="single" w:sz="8" w:space="0" w:color="9B9B9B"/>
            </w:tcBorders>
            <w:shd w:val="clear" w:color="auto" w:fill="CFCFCF"/>
            <w:vAlign w:val="center"/>
          </w:tcPr>
          <w:p w14:paraId="4F098287" w14:textId="77777777" w:rsidR="00A806B2" w:rsidRPr="00A864B8" w:rsidRDefault="00000000">
            <w:pPr>
              <w:spacing w:before="20" w:after="10" w:line="240" w:lineRule="auto"/>
              <w:jc w:val="center"/>
            </w:pPr>
            <w:r w:rsidRPr="00A864B8">
              <w:rPr>
                <w:sz w:val="20"/>
              </w:rPr>
              <w:t>507.919</w:t>
            </w:r>
          </w:p>
        </w:tc>
      </w:tr>
      <w:tr w:rsidR="00A806B2" w:rsidRPr="00A864B8" w14:paraId="5BB7ED42" w14:textId="77777777">
        <w:trPr>
          <w:jc w:val="center"/>
        </w:trPr>
        <w:tc>
          <w:tcPr>
            <w:tcW w:w="2880" w:type="dxa"/>
            <w:tcBorders>
              <w:bottom w:val="single" w:sz="8" w:space="0" w:color="9B9B9B"/>
            </w:tcBorders>
            <w:shd w:val="clear" w:color="auto" w:fill="F0F0F0"/>
            <w:vAlign w:val="center"/>
          </w:tcPr>
          <w:p w14:paraId="7222F42F" w14:textId="77777777" w:rsidR="00A806B2" w:rsidRPr="00A864B8" w:rsidRDefault="00000000">
            <w:pPr>
              <w:spacing w:before="20" w:after="10" w:line="240" w:lineRule="auto"/>
              <w:jc w:val="center"/>
            </w:pPr>
            <w:r w:rsidRPr="00A864B8">
              <w:rPr>
                <w:sz w:val="20"/>
              </w:rPr>
              <w:t>Hausanschlussleitung</w:t>
            </w:r>
          </w:p>
        </w:tc>
        <w:tc>
          <w:tcPr>
            <w:tcW w:w="2880" w:type="dxa"/>
            <w:tcBorders>
              <w:bottom w:val="single" w:sz="8" w:space="0" w:color="9B9B9B"/>
            </w:tcBorders>
            <w:shd w:val="clear" w:color="auto" w:fill="F0F0F0"/>
            <w:vAlign w:val="center"/>
          </w:tcPr>
          <w:p w14:paraId="41FE9773" w14:textId="77777777" w:rsidR="00A806B2" w:rsidRPr="00A864B8" w:rsidRDefault="00000000">
            <w:pPr>
              <w:spacing w:before="20" w:after="10" w:line="240" w:lineRule="auto"/>
              <w:jc w:val="center"/>
            </w:pPr>
            <w:r w:rsidRPr="00A864B8">
              <w:rPr>
                <w:sz w:val="20"/>
              </w:rPr>
              <w:t>206.055</w:t>
            </w:r>
          </w:p>
        </w:tc>
        <w:tc>
          <w:tcPr>
            <w:tcW w:w="2880" w:type="dxa"/>
            <w:tcBorders>
              <w:bottom w:val="single" w:sz="8" w:space="0" w:color="9B9B9B"/>
            </w:tcBorders>
            <w:shd w:val="clear" w:color="auto" w:fill="F0F0F0"/>
            <w:vAlign w:val="center"/>
          </w:tcPr>
          <w:p w14:paraId="5F04F1AA" w14:textId="77777777" w:rsidR="00A806B2" w:rsidRPr="00A864B8" w:rsidRDefault="00000000">
            <w:pPr>
              <w:spacing w:before="20" w:after="10" w:line="240" w:lineRule="auto"/>
              <w:jc w:val="center"/>
            </w:pPr>
            <w:r w:rsidRPr="00A864B8">
              <w:rPr>
                <w:sz w:val="20"/>
              </w:rPr>
              <w:t>206.055</w:t>
            </w:r>
          </w:p>
        </w:tc>
      </w:tr>
      <w:tr w:rsidR="00A806B2" w:rsidRPr="00A864B8" w14:paraId="149E680C" w14:textId="77777777">
        <w:trPr>
          <w:jc w:val="center"/>
        </w:trPr>
        <w:tc>
          <w:tcPr>
            <w:tcW w:w="2880" w:type="dxa"/>
            <w:tcBorders>
              <w:bottom w:val="single" w:sz="8" w:space="0" w:color="9B9B9B"/>
            </w:tcBorders>
            <w:shd w:val="clear" w:color="auto" w:fill="CFCFCF"/>
            <w:vAlign w:val="center"/>
          </w:tcPr>
          <w:p w14:paraId="3A15E966" w14:textId="77777777" w:rsidR="00A806B2" w:rsidRPr="00A864B8" w:rsidRDefault="00000000">
            <w:pPr>
              <w:spacing w:before="20" w:after="10" w:line="240" w:lineRule="auto"/>
              <w:jc w:val="center"/>
            </w:pPr>
            <w:r w:rsidRPr="00A864B8">
              <w:rPr>
                <w:sz w:val="20"/>
              </w:rPr>
              <w:t>Verteilleitung</w:t>
            </w:r>
          </w:p>
        </w:tc>
        <w:tc>
          <w:tcPr>
            <w:tcW w:w="2880" w:type="dxa"/>
            <w:tcBorders>
              <w:bottom w:val="single" w:sz="8" w:space="0" w:color="9B9B9B"/>
            </w:tcBorders>
            <w:shd w:val="clear" w:color="auto" w:fill="CFCFCF"/>
            <w:vAlign w:val="center"/>
          </w:tcPr>
          <w:p w14:paraId="75A7C186" w14:textId="77777777" w:rsidR="00A806B2" w:rsidRPr="00A864B8" w:rsidRDefault="00000000">
            <w:pPr>
              <w:spacing w:before="20" w:after="10" w:line="240" w:lineRule="auto"/>
              <w:jc w:val="center"/>
            </w:pPr>
            <w:r w:rsidRPr="00A864B8">
              <w:rPr>
                <w:sz w:val="20"/>
              </w:rPr>
              <w:t>294.677</w:t>
            </w:r>
          </w:p>
        </w:tc>
        <w:tc>
          <w:tcPr>
            <w:tcW w:w="2880" w:type="dxa"/>
            <w:tcBorders>
              <w:bottom w:val="single" w:sz="8" w:space="0" w:color="9B9B9B"/>
            </w:tcBorders>
            <w:shd w:val="clear" w:color="auto" w:fill="CFCFCF"/>
            <w:vAlign w:val="center"/>
          </w:tcPr>
          <w:p w14:paraId="3FB818DB" w14:textId="77777777" w:rsidR="00A806B2" w:rsidRPr="00A864B8" w:rsidRDefault="00000000">
            <w:pPr>
              <w:spacing w:before="20" w:after="10" w:line="240" w:lineRule="auto"/>
              <w:jc w:val="center"/>
            </w:pPr>
            <w:r w:rsidRPr="00A864B8">
              <w:rPr>
                <w:sz w:val="20"/>
              </w:rPr>
              <w:t>301.864</w:t>
            </w:r>
          </w:p>
        </w:tc>
      </w:tr>
      <w:tr w:rsidR="00A806B2" w:rsidRPr="00A864B8" w14:paraId="7A55A7D9" w14:textId="77777777">
        <w:trPr>
          <w:jc w:val="center"/>
        </w:trPr>
        <w:tc>
          <w:tcPr>
            <w:tcW w:w="2880" w:type="dxa"/>
            <w:tcBorders>
              <w:bottom w:val="single" w:sz="8" w:space="0" w:color="9B9B9B"/>
            </w:tcBorders>
            <w:shd w:val="clear" w:color="auto" w:fill="F0F0F0"/>
            <w:vAlign w:val="center"/>
          </w:tcPr>
          <w:p w14:paraId="1C0A49B6" w14:textId="77777777" w:rsidR="00A806B2" w:rsidRPr="00A864B8" w:rsidRDefault="00000000">
            <w:pPr>
              <w:spacing w:before="20" w:after="10" w:line="240" w:lineRule="auto"/>
              <w:jc w:val="center"/>
            </w:pPr>
            <w:r w:rsidRPr="00A864B8">
              <w:rPr>
                <w:sz w:val="20"/>
              </w:rPr>
              <w:t>Energiezentrale</w:t>
            </w:r>
          </w:p>
        </w:tc>
        <w:tc>
          <w:tcPr>
            <w:tcW w:w="2880" w:type="dxa"/>
            <w:tcBorders>
              <w:bottom w:val="single" w:sz="8" w:space="0" w:color="9B9B9B"/>
            </w:tcBorders>
            <w:shd w:val="clear" w:color="auto" w:fill="F0F0F0"/>
            <w:vAlign w:val="center"/>
          </w:tcPr>
          <w:p w14:paraId="51BA8B2E" w14:textId="77777777" w:rsidR="00A806B2" w:rsidRPr="00A864B8" w:rsidRDefault="00000000">
            <w:pPr>
              <w:spacing w:before="20" w:after="10" w:line="240" w:lineRule="auto"/>
              <w:jc w:val="center"/>
            </w:pPr>
            <w:r w:rsidRPr="00A864B8">
              <w:rPr>
                <w:sz w:val="20"/>
              </w:rPr>
              <w:t>479.200</w:t>
            </w:r>
          </w:p>
        </w:tc>
        <w:tc>
          <w:tcPr>
            <w:tcW w:w="2880" w:type="dxa"/>
            <w:tcBorders>
              <w:bottom w:val="single" w:sz="8" w:space="0" w:color="9B9B9B"/>
            </w:tcBorders>
            <w:shd w:val="clear" w:color="auto" w:fill="F0F0F0"/>
            <w:vAlign w:val="center"/>
          </w:tcPr>
          <w:p w14:paraId="7C7A4929" w14:textId="77777777" w:rsidR="00A806B2" w:rsidRPr="00A864B8" w:rsidRDefault="00000000">
            <w:pPr>
              <w:spacing w:before="20" w:after="10" w:line="240" w:lineRule="auto"/>
              <w:jc w:val="center"/>
            </w:pPr>
            <w:r w:rsidRPr="00A864B8">
              <w:rPr>
                <w:sz w:val="20"/>
              </w:rPr>
              <w:t>281.600</w:t>
            </w:r>
          </w:p>
        </w:tc>
      </w:tr>
      <w:tr w:rsidR="00A806B2" w:rsidRPr="00A864B8" w14:paraId="4A0DB922" w14:textId="77777777">
        <w:trPr>
          <w:jc w:val="center"/>
        </w:trPr>
        <w:tc>
          <w:tcPr>
            <w:tcW w:w="2880" w:type="dxa"/>
            <w:tcBorders>
              <w:bottom w:val="single" w:sz="8" w:space="0" w:color="9B9B9B"/>
            </w:tcBorders>
            <w:shd w:val="clear" w:color="auto" w:fill="CFCFCF"/>
            <w:vAlign w:val="center"/>
          </w:tcPr>
          <w:p w14:paraId="431516B5" w14:textId="77777777" w:rsidR="00A806B2" w:rsidRPr="00A864B8" w:rsidRDefault="00000000">
            <w:pPr>
              <w:spacing w:before="20" w:after="10" w:line="240" w:lineRule="auto"/>
              <w:jc w:val="center"/>
            </w:pPr>
            <w:r w:rsidRPr="00A864B8">
              <w:rPr>
                <w:sz w:val="20"/>
              </w:rPr>
              <w:t>Solarthermie</w:t>
            </w:r>
          </w:p>
        </w:tc>
        <w:tc>
          <w:tcPr>
            <w:tcW w:w="2880" w:type="dxa"/>
            <w:tcBorders>
              <w:bottom w:val="single" w:sz="8" w:space="0" w:color="9B9B9B"/>
            </w:tcBorders>
            <w:shd w:val="clear" w:color="auto" w:fill="CFCFCF"/>
            <w:vAlign w:val="center"/>
          </w:tcPr>
          <w:p w14:paraId="1B1506BB" w14:textId="77777777" w:rsidR="00A806B2" w:rsidRPr="00A864B8" w:rsidRDefault="00000000">
            <w:pPr>
              <w:spacing w:before="20" w:after="10" w:line="240" w:lineRule="auto"/>
              <w:jc w:val="center"/>
            </w:pPr>
            <w:r w:rsidRPr="00A864B8">
              <w:rPr>
                <w:sz w:val="20"/>
              </w:rPr>
              <w:t>160.000</w:t>
            </w:r>
          </w:p>
        </w:tc>
        <w:tc>
          <w:tcPr>
            <w:tcW w:w="2880" w:type="dxa"/>
            <w:tcBorders>
              <w:bottom w:val="single" w:sz="8" w:space="0" w:color="9B9B9B"/>
            </w:tcBorders>
            <w:shd w:val="clear" w:color="auto" w:fill="CFCFCF"/>
            <w:vAlign w:val="center"/>
          </w:tcPr>
          <w:p w14:paraId="10AFF9C5" w14:textId="77777777" w:rsidR="00A806B2" w:rsidRPr="00A864B8" w:rsidRDefault="00000000">
            <w:pPr>
              <w:spacing w:before="20" w:after="10" w:line="240" w:lineRule="auto"/>
              <w:jc w:val="center"/>
            </w:pPr>
            <w:r w:rsidRPr="00A864B8">
              <w:rPr>
                <w:sz w:val="20"/>
              </w:rPr>
              <w:t>---</w:t>
            </w:r>
          </w:p>
        </w:tc>
      </w:tr>
      <w:tr w:rsidR="00A806B2" w:rsidRPr="00A864B8" w14:paraId="3A62554A" w14:textId="77777777">
        <w:trPr>
          <w:jc w:val="center"/>
        </w:trPr>
        <w:tc>
          <w:tcPr>
            <w:tcW w:w="2880" w:type="dxa"/>
            <w:tcBorders>
              <w:bottom w:val="single" w:sz="8" w:space="0" w:color="9B9B9B"/>
            </w:tcBorders>
            <w:shd w:val="clear" w:color="auto" w:fill="F0F0F0"/>
            <w:vAlign w:val="center"/>
          </w:tcPr>
          <w:p w14:paraId="0B841A88" w14:textId="77777777" w:rsidR="00A806B2" w:rsidRPr="00A864B8" w:rsidRDefault="00000000">
            <w:pPr>
              <w:spacing w:before="20" w:after="10" w:line="240" w:lineRule="auto"/>
              <w:jc w:val="center"/>
            </w:pPr>
            <w:r w:rsidRPr="00A864B8">
              <w:rPr>
                <w:sz w:val="20"/>
              </w:rPr>
              <w:t>Geothermie-Sonden 1</w:t>
            </w:r>
          </w:p>
        </w:tc>
        <w:tc>
          <w:tcPr>
            <w:tcW w:w="2880" w:type="dxa"/>
            <w:tcBorders>
              <w:bottom w:val="single" w:sz="8" w:space="0" w:color="9B9B9B"/>
            </w:tcBorders>
            <w:shd w:val="clear" w:color="auto" w:fill="F0F0F0"/>
            <w:vAlign w:val="center"/>
          </w:tcPr>
          <w:p w14:paraId="65FA8A54" w14:textId="77777777" w:rsidR="00A806B2" w:rsidRPr="00A864B8" w:rsidRDefault="00000000">
            <w:pPr>
              <w:spacing w:before="20" w:after="10" w:line="240" w:lineRule="auto"/>
              <w:jc w:val="center"/>
            </w:pPr>
            <w:r w:rsidRPr="00A864B8">
              <w:rPr>
                <w:sz w:val="20"/>
              </w:rPr>
              <w:t>136.800</w:t>
            </w:r>
          </w:p>
        </w:tc>
        <w:tc>
          <w:tcPr>
            <w:tcW w:w="2880" w:type="dxa"/>
            <w:tcBorders>
              <w:bottom w:val="single" w:sz="8" w:space="0" w:color="9B9B9B"/>
            </w:tcBorders>
            <w:shd w:val="clear" w:color="auto" w:fill="F0F0F0"/>
            <w:vAlign w:val="center"/>
          </w:tcPr>
          <w:p w14:paraId="579997D3" w14:textId="77777777" w:rsidR="00A806B2" w:rsidRPr="00A864B8" w:rsidRDefault="00000000">
            <w:pPr>
              <w:spacing w:before="20" w:after="10" w:line="240" w:lineRule="auto"/>
              <w:jc w:val="center"/>
            </w:pPr>
            <w:r w:rsidRPr="00A864B8">
              <w:rPr>
                <w:sz w:val="20"/>
              </w:rPr>
              <w:t>---</w:t>
            </w:r>
          </w:p>
        </w:tc>
      </w:tr>
      <w:tr w:rsidR="00A806B2" w:rsidRPr="00A864B8" w14:paraId="78065B6B" w14:textId="77777777">
        <w:trPr>
          <w:jc w:val="center"/>
        </w:trPr>
        <w:tc>
          <w:tcPr>
            <w:tcW w:w="2880" w:type="dxa"/>
            <w:tcBorders>
              <w:bottom w:val="single" w:sz="8" w:space="0" w:color="9B9B9B"/>
            </w:tcBorders>
            <w:shd w:val="clear" w:color="auto" w:fill="CFCFCF"/>
            <w:vAlign w:val="center"/>
          </w:tcPr>
          <w:p w14:paraId="696ED757" w14:textId="77777777" w:rsidR="00A806B2" w:rsidRPr="00A864B8" w:rsidRDefault="00000000">
            <w:pPr>
              <w:spacing w:before="20" w:after="10" w:line="240" w:lineRule="auto"/>
              <w:jc w:val="center"/>
            </w:pPr>
            <w:r w:rsidRPr="00A864B8">
              <w:rPr>
                <w:sz w:val="20"/>
              </w:rPr>
              <w:t>Luftwärmepumpe</w:t>
            </w:r>
          </w:p>
        </w:tc>
        <w:tc>
          <w:tcPr>
            <w:tcW w:w="2880" w:type="dxa"/>
            <w:tcBorders>
              <w:bottom w:val="single" w:sz="8" w:space="0" w:color="9B9B9B"/>
            </w:tcBorders>
            <w:shd w:val="clear" w:color="auto" w:fill="CFCFCF"/>
            <w:vAlign w:val="center"/>
          </w:tcPr>
          <w:p w14:paraId="5C480E2E"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5354D1ED" w14:textId="77777777" w:rsidR="00A806B2" w:rsidRPr="00A864B8" w:rsidRDefault="00000000">
            <w:pPr>
              <w:spacing w:before="20" w:after="10" w:line="240" w:lineRule="auto"/>
              <w:jc w:val="center"/>
            </w:pPr>
            <w:r w:rsidRPr="00A864B8">
              <w:rPr>
                <w:sz w:val="20"/>
              </w:rPr>
              <w:t>281.600</w:t>
            </w:r>
          </w:p>
        </w:tc>
      </w:tr>
      <w:tr w:rsidR="00A806B2" w:rsidRPr="00A864B8" w14:paraId="0A63F599" w14:textId="77777777">
        <w:trPr>
          <w:jc w:val="center"/>
        </w:trPr>
        <w:tc>
          <w:tcPr>
            <w:tcW w:w="2880" w:type="dxa"/>
            <w:tcBorders>
              <w:bottom w:val="single" w:sz="8" w:space="0" w:color="9B9B9B"/>
            </w:tcBorders>
            <w:shd w:val="clear" w:color="auto" w:fill="F0F0F0"/>
            <w:vAlign w:val="center"/>
          </w:tcPr>
          <w:p w14:paraId="26EE0E69" w14:textId="77777777" w:rsidR="00A806B2" w:rsidRPr="00A864B8" w:rsidRDefault="00000000">
            <w:pPr>
              <w:spacing w:before="20" w:after="10" w:line="240" w:lineRule="auto"/>
              <w:jc w:val="center"/>
            </w:pPr>
            <w:r w:rsidRPr="00A864B8">
              <w:rPr>
                <w:sz w:val="20"/>
              </w:rPr>
              <w:t>Wärmepumpe (Geothermie-Sonden 1)</w:t>
            </w:r>
          </w:p>
        </w:tc>
        <w:tc>
          <w:tcPr>
            <w:tcW w:w="2880" w:type="dxa"/>
            <w:tcBorders>
              <w:bottom w:val="single" w:sz="8" w:space="0" w:color="9B9B9B"/>
            </w:tcBorders>
            <w:shd w:val="clear" w:color="auto" w:fill="F0F0F0"/>
            <w:vAlign w:val="center"/>
          </w:tcPr>
          <w:p w14:paraId="15AB9369" w14:textId="77777777" w:rsidR="00A806B2" w:rsidRPr="00A864B8" w:rsidRDefault="00000000">
            <w:pPr>
              <w:spacing w:before="20" w:after="10" w:line="240" w:lineRule="auto"/>
              <w:jc w:val="center"/>
            </w:pPr>
            <w:r w:rsidRPr="00A864B8">
              <w:rPr>
                <w:sz w:val="20"/>
              </w:rPr>
              <w:t>182.400</w:t>
            </w:r>
          </w:p>
        </w:tc>
        <w:tc>
          <w:tcPr>
            <w:tcW w:w="2880" w:type="dxa"/>
            <w:tcBorders>
              <w:bottom w:val="single" w:sz="8" w:space="0" w:color="9B9B9B"/>
            </w:tcBorders>
            <w:shd w:val="clear" w:color="auto" w:fill="F0F0F0"/>
            <w:vAlign w:val="center"/>
          </w:tcPr>
          <w:p w14:paraId="7242DEA3" w14:textId="77777777" w:rsidR="00A806B2" w:rsidRPr="00A864B8" w:rsidRDefault="00000000">
            <w:pPr>
              <w:spacing w:before="20" w:after="10" w:line="240" w:lineRule="auto"/>
              <w:jc w:val="center"/>
            </w:pPr>
            <w:r w:rsidRPr="00A864B8">
              <w:rPr>
                <w:sz w:val="20"/>
              </w:rPr>
              <w:t>---</w:t>
            </w:r>
          </w:p>
        </w:tc>
      </w:tr>
      <w:tr w:rsidR="00A806B2" w:rsidRPr="00A864B8" w14:paraId="3FF5B166" w14:textId="77777777">
        <w:trPr>
          <w:jc w:val="center"/>
        </w:trPr>
        <w:tc>
          <w:tcPr>
            <w:tcW w:w="2880" w:type="dxa"/>
            <w:tcBorders>
              <w:bottom w:val="single" w:sz="8" w:space="0" w:color="9B9B9B"/>
            </w:tcBorders>
            <w:shd w:val="clear" w:color="auto" w:fill="CFCFCF"/>
            <w:vAlign w:val="center"/>
          </w:tcPr>
          <w:p w14:paraId="37D1B517" w14:textId="77777777" w:rsidR="00A806B2" w:rsidRPr="00A864B8" w:rsidRDefault="00000000">
            <w:pPr>
              <w:spacing w:before="20" w:after="10" w:line="240" w:lineRule="auto"/>
              <w:jc w:val="center"/>
            </w:pPr>
            <w:r w:rsidRPr="00A864B8">
              <w:rPr>
                <w:sz w:val="20"/>
              </w:rPr>
              <w:t>Sonstige Kosten</w:t>
            </w:r>
          </w:p>
        </w:tc>
        <w:tc>
          <w:tcPr>
            <w:tcW w:w="2880" w:type="dxa"/>
            <w:tcBorders>
              <w:bottom w:val="single" w:sz="8" w:space="0" w:color="9B9B9B"/>
            </w:tcBorders>
            <w:shd w:val="clear" w:color="auto" w:fill="CFCFCF"/>
            <w:vAlign w:val="center"/>
          </w:tcPr>
          <w:p w14:paraId="031D0A47" w14:textId="77777777" w:rsidR="00A806B2" w:rsidRPr="00A864B8" w:rsidRDefault="00000000">
            <w:pPr>
              <w:spacing w:before="20" w:after="10" w:line="240" w:lineRule="auto"/>
              <w:jc w:val="center"/>
            </w:pPr>
            <w:r w:rsidRPr="00A864B8">
              <w:rPr>
                <w:sz w:val="20"/>
              </w:rPr>
              <w:t>62.000</w:t>
            </w:r>
          </w:p>
        </w:tc>
        <w:tc>
          <w:tcPr>
            <w:tcW w:w="2880" w:type="dxa"/>
            <w:tcBorders>
              <w:bottom w:val="single" w:sz="8" w:space="0" w:color="9B9B9B"/>
            </w:tcBorders>
            <w:shd w:val="clear" w:color="auto" w:fill="CFCFCF"/>
            <w:vAlign w:val="center"/>
          </w:tcPr>
          <w:p w14:paraId="0C1FEDE2" w14:textId="77777777" w:rsidR="00A806B2" w:rsidRPr="00A864B8" w:rsidRDefault="00000000">
            <w:pPr>
              <w:spacing w:before="20" w:after="10" w:line="240" w:lineRule="auto"/>
              <w:jc w:val="center"/>
            </w:pPr>
            <w:r w:rsidRPr="00A864B8">
              <w:rPr>
                <w:sz w:val="20"/>
              </w:rPr>
              <w:t>62.000</w:t>
            </w:r>
          </w:p>
        </w:tc>
      </w:tr>
      <w:tr w:rsidR="00A806B2" w:rsidRPr="00A864B8" w14:paraId="01F2E8A0" w14:textId="77777777">
        <w:trPr>
          <w:jc w:val="center"/>
        </w:trPr>
        <w:tc>
          <w:tcPr>
            <w:tcW w:w="2880" w:type="dxa"/>
            <w:tcBorders>
              <w:bottom w:val="single" w:sz="8" w:space="0" w:color="9B9B9B"/>
            </w:tcBorders>
            <w:shd w:val="clear" w:color="auto" w:fill="F0F0F0"/>
            <w:vAlign w:val="center"/>
          </w:tcPr>
          <w:p w14:paraId="4FA36CA9" w14:textId="77777777" w:rsidR="00A806B2" w:rsidRPr="00A864B8" w:rsidRDefault="00000000">
            <w:pPr>
              <w:spacing w:before="20" w:after="10" w:line="240" w:lineRule="auto"/>
              <w:jc w:val="center"/>
            </w:pPr>
            <w:r w:rsidRPr="00A864B8">
              <w:rPr>
                <w:sz w:val="20"/>
              </w:rPr>
              <w:t>Sonstige Betriebskosten</w:t>
            </w:r>
          </w:p>
        </w:tc>
        <w:tc>
          <w:tcPr>
            <w:tcW w:w="2880" w:type="dxa"/>
            <w:tcBorders>
              <w:bottom w:val="single" w:sz="8" w:space="0" w:color="9B9B9B"/>
            </w:tcBorders>
            <w:shd w:val="clear" w:color="auto" w:fill="F0F0F0"/>
            <w:vAlign w:val="center"/>
          </w:tcPr>
          <w:p w14:paraId="4B8C7F69" w14:textId="77777777" w:rsidR="00A806B2" w:rsidRPr="00A864B8" w:rsidRDefault="00000000">
            <w:pPr>
              <w:spacing w:before="20" w:after="10" w:line="240" w:lineRule="auto"/>
              <w:jc w:val="center"/>
            </w:pPr>
            <w:r w:rsidRPr="00A864B8">
              <w:rPr>
                <w:sz w:val="20"/>
              </w:rPr>
              <w:t>49.849</w:t>
            </w:r>
          </w:p>
        </w:tc>
        <w:tc>
          <w:tcPr>
            <w:tcW w:w="2880" w:type="dxa"/>
            <w:tcBorders>
              <w:bottom w:val="single" w:sz="8" w:space="0" w:color="9B9B9B"/>
            </w:tcBorders>
            <w:shd w:val="clear" w:color="auto" w:fill="F0F0F0"/>
            <w:vAlign w:val="center"/>
          </w:tcPr>
          <w:p w14:paraId="6800CE30" w14:textId="77777777" w:rsidR="00A806B2" w:rsidRPr="00A864B8" w:rsidRDefault="00000000">
            <w:pPr>
              <w:spacing w:before="20" w:after="10" w:line="240" w:lineRule="auto"/>
              <w:jc w:val="center"/>
            </w:pPr>
            <w:r w:rsidRPr="00A864B8">
              <w:rPr>
                <w:sz w:val="20"/>
              </w:rPr>
              <w:t>49.849</w:t>
            </w:r>
          </w:p>
        </w:tc>
      </w:tr>
    </w:tbl>
    <w:p w14:paraId="5ED2E5CA" w14:textId="77777777" w:rsidR="00A806B2" w:rsidRPr="00A864B8" w:rsidRDefault="00A806B2"/>
    <w:p w14:paraId="5BC661E8" w14:textId="77777777" w:rsidR="00A806B2" w:rsidRPr="00A864B8" w:rsidRDefault="00000000">
      <w:pPr>
        <w:spacing w:before="300" w:after="40"/>
        <w:jc w:val="center"/>
      </w:pPr>
      <w:r w:rsidRPr="00A864B8">
        <w:drawing>
          <wp:inline distT="0" distB="0" distL="0" distR="0" wp14:anchorId="4E5D5ECF" wp14:editId="6F0AFA8C">
            <wp:extent cx="54864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486400" cy="2743200"/>
                    </a:xfrm>
                    <a:prstGeom prst="rect">
                      <a:avLst/>
                    </a:prstGeom>
                  </pic:spPr>
                </pic:pic>
              </a:graphicData>
            </a:graphic>
          </wp:inline>
        </w:drawing>
      </w:r>
    </w:p>
    <w:p w14:paraId="64A6E4DC" w14:textId="6F297991" w:rsidR="00A806B2" w:rsidRPr="00A864B8" w:rsidRDefault="00000000">
      <w:pPr>
        <w:pStyle w:val="CaptionStyle"/>
        <w:spacing w:before="40" w:after="0"/>
        <w:jc w:val="center"/>
        <w:rPr>
          <w:lang w:val="de-DE"/>
        </w:rPr>
      </w:pPr>
      <w:bookmarkStart w:id="273" w:name="_Toc240363619"/>
      <w:r w:rsidRPr="00A864B8">
        <w:rPr>
          <w:lang w:val="de-DE"/>
        </w:rPr>
        <w:t xml:space="preserve">Abbildung </w:t>
      </w:r>
      <w:bookmarkStart w:id="274" w:name="scenario_comparison_specific_fig_2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17</w:t>
      </w:r>
      <w:r w:rsidRPr="00A864B8">
        <w:rPr>
          <w:lang w:val="de-DE"/>
        </w:rPr>
        <w:fldChar w:fldCharType="end"/>
      </w:r>
      <w:bookmarkStart w:id="275" w:name="scenario_comparison_specific_fig_2"/>
      <w:bookmarkEnd w:id="274"/>
      <w:bookmarkEnd w:id="275"/>
      <w:r w:rsidRPr="00A864B8">
        <w:rPr>
          <w:lang w:val="de-DE"/>
        </w:rPr>
        <w:t>: Wärmegestehungskosten und spezifischen CO₂-Emissionen</w:t>
      </w:r>
      <w:bookmarkEnd w:id="273"/>
    </w:p>
    <w:p w14:paraId="71A6B51E" w14:textId="77777777" w:rsidR="00A806B2" w:rsidRPr="00A864B8" w:rsidRDefault="00000000">
      <w:pPr>
        <w:spacing w:before="300" w:after="40"/>
        <w:jc w:val="center"/>
      </w:pPr>
      <w:r w:rsidRPr="00A864B8">
        <w:drawing>
          <wp:inline distT="0" distB="0" distL="0" distR="0" wp14:anchorId="133AB46A" wp14:editId="4E27FB2F">
            <wp:extent cx="548640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5486400" cy="2743200"/>
                    </a:xfrm>
                    <a:prstGeom prst="rect">
                      <a:avLst/>
                    </a:prstGeom>
                  </pic:spPr>
                </pic:pic>
              </a:graphicData>
            </a:graphic>
          </wp:inline>
        </w:drawing>
      </w:r>
    </w:p>
    <w:p w14:paraId="237F4101" w14:textId="4EE82903" w:rsidR="00A806B2" w:rsidRPr="00A864B8" w:rsidRDefault="00000000">
      <w:pPr>
        <w:pStyle w:val="CaptionStyle"/>
        <w:spacing w:before="40" w:after="0"/>
        <w:jc w:val="center"/>
        <w:rPr>
          <w:lang w:val="de-DE"/>
        </w:rPr>
      </w:pPr>
      <w:bookmarkStart w:id="276" w:name="_Toc240363620"/>
      <w:r w:rsidRPr="00A864B8">
        <w:rPr>
          <w:lang w:val="de-DE"/>
        </w:rPr>
        <w:t xml:space="preserve">Abbildung </w:t>
      </w:r>
      <w:bookmarkStart w:id="277" w:name="comp_absolute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18</w:t>
      </w:r>
      <w:r w:rsidRPr="00A864B8">
        <w:rPr>
          <w:lang w:val="de-DE"/>
        </w:rPr>
        <w:fldChar w:fldCharType="end"/>
      </w:r>
      <w:bookmarkStart w:id="278" w:name="comp_absolute"/>
      <w:bookmarkEnd w:id="277"/>
      <w:bookmarkEnd w:id="278"/>
      <w:r w:rsidRPr="00A864B8">
        <w:rPr>
          <w:lang w:val="de-DE"/>
        </w:rPr>
        <w:t>: Gesamtkosten und Emissionen</w:t>
      </w:r>
      <w:bookmarkEnd w:id="276"/>
    </w:p>
    <w:p w14:paraId="63ED75A3" w14:textId="77777777" w:rsidR="00A806B2" w:rsidRPr="00A864B8" w:rsidRDefault="00000000">
      <w:pPr>
        <w:spacing w:before="300" w:after="40"/>
        <w:jc w:val="center"/>
      </w:pPr>
      <w:r w:rsidRPr="00A864B8">
        <w:drawing>
          <wp:inline distT="0" distB="0" distL="0" distR="0" wp14:anchorId="6EDC0826" wp14:editId="0A317DFD">
            <wp:extent cx="54864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5"/>
                    <a:stretch>
                      <a:fillRect/>
                    </a:stretch>
                  </pic:blipFill>
                  <pic:spPr>
                    <a:xfrm>
                      <a:off x="0" y="0"/>
                      <a:ext cx="5486400" cy="2743200"/>
                    </a:xfrm>
                    <a:prstGeom prst="rect">
                      <a:avLst/>
                    </a:prstGeom>
                  </pic:spPr>
                </pic:pic>
              </a:graphicData>
            </a:graphic>
          </wp:inline>
        </w:drawing>
      </w:r>
    </w:p>
    <w:p w14:paraId="27C6E9D9" w14:textId="7C36978D" w:rsidR="00A806B2" w:rsidRPr="00A864B8" w:rsidRDefault="00000000">
      <w:pPr>
        <w:pStyle w:val="CaptionStyle"/>
        <w:spacing w:before="40" w:after="0"/>
        <w:jc w:val="center"/>
        <w:rPr>
          <w:lang w:val="de-DE"/>
        </w:rPr>
      </w:pPr>
      <w:bookmarkStart w:id="279" w:name="_Toc240363621"/>
      <w:r w:rsidRPr="00A864B8">
        <w:rPr>
          <w:lang w:val="de-DE"/>
        </w:rPr>
        <w:t xml:space="preserve">Abbildung </w:t>
      </w:r>
      <w:bookmarkStart w:id="280" w:name="comp_energy_import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19</w:t>
      </w:r>
      <w:r w:rsidRPr="00A864B8">
        <w:rPr>
          <w:lang w:val="de-DE"/>
        </w:rPr>
        <w:fldChar w:fldCharType="end"/>
      </w:r>
      <w:bookmarkStart w:id="281" w:name="comp_energy_import"/>
      <w:bookmarkEnd w:id="280"/>
      <w:bookmarkEnd w:id="281"/>
      <w:r w:rsidRPr="00A864B8">
        <w:rPr>
          <w:lang w:val="de-DE"/>
        </w:rPr>
        <w:t>: Energiebezug und Einspeisung</w:t>
      </w:r>
      <w:bookmarkEnd w:id="279"/>
    </w:p>
    <w:p w14:paraId="1505F86F" w14:textId="77777777" w:rsidR="00A806B2" w:rsidRPr="00A864B8" w:rsidRDefault="00000000">
      <w:pPr>
        <w:spacing w:before="300" w:after="40"/>
        <w:jc w:val="center"/>
      </w:pPr>
      <w:r w:rsidRPr="00A864B8">
        <w:drawing>
          <wp:inline distT="0" distB="0" distL="0" distR="0" wp14:anchorId="27BB00D8" wp14:editId="4C1C1F35">
            <wp:extent cx="548640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6"/>
                    <a:stretch>
                      <a:fillRect/>
                    </a:stretch>
                  </pic:blipFill>
                  <pic:spPr>
                    <a:xfrm>
                      <a:off x="0" y="0"/>
                      <a:ext cx="5486400" cy="2743200"/>
                    </a:xfrm>
                    <a:prstGeom prst="rect">
                      <a:avLst/>
                    </a:prstGeom>
                  </pic:spPr>
                </pic:pic>
              </a:graphicData>
            </a:graphic>
          </wp:inline>
        </w:drawing>
      </w:r>
    </w:p>
    <w:p w14:paraId="2118828F" w14:textId="131C001D" w:rsidR="00A806B2" w:rsidRPr="00A864B8" w:rsidRDefault="00000000">
      <w:pPr>
        <w:pStyle w:val="CaptionStyle"/>
        <w:spacing w:before="40" w:after="0"/>
        <w:jc w:val="center"/>
        <w:rPr>
          <w:lang w:val="de-DE"/>
        </w:rPr>
      </w:pPr>
      <w:bookmarkStart w:id="282" w:name="_Toc240363622"/>
      <w:r w:rsidRPr="00A864B8">
        <w:rPr>
          <w:lang w:val="de-DE"/>
        </w:rPr>
        <w:t xml:space="preserve">Abbildung </w:t>
      </w:r>
      <w:bookmarkStart w:id="283" w:name="energy_demand_num"/>
      <w:r w:rsidRPr="00A864B8">
        <w:rPr>
          <w:lang w:val="de-DE"/>
        </w:rPr>
        <w:fldChar w:fldCharType="begin"/>
      </w:r>
      <w:r w:rsidRPr="00A864B8">
        <w:rPr>
          <w:lang w:val="de-DE"/>
        </w:rPr>
        <w:instrText>SEQ Abbildung \* ARABIC</w:instrText>
      </w:r>
      <w:r w:rsidRPr="00A864B8">
        <w:rPr>
          <w:lang w:val="de-DE"/>
        </w:rPr>
        <w:fldChar w:fldCharType="separate"/>
      </w:r>
      <w:r w:rsidR="00F26332" w:rsidRPr="00A864B8">
        <w:rPr>
          <w:lang w:val="de-DE"/>
        </w:rPr>
        <w:t>20</w:t>
      </w:r>
      <w:r w:rsidRPr="00A864B8">
        <w:rPr>
          <w:lang w:val="de-DE"/>
        </w:rPr>
        <w:fldChar w:fldCharType="end"/>
      </w:r>
      <w:bookmarkStart w:id="284" w:name="energy_demand"/>
      <w:bookmarkEnd w:id="283"/>
      <w:bookmarkEnd w:id="284"/>
      <w:r w:rsidRPr="00A864B8">
        <w:rPr>
          <w:lang w:val="de-DE"/>
        </w:rPr>
        <w:t>: Energiebedarfe</w:t>
      </w:r>
      <w:bookmarkEnd w:id="282"/>
    </w:p>
    <w:p w14:paraId="44555F52" w14:textId="3AB5D152" w:rsidR="00A806B2" w:rsidRPr="00A864B8" w:rsidRDefault="00000000">
      <w:pPr>
        <w:pStyle w:val="CaptionStyle"/>
        <w:spacing w:before="40" w:after="0"/>
        <w:jc w:val="center"/>
        <w:rPr>
          <w:lang w:val="de-DE"/>
        </w:rPr>
      </w:pPr>
      <w:bookmarkStart w:id="285" w:name="_Toc240363583"/>
      <w:r w:rsidRPr="00A864B8">
        <w:rPr>
          <w:lang w:val="de-DE"/>
        </w:rPr>
        <w:t xml:space="preserve">Tabelle </w:t>
      </w:r>
      <w:bookmarkStart w:id="286" w:name="primary_emission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55</w:t>
      </w:r>
      <w:r w:rsidRPr="00A864B8">
        <w:rPr>
          <w:lang w:val="de-DE"/>
        </w:rPr>
        <w:fldChar w:fldCharType="end"/>
      </w:r>
      <w:bookmarkStart w:id="287" w:name="primary_emissions"/>
      <w:bookmarkEnd w:id="286"/>
      <w:bookmarkEnd w:id="287"/>
      <w:r w:rsidRPr="00A864B8">
        <w:rPr>
          <w:lang w:val="de-DE"/>
        </w:rPr>
        <w:t>: Emissionen und Primärenergie</w:t>
      </w:r>
      <w:bookmarkEnd w:id="285"/>
    </w:p>
    <w:tbl>
      <w:tblPr>
        <w:tblW w:w="0" w:type="auto"/>
        <w:jc w:val="center"/>
        <w:tblLook w:val="04A0" w:firstRow="1" w:lastRow="0" w:firstColumn="1" w:lastColumn="0" w:noHBand="0" w:noVBand="1"/>
      </w:tblPr>
      <w:tblGrid>
        <w:gridCol w:w="2880"/>
        <w:gridCol w:w="2880"/>
        <w:gridCol w:w="2880"/>
      </w:tblGrid>
      <w:tr w:rsidR="00A806B2" w:rsidRPr="00A864B8" w14:paraId="76988CDF" w14:textId="77777777">
        <w:trPr>
          <w:jc w:val="center"/>
        </w:trPr>
        <w:tc>
          <w:tcPr>
            <w:tcW w:w="2880" w:type="dxa"/>
            <w:tcBorders>
              <w:bottom w:val="single" w:sz="22" w:space="0" w:color="C00000"/>
            </w:tcBorders>
            <w:shd w:val="clear" w:color="auto" w:fill="343A40"/>
          </w:tcPr>
          <w:p w14:paraId="1A36AF8C"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EF950C5"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7D9C7745"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4D33A38E" w14:textId="77777777">
        <w:trPr>
          <w:jc w:val="center"/>
        </w:trPr>
        <w:tc>
          <w:tcPr>
            <w:tcW w:w="2880" w:type="dxa"/>
            <w:tcBorders>
              <w:bottom w:val="single" w:sz="8" w:space="0" w:color="9B9B9B"/>
            </w:tcBorders>
            <w:shd w:val="clear" w:color="auto" w:fill="F0F0F0"/>
            <w:vAlign w:val="center"/>
          </w:tcPr>
          <w:p w14:paraId="55613C20" w14:textId="77777777" w:rsidR="00A806B2" w:rsidRPr="00A864B8" w:rsidRDefault="00000000">
            <w:pPr>
              <w:spacing w:before="20" w:after="10" w:line="240" w:lineRule="auto"/>
              <w:jc w:val="center"/>
            </w:pPr>
            <w:r w:rsidRPr="00A864B8">
              <w:rPr>
                <w:b/>
                <w:sz w:val="20"/>
              </w:rPr>
              <w:t>CO₂-Emissionen</w:t>
            </w:r>
          </w:p>
        </w:tc>
        <w:tc>
          <w:tcPr>
            <w:tcW w:w="2880" w:type="dxa"/>
            <w:tcBorders>
              <w:bottom w:val="single" w:sz="8" w:space="0" w:color="9B9B9B"/>
            </w:tcBorders>
            <w:shd w:val="clear" w:color="auto" w:fill="F0F0F0"/>
            <w:vAlign w:val="center"/>
          </w:tcPr>
          <w:p w14:paraId="0E4C6DDF" w14:textId="77777777" w:rsidR="00A806B2" w:rsidRPr="00A864B8" w:rsidRDefault="00000000">
            <w:pPr>
              <w:spacing w:before="20" w:after="10" w:line="240" w:lineRule="auto"/>
              <w:jc w:val="center"/>
            </w:pPr>
            <w:r w:rsidRPr="00A864B8">
              <w:rPr>
                <w:b/>
                <w:sz w:val="20"/>
              </w:rPr>
              <w:t>108 t</w:t>
            </w:r>
          </w:p>
        </w:tc>
        <w:tc>
          <w:tcPr>
            <w:tcW w:w="2880" w:type="dxa"/>
            <w:tcBorders>
              <w:bottom w:val="single" w:sz="8" w:space="0" w:color="9B9B9B"/>
            </w:tcBorders>
            <w:shd w:val="clear" w:color="auto" w:fill="F0F0F0"/>
            <w:vAlign w:val="center"/>
          </w:tcPr>
          <w:p w14:paraId="251FBA1D" w14:textId="77777777" w:rsidR="00A806B2" w:rsidRPr="00A864B8" w:rsidRDefault="00000000">
            <w:pPr>
              <w:spacing w:before="20" w:after="10" w:line="240" w:lineRule="auto"/>
              <w:jc w:val="center"/>
            </w:pPr>
            <w:r w:rsidRPr="00A864B8">
              <w:rPr>
                <w:b/>
                <w:sz w:val="20"/>
              </w:rPr>
              <w:t>301 t</w:t>
            </w:r>
          </w:p>
        </w:tc>
      </w:tr>
      <w:tr w:rsidR="00A806B2" w:rsidRPr="00A864B8" w14:paraId="6069C573" w14:textId="77777777">
        <w:trPr>
          <w:jc w:val="center"/>
        </w:trPr>
        <w:tc>
          <w:tcPr>
            <w:tcW w:w="2880" w:type="dxa"/>
            <w:tcBorders>
              <w:bottom w:val="single" w:sz="8" w:space="0" w:color="9B9B9B"/>
            </w:tcBorders>
            <w:shd w:val="clear" w:color="auto" w:fill="CFCFCF"/>
            <w:vAlign w:val="center"/>
          </w:tcPr>
          <w:p w14:paraId="51166131" w14:textId="77777777" w:rsidR="00A806B2" w:rsidRPr="00A864B8" w:rsidRDefault="00000000">
            <w:pPr>
              <w:spacing w:before="20" w:after="10" w:line="240" w:lineRule="auto"/>
              <w:jc w:val="center"/>
            </w:pPr>
            <w:r w:rsidRPr="00A864B8">
              <w:rPr>
                <w:sz w:val="20"/>
              </w:rPr>
              <w:t>CO₂-Emissionen pro Wärmebedarf</w:t>
            </w:r>
          </w:p>
        </w:tc>
        <w:tc>
          <w:tcPr>
            <w:tcW w:w="2880" w:type="dxa"/>
            <w:tcBorders>
              <w:bottom w:val="single" w:sz="8" w:space="0" w:color="9B9B9B"/>
            </w:tcBorders>
            <w:shd w:val="clear" w:color="auto" w:fill="CFCFCF"/>
            <w:vAlign w:val="center"/>
          </w:tcPr>
          <w:p w14:paraId="629B7023" w14:textId="77777777" w:rsidR="00A806B2" w:rsidRPr="00A864B8" w:rsidRDefault="00000000">
            <w:pPr>
              <w:spacing w:before="20" w:after="10" w:line="240" w:lineRule="auto"/>
              <w:jc w:val="center"/>
            </w:pPr>
            <w:r w:rsidRPr="00A864B8">
              <w:rPr>
                <w:sz w:val="20"/>
              </w:rPr>
              <w:t>141 g/kWh</w:t>
            </w:r>
          </w:p>
        </w:tc>
        <w:tc>
          <w:tcPr>
            <w:tcW w:w="2880" w:type="dxa"/>
            <w:tcBorders>
              <w:bottom w:val="single" w:sz="8" w:space="0" w:color="9B9B9B"/>
            </w:tcBorders>
            <w:shd w:val="clear" w:color="auto" w:fill="CFCFCF"/>
            <w:vAlign w:val="center"/>
          </w:tcPr>
          <w:p w14:paraId="0029D8AB" w14:textId="77777777" w:rsidR="00A806B2" w:rsidRPr="00A864B8" w:rsidRDefault="00000000">
            <w:pPr>
              <w:spacing w:before="20" w:after="10" w:line="240" w:lineRule="auto"/>
              <w:jc w:val="center"/>
            </w:pPr>
            <w:r w:rsidRPr="00A864B8">
              <w:rPr>
                <w:sz w:val="20"/>
              </w:rPr>
              <w:t>392 g/kWh</w:t>
            </w:r>
          </w:p>
        </w:tc>
      </w:tr>
      <w:tr w:rsidR="00A806B2" w:rsidRPr="00A864B8" w14:paraId="1488845C" w14:textId="77777777">
        <w:trPr>
          <w:jc w:val="center"/>
        </w:trPr>
        <w:tc>
          <w:tcPr>
            <w:tcW w:w="2880" w:type="dxa"/>
            <w:tcBorders>
              <w:bottom w:val="single" w:sz="8" w:space="0" w:color="9B9B9B"/>
            </w:tcBorders>
            <w:shd w:val="clear" w:color="auto" w:fill="F0F0F0"/>
            <w:vAlign w:val="center"/>
          </w:tcPr>
          <w:p w14:paraId="54C8C8DC" w14:textId="77777777" w:rsidR="00A806B2" w:rsidRPr="00A864B8" w:rsidRDefault="00000000">
            <w:pPr>
              <w:spacing w:before="20" w:after="10" w:line="240" w:lineRule="auto"/>
              <w:jc w:val="center"/>
            </w:pPr>
            <w:r w:rsidRPr="00A864B8">
              <w:rPr>
                <w:sz w:val="20"/>
              </w:rPr>
              <w:t>CO₂-Emissionen pro Energiebedarf</w:t>
            </w:r>
          </w:p>
        </w:tc>
        <w:tc>
          <w:tcPr>
            <w:tcW w:w="2880" w:type="dxa"/>
            <w:tcBorders>
              <w:bottom w:val="single" w:sz="8" w:space="0" w:color="9B9B9B"/>
            </w:tcBorders>
            <w:shd w:val="clear" w:color="auto" w:fill="F0F0F0"/>
            <w:vAlign w:val="center"/>
          </w:tcPr>
          <w:p w14:paraId="35CE805B" w14:textId="77777777" w:rsidR="00A806B2" w:rsidRPr="00A864B8" w:rsidRDefault="00000000">
            <w:pPr>
              <w:spacing w:before="20" w:after="10" w:line="240" w:lineRule="auto"/>
              <w:jc w:val="center"/>
            </w:pPr>
            <w:r w:rsidRPr="00A864B8">
              <w:rPr>
                <w:sz w:val="20"/>
              </w:rPr>
              <w:t>83 g/kWh</w:t>
            </w:r>
          </w:p>
        </w:tc>
        <w:tc>
          <w:tcPr>
            <w:tcW w:w="2880" w:type="dxa"/>
            <w:tcBorders>
              <w:bottom w:val="single" w:sz="8" w:space="0" w:color="9B9B9B"/>
            </w:tcBorders>
            <w:shd w:val="clear" w:color="auto" w:fill="F0F0F0"/>
            <w:vAlign w:val="center"/>
          </w:tcPr>
          <w:p w14:paraId="4E1EF421" w14:textId="77777777" w:rsidR="00A806B2" w:rsidRPr="00A864B8" w:rsidRDefault="00000000">
            <w:pPr>
              <w:spacing w:before="20" w:after="10" w:line="240" w:lineRule="auto"/>
              <w:jc w:val="center"/>
            </w:pPr>
            <w:r w:rsidRPr="00A864B8">
              <w:rPr>
                <w:sz w:val="20"/>
              </w:rPr>
              <w:t>233 g/kWh</w:t>
            </w:r>
          </w:p>
        </w:tc>
      </w:tr>
      <w:tr w:rsidR="00A806B2" w:rsidRPr="00A864B8" w14:paraId="255C69E2" w14:textId="77777777">
        <w:trPr>
          <w:jc w:val="center"/>
        </w:trPr>
        <w:tc>
          <w:tcPr>
            <w:tcW w:w="2880" w:type="dxa"/>
            <w:tcBorders>
              <w:bottom w:val="single" w:sz="8" w:space="0" w:color="9B9B9B"/>
            </w:tcBorders>
            <w:shd w:val="clear" w:color="auto" w:fill="CFCFCF"/>
            <w:vAlign w:val="center"/>
          </w:tcPr>
          <w:p w14:paraId="544A8640" w14:textId="77777777" w:rsidR="00A806B2" w:rsidRPr="00A864B8" w:rsidRDefault="00000000">
            <w:pPr>
              <w:spacing w:before="20" w:after="10" w:line="240" w:lineRule="auto"/>
              <w:jc w:val="center"/>
            </w:pPr>
            <w:r w:rsidRPr="00A864B8">
              <w:rPr>
                <w:sz w:val="20"/>
              </w:rPr>
              <w:t>CO₂-Emissionen pro Nutzfläche</w:t>
            </w:r>
          </w:p>
        </w:tc>
        <w:tc>
          <w:tcPr>
            <w:tcW w:w="2880" w:type="dxa"/>
            <w:tcBorders>
              <w:bottom w:val="single" w:sz="8" w:space="0" w:color="9B9B9B"/>
            </w:tcBorders>
            <w:shd w:val="clear" w:color="auto" w:fill="CFCFCF"/>
            <w:vAlign w:val="center"/>
          </w:tcPr>
          <w:p w14:paraId="4A0D345E" w14:textId="77777777" w:rsidR="00A806B2" w:rsidRPr="00A864B8" w:rsidRDefault="00000000">
            <w:pPr>
              <w:spacing w:before="20" w:after="10" w:line="240" w:lineRule="auto"/>
              <w:jc w:val="center"/>
            </w:pPr>
            <w:r w:rsidRPr="00A864B8">
              <w:rPr>
                <w:sz w:val="20"/>
              </w:rPr>
              <w:t>15,9 kg/m²</w:t>
            </w:r>
          </w:p>
        </w:tc>
        <w:tc>
          <w:tcPr>
            <w:tcW w:w="2880" w:type="dxa"/>
            <w:tcBorders>
              <w:bottom w:val="single" w:sz="8" w:space="0" w:color="9B9B9B"/>
            </w:tcBorders>
            <w:shd w:val="clear" w:color="auto" w:fill="CFCFCF"/>
            <w:vAlign w:val="center"/>
          </w:tcPr>
          <w:p w14:paraId="779EE24C" w14:textId="77777777" w:rsidR="00A806B2" w:rsidRPr="00A864B8" w:rsidRDefault="00000000">
            <w:pPr>
              <w:spacing w:before="20" w:after="10" w:line="240" w:lineRule="auto"/>
              <w:jc w:val="center"/>
            </w:pPr>
            <w:r w:rsidRPr="00A864B8">
              <w:rPr>
                <w:sz w:val="20"/>
              </w:rPr>
              <w:t>44,2 kg/m²</w:t>
            </w:r>
          </w:p>
        </w:tc>
      </w:tr>
      <w:tr w:rsidR="00A806B2" w:rsidRPr="00A864B8" w14:paraId="19A23D90" w14:textId="77777777">
        <w:trPr>
          <w:jc w:val="center"/>
        </w:trPr>
        <w:tc>
          <w:tcPr>
            <w:tcW w:w="2880" w:type="dxa"/>
            <w:tcBorders>
              <w:bottom w:val="single" w:sz="8" w:space="0" w:color="9B9B9B"/>
            </w:tcBorders>
            <w:shd w:val="clear" w:color="auto" w:fill="F0F0F0"/>
            <w:vAlign w:val="center"/>
          </w:tcPr>
          <w:p w14:paraId="6556C8B5" w14:textId="77777777" w:rsidR="00A806B2" w:rsidRPr="00A864B8" w:rsidRDefault="00000000">
            <w:pPr>
              <w:spacing w:before="20" w:after="10" w:line="240" w:lineRule="auto"/>
              <w:jc w:val="center"/>
            </w:pPr>
            <w:r w:rsidRPr="00A864B8">
              <w:rPr>
                <w:b/>
                <w:sz w:val="20"/>
              </w:rPr>
              <w:t>Primärenergie</w:t>
            </w:r>
          </w:p>
        </w:tc>
        <w:tc>
          <w:tcPr>
            <w:tcW w:w="2880" w:type="dxa"/>
            <w:tcBorders>
              <w:bottom w:val="single" w:sz="8" w:space="0" w:color="9B9B9B"/>
            </w:tcBorders>
            <w:shd w:val="clear" w:color="auto" w:fill="F0F0F0"/>
            <w:vAlign w:val="center"/>
          </w:tcPr>
          <w:p w14:paraId="4D5EBE24" w14:textId="77777777" w:rsidR="00A806B2" w:rsidRPr="00A864B8" w:rsidRDefault="00000000">
            <w:pPr>
              <w:spacing w:before="20" w:after="10" w:line="240" w:lineRule="auto"/>
              <w:jc w:val="center"/>
            </w:pPr>
            <w:r w:rsidRPr="00A864B8">
              <w:rPr>
                <w:b/>
                <w:sz w:val="20"/>
              </w:rPr>
              <w:t>550 MWh</w:t>
            </w:r>
          </w:p>
        </w:tc>
        <w:tc>
          <w:tcPr>
            <w:tcW w:w="2880" w:type="dxa"/>
            <w:tcBorders>
              <w:bottom w:val="single" w:sz="8" w:space="0" w:color="9B9B9B"/>
            </w:tcBorders>
            <w:shd w:val="clear" w:color="auto" w:fill="F0F0F0"/>
            <w:vAlign w:val="center"/>
          </w:tcPr>
          <w:p w14:paraId="46B1449E" w14:textId="77777777" w:rsidR="00A806B2" w:rsidRPr="00A864B8" w:rsidRDefault="00000000">
            <w:pPr>
              <w:spacing w:before="20" w:after="10" w:line="240" w:lineRule="auto"/>
              <w:jc w:val="center"/>
            </w:pPr>
            <w:r w:rsidRPr="00A864B8">
              <w:rPr>
                <w:b/>
                <w:sz w:val="20"/>
              </w:rPr>
              <w:t>1.353 MWh</w:t>
            </w:r>
          </w:p>
        </w:tc>
      </w:tr>
      <w:tr w:rsidR="00A806B2" w:rsidRPr="00A864B8" w14:paraId="5F365966" w14:textId="77777777">
        <w:trPr>
          <w:jc w:val="center"/>
        </w:trPr>
        <w:tc>
          <w:tcPr>
            <w:tcW w:w="2880" w:type="dxa"/>
            <w:tcBorders>
              <w:bottom w:val="single" w:sz="8" w:space="0" w:color="9B9B9B"/>
            </w:tcBorders>
            <w:shd w:val="clear" w:color="auto" w:fill="CFCFCF"/>
            <w:vAlign w:val="center"/>
          </w:tcPr>
          <w:p w14:paraId="002080D4" w14:textId="77777777" w:rsidR="00A806B2" w:rsidRPr="00A864B8" w:rsidRDefault="00000000">
            <w:pPr>
              <w:spacing w:before="20" w:after="10" w:line="240" w:lineRule="auto"/>
              <w:jc w:val="center"/>
            </w:pPr>
            <w:r w:rsidRPr="00A864B8">
              <w:rPr>
                <w:sz w:val="20"/>
              </w:rPr>
              <w:t>Primärenergie pro Wärmebedarf</w:t>
            </w:r>
          </w:p>
        </w:tc>
        <w:tc>
          <w:tcPr>
            <w:tcW w:w="2880" w:type="dxa"/>
            <w:tcBorders>
              <w:bottom w:val="single" w:sz="8" w:space="0" w:color="9B9B9B"/>
            </w:tcBorders>
            <w:shd w:val="clear" w:color="auto" w:fill="CFCFCF"/>
            <w:vAlign w:val="center"/>
          </w:tcPr>
          <w:p w14:paraId="79FAEB60" w14:textId="77777777" w:rsidR="00A806B2" w:rsidRPr="00A864B8" w:rsidRDefault="00000000">
            <w:pPr>
              <w:spacing w:before="20" w:after="10" w:line="240" w:lineRule="auto"/>
              <w:jc w:val="center"/>
            </w:pPr>
            <w:r w:rsidRPr="00A864B8">
              <w:rPr>
                <w:sz w:val="20"/>
              </w:rPr>
              <w:t>0,72 kWh/kWh</w:t>
            </w:r>
          </w:p>
        </w:tc>
        <w:tc>
          <w:tcPr>
            <w:tcW w:w="2880" w:type="dxa"/>
            <w:tcBorders>
              <w:bottom w:val="single" w:sz="8" w:space="0" w:color="9B9B9B"/>
            </w:tcBorders>
            <w:shd w:val="clear" w:color="auto" w:fill="CFCFCF"/>
            <w:vAlign w:val="center"/>
          </w:tcPr>
          <w:p w14:paraId="2A24C215" w14:textId="77777777" w:rsidR="00A806B2" w:rsidRPr="00A864B8" w:rsidRDefault="00000000">
            <w:pPr>
              <w:spacing w:before="20" w:after="10" w:line="240" w:lineRule="auto"/>
              <w:jc w:val="center"/>
            </w:pPr>
            <w:r w:rsidRPr="00A864B8">
              <w:rPr>
                <w:sz w:val="20"/>
              </w:rPr>
              <w:t>1,8 kWh/kWh</w:t>
            </w:r>
          </w:p>
        </w:tc>
      </w:tr>
      <w:tr w:rsidR="00A806B2" w:rsidRPr="00A864B8" w14:paraId="5CC4AFBC" w14:textId="77777777">
        <w:trPr>
          <w:jc w:val="center"/>
        </w:trPr>
        <w:tc>
          <w:tcPr>
            <w:tcW w:w="2880" w:type="dxa"/>
            <w:tcBorders>
              <w:bottom w:val="single" w:sz="8" w:space="0" w:color="9B9B9B"/>
            </w:tcBorders>
            <w:shd w:val="clear" w:color="auto" w:fill="F0F0F0"/>
            <w:vAlign w:val="center"/>
          </w:tcPr>
          <w:p w14:paraId="4310799E" w14:textId="77777777" w:rsidR="00A806B2" w:rsidRPr="00A864B8" w:rsidRDefault="00000000">
            <w:pPr>
              <w:spacing w:before="20" w:after="10" w:line="240" w:lineRule="auto"/>
              <w:jc w:val="center"/>
            </w:pPr>
            <w:r w:rsidRPr="00A864B8">
              <w:rPr>
                <w:sz w:val="20"/>
              </w:rPr>
              <w:t>Primärenergie pro Energiebedarf</w:t>
            </w:r>
          </w:p>
        </w:tc>
        <w:tc>
          <w:tcPr>
            <w:tcW w:w="2880" w:type="dxa"/>
            <w:tcBorders>
              <w:bottom w:val="single" w:sz="8" w:space="0" w:color="9B9B9B"/>
            </w:tcBorders>
            <w:shd w:val="clear" w:color="auto" w:fill="F0F0F0"/>
            <w:vAlign w:val="center"/>
          </w:tcPr>
          <w:p w14:paraId="6A167AE3" w14:textId="77777777" w:rsidR="00A806B2" w:rsidRPr="00A864B8" w:rsidRDefault="00000000">
            <w:pPr>
              <w:spacing w:before="20" w:after="10" w:line="240" w:lineRule="auto"/>
              <w:jc w:val="center"/>
            </w:pPr>
            <w:r w:rsidRPr="00A864B8">
              <w:rPr>
                <w:sz w:val="20"/>
              </w:rPr>
              <w:t>0,43 kWh/kWh</w:t>
            </w:r>
          </w:p>
        </w:tc>
        <w:tc>
          <w:tcPr>
            <w:tcW w:w="2880" w:type="dxa"/>
            <w:tcBorders>
              <w:bottom w:val="single" w:sz="8" w:space="0" w:color="9B9B9B"/>
            </w:tcBorders>
            <w:shd w:val="clear" w:color="auto" w:fill="F0F0F0"/>
            <w:vAlign w:val="center"/>
          </w:tcPr>
          <w:p w14:paraId="7B754428" w14:textId="77777777" w:rsidR="00A806B2" w:rsidRPr="00A864B8" w:rsidRDefault="00000000">
            <w:pPr>
              <w:spacing w:before="20" w:after="10" w:line="240" w:lineRule="auto"/>
              <w:jc w:val="center"/>
            </w:pPr>
            <w:r w:rsidRPr="00A864B8">
              <w:rPr>
                <w:sz w:val="20"/>
              </w:rPr>
              <w:t>1 kWh/kWh</w:t>
            </w:r>
          </w:p>
        </w:tc>
      </w:tr>
      <w:tr w:rsidR="00A806B2" w:rsidRPr="00A864B8" w14:paraId="507E9320" w14:textId="77777777">
        <w:trPr>
          <w:jc w:val="center"/>
        </w:trPr>
        <w:tc>
          <w:tcPr>
            <w:tcW w:w="2880" w:type="dxa"/>
            <w:tcBorders>
              <w:bottom w:val="single" w:sz="8" w:space="0" w:color="9B9B9B"/>
            </w:tcBorders>
            <w:shd w:val="clear" w:color="auto" w:fill="CFCFCF"/>
            <w:vAlign w:val="center"/>
          </w:tcPr>
          <w:p w14:paraId="0096AD39" w14:textId="77777777" w:rsidR="00A806B2" w:rsidRPr="00A864B8" w:rsidRDefault="00000000">
            <w:pPr>
              <w:spacing w:before="20" w:after="10" w:line="240" w:lineRule="auto"/>
              <w:jc w:val="center"/>
            </w:pPr>
            <w:r w:rsidRPr="00A864B8">
              <w:rPr>
                <w:sz w:val="20"/>
              </w:rPr>
              <w:t>Primärenergie pro Nutzfläche</w:t>
            </w:r>
          </w:p>
        </w:tc>
        <w:tc>
          <w:tcPr>
            <w:tcW w:w="2880" w:type="dxa"/>
            <w:tcBorders>
              <w:bottom w:val="single" w:sz="8" w:space="0" w:color="9B9B9B"/>
            </w:tcBorders>
            <w:shd w:val="clear" w:color="auto" w:fill="CFCFCF"/>
            <w:vAlign w:val="center"/>
          </w:tcPr>
          <w:p w14:paraId="2F8002BB" w14:textId="77777777" w:rsidR="00A806B2" w:rsidRPr="00A864B8" w:rsidRDefault="00000000">
            <w:pPr>
              <w:spacing w:before="20" w:after="10" w:line="240" w:lineRule="auto"/>
              <w:jc w:val="center"/>
            </w:pPr>
            <w:r w:rsidRPr="00A864B8">
              <w:rPr>
                <w:sz w:val="20"/>
              </w:rPr>
              <w:t>81 kWh/m²</w:t>
            </w:r>
          </w:p>
        </w:tc>
        <w:tc>
          <w:tcPr>
            <w:tcW w:w="2880" w:type="dxa"/>
            <w:tcBorders>
              <w:bottom w:val="single" w:sz="8" w:space="0" w:color="9B9B9B"/>
            </w:tcBorders>
            <w:shd w:val="clear" w:color="auto" w:fill="CFCFCF"/>
            <w:vAlign w:val="center"/>
          </w:tcPr>
          <w:p w14:paraId="5CF57B0D" w14:textId="77777777" w:rsidR="00A806B2" w:rsidRPr="00A864B8" w:rsidRDefault="00000000">
            <w:pPr>
              <w:spacing w:before="20" w:after="10" w:line="240" w:lineRule="auto"/>
              <w:jc w:val="center"/>
            </w:pPr>
            <w:r w:rsidRPr="00A864B8">
              <w:rPr>
                <w:sz w:val="20"/>
              </w:rPr>
              <w:t>199 kWh/m²</w:t>
            </w:r>
          </w:p>
        </w:tc>
      </w:tr>
    </w:tbl>
    <w:p w14:paraId="22DF1C47" w14:textId="77777777" w:rsidR="00A806B2" w:rsidRPr="00A864B8" w:rsidRDefault="00A806B2"/>
    <w:p w14:paraId="644C879D" w14:textId="77777777" w:rsidR="00A806B2" w:rsidRPr="00A864B8" w:rsidRDefault="00000000">
      <w:pPr>
        <w:pStyle w:val="berschrift2"/>
      </w:pPr>
      <w:bookmarkStart w:id="288" w:name="h_placeholder_bew_variant_conclusion_num"/>
      <w:bookmarkStart w:id="289" w:name="_Toc240363511"/>
      <w:r w:rsidRPr="00A864B8">
        <w:rPr>
          <w:color w:val="000000"/>
          <w:sz w:val="36"/>
        </w:rPr>
        <w:t xml:space="preserve">6.1 </w:t>
      </w:r>
      <w:bookmarkEnd w:id="288"/>
      <w:r w:rsidRPr="00A864B8">
        <w:rPr>
          <w:color w:val="000000"/>
          <w:sz w:val="36"/>
        </w:rPr>
        <w:t>PLATZHALTER: Schlussfolgerungen aus dem Variantenvergleich</w:t>
      </w:r>
      <w:bookmarkEnd w:id="289"/>
    </w:p>
    <w:p w14:paraId="66FB783C" w14:textId="77777777" w:rsidR="00A806B2" w:rsidRPr="00A864B8" w:rsidRDefault="00000000">
      <w:r w:rsidRPr="00A864B8">
        <w:br w:type="page"/>
      </w:r>
    </w:p>
    <w:p w14:paraId="58408CB5" w14:textId="77777777" w:rsidR="00A806B2" w:rsidRPr="00A864B8" w:rsidRDefault="00000000">
      <w:pPr>
        <w:pStyle w:val="berschrift1"/>
      </w:pPr>
      <w:bookmarkStart w:id="290" w:name="h_placeholder_bew_hoai_msr_num"/>
      <w:bookmarkStart w:id="291" w:name="_Toc240363512"/>
      <w:r w:rsidRPr="00A864B8">
        <w:rPr>
          <w:color w:val="000000"/>
          <w:sz w:val="44"/>
        </w:rPr>
        <w:t xml:space="preserve">7 </w:t>
      </w:r>
      <w:bookmarkEnd w:id="290"/>
      <w:r w:rsidRPr="00A864B8">
        <w:rPr>
          <w:color w:val="000000"/>
          <w:sz w:val="44"/>
        </w:rPr>
        <w:t>PLATZHALTER: Mess-, Steuerungs- und Regelungstechnik (MSR-Technik) inkl. Digitalisierungskomponenten</w:t>
      </w:r>
      <w:bookmarkEnd w:id="291"/>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61C66A9B" w14:textId="77777777">
        <w:tc>
          <w:tcPr>
            <w:tcW w:w="8640" w:type="dxa"/>
            <w:shd w:val="clear" w:color="auto" w:fill="D9F3F7"/>
          </w:tcPr>
          <w:p w14:paraId="3F62DFB5" w14:textId="77777777" w:rsidR="00A806B2" w:rsidRPr="00A864B8" w:rsidRDefault="00000000">
            <w:pPr>
              <w:spacing w:line="240" w:lineRule="auto"/>
            </w:pPr>
            <w:r w:rsidRPr="00A864B8">
              <w:rPr>
                <w:b/>
              </w:rPr>
              <w:t>💡 Auszug aus "Merkblatt Antragstellung, technische Anforderungen und Verwendungsnachweis" (Version 3.1, 01.04.2026)</w:t>
            </w:r>
          </w:p>
          <w:p w14:paraId="4F2D086E" w14:textId="77777777" w:rsidR="00A806B2" w:rsidRPr="00A864B8" w:rsidRDefault="00000000">
            <w:pPr>
              <w:spacing w:line="240" w:lineRule="auto"/>
            </w:pPr>
            <w:r w:rsidRPr="00A864B8">
              <w:rPr>
                <w:b/>
                <w:sz w:val="20"/>
              </w:rPr>
              <w:t>Mindestinhalte Planungsleistungen angelehnt an Leistungsphasen 2 bis 4</w:t>
            </w:r>
          </w:p>
          <w:p w14:paraId="0DA95076" w14:textId="77777777" w:rsidR="00A806B2" w:rsidRPr="00A864B8" w:rsidRDefault="00000000">
            <w:pPr>
              <w:spacing w:line="240" w:lineRule="auto"/>
            </w:pPr>
            <w:r w:rsidRPr="00A864B8">
              <w:rPr>
                <w:b/>
                <w:sz w:val="20"/>
              </w:rPr>
              <w:t>Mess-, Steuerungs- und Regelungstechnik (MSR-Technik) inkl. Digitalisierungskomponenten</w:t>
            </w:r>
          </w:p>
          <w:p w14:paraId="338072F2" w14:textId="77777777" w:rsidR="00A806B2" w:rsidRPr="00A864B8" w:rsidRDefault="00000000">
            <w:pPr>
              <w:spacing w:line="240" w:lineRule="auto"/>
            </w:pPr>
            <w:r w:rsidRPr="00A864B8">
              <w:rPr>
                <w:sz w:val="20"/>
              </w:rPr>
              <w:t>Ein grobes Schema mit einer groben Beschreibung der Komponenten mit ihrer Funktionsweise der MSR-Technik ist beizufügen. Die Komponenten müssen soweit wie möglich standardisierte Schnittstellen enthalten, um Daten digital empfangen und senden zu können, um so vernetzt zu werden, dass ein optimaler Betrieb des Wärmenetzes möglich ist.</w:t>
            </w:r>
          </w:p>
        </w:tc>
      </w:tr>
    </w:tbl>
    <w:p w14:paraId="13F49B19" w14:textId="77777777" w:rsidR="00A806B2" w:rsidRPr="00A864B8" w:rsidRDefault="00A806B2">
      <w:pPr>
        <w:spacing w:after="280"/>
      </w:pPr>
    </w:p>
    <w:p w14:paraId="29EEB8F1" w14:textId="77777777" w:rsidR="00A806B2" w:rsidRPr="00A864B8" w:rsidRDefault="00000000">
      <w:r w:rsidRPr="00A864B8">
        <w:br w:type="page"/>
      </w:r>
    </w:p>
    <w:p w14:paraId="4639CB7E" w14:textId="77777777" w:rsidR="00A806B2" w:rsidRPr="00A864B8" w:rsidRDefault="00000000">
      <w:pPr>
        <w:pStyle w:val="berschrift1"/>
      </w:pPr>
      <w:bookmarkStart w:id="292" w:name="h_placeholder_bew_hoai_approvability_num"/>
      <w:bookmarkStart w:id="293" w:name="_Toc240363513"/>
      <w:r w:rsidRPr="00A864B8">
        <w:rPr>
          <w:color w:val="000000"/>
          <w:sz w:val="44"/>
        </w:rPr>
        <w:t xml:space="preserve">8 </w:t>
      </w:r>
      <w:bookmarkEnd w:id="292"/>
      <w:r w:rsidRPr="00A864B8">
        <w:rPr>
          <w:color w:val="000000"/>
          <w:sz w:val="44"/>
        </w:rPr>
        <w:t>PLATZHALTER: Genehmigungsfähigkeit</w:t>
      </w:r>
      <w:bookmarkEnd w:id="293"/>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7A60CD72" w14:textId="77777777">
        <w:tc>
          <w:tcPr>
            <w:tcW w:w="8640" w:type="dxa"/>
            <w:shd w:val="clear" w:color="auto" w:fill="D9F3F7"/>
          </w:tcPr>
          <w:p w14:paraId="324087BA" w14:textId="77777777" w:rsidR="00A806B2" w:rsidRPr="00A864B8" w:rsidRDefault="00000000">
            <w:pPr>
              <w:spacing w:line="240" w:lineRule="auto"/>
            </w:pPr>
            <w:r w:rsidRPr="00A864B8">
              <w:rPr>
                <w:b/>
              </w:rPr>
              <w:t>💡 Auszug aus "Merkblatt Antragstellung, technische Anforderungen und Verwendungsnachweis" (Version 3.1, 01.04.2026)</w:t>
            </w:r>
          </w:p>
          <w:p w14:paraId="70A3B413" w14:textId="77777777" w:rsidR="00A806B2" w:rsidRPr="00A864B8" w:rsidRDefault="00000000">
            <w:pPr>
              <w:spacing w:line="240" w:lineRule="auto"/>
            </w:pPr>
            <w:r w:rsidRPr="00A864B8">
              <w:rPr>
                <w:b/>
                <w:sz w:val="20"/>
              </w:rPr>
              <w:t>Mindestinhalte Planungsleistungen angelehnt an Leistungsphasen 2 bis 4</w:t>
            </w:r>
          </w:p>
          <w:p w14:paraId="53401E02" w14:textId="77777777" w:rsidR="00A806B2" w:rsidRPr="00A864B8" w:rsidRDefault="00000000">
            <w:pPr>
              <w:spacing w:line="240" w:lineRule="auto"/>
            </w:pPr>
            <w:r w:rsidRPr="00A864B8">
              <w:rPr>
                <w:b/>
                <w:sz w:val="20"/>
              </w:rPr>
              <w:t>Genehmigungsfähigkeit</w:t>
            </w:r>
          </w:p>
          <w:p w14:paraId="5DCC1C26" w14:textId="77777777" w:rsidR="00A806B2" w:rsidRPr="00A864B8" w:rsidRDefault="00000000">
            <w:pPr>
              <w:spacing w:line="240" w:lineRule="auto"/>
            </w:pPr>
            <w:r w:rsidRPr="00A864B8">
              <w:rPr>
                <w:sz w:val="20"/>
              </w:rPr>
              <w:t>Alle für das Wärmenetz notwendigen Genehmigungen sind tabellarisch aufzulisten. Dabei ist darauf einzugehen, welche Genehmigungen bereits vorliegen und welche Genehmigung noch einzuholen sind.</w:t>
            </w:r>
          </w:p>
        </w:tc>
      </w:tr>
    </w:tbl>
    <w:p w14:paraId="6EB680FA" w14:textId="77777777" w:rsidR="00A806B2" w:rsidRPr="00A864B8" w:rsidRDefault="00A806B2">
      <w:pPr>
        <w:spacing w:after="280"/>
      </w:pPr>
    </w:p>
    <w:p w14:paraId="6A7EECAE" w14:textId="77777777" w:rsidR="00A806B2" w:rsidRPr="00A864B8" w:rsidRDefault="00000000">
      <w:r w:rsidRPr="00A864B8">
        <w:br w:type="page"/>
      </w:r>
    </w:p>
    <w:p w14:paraId="224AC4C7" w14:textId="77777777" w:rsidR="00A806B2" w:rsidRPr="00A864B8" w:rsidRDefault="00000000">
      <w:pPr>
        <w:pStyle w:val="berschrift1"/>
      </w:pPr>
      <w:bookmarkStart w:id="294" w:name="h_placeholder_bew_plan_num"/>
      <w:bookmarkStart w:id="295" w:name="_Toc240363514"/>
      <w:r w:rsidRPr="00A864B8">
        <w:rPr>
          <w:color w:val="000000"/>
          <w:sz w:val="44"/>
        </w:rPr>
        <w:t xml:space="preserve">9 </w:t>
      </w:r>
      <w:bookmarkEnd w:id="294"/>
      <w:r w:rsidRPr="00A864B8">
        <w:rPr>
          <w:color w:val="000000"/>
          <w:sz w:val="44"/>
        </w:rPr>
        <w:t>PLATZHALTER: Zeitplan</w:t>
      </w:r>
      <w:bookmarkEnd w:id="295"/>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4842B56C" w14:textId="77777777">
        <w:tc>
          <w:tcPr>
            <w:tcW w:w="8640" w:type="dxa"/>
            <w:shd w:val="clear" w:color="auto" w:fill="D9F3F7"/>
          </w:tcPr>
          <w:p w14:paraId="296BB98C" w14:textId="77777777" w:rsidR="00A806B2" w:rsidRPr="00A864B8" w:rsidRDefault="00000000">
            <w:pPr>
              <w:spacing w:line="240" w:lineRule="auto"/>
            </w:pPr>
            <w:r w:rsidRPr="00A864B8">
              <w:rPr>
                <w:b/>
              </w:rPr>
              <w:t>💡 Auszug aus "Merkblatt Antragstellung, technische Anforderungen und Verwendungsnachweis" (Version 3.1, 01.04.2026)</w:t>
            </w:r>
          </w:p>
          <w:p w14:paraId="24B9ECA1" w14:textId="77777777" w:rsidR="00A806B2" w:rsidRPr="00A864B8" w:rsidRDefault="00000000">
            <w:pPr>
              <w:spacing w:line="240" w:lineRule="auto"/>
            </w:pPr>
            <w:r w:rsidRPr="00A864B8">
              <w:rPr>
                <w:b/>
                <w:sz w:val="20"/>
              </w:rPr>
              <w:t>Mindestinhalte Planungsleistungen angelehnt an Leistungsphasen 2 bis 4</w:t>
            </w:r>
          </w:p>
          <w:p w14:paraId="0BB79BE2" w14:textId="77777777" w:rsidR="00A806B2" w:rsidRPr="00A864B8" w:rsidRDefault="00000000">
            <w:pPr>
              <w:spacing w:line="240" w:lineRule="auto"/>
            </w:pPr>
            <w:r w:rsidRPr="00A864B8">
              <w:rPr>
                <w:b/>
                <w:sz w:val="20"/>
              </w:rPr>
              <w:t>Zeitplan</w:t>
            </w:r>
          </w:p>
          <w:p w14:paraId="1DE3D3D8" w14:textId="77777777" w:rsidR="00A806B2" w:rsidRPr="00A864B8" w:rsidRDefault="00000000">
            <w:pPr>
              <w:spacing w:line="240" w:lineRule="auto"/>
            </w:pPr>
            <w:r w:rsidRPr="00A864B8">
              <w:rPr>
                <w:sz w:val="20"/>
              </w:rPr>
              <w:t>Es ist anzugeben, in welchem Zeithorizont das Wärmenetz (um)gebaut werden soll. Dabei ist der geplante Bauablauf (Planungen, Ausschreibungen, Vergabe, Bau der verschiedenen Gewerke) zu erläutern. Alle relevanten Zeiträume und Meilensteine der Bauphase sind grafisch und tabellarisch darzustellen. Bei einer Bauzeit von mehr als vier Jahren sind Maßnahmenpakete von jeweils vier Jahren zu bilden und die darin geplanten Maßnahmen aufzulisten.</w:t>
            </w:r>
          </w:p>
        </w:tc>
      </w:tr>
    </w:tbl>
    <w:p w14:paraId="4236D3AA" w14:textId="77777777" w:rsidR="00A806B2" w:rsidRPr="00A864B8" w:rsidRDefault="00A806B2">
      <w:pPr>
        <w:spacing w:after="280"/>
      </w:pPr>
    </w:p>
    <w:p w14:paraId="4C62FC05" w14:textId="77777777" w:rsidR="00A806B2" w:rsidRPr="00A864B8" w:rsidRDefault="00000000">
      <w:r w:rsidRPr="00A864B8">
        <w:br w:type="page"/>
      </w:r>
    </w:p>
    <w:p w14:paraId="0C6B2ECD" w14:textId="77777777" w:rsidR="00A806B2" w:rsidRPr="00A864B8" w:rsidRDefault="00000000">
      <w:pPr>
        <w:pStyle w:val="berschrift1"/>
      </w:pPr>
      <w:bookmarkStart w:id="296" w:name="h_placeholder_bew_decarbonization_path_n"/>
      <w:bookmarkStart w:id="297" w:name="_Toc240363515"/>
      <w:r w:rsidRPr="00A864B8">
        <w:rPr>
          <w:color w:val="000000"/>
          <w:sz w:val="44"/>
        </w:rPr>
        <w:t xml:space="preserve">10 </w:t>
      </w:r>
      <w:bookmarkEnd w:id="296"/>
      <w:r w:rsidRPr="00A864B8">
        <w:rPr>
          <w:color w:val="000000"/>
          <w:sz w:val="44"/>
        </w:rPr>
        <w:t>PLATZHALTER: Pfad zur Treibhausgasneutralität mit den Wegmarken 2030, 2035, 2040, 2045</w:t>
      </w:r>
      <w:bookmarkEnd w:id="297"/>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519B47DF" w14:textId="77777777">
        <w:tc>
          <w:tcPr>
            <w:tcW w:w="8640" w:type="dxa"/>
            <w:shd w:val="clear" w:color="auto" w:fill="D9F3F7"/>
          </w:tcPr>
          <w:p w14:paraId="06EF1FEE" w14:textId="77777777" w:rsidR="00A806B2" w:rsidRPr="00A864B8" w:rsidRDefault="00000000">
            <w:pPr>
              <w:spacing w:line="240" w:lineRule="auto"/>
            </w:pPr>
            <w:r w:rsidRPr="00A864B8">
              <w:rPr>
                <w:b/>
              </w:rPr>
              <w:t>💡 Auszug aus "Merkblatt Antragstellung, technische Anforderungen und Verwendungsnachweis" (Version 3.1, 01.04.2026)</w:t>
            </w:r>
          </w:p>
          <w:p w14:paraId="1EA89C71" w14:textId="77777777" w:rsidR="00A806B2" w:rsidRPr="00A864B8" w:rsidRDefault="00000000">
            <w:pPr>
              <w:spacing w:line="240" w:lineRule="auto"/>
            </w:pPr>
            <w:r w:rsidRPr="00A864B8">
              <w:rPr>
                <w:b/>
                <w:sz w:val="20"/>
              </w:rPr>
              <w:t>Pfad zur Treibhausgasneutralität mit den Wegmarken 2030, 2035, 2040, 2045</w:t>
            </w:r>
          </w:p>
          <w:p w14:paraId="4586709E" w14:textId="77777777" w:rsidR="00A806B2" w:rsidRPr="00A864B8" w:rsidRDefault="00000000">
            <w:pPr>
              <w:spacing w:line="240" w:lineRule="auto"/>
            </w:pPr>
            <w:r w:rsidRPr="00A864B8">
              <w:rPr>
                <w:sz w:val="20"/>
              </w:rPr>
              <w:t>Für die Jahre 2030, 2035, 2040 und 2045 ist zu schätzen, wie viel Prozent das Wärmenetz an EE und Abwärme enthält und wie viel Prozent an Wärme treibhausgasneutral ist. 2045 muss das Wärmenetz treibhausgasneutral sein.</w:t>
            </w:r>
          </w:p>
        </w:tc>
      </w:tr>
    </w:tbl>
    <w:p w14:paraId="4D21141F" w14:textId="77777777" w:rsidR="00A806B2" w:rsidRPr="00A864B8" w:rsidRDefault="00A806B2">
      <w:pPr>
        <w:spacing w:after="280"/>
      </w:pPr>
    </w:p>
    <w:p w14:paraId="090DC880" w14:textId="77777777" w:rsidR="00A806B2" w:rsidRPr="00A864B8" w:rsidRDefault="00000000">
      <w:r w:rsidRPr="00A864B8">
        <w:br w:type="page"/>
      </w:r>
    </w:p>
    <w:p w14:paraId="70D184CE" w14:textId="77777777" w:rsidR="00A806B2" w:rsidRPr="00A864B8" w:rsidRDefault="00000000">
      <w:pPr>
        <w:pStyle w:val="berschrift1"/>
      </w:pPr>
      <w:bookmarkStart w:id="298" w:name="h_placeholder_bew_acceptance_num"/>
      <w:bookmarkStart w:id="299" w:name="_Toc240363516"/>
      <w:r w:rsidRPr="00A864B8">
        <w:rPr>
          <w:color w:val="000000"/>
          <w:sz w:val="44"/>
        </w:rPr>
        <w:t xml:space="preserve">11 </w:t>
      </w:r>
      <w:bookmarkEnd w:id="298"/>
      <w:r w:rsidRPr="00A864B8">
        <w:rPr>
          <w:color w:val="000000"/>
          <w:sz w:val="44"/>
        </w:rPr>
        <w:t>PLATZHALTER: Maßnahmen zur Bürgereinbindung und Stärkung der Akzeptanz sowie Akquise</w:t>
      </w:r>
      <w:bookmarkEnd w:id="299"/>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640"/>
      </w:tblGrid>
      <w:tr w:rsidR="00A806B2" w:rsidRPr="00A864B8" w14:paraId="5B15E73A" w14:textId="77777777">
        <w:tc>
          <w:tcPr>
            <w:tcW w:w="8640" w:type="dxa"/>
            <w:shd w:val="clear" w:color="auto" w:fill="D9F3F7"/>
          </w:tcPr>
          <w:p w14:paraId="30E0B66B" w14:textId="77777777" w:rsidR="00A806B2" w:rsidRPr="00A864B8" w:rsidRDefault="00000000">
            <w:pPr>
              <w:spacing w:line="240" w:lineRule="auto"/>
            </w:pPr>
            <w:r w:rsidRPr="00A864B8">
              <w:rPr>
                <w:b/>
              </w:rPr>
              <w:t>💡 Auszug aus "Merkblatt Antragstellung, technische Anforderungen und Verwendungsnachweis" (Version 3.1, 01.04.2026)</w:t>
            </w:r>
          </w:p>
          <w:p w14:paraId="37C2E9C8" w14:textId="77777777" w:rsidR="00A806B2" w:rsidRPr="00A864B8" w:rsidRDefault="00000000">
            <w:pPr>
              <w:spacing w:line="240" w:lineRule="auto"/>
            </w:pPr>
            <w:r w:rsidRPr="00A864B8">
              <w:rPr>
                <w:b/>
                <w:sz w:val="20"/>
              </w:rPr>
              <w:t>Maßnahmen zur Bürgereinbindung und Stärkung der Akzeptanz sowie Akquise</w:t>
            </w:r>
          </w:p>
          <w:p w14:paraId="4B8F7F5D" w14:textId="77777777" w:rsidR="00A806B2" w:rsidRPr="00A864B8" w:rsidRDefault="00000000">
            <w:pPr>
              <w:spacing w:line="240" w:lineRule="auto"/>
            </w:pPr>
            <w:r w:rsidRPr="00A864B8">
              <w:rPr>
                <w:sz w:val="20"/>
              </w:rPr>
              <w:t>Bereits durchgeführte oder geplante Maßnahmen zur Bürgereinbindung sind tabellarisch aufzulisten und pro Maßnahme sind Inhalte und Ziele in Stichpunkten zu definieren. Nach Umsetzung der Maßnahmen sind die Ergebnisse (u. a. wesentliche Faktoren und Erkenntnisse) in wenigen Sätzen zu dokumentieren.</w:t>
            </w:r>
          </w:p>
        </w:tc>
      </w:tr>
    </w:tbl>
    <w:p w14:paraId="7254911B" w14:textId="77777777" w:rsidR="00A806B2" w:rsidRPr="00A864B8" w:rsidRDefault="00A806B2">
      <w:pPr>
        <w:spacing w:after="280"/>
      </w:pPr>
    </w:p>
    <w:p w14:paraId="314FAE5F" w14:textId="77777777" w:rsidR="00A806B2" w:rsidRPr="00A864B8" w:rsidRDefault="00000000">
      <w:r w:rsidRPr="00A864B8">
        <w:br w:type="page"/>
      </w:r>
    </w:p>
    <w:p w14:paraId="58E14C33" w14:textId="77777777" w:rsidR="00A806B2" w:rsidRPr="00A864B8" w:rsidRDefault="00000000">
      <w:pPr>
        <w:pStyle w:val="berschrift1"/>
      </w:pPr>
      <w:bookmarkStart w:id="300" w:name="h_appendix_num"/>
      <w:bookmarkStart w:id="301" w:name="_Toc240363517"/>
      <w:r w:rsidRPr="00A864B8">
        <w:rPr>
          <w:color w:val="000000"/>
          <w:sz w:val="44"/>
        </w:rPr>
        <w:t xml:space="preserve">12 </w:t>
      </w:r>
      <w:bookmarkEnd w:id="300"/>
      <w:r w:rsidRPr="00A864B8">
        <w:rPr>
          <w:color w:val="000000"/>
          <w:sz w:val="44"/>
        </w:rPr>
        <w:t>Anhang</w:t>
      </w:r>
      <w:bookmarkEnd w:id="301"/>
    </w:p>
    <w:p w14:paraId="56352AA0" w14:textId="77777777" w:rsidR="00A806B2" w:rsidRPr="00A864B8" w:rsidRDefault="00000000">
      <w:pPr>
        <w:jc w:val="both"/>
      </w:pPr>
      <w:r w:rsidRPr="00A864B8">
        <w:t>Der Anhang gibt einen detaillierten Überblick über die Methodik und das Vorgehen, die in dieser Studie angewendet wurden. Es werden alle Projekteinstellungen aufgelistet, die für die Simulation verwendet wurden: Von den Wärmenetz- und Rohrparametern über die Parameter der Energiezentralenauslegung und -simulation bis hin zu den Wirtschaftlichkeitsparametern, den allgemeinen Projekteinstellungen und einer detaillierten Darstellung der verwendeten Wetterdatenprofile.</w:t>
      </w:r>
    </w:p>
    <w:p w14:paraId="50B11DC2" w14:textId="77777777" w:rsidR="00A806B2" w:rsidRPr="00A864B8" w:rsidRDefault="00000000">
      <w:pPr>
        <w:pStyle w:val="berschrift2"/>
      </w:pPr>
      <w:bookmarkStart w:id="302" w:name="h_appendix_general_method_1_num"/>
      <w:bookmarkStart w:id="303" w:name="_Toc240363518"/>
      <w:r w:rsidRPr="00A864B8">
        <w:rPr>
          <w:color w:val="000000"/>
          <w:sz w:val="36"/>
        </w:rPr>
        <w:t xml:space="preserve">12.1 </w:t>
      </w:r>
      <w:bookmarkEnd w:id="302"/>
      <w:r w:rsidRPr="00A864B8">
        <w:rPr>
          <w:color w:val="000000"/>
          <w:sz w:val="36"/>
        </w:rPr>
        <w:t>Vorgehen und Methodik</w:t>
      </w:r>
      <w:bookmarkEnd w:id="303"/>
    </w:p>
    <w:p w14:paraId="35CF68F4" w14:textId="77777777" w:rsidR="00A806B2" w:rsidRPr="00A864B8" w:rsidRDefault="00000000">
      <w:pPr>
        <w:jc w:val="both"/>
      </w:pPr>
      <w:r w:rsidRPr="00A864B8">
        <w:t>Die in diesem Bericht dargestellten Ergebnisse wurden mithilfe simulationsgestützter Auslegungsverfahren ermittelt. Diese basieren sowohl auf wissenschaftlich-fundierten Berechnungsansätzen als auch praxisnahen Auslegungsheuristiken. Durch den Einsatz von Simulationsansätzen mit einer zeitlichen Auflösung von einer Stunde, quasi-statischen hydraulischen und thermischen Berechnungen sowie techno-ökonomischen Optimierungsmodellen werden belastbare Planungsergebnisse für nachhaltige und wirtschaftlich-effiziente Quartierslösungen erzielt. Der strukturierte Planungsansatz gliedert sich dazu in die nachfolgenden methodischen Schritte:</w:t>
      </w:r>
    </w:p>
    <w:p w14:paraId="70FA2B6F" w14:textId="77777777" w:rsidR="00A806B2" w:rsidRPr="00A864B8" w:rsidRDefault="00000000">
      <w:r w:rsidRPr="00A864B8">
        <w:rPr>
          <w:b/>
          <w:sz w:val="28"/>
        </w:rPr>
        <w:t>Berechnung der Gebäude und Lastprofile</w:t>
      </w:r>
    </w:p>
    <w:p w14:paraId="48613683" w14:textId="77777777" w:rsidR="00A806B2" w:rsidRPr="00A864B8" w:rsidRDefault="00000000">
      <w:pPr>
        <w:jc w:val="both"/>
      </w:pPr>
      <w:r w:rsidRPr="00A864B8">
        <w:t>Basierend auf Gebäude- und Bedarfsdaten werden Lastprofile für Raumwärme- und Warmwasserbedarfe erstellt. Diese berücksichtigen klimatische Bedingungen, Nutzungsprofile und spezifische Gebäudeparameter, um eine realistische Abbildung des Energiebedarfs zu gewährleisten. Die Betrachtung von zeitlich hochauflösenden Profilen hat gegenüber der Betrachtung von Jahreswerten den Vorteil, dass die zeitliche Abhängigkeit der Energieerzeugung von erneuerbaren Energien auf der einen Seite und dem ebenfalls zeitlich schwankenden Energiebedarf auf der anderen Seite bei der Auslegung der Anlagen- und Speichertechnologien berücksichtigt wird. Eine zeitliche Auflösung von einer Stunde (8760 Werte pro Jahr) ist in der Regel ausreichend, um die wesentlichen zeitlichen Abhängigkeiten zu erfassen. Wärmebedarfe auf Quartiersebene können Raumwärme- und Trinkwarmwasserbedarfe umfassen. Zu den Kältebedarfen gehören vorwiegend Bedarfe für die Raumklimatisierung und möglicherweise auftretende Prozesskältebedarfe (z. B. für Kühlräume oder IT-Infrastruktur). Neben den thermischen Bedarfen können auch Strombedarfe betrachtet werden: Dies kann zum einen ein anfallender Strombedarf für den Betrieb der Anlagentechnik in den einzelnen Gebäuden (z. B. für Wasser-Wasser- oder Luft-Wasser-Wärmepumpen) sein (in diesem Bericht auch als 'Betriebsstrom' bezeichnet). Zum anderen können Endenergiebedarfe für Nutzerstrom (Beleuchtung, Haushaltsgeräte, etc.) oder Elektromobilität (Strom für den Betrieb von Ladesäulen für E-Autos) anfallen. Die saisonalen Verläufe für Raumwärme und Klimatisierung werden basierend auf dem Gradtagsverfahren erzeugt. Zur Berechnung des stündlich aufgelösten Lastprofils werden diese anschließend mit Standardlastprofilen für die unterschiedlichen Tagestypen (Wochentag, Samstag und Sonntag) überlagert, um die typischen verhaltensabhängigen Verbrauchsmuster in Gebäuden zu approximieren.</w:t>
      </w:r>
    </w:p>
    <w:p w14:paraId="54751CBA" w14:textId="77777777" w:rsidR="00A806B2" w:rsidRPr="00A864B8" w:rsidRDefault="00000000">
      <w:r w:rsidRPr="00A864B8">
        <w:rPr>
          <w:b/>
          <w:sz w:val="28"/>
        </w:rPr>
        <w:t>Berechnung und Dimensionierung des Wärmenetzes</w:t>
      </w:r>
    </w:p>
    <w:p w14:paraId="2BDBDCF2" w14:textId="77777777" w:rsidR="00A806B2" w:rsidRPr="00A864B8" w:rsidRDefault="00000000">
      <w:pPr>
        <w:jc w:val="both"/>
      </w:pPr>
      <w:r w:rsidRPr="00A864B8">
        <w:t>Mithilfe der berechneten Lastprofile wird das Wärmenetz dimensioniert und für jeden Rohrabschnitt der hydraulisch sinnvollste Durchmesser bestimmt. Die Wärmeverluste werden basierend auf den in der DIN EN 13941 dargestellten Berechnungsansätzen stündlich aufgelöst ermittelt. Die Berechnung von Erdbodentemperaturen erfolgt dabei auf Basis vereinfachter physikalischer Berechnungsmodelle, welche mithilfe von Messzeitreihen kalibriert und validiert wurden oder alternativ anhand von Erfahrungswerten. Als Auslegungskriterium können die Grenzwerte für das Druckgefälle (Pa/m) und/oder die maximale Fließgeschwindigkeit für jeden Rohrabschnitt individuell für jeden Rohrdurchmesser festgelegt werden. Passive kalte Nahwärmenetze werden mit dezentralen Umwälzpumpen in den Gebäuden unter Berücksichtigung der maximalen Förderhöhe ausgelegt.</w:t>
      </w:r>
    </w:p>
    <w:p w14:paraId="2CB7ED6F" w14:textId="77777777" w:rsidR="00A806B2" w:rsidRPr="00A864B8" w:rsidRDefault="00000000">
      <w:r w:rsidRPr="00A864B8">
        <w:rPr>
          <w:b/>
          <w:sz w:val="28"/>
        </w:rPr>
        <w:t>Auslegung und Simulation der Energiezentrale</w:t>
      </w:r>
    </w:p>
    <w:p w14:paraId="271C73AC" w14:textId="77777777" w:rsidR="00A806B2" w:rsidRPr="00A864B8" w:rsidRDefault="00000000">
      <w:pPr>
        <w:jc w:val="both"/>
      </w:pPr>
      <w:r w:rsidRPr="00A864B8">
        <w:t>Für die Energiezentrale wird eine techno-ökonomische Auslegungsoptimierung mithilfe eines gemischt-ganzzahligen linearen Optimierungsmodells (engl. mixed-integer linear program, MILP) ermittelt, welches in der kommerziellen Software nPro Energy (www.npro.energy) implementiert ist. Das eingesetzte mathematische Optimierungsmodell berechnet die optimale Anlagengröße und -konfiguration hinsichtlich technischer und wirtschaftlicher Zielgrößen (z. B. Kapitalwert, CO₂-Emissionen, Autarkiegrad). Die Berechnungsmodelle zur Systemauslegung und Betriebssimulation basieren auf anerkannten und in der Energieforschung etablierten mathematischen Optimierungsmodellen, welche Energiebilanzen in stündlicher Auflösung für ein typisches Auslegungsjahr sowie vereinfachte Komponentenmodelle mit konstanten und zeitvariablen Wirkungsgraden berücksichtigen. In der Auslegungsrechnung wird ein ideales Betriebsverhalten zugrunde gelegt, welches bspw. eine perfekte Vorhersage von in der Zukunft liegenden Bedarfen und ideal modulierende Anlagentechnik annimmt.</w:t>
      </w:r>
    </w:p>
    <w:p w14:paraId="098E57BE" w14:textId="77777777" w:rsidR="00A806B2" w:rsidRPr="00A864B8" w:rsidRDefault="00000000">
      <w:r w:rsidRPr="00A864B8">
        <w:rPr>
          <w:b/>
          <w:sz w:val="28"/>
        </w:rPr>
        <w:t>Wirtschaftlichkeitsanalyse und Variantenvergleich</w:t>
      </w:r>
    </w:p>
    <w:p w14:paraId="34C8C7BA" w14:textId="77777777" w:rsidR="00A806B2" w:rsidRPr="00A864B8" w:rsidRDefault="00000000">
      <w:pPr>
        <w:jc w:val="both"/>
      </w:pPr>
      <w:r w:rsidRPr="00A864B8">
        <w:t>Basierend auf den Ergebnissen der energietechnischen Simulation erfolgt eine Analyse der Wirtschaftlichkeit. Die Wirtschaftlichkeitsberechnung erfolgt hierbei mithilfe der dynamischen Kapitalwertmethode sowie den in der VDI 2067 dargelegten Berechnungsansätzen. Hierbei fließen neben Betriebskosten auch einmalige Investitionen über Annuitäten in die Berechnung mit ein. Ferner werden Restwerte von noch nicht abgeschriebenen Anlagen sowie Ersatzinvestitionen berücksichtigt. Zur Beurteilung, ob ein Projekt wirtschaftlich ist, können Wärmepreise für die Bedarfsdeckung definiert werden. Diese Wärmepreise ergeben die Erlösströme, die vom Endkunden (Mieter oder Gebäudebesitzer) an den Betreiber des Energiesystems gezahlt werden müssen. Hierbei können Arbeitspreise, Leistungspreise, jährliche Grundpreise und einmalig zu zahlende Anschlussgebühren berücksichtigt werden. Die Auswertung der Wirtschaftlichkeit erfolgt anhand anerkannter Kennzahlen, wie dem Kapitalwert, der Amortisationsdauer, dem internen Zinsfuß oder den Wärmegestehungskosten. Zusammen mit den ökologischen Kennzahlen, wie den CO₂-Emissionen, können die verschiedenen Versorgungsvarianten technisch und wirtschaftlich miteinander verglichen werden, um die beste Lösung hinsichtlich ökonomischer und ökologischer Zielsetzungen zu identifizieren.</w:t>
      </w:r>
    </w:p>
    <w:p w14:paraId="15A2EAC9" w14:textId="77777777" w:rsidR="00A806B2" w:rsidRPr="00A864B8" w:rsidRDefault="00000000">
      <w:pPr>
        <w:jc w:val="both"/>
      </w:pPr>
      <w:r w:rsidRPr="00A864B8">
        <w:t>Dieser ganzheitliche, systematische und standardisierte Planungsansatz ermöglicht für komplexe Versorgungsgebiete belastbare Entscheidungen für die weitere Planung nachvollziehbar und transparent zu treffen. Die dargestellten Ergebnisse der Simulationen und Optimierungen dienen somit als fundierte Grundlage für eine weiterführende Detailplanung.</w:t>
      </w:r>
    </w:p>
    <w:p w14:paraId="2615EE0C" w14:textId="77777777" w:rsidR="00A806B2" w:rsidRPr="00A864B8" w:rsidRDefault="00000000">
      <w:pPr>
        <w:pStyle w:val="berschrift2"/>
      </w:pPr>
      <w:bookmarkStart w:id="304" w:name="h_appendix_bldg_num"/>
      <w:bookmarkStart w:id="305" w:name="_Toc240363519"/>
      <w:r w:rsidRPr="00A864B8">
        <w:rPr>
          <w:color w:val="000000"/>
          <w:sz w:val="36"/>
        </w:rPr>
        <w:t xml:space="preserve">12.2 </w:t>
      </w:r>
      <w:bookmarkEnd w:id="304"/>
      <w:r w:rsidRPr="00A864B8">
        <w:rPr>
          <w:color w:val="000000"/>
          <w:sz w:val="36"/>
        </w:rPr>
        <w:t>Gebäude</w:t>
      </w:r>
      <w:bookmarkEnd w:id="305"/>
    </w:p>
    <w:p w14:paraId="325A11B6" w14:textId="77777777" w:rsidR="00A806B2" w:rsidRPr="00A864B8" w:rsidRDefault="00000000">
      <w:pPr>
        <w:pStyle w:val="berschrift3"/>
      </w:pPr>
      <w:bookmarkStart w:id="306" w:name="h_appendix_bldg_economics_num"/>
      <w:bookmarkStart w:id="307" w:name="_Toc240363520"/>
      <w:r w:rsidRPr="00A864B8">
        <w:rPr>
          <w:color w:val="000000"/>
          <w:sz w:val="32"/>
        </w:rPr>
        <w:t xml:space="preserve">12.2.1 </w:t>
      </w:r>
      <w:bookmarkEnd w:id="306"/>
      <w:r w:rsidRPr="00A864B8">
        <w:rPr>
          <w:color w:val="000000"/>
          <w:sz w:val="32"/>
        </w:rPr>
        <w:t>Gebäudeenergiesystem: Wirtschaftliche Parameter</w:t>
      </w:r>
      <w:bookmarkEnd w:id="307"/>
    </w:p>
    <w:p w14:paraId="4466344E" w14:textId="28EF981C" w:rsidR="00A806B2" w:rsidRPr="00A864B8" w:rsidRDefault="00000000">
      <w:pPr>
        <w:pStyle w:val="CaptionStyle"/>
        <w:spacing w:before="40" w:after="0"/>
        <w:jc w:val="center"/>
        <w:rPr>
          <w:lang w:val="de-DE"/>
        </w:rPr>
      </w:pPr>
      <w:bookmarkStart w:id="308" w:name="_Toc240363584"/>
      <w:r w:rsidRPr="00A864B8">
        <w:rPr>
          <w:lang w:val="de-DE"/>
        </w:rPr>
        <w:t xml:space="preserve">Tabelle </w:t>
      </w:r>
      <w:bookmarkStart w:id="309" w:name="tech_bes_cost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56</w:t>
      </w:r>
      <w:r w:rsidRPr="00A864B8">
        <w:rPr>
          <w:lang w:val="de-DE"/>
        </w:rPr>
        <w:fldChar w:fldCharType="end"/>
      </w:r>
      <w:bookmarkStart w:id="310" w:name="tech_bes_costs"/>
      <w:bookmarkEnd w:id="309"/>
      <w:bookmarkEnd w:id="310"/>
      <w:r w:rsidRPr="00A864B8">
        <w:rPr>
          <w:lang w:val="de-DE"/>
        </w:rPr>
        <w:t>: Kostenparameter dezentrale Anlagen für Variante 'Variante 1'</w:t>
      </w:r>
      <w:bookmarkEnd w:id="308"/>
    </w:p>
    <w:tbl>
      <w:tblPr>
        <w:tblW w:w="0" w:type="auto"/>
        <w:jc w:val="center"/>
        <w:tblLook w:val="04A0" w:firstRow="1" w:lastRow="0" w:firstColumn="1" w:lastColumn="0" w:noHBand="0" w:noVBand="1"/>
      </w:tblPr>
      <w:tblGrid>
        <w:gridCol w:w="2158"/>
        <w:gridCol w:w="1866"/>
        <w:gridCol w:w="1602"/>
        <w:gridCol w:w="1682"/>
        <w:gridCol w:w="1548"/>
      </w:tblGrid>
      <w:tr w:rsidR="00A806B2" w:rsidRPr="00A864B8" w14:paraId="01F5A95C" w14:textId="77777777">
        <w:trPr>
          <w:jc w:val="center"/>
        </w:trPr>
        <w:tc>
          <w:tcPr>
            <w:tcW w:w="1728" w:type="dxa"/>
            <w:tcBorders>
              <w:bottom w:val="single" w:sz="22" w:space="0" w:color="C00000"/>
            </w:tcBorders>
            <w:shd w:val="clear" w:color="auto" w:fill="343A40"/>
          </w:tcPr>
          <w:p w14:paraId="1FF16F3A" w14:textId="77777777" w:rsidR="00A806B2" w:rsidRPr="00A864B8" w:rsidRDefault="00000000">
            <w:pPr>
              <w:spacing w:before="20" w:after="10" w:line="240" w:lineRule="auto"/>
              <w:jc w:val="center"/>
            </w:pPr>
            <w:r w:rsidRPr="00A864B8">
              <w:rPr>
                <w:color w:val="FFFFFF"/>
                <w:sz w:val="20"/>
              </w:rPr>
              <w:t> </w:t>
            </w:r>
          </w:p>
        </w:tc>
        <w:tc>
          <w:tcPr>
            <w:tcW w:w="1728" w:type="dxa"/>
            <w:tcBorders>
              <w:bottom w:val="single" w:sz="22" w:space="0" w:color="C00000"/>
            </w:tcBorders>
            <w:shd w:val="clear" w:color="auto" w:fill="343A40"/>
          </w:tcPr>
          <w:p w14:paraId="0C44C436" w14:textId="77777777" w:rsidR="00A806B2" w:rsidRPr="00A864B8" w:rsidRDefault="00000000">
            <w:pPr>
              <w:spacing w:before="20" w:after="10" w:line="240" w:lineRule="auto"/>
              <w:jc w:val="center"/>
            </w:pPr>
            <w:r w:rsidRPr="00A864B8">
              <w:rPr>
                <w:color w:val="FFFFFF"/>
                <w:sz w:val="20"/>
              </w:rPr>
              <w:t>Spezifische Investitionen (Kostenstützpunkte)</w:t>
            </w:r>
          </w:p>
        </w:tc>
        <w:tc>
          <w:tcPr>
            <w:tcW w:w="1728" w:type="dxa"/>
            <w:tcBorders>
              <w:bottom w:val="single" w:sz="22" w:space="0" w:color="C00000"/>
            </w:tcBorders>
            <w:shd w:val="clear" w:color="auto" w:fill="343A40"/>
          </w:tcPr>
          <w:p w14:paraId="452811AD" w14:textId="77777777" w:rsidR="00A806B2" w:rsidRPr="00A864B8" w:rsidRDefault="00000000">
            <w:pPr>
              <w:spacing w:before="20" w:after="10" w:line="240" w:lineRule="auto"/>
              <w:jc w:val="center"/>
            </w:pPr>
            <w:r w:rsidRPr="00A864B8">
              <w:rPr>
                <w:color w:val="FFFFFF"/>
                <w:sz w:val="20"/>
              </w:rPr>
              <w:t>Lebensdauer</w:t>
            </w:r>
          </w:p>
        </w:tc>
        <w:tc>
          <w:tcPr>
            <w:tcW w:w="1728" w:type="dxa"/>
            <w:tcBorders>
              <w:bottom w:val="single" w:sz="22" w:space="0" w:color="C00000"/>
            </w:tcBorders>
            <w:shd w:val="clear" w:color="auto" w:fill="343A40"/>
          </w:tcPr>
          <w:p w14:paraId="2D3AED52" w14:textId="77777777" w:rsidR="00A806B2" w:rsidRPr="00A864B8" w:rsidRDefault="00000000">
            <w:pPr>
              <w:spacing w:before="20" w:after="10" w:line="240" w:lineRule="auto"/>
              <w:jc w:val="center"/>
            </w:pPr>
            <w:r w:rsidRPr="00A864B8">
              <w:rPr>
                <w:color w:val="FFFFFF"/>
                <w:sz w:val="20"/>
              </w:rPr>
              <w:t>Jährl. Wartungskosten</w:t>
            </w:r>
          </w:p>
        </w:tc>
        <w:tc>
          <w:tcPr>
            <w:tcW w:w="1728" w:type="dxa"/>
            <w:tcBorders>
              <w:bottom w:val="single" w:sz="22" w:space="0" w:color="C00000"/>
            </w:tcBorders>
            <w:shd w:val="clear" w:color="auto" w:fill="343A40"/>
          </w:tcPr>
          <w:p w14:paraId="48AF239A" w14:textId="77777777" w:rsidR="00A806B2" w:rsidRPr="00A864B8" w:rsidRDefault="00000000">
            <w:pPr>
              <w:spacing w:before="20" w:after="10" w:line="240" w:lineRule="auto"/>
              <w:jc w:val="center"/>
            </w:pPr>
            <w:r w:rsidRPr="00A864B8">
              <w:rPr>
                <w:color w:val="FFFFFF"/>
                <w:sz w:val="20"/>
              </w:rPr>
              <w:t>Förderung</w:t>
            </w:r>
          </w:p>
        </w:tc>
      </w:tr>
      <w:tr w:rsidR="00A806B2" w:rsidRPr="00A864B8" w14:paraId="039667B3" w14:textId="77777777">
        <w:trPr>
          <w:jc w:val="center"/>
        </w:trPr>
        <w:tc>
          <w:tcPr>
            <w:tcW w:w="1728" w:type="dxa"/>
            <w:tcBorders>
              <w:bottom w:val="single" w:sz="8" w:space="0" w:color="9B9B9B"/>
            </w:tcBorders>
            <w:shd w:val="clear" w:color="auto" w:fill="F0F0F0"/>
            <w:vAlign w:val="center"/>
          </w:tcPr>
          <w:p w14:paraId="486EDCCD" w14:textId="77777777" w:rsidR="00A806B2" w:rsidRPr="00A864B8" w:rsidRDefault="00000000">
            <w:pPr>
              <w:spacing w:before="20" w:after="10" w:line="240" w:lineRule="auto"/>
              <w:jc w:val="center"/>
            </w:pPr>
            <w:r w:rsidRPr="00A864B8">
              <w:rPr>
                <w:sz w:val="20"/>
              </w:rPr>
              <w:t>Elektrischer Heizstab (TWW)</w:t>
            </w:r>
          </w:p>
        </w:tc>
        <w:tc>
          <w:tcPr>
            <w:tcW w:w="1728" w:type="dxa"/>
            <w:tcBorders>
              <w:bottom w:val="single" w:sz="8" w:space="0" w:color="9B9B9B"/>
            </w:tcBorders>
            <w:shd w:val="clear" w:color="auto" w:fill="F0F0F0"/>
            <w:vAlign w:val="center"/>
          </w:tcPr>
          <w:p w14:paraId="60198F05" w14:textId="77777777" w:rsidR="00A806B2" w:rsidRPr="00A864B8" w:rsidRDefault="00000000">
            <w:pPr>
              <w:spacing w:before="20" w:after="10" w:line="240" w:lineRule="auto"/>
              <w:jc w:val="center"/>
            </w:pPr>
            <w:r w:rsidRPr="00A864B8">
              <w:rPr>
                <w:sz w:val="20"/>
              </w:rPr>
              <w:t>5 kW: 80 €/kW</w:t>
            </w:r>
            <w:r w:rsidRPr="00A864B8">
              <w:rPr>
                <w:sz w:val="20"/>
              </w:rPr>
              <w:br/>
              <w:t>10 kW: 50 €/kW</w:t>
            </w:r>
            <w:r w:rsidRPr="00A864B8">
              <w:rPr>
                <w:sz w:val="20"/>
              </w:rPr>
              <w:br/>
              <w:t>20 kW: 35 €/kW</w:t>
            </w:r>
            <w:r w:rsidRPr="00A864B8">
              <w:rPr>
                <w:sz w:val="20"/>
              </w:rPr>
              <w:br/>
              <w:t>50 kW: 18 €/kW</w:t>
            </w:r>
          </w:p>
        </w:tc>
        <w:tc>
          <w:tcPr>
            <w:tcW w:w="1728" w:type="dxa"/>
            <w:tcBorders>
              <w:bottom w:val="single" w:sz="8" w:space="0" w:color="9B9B9B"/>
            </w:tcBorders>
            <w:shd w:val="clear" w:color="auto" w:fill="F0F0F0"/>
            <w:vAlign w:val="center"/>
          </w:tcPr>
          <w:p w14:paraId="4F90AEE6"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7C927F99"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F0F0F0"/>
            <w:vAlign w:val="center"/>
          </w:tcPr>
          <w:p w14:paraId="1B360CD1" w14:textId="77777777" w:rsidR="00A806B2" w:rsidRPr="00A864B8" w:rsidRDefault="00000000">
            <w:pPr>
              <w:spacing w:before="20" w:after="10" w:line="240" w:lineRule="auto"/>
              <w:jc w:val="center"/>
            </w:pPr>
            <w:r w:rsidRPr="00A864B8">
              <w:rPr>
                <w:sz w:val="20"/>
              </w:rPr>
              <w:t>40 %</w:t>
            </w:r>
          </w:p>
        </w:tc>
      </w:tr>
      <w:tr w:rsidR="00A806B2" w:rsidRPr="00A864B8" w14:paraId="45F84847" w14:textId="77777777">
        <w:trPr>
          <w:jc w:val="center"/>
        </w:trPr>
        <w:tc>
          <w:tcPr>
            <w:tcW w:w="1728" w:type="dxa"/>
            <w:tcBorders>
              <w:bottom w:val="single" w:sz="8" w:space="0" w:color="9B9B9B"/>
            </w:tcBorders>
            <w:shd w:val="clear" w:color="auto" w:fill="CFCFCF"/>
            <w:vAlign w:val="center"/>
          </w:tcPr>
          <w:p w14:paraId="3C14F33A" w14:textId="77777777" w:rsidR="00A806B2" w:rsidRPr="00A864B8" w:rsidRDefault="00000000">
            <w:pPr>
              <w:spacing w:before="20" w:after="10" w:line="240" w:lineRule="auto"/>
              <w:jc w:val="center"/>
            </w:pPr>
            <w:r w:rsidRPr="00A864B8">
              <w:rPr>
                <w:sz w:val="20"/>
              </w:rPr>
              <w:t>Luftwärmepumpe</w:t>
            </w:r>
          </w:p>
        </w:tc>
        <w:tc>
          <w:tcPr>
            <w:tcW w:w="1728" w:type="dxa"/>
            <w:tcBorders>
              <w:bottom w:val="single" w:sz="8" w:space="0" w:color="9B9B9B"/>
            </w:tcBorders>
            <w:shd w:val="clear" w:color="auto" w:fill="CFCFCF"/>
            <w:vAlign w:val="center"/>
          </w:tcPr>
          <w:p w14:paraId="0AC3D090" w14:textId="77777777" w:rsidR="00A806B2" w:rsidRPr="00A864B8" w:rsidRDefault="00000000">
            <w:pPr>
              <w:spacing w:before="20" w:after="10" w:line="240" w:lineRule="auto"/>
              <w:jc w:val="center"/>
            </w:pPr>
            <w:r w:rsidRPr="00A864B8">
              <w:rPr>
                <w:sz w:val="20"/>
              </w:rPr>
              <w:t>5 kW: 2300 €/kW</w:t>
            </w:r>
            <w:r w:rsidRPr="00A864B8">
              <w:rPr>
                <w:sz w:val="20"/>
              </w:rPr>
              <w:br/>
              <w:t>10 kW: 1800 €/kW</w:t>
            </w:r>
            <w:r w:rsidRPr="00A864B8">
              <w:rPr>
                <w:sz w:val="20"/>
              </w:rPr>
              <w:br/>
              <w:t>20 kW: 1500 €/kW</w:t>
            </w:r>
            <w:r w:rsidRPr="00A864B8">
              <w:rPr>
                <w:sz w:val="20"/>
              </w:rPr>
              <w:br/>
              <w:t>30 kW: 1400 €/kW</w:t>
            </w:r>
            <w:r w:rsidRPr="00A864B8">
              <w:rPr>
                <w:sz w:val="20"/>
              </w:rPr>
              <w:br/>
              <w:t>40 kW: 1300 €/kW</w:t>
            </w:r>
            <w:r w:rsidRPr="00A864B8">
              <w:rPr>
                <w:sz w:val="20"/>
              </w:rPr>
              <w:br/>
              <w:t>50 kW: 1200 €/kW</w:t>
            </w:r>
            <w:r w:rsidRPr="00A864B8">
              <w:rPr>
                <w:sz w:val="20"/>
              </w:rPr>
              <w:br/>
              <w:t>60 kW: 1200 €/kW</w:t>
            </w:r>
            <w:r w:rsidRPr="00A864B8">
              <w:rPr>
                <w:sz w:val="20"/>
              </w:rPr>
              <w:br/>
              <w:t>80 kW: 1200 €/kW</w:t>
            </w:r>
            <w:r w:rsidRPr="00A864B8">
              <w:rPr>
                <w:sz w:val="20"/>
              </w:rPr>
              <w:br/>
              <w:t>110 kW: 1200 €/kW</w:t>
            </w:r>
          </w:p>
        </w:tc>
        <w:tc>
          <w:tcPr>
            <w:tcW w:w="1728" w:type="dxa"/>
            <w:tcBorders>
              <w:bottom w:val="single" w:sz="8" w:space="0" w:color="9B9B9B"/>
            </w:tcBorders>
            <w:shd w:val="clear" w:color="auto" w:fill="CFCFCF"/>
            <w:vAlign w:val="center"/>
          </w:tcPr>
          <w:p w14:paraId="1524EBA6"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CFCFCF"/>
            <w:vAlign w:val="center"/>
          </w:tcPr>
          <w:p w14:paraId="4470EFC9" w14:textId="77777777" w:rsidR="00A806B2" w:rsidRPr="00A864B8" w:rsidRDefault="00000000">
            <w:pPr>
              <w:spacing w:before="20" w:after="10" w:line="240" w:lineRule="auto"/>
              <w:jc w:val="center"/>
            </w:pPr>
            <w:r w:rsidRPr="00A864B8">
              <w:rPr>
                <w:sz w:val="20"/>
              </w:rPr>
              <w:t>2 % der Investition</w:t>
            </w:r>
          </w:p>
        </w:tc>
        <w:tc>
          <w:tcPr>
            <w:tcW w:w="1728" w:type="dxa"/>
            <w:tcBorders>
              <w:bottom w:val="single" w:sz="8" w:space="0" w:color="9B9B9B"/>
            </w:tcBorders>
            <w:shd w:val="clear" w:color="auto" w:fill="CFCFCF"/>
            <w:vAlign w:val="center"/>
          </w:tcPr>
          <w:p w14:paraId="3BABB980" w14:textId="77777777" w:rsidR="00A806B2" w:rsidRPr="00A864B8" w:rsidRDefault="00000000">
            <w:pPr>
              <w:spacing w:before="20" w:after="10" w:line="240" w:lineRule="auto"/>
              <w:jc w:val="center"/>
            </w:pPr>
            <w:r w:rsidRPr="00A864B8">
              <w:rPr>
                <w:sz w:val="20"/>
              </w:rPr>
              <w:t>0 %</w:t>
            </w:r>
          </w:p>
        </w:tc>
      </w:tr>
      <w:tr w:rsidR="00A806B2" w:rsidRPr="00A864B8" w14:paraId="16F04C4C" w14:textId="77777777">
        <w:trPr>
          <w:jc w:val="center"/>
        </w:trPr>
        <w:tc>
          <w:tcPr>
            <w:tcW w:w="1728" w:type="dxa"/>
            <w:tcBorders>
              <w:bottom w:val="single" w:sz="8" w:space="0" w:color="9B9B9B"/>
            </w:tcBorders>
            <w:shd w:val="clear" w:color="auto" w:fill="F0F0F0"/>
            <w:vAlign w:val="center"/>
          </w:tcPr>
          <w:p w14:paraId="60F9B165" w14:textId="77777777" w:rsidR="00A806B2" w:rsidRPr="00A864B8" w:rsidRDefault="00000000">
            <w:pPr>
              <w:spacing w:before="20" w:after="10" w:line="240" w:lineRule="auto"/>
              <w:jc w:val="center"/>
            </w:pPr>
            <w:r w:rsidRPr="00A864B8">
              <w:rPr>
                <w:sz w:val="20"/>
              </w:rPr>
              <w:t>Luftgekühlte Kältemaschine</w:t>
            </w:r>
          </w:p>
        </w:tc>
        <w:tc>
          <w:tcPr>
            <w:tcW w:w="1728" w:type="dxa"/>
            <w:tcBorders>
              <w:bottom w:val="single" w:sz="8" w:space="0" w:color="9B9B9B"/>
            </w:tcBorders>
            <w:shd w:val="clear" w:color="auto" w:fill="F0F0F0"/>
            <w:vAlign w:val="center"/>
          </w:tcPr>
          <w:p w14:paraId="66175538" w14:textId="77777777" w:rsidR="00A806B2" w:rsidRPr="00A864B8" w:rsidRDefault="00000000">
            <w:pPr>
              <w:spacing w:before="20" w:after="10" w:line="240" w:lineRule="auto"/>
              <w:jc w:val="center"/>
            </w:pPr>
            <w:r w:rsidRPr="00A864B8">
              <w:rPr>
                <w:sz w:val="20"/>
              </w:rPr>
              <w:t>5 kW: 1300 €/kW</w:t>
            </w:r>
            <w:r w:rsidRPr="00A864B8">
              <w:rPr>
                <w:sz w:val="20"/>
              </w:rPr>
              <w:br/>
              <w:t>20 kW: 900 €/kW</w:t>
            </w:r>
            <w:r w:rsidRPr="00A864B8">
              <w:rPr>
                <w:sz w:val="20"/>
              </w:rPr>
              <w:br/>
              <w:t>100 kW: 700 €/kW</w:t>
            </w:r>
            <w:r w:rsidRPr="00A864B8">
              <w:rPr>
                <w:sz w:val="20"/>
              </w:rPr>
              <w:br/>
              <w:t>250 kW: 600 €/kW</w:t>
            </w:r>
            <w:r w:rsidRPr="00A864B8">
              <w:rPr>
                <w:sz w:val="20"/>
              </w:rPr>
              <w:br/>
              <w:t>500 kW: 450 €/kW</w:t>
            </w:r>
          </w:p>
        </w:tc>
        <w:tc>
          <w:tcPr>
            <w:tcW w:w="1728" w:type="dxa"/>
            <w:tcBorders>
              <w:bottom w:val="single" w:sz="8" w:space="0" w:color="9B9B9B"/>
            </w:tcBorders>
            <w:shd w:val="clear" w:color="auto" w:fill="F0F0F0"/>
            <w:vAlign w:val="center"/>
          </w:tcPr>
          <w:p w14:paraId="282D23E8"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66C73799" w14:textId="77777777" w:rsidR="00A806B2" w:rsidRPr="00A864B8" w:rsidRDefault="00000000">
            <w:pPr>
              <w:spacing w:before="20" w:after="10" w:line="240" w:lineRule="auto"/>
              <w:jc w:val="center"/>
            </w:pPr>
            <w:r w:rsidRPr="00A864B8">
              <w:rPr>
                <w:sz w:val="20"/>
              </w:rPr>
              <w:t>2 % der Investition</w:t>
            </w:r>
          </w:p>
        </w:tc>
        <w:tc>
          <w:tcPr>
            <w:tcW w:w="1728" w:type="dxa"/>
            <w:tcBorders>
              <w:bottom w:val="single" w:sz="8" w:space="0" w:color="9B9B9B"/>
            </w:tcBorders>
            <w:shd w:val="clear" w:color="auto" w:fill="F0F0F0"/>
            <w:vAlign w:val="center"/>
          </w:tcPr>
          <w:p w14:paraId="03ACCAE4" w14:textId="77777777" w:rsidR="00A806B2" w:rsidRPr="00A864B8" w:rsidRDefault="00000000">
            <w:pPr>
              <w:spacing w:before="20" w:after="10" w:line="240" w:lineRule="auto"/>
              <w:jc w:val="center"/>
            </w:pPr>
            <w:r w:rsidRPr="00A864B8">
              <w:rPr>
                <w:sz w:val="20"/>
              </w:rPr>
              <w:t>0 %</w:t>
            </w:r>
          </w:p>
        </w:tc>
      </w:tr>
      <w:tr w:rsidR="00A806B2" w:rsidRPr="00A864B8" w14:paraId="1B06C894" w14:textId="77777777">
        <w:trPr>
          <w:jc w:val="center"/>
        </w:trPr>
        <w:tc>
          <w:tcPr>
            <w:tcW w:w="1728" w:type="dxa"/>
            <w:tcBorders>
              <w:bottom w:val="single" w:sz="8" w:space="0" w:color="9B9B9B"/>
            </w:tcBorders>
            <w:shd w:val="clear" w:color="auto" w:fill="CFCFCF"/>
            <w:vAlign w:val="center"/>
          </w:tcPr>
          <w:p w14:paraId="1BABAD51" w14:textId="77777777" w:rsidR="00A806B2" w:rsidRPr="00A864B8" w:rsidRDefault="00000000">
            <w:pPr>
              <w:spacing w:before="20" w:after="10" w:line="240" w:lineRule="auto"/>
              <w:jc w:val="center"/>
            </w:pPr>
            <w:r w:rsidRPr="00A864B8">
              <w:rPr>
                <w:sz w:val="20"/>
              </w:rPr>
              <w:t>Speicher (TWW)</w:t>
            </w:r>
          </w:p>
        </w:tc>
        <w:tc>
          <w:tcPr>
            <w:tcW w:w="1728" w:type="dxa"/>
            <w:tcBorders>
              <w:bottom w:val="single" w:sz="8" w:space="0" w:color="9B9B9B"/>
            </w:tcBorders>
            <w:shd w:val="clear" w:color="auto" w:fill="CFCFCF"/>
            <w:vAlign w:val="center"/>
          </w:tcPr>
          <w:p w14:paraId="2424CEA0" w14:textId="77777777" w:rsidR="00A806B2" w:rsidRPr="00A864B8" w:rsidRDefault="00000000">
            <w:pPr>
              <w:spacing w:before="20" w:after="10" w:line="240" w:lineRule="auto"/>
              <w:jc w:val="center"/>
            </w:pPr>
            <w:r w:rsidRPr="00A864B8">
              <w:rPr>
                <w:sz w:val="20"/>
              </w:rPr>
              <w:t>130 l: 8 €/l</w:t>
            </w:r>
            <w:r w:rsidRPr="00A864B8">
              <w:rPr>
                <w:sz w:val="20"/>
              </w:rPr>
              <w:br/>
              <w:t>150 l: 7 €/l</w:t>
            </w:r>
            <w:r w:rsidRPr="00A864B8">
              <w:rPr>
                <w:sz w:val="20"/>
              </w:rPr>
              <w:br/>
              <w:t>300 l: 5.3 €/l</w:t>
            </w:r>
            <w:r w:rsidRPr="00A864B8">
              <w:rPr>
                <w:sz w:val="20"/>
              </w:rPr>
              <w:br/>
              <w:t>500 l: 4.8 €/l</w:t>
            </w:r>
            <w:r w:rsidRPr="00A864B8">
              <w:rPr>
                <w:sz w:val="20"/>
              </w:rPr>
              <w:br/>
              <w:t>1000 l: 4.5 €/l</w:t>
            </w:r>
          </w:p>
        </w:tc>
        <w:tc>
          <w:tcPr>
            <w:tcW w:w="1728" w:type="dxa"/>
            <w:tcBorders>
              <w:bottom w:val="single" w:sz="8" w:space="0" w:color="9B9B9B"/>
            </w:tcBorders>
            <w:shd w:val="clear" w:color="auto" w:fill="CFCFCF"/>
            <w:vAlign w:val="center"/>
          </w:tcPr>
          <w:p w14:paraId="33178D91" w14:textId="77777777" w:rsidR="00A806B2" w:rsidRPr="00A864B8" w:rsidRDefault="00000000">
            <w:pPr>
              <w:spacing w:before="20" w:after="10" w:line="240" w:lineRule="auto"/>
              <w:jc w:val="center"/>
            </w:pPr>
            <w:r w:rsidRPr="00A864B8">
              <w:rPr>
                <w:sz w:val="20"/>
              </w:rPr>
              <w:t>30 Jahre</w:t>
            </w:r>
          </w:p>
        </w:tc>
        <w:tc>
          <w:tcPr>
            <w:tcW w:w="1728" w:type="dxa"/>
            <w:tcBorders>
              <w:bottom w:val="single" w:sz="8" w:space="0" w:color="9B9B9B"/>
            </w:tcBorders>
            <w:shd w:val="clear" w:color="auto" w:fill="CFCFCF"/>
            <w:vAlign w:val="center"/>
          </w:tcPr>
          <w:p w14:paraId="299ECB6B" w14:textId="77777777" w:rsidR="00A806B2" w:rsidRPr="00A864B8" w:rsidRDefault="00000000">
            <w:pPr>
              <w:spacing w:before="20" w:after="10" w:line="240" w:lineRule="auto"/>
              <w:jc w:val="center"/>
            </w:pPr>
            <w:r w:rsidRPr="00A864B8">
              <w:rPr>
                <w:sz w:val="20"/>
              </w:rPr>
              <w:t>0 % der Investition</w:t>
            </w:r>
          </w:p>
        </w:tc>
        <w:tc>
          <w:tcPr>
            <w:tcW w:w="1728" w:type="dxa"/>
            <w:tcBorders>
              <w:bottom w:val="single" w:sz="8" w:space="0" w:color="9B9B9B"/>
            </w:tcBorders>
            <w:shd w:val="clear" w:color="auto" w:fill="CFCFCF"/>
            <w:vAlign w:val="center"/>
          </w:tcPr>
          <w:p w14:paraId="4BEE963F" w14:textId="77777777" w:rsidR="00A806B2" w:rsidRPr="00A864B8" w:rsidRDefault="00000000">
            <w:pPr>
              <w:spacing w:before="20" w:after="10" w:line="240" w:lineRule="auto"/>
              <w:jc w:val="center"/>
            </w:pPr>
            <w:r w:rsidRPr="00A864B8">
              <w:rPr>
                <w:sz w:val="20"/>
              </w:rPr>
              <w:t>40 %</w:t>
            </w:r>
          </w:p>
        </w:tc>
      </w:tr>
      <w:tr w:rsidR="00A806B2" w:rsidRPr="00A864B8" w14:paraId="6058924D" w14:textId="77777777">
        <w:trPr>
          <w:jc w:val="center"/>
        </w:trPr>
        <w:tc>
          <w:tcPr>
            <w:tcW w:w="1728" w:type="dxa"/>
            <w:tcBorders>
              <w:bottom w:val="single" w:sz="8" w:space="0" w:color="9B9B9B"/>
            </w:tcBorders>
            <w:shd w:val="clear" w:color="auto" w:fill="F0F0F0"/>
            <w:vAlign w:val="center"/>
          </w:tcPr>
          <w:p w14:paraId="6E499980" w14:textId="77777777" w:rsidR="00A806B2" w:rsidRPr="00A864B8" w:rsidRDefault="00000000">
            <w:pPr>
              <w:spacing w:before="20" w:after="10" w:line="240" w:lineRule="auto"/>
              <w:jc w:val="center"/>
            </w:pPr>
            <w:r w:rsidRPr="00A864B8">
              <w:rPr>
                <w:sz w:val="20"/>
              </w:rPr>
              <w:t>Wärmeübergabestation</w:t>
            </w:r>
          </w:p>
        </w:tc>
        <w:tc>
          <w:tcPr>
            <w:tcW w:w="1728" w:type="dxa"/>
            <w:tcBorders>
              <w:bottom w:val="single" w:sz="8" w:space="0" w:color="9B9B9B"/>
            </w:tcBorders>
            <w:shd w:val="clear" w:color="auto" w:fill="F0F0F0"/>
            <w:vAlign w:val="center"/>
          </w:tcPr>
          <w:p w14:paraId="1892A522" w14:textId="77777777" w:rsidR="00A806B2" w:rsidRPr="00A864B8" w:rsidRDefault="00000000">
            <w:pPr>
              <w:spacing w:before="20" w:after="10" w:line="240" w:lineRule="auto"/>
              <w:jc w:val="center"/>
            </w:pPr>
            <w:r w:rsidRPr="00A864B8">
              <w:rPr>
                <w:sz w:val="20"/>
              </w:rPr>
              <w:t>15 kW: 380 €/kW</w:t>
            </w:r>
            <w:r w:rsidRPr="00A864B8">
              <w:rPr>
                <w:sz w:val="20"/>
              </w:rPr>
              <w:br/>
              <w:t>30 kW: 250 €/kW</w:t>
            </w:r>
            <w:r w:rsidRPr="00A864B8">
              <w:rPr>
                <w:sz w:val="20"/>
              </w:rPr>
              <w:br/>
              <w:t>100 kW: 150 €/kW</w:t>
            </w:r>
            <w:r w:rsidRPr="00A864B8">
              <w:rPr>
                <w:sz w:val="20"/>
              </w:rPr>
              <w:br/>
              <w:t>500 kW: 85 €/kW</w:t>
            </w:r>
            <w:r w:rsidRPr="00A864B8">
              <w:rPr>
                <w:sz w:val="20"/>
              </w:rPr>
              <w:br/>
              <w:t>2000 kW: 55 €/kW</w:t>
            </w:r>
            <w:r w:rsidRPr="00A864B8">
              <w:rPr>
                <w:sz w:val="20"/>
              </w:rPr>
              <w:br/>
              <w:t>10000 kW: 34 €/kW</w:t>
            </w:r>
          </w:p>
        </w:tc>
        <w:tc>
          <w:tcPr>
            <w:tcW w:w="1728" w:type="dxa"/>
            <w:tcBorders>
              <w:bottom w:val="single" w:sz="8" w:space="0" w:color="9B9B9B"/>
            </w:tcBorders>
            <w:shd w:val="clear" w:color="auto" w:fill="F0F0F0"/>
            <w:vAlign w:val="center"/>
          </w:tcPr>
          <w:p w14:paraId="4CD5D6E7" w14:textId="77777777" w:rsidR="00A806B2" w:rsidRPr="00A864B8" w:rsidRDefault="00000000">
            <w:pPr>
              <w:spacing w:before="20" w:after="10" w:line="240" w:lineRule="auto"/>
              <w:jc w:val="center"/>
            </w:pPr>
            <w:r w:rsidRPr="00A864B8">
              <w:rPr>
                <w:sz w:val="20"/>
              </w:rPr>
              <w:t>40 Jahre</w:t>
            </w:r>
          </w:p>
        </w:tc>
        <w:tc>
          <w:tcPr>
            <w:tcW w:w="1728" w:type="dxa"/>
            <w:tcBorders>
              <w:bottom w:val="single" w:sz="8" w:space="0" w:color="9B9B9B"/>
            </w:tcBorders>
            <w:shd w:val="clear" w:color="auto" w:fill="F0F0F0"/>
            <w:vAlign w:val="center"/>
          </w:tcPr>
          <w:p w14:paraId="42A235AF"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F0F0F0"/>
            <w:vAlign w:val="center"/>
          </w:tcPr>
          <w:p w14:paraId="63F24547" w14:textId="77777777" w:rsidR="00A806B2" w:rsidRPr="00A864B8" w:rsidRDefault="00000000">
            <w:pPr>
              <w:spacing w:before="20" w:after="10" w:line="240" w:lineRule="auto"/>
              <w:jc w:val="center"/>
            </w:pPr>
            <w:r w:rsidRPr="00A864B8">
              <w:rPr>
                <w:sz w:val="20"/>
              </w:rPr>
              <w:t>40 %</w:t>
            </w:r>
          </w:p>
        </w:tc>
      </w:tr>
    </w:tbl>
    <w:p w14:paraId="40F18830" w14:textId="77777777" w:rsidR="00A806B2" w:rsidRPr="00A864B8" w:rsidRDefault="00A806B2"/>
    <w:p w14:paraId="0D0268B7" w14:textId="34C08A7B" w:rsidR="00A806B2" w:rsidRPr="00A864B8" w:rsidRDefault="00000000">
      <w:pPr>
        <w:pStyle w:val="CaptionStyle"/>
        <w:spacing w:before="40" w:after="0"/>
        <w:jc w:val="center"/>
        <w:rPr>
          <w:lang w:val="de-DE"/>
        </w:rPr>
      </w:pPr>
      <w:bookmarkStart w:id="311" w:name="_Toc240363585"/>
      <w:r w:rsidRPr="00A864B8">
        <w:rPr>
          <w:lang w:val="de-DE"/>
        </w:rPr>
        <w:t xml:space="preserve">Tabelle </w:t>
      </w:r>
      <w:bookmarkStart w:id="312" w:name="tech_bes_cost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57</w:t>
      </w:r>
      <w:r w:rsidRPr="00A864B8">
        <w:rPr>
          <w:lang w:val="de-DE"/>
        </w:rPr>
        <w:fldChar w:fldCharType="end"/>
      </w:r>
      <w:bookmarkStart w:id="313" w:name="tech_bes_costs_tab_2"/>
      <w:bookmarkEnd w:id="312"/>
      <w:bookmarkEnd w:id="313"/>
      <w:r w:rsidRPr="00A864B8">
        <w:rPr>
          <w:lang w:val="de-DE"/>
        </w:rPr>
        <w:t>: Kostenparameter dezentrale Anlagen für Variante 'Variante 2'</w:t>
      </w:r>
      <w:bookmarkEnd w:id="311"/>
    </w:p>
    <w:tbl>
      <w:tblPr>
        <w:tblW w:w="0" w:type="auto"/>
        <w:jc w:val="center"/>
        <w:tblLook w:val="04A0" w:firstRow="1" w:lastRow="0" w:firstColumn="1" w:lastColumn="0" w:noHBand="0" w:noVBand="1"/>
      </w:tblPr>
      <w:tblGrid>
        <w:gridCol w:w="2158"/>
        <w:gridCol w:w="1866"/>
        <w:gridCol w:w="1602"/>
        <w:gridCol w:w="1682"/>
        <w:gridCol w:w="1548"/>
      </w:tblGrid>
      <w:tr w:rsidR="00A806B2" w:rsidRPr="00A864B8" w14:paraId="1C2F2467" w14:textId="77777777">
        <w:trPr>
          <w:jc w:val="center"/>
        </w:trPr>
        <w:tc>
          <w:tcPr>
            <w:tcW w:w="1728" w:type="dxa"/>
            <w:tcBorders>
              <w:bottom w:val="single" w:sz="22" w:space="0" w:color="C00000"/>
            </w:tcBorders>
            <w:shd w:val="clear" w:color="auto" w:fill="343A40"/>
          </w:tcPr>
          <w:p w14:paraId="3077EEB3" w14:textId="77777777" w:rsidR="00A806B2" w:rsidRPr="00A864B8" w:rsidRDefault="00000000">
            <w:pPr>
              <w:spacing w:before="20" w:after="10" w:line="240" w:lineRule="auto"/>
              <w:jc w:val="center"/>
            </w:pPr>
            <w:r w:rsidRPr="00A864B8">
              <w:rPr>
                <w:color w:val="FFFFFF"/>
                <w:sz w:val="20"/>
              </w:rPr>
              <w:t> </w:t>
            </w:r>
          </w:p>
        </w:tc>
        <w:tc>
          <w:tcPr>
            <w:tcW w:w="1728" w:type="dxa"/>
            <w:tcBorders>
              <w:bottom w:val="single" w:sz="22" w:space="0" w:color="C00000"/>
            </w:tcBorders>
            <w:shd w:val="clear" w:color="auto" w:fill="343A40"/>
          </w:tcPr>
          <w:p w14:paraId="040D280A" w14:textId="77777777" w:rsidR="00A806B2" w:rsidRPr="00A864B8" w:rsidRDefault="00000000">
            <w:pPr>
              <w:spacing w:before="20" w:after="10" w:line="240" w:lineRule="auto"/>
              <w:jc w:val="center"/>
            </w:pPr>
            <w:r w:rsidRPr="00A864B8">
              <w:rPr>
                <w:color w:val="FFFFFF"/>
                <w:sz w:val="20"/>
              </w:rPr>
              <w:t>Spezifische Investitionen (Kostenstützpunkte)</w:t>
            </w:r>
          </w:p>
        </w:tc>
        <w:tc>
          <w:tcPr>
            <w:tcW w:w="1728" w:type="dxa"/>
            <w:tcBorders>
              <w:bottom w:val="single" w:sz="22" w:space="0" w:color="C00000"/>
            </w:tcBorders>
            <w:shd w:val="clear" w:color="auto" w:fill="343A40"/>
          </w:tcPr>
          <w:p w14:paraId="07C5C767" w14:textId="77777777" w:rsidR="00A806B2" w:rsidRPr="00A864B8" w:rsidRDefault="00000000">
            <w:pPr>
              <w:spacing w:before="20" w:after="10" w:line="240" w:lineRule="auto"/>
              <w:jc w:val="center"/>
            </w:pPr>
            <w:r w:rsidRPr="00A864B8">
              <w:rPr>
                <w:color w:val="FFFFFF"/>
                <w:sz w:val="20"/>
              </w:rPr>
              <w:t>Lebensdauer</w:t>
            </w:r>
          </w:p>
        </w:tc>
        <w:tc>
          <w:tcPr>
            <w:tcW w:w="1728" w:type="dxa"/>
            <w:tcBorders>
              <w:bottom w:val="single" w:sz="22" w:space="0" w:color="C00000"/>
            </w:tcBorders>
            <w:shd w:val="clear" w:color="auto" w:fill="343A40"/>
          </w:tcPr>
          <w:p w14:paraId="497F5DA2" w14:textId="77777777" w:rsidR="00A806B2" w:rsidRPr="00A864B8" w:rsidRDefault="00000000">
            <w:pPr>
              <w:spacing w:before="20" w:after="10" w:line="240" w:lineRule="auto"/>
              <w:jc w:val="center"/>
            </w:pPr>
            <w:r w:rsidRPr="00A864B8">
              <w:rPr>
                <w:color w:val="FFFFFF"/>
                <w:sz w:val="20"/>
              </w:rPr>
              <w:t>Jährl. Wartungskosten</w:t>
            </w:r>
          </w:p>
        </w:tc>
        <w:tc>
          <w:tcPr>
            <w:tcW w:w="1728" w:type="dxa"/>
            <w:tcBorders>
              <w:bottom w:val="single" w:sz="22" w:space="0" w:color="C00000"/>
            </w:tcBorders>
            <w:shd w:val="clear" w:color="auto" w:fill="343A40"/>
          </w:tcPr>
          <w:p w14:paraId="3637F7EE" w14:textId="77777777" w:rsidR="00A806B2" w:rsidRPr="00A864B8" w:rsidRDefault="00000000">
            <w:pPr>
              <w:spacing w:before="20" w:after="10" w:line="240" w:lineRule="auto"/>
              <w:jc w:val="center"/>
            </w:pPr>
            <w:r w:rsidRPr="00A864B8">
              <w:rPr>
                <w:color w:val="FFFFFF"/>
                <w:sz w:val="20"/>
              </w:rPr>
              <w:t>Förderung</w:t>
            </w:r>
          </w:p>
        </w:tc>
      </w:tr>
      <w:tr w:rsidR="00A806B2" w:rsidRPr="00A864B8" w14:paraId="630F9913" w14:textId="77777777">
        <w:trPr>
          <w:jc w:val="center"/>
        </w:trPr>
        <w:tc>
          <w:tcPr>
            <w:tcW w:w="1728" w:type="dxa"/>
            <w:tcBorders>
              <w:bottom w:val="single" w:sz="8" w:space="0" w:color="9B9B9B"/>
            </w:tcBorders>
            <w:shd w:val="clear" w:color="auto" w:fill="F0F0F0"/>
            <w:vAlign w:val="center"/>
          </w:tcPr>
          <w:p w14:paraId="57944D12" w14:textId="77777777" w:rsidR="00A806B2" w:rsidRPr="00A864B8" w:rsidRDefault="00000000">
            <w:pPr>
              <w:spacing w:before="20" w:after="10" w:line="240" w:lineRule="auto"/>
              <w:jc w:val="center"/>
            </w:pPr>
            <w:r w:rsidRPr="00A864B8">
              <w:rPr>
                <w:sz w:val="20"/>
              </w:rPr>
              <w:t>Elektrischer Heizstab</w:t>
            </w:r>
          </w:p>
        </w:tc>
        <w:tc>
          <w:tcPr>
            <w:tcW w:w="1728" w:type="dxa"/>
            <w:tcBorders>
              <w:bottom w:val="single" w:sz="8" w:space="0" w:color="9B9B9B"/>
            </w:tcBorders>
            <w:shd w:val="clear" w:color="auto" w:fill="F0F0F0"/>
            <w:vAlign w:val="center"/>
          </w:tcPr>
          <w:p w14:paraId="6F5D9A95" w14:textId="77777777" w:rsidR="00A806B2" w:rsidRPr="00A864B8" w:rsidRDefault="00000000">
            <w:pPr>
              <w:spacing w:before="20" w:after="10" w:line="240" w:lineRule="auto"/>
              <w:jc w:val="center"/>
            </w:pPr>
            <w:r w:rsidRPr="00A864B8">
              <w:rPr>
                <w:sz w:val="20"/>
              </w:rPr>
              <w:t>2 kW: 200 €/kW</w:t>
            </w:r>
            <w:r w:rsidRPr="00A864B8">
              <w:rPr>
                <w:sz w:val="20"/>
              </w:rPr>
              <w:br/>
              <w:t>5 kW: 100 €/kW</w:t>
            </w:r>
            <w:r w:rsidRPr="00A864B8">
              <w:rPr>
                <w:sz w:val="20"/>
              </w:rPr>
              <w:br/>
              <w:t>10 kW: 75 €/kW</w:t>
            </w:r>
            <w:r w:rsidRPr="00A864B8">
              <w:rPr>
                <w:sz w:val="20"/>
              </w:rPr>
              <w:br/>
              <w:t>20 kW: 60 €/kW</w:t>
            </w:r>
            <w:r w:rsidRPr="00A864B8">
              <w:rPr>
                <w:sz w:val="20"/>
              </w:rPr>
              <w:br/>
              <w:t>50 kW: 50 €/kW</w:t>
            </w:r>
            <w:r w:rsidRPr="00A864B8">
              <w:rPr>
                <w:sz w:val="20"/>
              </w:rPr>
              <w:br/>
              <w:t>100 kW: 40 €/kW</w:t>
            </w:r>
          </w:p>
        </w:tc>
        <w:tc>
          <w:tcPr>
            <w:tcW w:w="1728" w:type="dxa"/>
            <w:tcBorders>
              <w:bottom w:val="single" w:sz="8" w:space="0" w:color="9B9B9B"/>
            </w:tcBorders>
            <w:shd w:val="clear" w:color="auto" w:fill="F0F0F0"/>
            <w:vAlign w:val="center"/>
          </w:tcPr>
          <w:p w14:paraId="7500274F" w14:textId="77777777" w:rsidR="00A806B2" w:rsidRPr="00A864B8" w:rsidRDefault="00000000">
            <w:pPr>
              <w:spacing w:before="20" w:after="10" w:line="240" w:lineRule="auto"/>
              <w:jc w:val="center"/>
            </w:pPr>
            <w:r w:rsidRPr="00A864B8">
              <w:rPr>
                <w:sz w:val="20"/>
              </w:rPr>
              <w:t>25 Jahre</w:t>
            </w:r>
          </w:p>
        </w:tc>
        <w:tc>
          <w:tcPr>
            <w:tcW w:w="1728" w:type="dxa"/>
            <w:tcBorders>
              <w:bottom w:val="single" w:sz="8" w:space="0" w:color="9B9B9B"/>
            </w:tcBorders>
            <w:shd w:val="clear" w:color="auto" w:fill="F0F0F0"/>
            <w:vAlign w:val="center"/>
          </w:tcPr>
          <w:p w14:paraId="21F0F22B"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F0F0F0"/>
            <w:vAlign w:val="center"/>
          </w:tcPr>
          <w:p w14:paraId="338727D3" w14:textId="77777777" w:rsidR="00A806B2" w:rsidRPr="00A864B8" w:rsidRDefault="00000000">
            <w:pPr>
              <w:spacing w:before="20" w:after="10" w:line="240" w:lineRule="auto"/>
              <w:jc w:val="center"/>
            </w:pPr>
            <w:r w:rsidRPr="00A864B8">
              <w:rPr>
                <w:sz w:val="20"/>
              </w:rPr>
              <w:t>0 %</w:t>
            </w:r>
          </w:p>
        </w:tc>
      </w:tr>
      <w:tr w:rsidR="00A806B2" w:rsidRPr="00A864B8" w14:paraId="11620A15" w14:textId="77777777">
        <w:trPr>
          <w:jc w:val="center"/>
        </w:trPr>
        <w:tc>
          <w:tcPr>
            <w:tcW w:w="1728" w:type="dxa"/>
            <w:tcBorders>
              <w:bottom w:val="single" w:sz="8" w:space="0" w:color="9B9B9B"/>
            </w:tcBorders>
            <w:shd w:val="clear" w:color="auto" w:fill="CFCFCF"/>
            <w:vAlign w:val="center"/>
          </w:tcPr>
          <w:p w14:paraId="68705C6B" w14:textId="77777777" w:rsidR="00A806B2" w:rsidRPr="00A864B8" w:rsidRDefault="00000000">
            <w:pPr>
              <w:spacing w:before="20" w:after="10" w:line="240" w:lineRule="auto"/>
              <w:jc w:val="center"/>
            </w:pPr>
            <w:r w:rsidRPr="00A864B8">
              <w:rPr>
                <w:sz w:val="20"/>
              </w:rPr>
              <w:t>Elektrischer Heizstab (TWW)</w:t>
            </w:r>
          </w:p>
        </w:tc>
        <w:tc>
          <w:tcPr>
            <w:tcW w:w="1728" w:type="dxa"/>
            <w:tcBorders>
              <w:bottom w:val="single" w:sz="8" w:space="0" w:color="9B9B9B"/>
            </w:tcBorders>
            <w:shd w:val="clear" w:color="auto" w:fill="CFCFCF"/>
            <w:vAlign w:val="center"/>
          </w:tcPr>
          <w:p w14:paraId="39967201" w14:textId="77777777" w:rsidR="00A806B2" w:rsidRPr="00A864B8" w:rsidRDefault="00000000">
            <w:pPr>
              <w:spacing w:before="20" w:after="10" w:line="240" w:lineRule="auto"/>
              <w:jc w:val="center"/>
            </w:pPr>
            <w:r w:rsidRPr="00A864B8">
              <w:rPr>
                <w:sz w:val="20"/>
              </w:rPr>
              <w:t>5 kW: 80 €/kW</w:t>
            </w:r>
            <w:r w:rsidRPr="00A864B8">
              <w:rPr>
                <w:sz w:val="20"/>
              </w:rPr>
              <w:br/>
              <w:t>10 kW: 50 €/kW</w:t>
            </w:r>
            <w:r w:rsidRPr="00A864B8">
              <w:rPr>
                <w:sz w:val="20"/>
              </w:rPr>
              <w:br/>
              <w:t>20 kW: 35 €/kW</w:t>
            </w:r>
            <w:r w:rsidRPr="00A864B8">
              <w:rPr>
                <w:sz w:val="20"/>
              </w:rPr>
              <w:br/>
              <w:t>50 kW: 18 €/kW</w:t>
            </w:r>
          </w:p>
        </w:tc>
        <w:tc>
          <w:tcPr>
            <w:tcW w:w="1728" w:type="dxa"/>
            <w:tcBorders>
              <w:bottom w:val="single" w:sz="8" w:space="0" w:color="9B9B9B"/>
            </w:tcBorders>
            <w:shd w:val="clear" w:color="auto" w:fill="CFCFCF"/>
            <w:vAlign w:val="center"/>
          </w:tcPr>
          <w:p w14:paraId="5BA050E0"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CFCFCF"/>
            <w:vAlign w:val="center"/>
          </w:tcPr>
          <w:p w14:paraId="304B8A47"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CFCFCF"/>
            <w:vAlign w:val="center"/>
          </w:tcPr>
          <w:p w14:paraId="5D0484A8" w14:textId="77777777" w:rsidR="00A806B2" w:rsidRPr="00A864B8" w:rsidRDefault="00000000">
            <w:pPr>
              <w:spacing w:before="20" w:after="10" w:line="240" w:lineRule="auto"/>
              <w:jc w:val="center"/>
            </w:pPr>
            <w:r w:rsidRPr="00A864B8">
              <w:rPr>
                <w:sz w:val="20"/>
              </w:rPr>
              <w:t>40 %</w:t>
            </w:r>
          </w:p>
        </w:tc>
      </w:tr>
      <w:tr w:rsidR="00A806B2" w:rsidRPr="00A864B8" w14:paraId="1D891761" w14:textId="77777777">
        <w:trPr>
          <w:jc w:val="center"/>
        </w:trPr>
        <w:tc>
          <w:tcPr>
            <w:tcW w:w="1728" w:type="dxa"/>
            <w:tcBorders>
              <w:bottom w:val="single" w:sz="8" w:space="0" w:color="9B9B9B"/>
            </w:tcBorders>
            <w:shd w:val="clear" w:color="auto" w:fill="F0F0F0"/>
            <w:vAlign w:val="center"/>
          </w:tcPr>
          <w:p w14:paraId="7929946D" w14:textId="77777777" w:rsidR="00A806B2" w:rsidRPr="00A864B8" w:rsidRDefault="00000000">
            <w:pPr>
              <w:spacing w:before="20" w:after="10" w:line="240" w:lineRule="auto"/>
              <w:jc w:val="center"/>
            </w:pPr>
            <w:r w:rsidRPr="00A864B8">
              <w:rPr>
                <w:sz w:val="20"/>
              </w:rPr>
              <w:t>Erdwärmepumpe</w:t>
            </w:r>
          </w:p>
        </w:tc>
        <w:tc>
          <w:tcPr>
            <w:tcW w:w="1728" w:type="dxa"/>
            <w:tcBorders>
              <w:bottom w:val="single" w:sz="8" w:space="0" w:color="9B9B9B"/>
            </w:tcBorders>
            <w:shd w:val="clear" w:color="auto" w:fill="F0F0F0"/>
            <w:vAlign w:val="center"/>
          </w:tcPr>
          <w:p w14:paraId="4B3020C5" w14:textId="77777777" w:rsidR="00A806B2" w:rsidRPr="00A864B8" w:rsidRDefault="00000000">
            <w:pPr>
              <w:spacing w:before="20" w:after="10" w:line="240" w:lineRule="auto"/>
              <w:jc w:val="center"/>
            </w:pPr>
            <w:r w:rsidRPr="00A864B8">
              <w:rPr>
                <w:sz w:val="20"/>
              </w:rPr>
              <w:t>5 kW: 3000 €/kW</w:t>
            </w:r>
            <w:r w:rsidRPr="00A864B8">
              <w:rPr>
                <w:sz w:val="20"/>
              </w:rPr>
              <w:br/>
              <w:t>10 kW: 2100 €/kW</w:t>
            </w:r>
            <w:r w:rsidRPr="00A864B8">
              <w:rPr>
                <w:sz w:val="20"/>
              </w:rPr>
              <w:br/>
              <w:t>20 kW: 1500 €/kW</w:t>
            </w:r>
            <w:r w:rsidRPr="00A864B8">
              <w:rPr>
                <w:sz w:val="20"/>
              </w:rPr>
              <w:br/>
              <w:t>30 kW: 1200 €/kW</w:t>
            </w:r>
            <w:r w:rsidRPr="00A864B8">
              <w:rPr>
                <w:sz w:val="20"/>
              </w:rPr>
              <w:br/>
              <w:t>40 kW: 1100 €/kW</w:t>
            </w:r>
            <w:r w:rsidRPr="00A864B8">
              <w:rPr>
                <w:sz w:val="20"/>
              </w:rPr>
              <w:br/>
              <w:t>50 kW: 1000 €/kW</w:t>
            </w:r>
            <w:r w:rsidRPr="00A864B8">
              <w:rPr>
                <w:sz w:val="20"/>
              </w:rPr>
              <w:br/>
              <w:t>60 kW: 900 €/kW</w:t>
            </w:r>
            <w:r w:rsidRPr="00A864B8">
              <w:rPr>
                <w:sz w:val="20"/>
              </w:rPr>
              <w:br/>
              <w:t>80 kW: 800 €/kW</w:t>
            </w:r>
            <w:r w:rsidRPr="00A864B8">
              <w:rPr>
                <w:sz w:val="20"/>
              </w:rPr>
              <w:br/>
              <w:t>110 kW: 700 €/kW</w:t>
            </w:r>
          </w:p>
        </w:tc>
        <w:tc>
          <w:tcPr>
            <w:tcW w:w="1728" w:type="dxa"/>
            <w:tcBorders>
              <w:bottom w:val="single" w:sz="8" w:space="0" w:color="9B9B9B"/>
            </w:tcBorders>
            <w:shd w:val="clear" w:color="auto" w:fill="F0F0F0"/>
            <w:vAlign w:val="center"/>
          </w:tcPr>
          <w:p w14:paraId="1065F31F"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322C9FAA" w14:textId="77777777" w:rsidR="00A806B2" w:rsidRPr="00A864B8" w:rsidRDefault="00000000">
            <w:pPr>
              <w:spacing w:before="20" w:after="10" w:line="240" w:lineRule="auto"/>
              <w:jc w:val="center"/>
            </w:pPr>
            <w:r w:rsidRPr="00A864B8">
              <w:rPr>
                <w:sz w:val="20"/>
              </w:rPr>
              <w:t>2 % der Investition</w:t>
            </w:r>
          </w:p>
        </w:tc>
        <w:tc>
          <w:tcPr>
            <w:tcW w:w="1728" w:type="dxa"/>
            <w:tcBorders>
              <w:bottom w:val="single" w:sz="8" w:space="0" w:color="9B9B9B"/>
            </w:tcBorders>
            <w:shd w:val="clear" w:color="auto" w:fill="F0F0F0"/>
            <w:vAlign w:val="center"/>
          </w:tcPr>
          <w:p w14:paraId="74F60775" w14:textId="77777777" w:rsidR="00A806B2" w:rsidRPr="00A864B8" w:rsidRDefault="00000000">
            <w:pPr>
              <w:spacing w:before="20" w:after="10" w:line="240" w:lineRule="auto"/>
              <w:jc w:val="center"/>
            </w:pPr>
            <w:r w:rsidRPr="00A864B8">
              <w:rPr>
                <w:sz w:val="20"/>
              </w:rPr>
              <w:t>0 %</w:t>
            </w:r>
          </w:p>
        </w:tc>
      </w:tr>
      <w:tr w:rsidR="00A806B2" w:rsidRPr="00A864B8" w14:paraId="763ACC90" w14:textId="77777777">
        <w:trPr>
          <w:jc w:val="center"/>
        </w:trPr>
        <w:tc>
          <w:tcPr>
            <w:tcW w:w="1728" w:type="dxa"/>
            <w:tcBorders>
              <w:bottom w:val="single" w:sz="8" w:space="0" w:color="9B9B9B"/>
            </w:tcBorders>
            <w:shd w:val="clear" w:color="auto" w:fill="CFCFCF"/>
            <w:vAlign w:val="center"/>
          </w:tcPr>
          <w:p w14:paraId="2F52B217" w14:textId="77777777" w:rsidR="00A806B2" w:rsidRPr="00A864B8" w:rsidRDefault="00000000">
            <w:pPr>
              <w:spacing w:before="20" w:after="10" w:line="240" w:lineRule="auto"/>
              <w:jc w:val="center"/>
            </w:pPr>
            <w:r w:rsidRPr="00A864B8">
              <w:rPr>
                <w:sz w:val="20"/>
              </w:rPr>
              <w:t>Luftwärmepumpe</w:t>
            </w:r>
          </w:p>
        </w:tc>
        <w:tc>
          <w:tcPr>
            <w:tcW w:w="1728" w:type="dxa"/>
            <w:tcBorders>
              <w:bottom w:val="single" w:sz="8" w:space="0" w:color="9B9B9B"/>
            </w:tcBorders>
            <w:shd w:val="clear" w:color="auto" w:fill="CFCFCF"/>
            <w:vAlign w:val="center"/>
          </w:tcPr>
          <w:p w14:paraId="1286EBA2" w14:textId="77777777" w:rsidR="00A806B2" w:rsidRPr="00A864B8" w:rsidRDefault="00000000">
            <w:pPr>
              <w:spacing w:before="20" w:after="10" w:line="240" w:lineRule="auto"/>
              <w:jc w:val="center"/>
            </w:pPr>
            <w:r w:rsidRPr="00A864B8">
              <w:rPr>
                <w:sz w:val="20"/>
              </w:rPr>
              <w:t>5 kW: 2300 €/kW</w:t>
            </w:r>
            <w:r w:rsidRPr="00A864B8">
              <w:rPr>
                <w:sz w:val="20"/>
              </w:rPr>
              <w:br/>
              <w:t>10 kW: 1800 €/kW</w:t>
            </w:r>
            <w:r w:rsidRPr="00A864B8">
              <w:rPr>
                <w:sz w:val="20"/>
              </w:rPr>
              <w:br/>
              <w:t>20 kW: 1500 €/kW</w:t>
            </w:r>
            <w:r w:rsidRPr="00A864B8">
              <w:rPr>
                <w:sz w:val="20"/>
              </w:rPr>
              <w:br/>
              <w:t>30 kW: 1400 €/kW</w:t>
            </w:r>
            <w:r w:rsidRPr="00A864B8">
              <w:rPr>
                <w:sz w:val="20"/>
              </w:rPr>
              <w:br/>
              <w:t>40 kW: 1300 €/kW</w:t>
            </w:r>
            <w:r w:rsidRPr="00A864B8">
              <w:rPr>
                <w:sz w:val="20"/>
              </w:rPr>
              <w:br/>
              <w:t>50 kW: 1200 €/kW</w:t>
            </w:r>
            <w:r w:rsidRPr="00A864B8">
              <w:rPr>
                <w:sz w:val="20"/>
              </w:rPr>
              <w:br/>
              <w:t>60 kW: 1200 €/kW</w:t>
            </w:r>
            <w:r w:rsidRPr="00A864B8">
              <w:rPr>
                <w:sz w:val="20"/>
              </w:rPr>
              <w:br/>
              <w:t>80 kW: 1200 €/kW</w:t>
            </w:r>
            <w:r w:rsidRPr="00A864B8">
              <w:rPr>
                <w:sz w:val="20"/>
              </w:rPr>
              <w:br/>
              <w:t>110 kW: 1200 €/kW</w:t>
            </w:r>
          </w:p>
        </w:tc>
        <w:tc>
          <w:tcPr>
            <w:tcW w:w="1728" w:type="dxa"/>
            <w:tcBorders>
              <w:bottom w:val="single" w:sz="8" w:space="0" w:color="9B9B9B"/>
            </w:tcBorders>
            <w:shd w:val="clear" w:color="auto" w:fill="CFCFCF"/>
            <w:vAlign w:val="center"/>
          </w:tcPr>
          <w:p w14:paraId="5D0A6012"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CFCFCF"/>
            <w:vAlign w:val="center"/>
          </w:tcPr>
          <w:p w14:paraId="7214718C" w14:textId="77777777" w:rsidR="00A806B2" w:rsidRPr="00A864B8" w:rsidRDefault="00000000">
            <w:pPr>
              <w:spacing w:before="20" w:after="10" w:line="240" w:lineRule="auto"/>
              <w:jc w:val="center"/>
            </w:pPr>
            <w:r w:rsidRPr="00A864B8">
              <w:rPr>
                <w:sz w:val="20"/>
              </w:rPr>
              <w:t>2 % der Investition</w:t>
            </w:r>
          </w:p>
        </w:tc>
        <w:tc>
          <w:tcPr>
            <w:tcW w:w="1728" w:type="dxa"/>
            <w:tcBorders>
              <w:bottom w:val="single" w:sz="8" w:space="0" w:color="9B9B9B"/>
            </w:tcBorders>
            <w:shd w:val="clear" w:color="auto" w:fill="CFCFCF"/>
            <w:vAlign w:val="center"/>
          </w:tcPr>
          <w:p w14:paraId="1554EDFD" w14:textId="77777777" w:rsidR="00A806B2" w:rsidRPr="00A864B8" w:rsidRDefault="00000000">
            <w:pPr>
              <w:spacing w:before="20" w:after="10" w:line="240" w:lineRule="auto"/>
              <w:jc w:val="center"/>
            </w:pPr>
            <w:r w:rsidRPr="00A864B8">
              <w:rPr>
                <w:sz w:val="20"/>
              </w:rPr>
              <w:t>0 %</w:t>
            </w:r>
          </w:p>
        </w:tc>
      </w:tr>
      <w:tr w:rsidR="00A806B2" w:rsidRPr="00A864B8" w14:paraId="6E6E245E" w14:textId="77777777">
        <w:trPr>
          <w:jc w:val="center"/>
        </w:trPr>
        <w:tc>
          <w:tcPr>
            <w:tcW w:w="1728" w:type="dxa"/>
            <w:tcBorders>
              <w:bottom w:val="single" w:sz="8" w:space="0" w:color="9B9B9B"/>
            </w:tcBorders>
            <w:shd w:val="clear" w:color="auto" w:fill="F0F0F0"/>
            <w:vAlign w:val="center"/>
          </w:tcPr>
          <w:p w14:paraId="48C69F5B" w14:textId="77777777" w:rsidR="00A806B2" w:rsidRPr="00A864B8" w:rsidRDefault="00000000">
            <w:pPr>
              <w:spacing w:before="20" w:after="10" w:line="240" w:lineRule="auto"/>
              <w:jc w:val="center"/>
            </w:pPr>
            <w:r w:rsidRPr="00A864B8">
              <w:rPr>
                <w:sz w:val="20"/>
              </w:rPr>
              <w:t>Luftgekühlte Kältemaschine</w:t>
            </w:r>
          </w:p>
        </w:tc>
        <w:tc>
          <w:tcPr>
            <w:tcW w:w="1728" w:type="dxa"/>
            <w:tcBorders>
              <w:bottom w:val="single" w:sz="8" w:space="0" w:color="9B9B9B"/>
            </w:tcBorders>
            <w:shd w:val="clear" w:color="auto" w:fill="F0F0F0"/>
            <w:vAlign w:val="center"/>
          </w:tcPr>
          <w:p w14:paraId="06DC4765" w14:textId="77777777" w:rsidR="00A806B2" w:rsidRPr="00A864B8" w:rsidRDefault="00000000">
            <w:pPr>
              <w:spacing w:before="20" w:after="10" w:line="240" w:lineRule="auto"/>
              <w:jc w:val="center"/>
            </w:pPr>
            <w:r w:rsidRPr="00A864B8">
              <w:rPr>
                <w:sz w:val="20"/>
              </w:rPr>
              <w:t>5 kW: 1300 €/kW</w:t>
            </w:r>
            <w:r w:rsidRPr="00A864B8">
              <w:rPr>
                <w:sz w:val="20"/>
              </w:rPr>
              <w:br/>
              <w:t>20 kW: 900 €/kW</w:t>
            </w:r>
            <w:r w:rsidRPr="00A864B8">
              <w:rPr>
                <w:sz w:val="20"/>
              </w:rPr>
              <w:br/>
              <w:t>100 kW: 700 €/kW</w:t>
            </w:r>
            <w:r w:rsidRPr="00A864B8">
              <w:rPr>
                <w:sz w:val="20"/>
              </w:rPr>
              <w:br/>
              <w:t>250 kW: 600 €/kW</w:t>
            </w:r>
            <w:r w:rsidRPr="00A864B8">
              <w:rPr>
                <w:sz w:val="20"/>
              </w:rPr>
              <w:br/>
              <w:t>500 kW: 450 €/kW</w:t>
            </w:r>
          </w:p>
        </w:tc>
        <w:tc>
          <w:tcPr>
            <w:tcW w:w="1728" w:type="dxa"/>
            <w:tcBorders>
              <w:bottom w:val="single" w:sz="8" w:space="0" w:color="9B9B9B"/>
            </w:tcBorders>
            <w:shd w:val="clear" w:color="auto" w:fill="F0F0F0"/>
            <w:vAlign w:val="center"/>
          </w:tcPr>
          <w:p w14:paraId="4BAB9F4B"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120AE387" w14:textId="77777777" w:rsidR="00A806B2" w:rsidRPr="00A864B8" w:rsidRDefault="00000000">
            <w:pPr>
              <w:spacing w:before="20" w:after="10" w:line="240" w:lineRule="auto"/>
              <w:jc w:val="center"/>
            </w:pPr>
            <w:r w:rsidRPr="00A864B8">
              <w:rPr>
                <w:sz w:val="20"/>
              </w:rPr>
              <w:t>2 % der Investition</w:t>
            </w:r>
          </w:p>
        </w:tc>
        <w:tc>
          <w:tcPr>
            <w:tcW w:w="1728" w:type="dxa"/>
            <w:tcBorders>
              <w:bottom w:val="single" w:sz="8" w:space="0" w:color="9B9B9B"/>
            </w:tcBorders>
            <w:shd w:val="clear" w:color="auto" w:fill="F0F0F0"/>
            <w:vAlign w:val="center"/>
          </w:tcPr>
          <w:p w14:paraId="46C77F5E" w14:textId="77777777" w:rsidR="00A806B2" w:rsidRPr="00A864B8" w:rsidRDefault="00000000">
            <w:pPr>
              <w:spacing w:before="20" w:after="10" w:line="240" w:lineRule="auto"/>
              <w:jc w:val="center"/>
            </w:pPr>
            <w:r w:rsidRPr="00A864B8">
              <w:rPr>
                <w:sz w:val="20"/>
              </w:rPr>
              <w:t>0 %</w:t>
            </w:r>
          </w:p>
        </w:tc>
      </w:tr>
      <w:tr w:rsidR="00A806B2" w:rsidRPr="00A864B8" w14:paraId="75842564" w14:textId="77777777">
        <w:trPr>
          <w:jc w:val="center"/>
        </w:trPr>
        <w:tc>
          <w:tcPr>
            <w:tcW w:w="1728" w:type="dxa"/>
            <w:tcBorders>
              <w:bottom w:val="single" w:sz="8" w:space="0" w:color="9B9B9B"/>
            </w:tcBorders>
            <w:shd w:val="clear" w:color="auto" w:fill="CFCFCF"/>
            <w:vAlign w:val="center"/>
          </w:tcPr>
          <w:p w14:paraId="12762795" w14:textId="77777777" w:rsidR="00A806B2" w:rsidRPr="00A864B8" w:rsidRDefault="00000000">
            <w:pPr>
              <w:spacing w:before="20" w:after="10" w:line="240" w:lineRule="auto"/>
              <w:jc w:val="center"/>
            </w:pPr>
            <w:r w:rsidRPr="00A864B8">
              <w:rPr>
                <w:sz w:val="20"/>
              </w:rPr>
              <w:t>Speicher (TWW)</w:t>
            </w:r>
          </w:p>
        </w:tc>
        <w:tc>
          <w:tcPr>
            <w:tcW w:w="1728" w:type="dxa"/>
            <w:tcBorders>
              <w:bottom w:val="single" w:sz="8" w:space="0" w:color="9B9B9B"/>
            </w:tcBorders>
            <w:shd w:val="clear" w:color="auto" w:fill="CFCFCF"/>
            <w:vAlign w:val="center"/>
          </w:tcPr>
          <w:p w14:paraId="59D9354D" w14:textId="77777777" w:rsidR="00A806B2" w:rsidRPr="00A864B8" w:rsidRDefault="00000000">
            <w:pPr>
              <w:spacing w:before="20" w:after="10" w:line="240" w:lineRule="auto"/>
              <w:jc w:val="center"/>
            </w:pPr>
            <w:r w:rsidRPr="00A864B8">
              <w:rPr>
                <w:sz w:val="20"/>
              </w:rPr>
              <w:t>130 l: 8 €/l</w:t>
            </w:r>
            <w:r w:rsidRPr="00A864B8">
              <w:rPr>
                <w:sz w:val="20"/>
              </w:rPr>
              <w:br/>
              <w:t>150 l: 7 €/l</w:t>
            </w:r>
            <w:r w:rsidRPr="00A864B8">
              <w:rPr>
                <w:sz w:val="20"/>
              </w:rPr>
              <w:br/>
              <w:t>300 l: 5.3 €/l</w:t>
            </w:r>
            <w:r w:rsidRPr="00A864B8">
              <w:rPr>
                <w:sz w:val="20"/>
              </w:rPr>
              <w:br/>
              <w:t>500 l: 4.8 €/l</w:t>
            </w:r>
            <w:r w:rsidRPr="00A864B8">
              <w:rPr>
                <w:sz w:val="20"/>
              </w:rPr>
              <w:br/>
              <w:t>1000 l: 4.5 €/l</w:t>
            </w:r>
          </w:p>
        </w:tc>
        <w:tc>
          <w:tcPr>
            <w:tcW w:w="1728" w:type="dxa"/>
            <w:tcBorders>
              <w:bottom w:val="single" w:sz="8" w:space="0" w:color="9B9B9B"/>
            </w:tcBorders>
            <w:shd w:val="clear" w:color="auto" w:fill="CFCFCF"/>
            <w:vAlign w:val="center"/>
          </w:tcPr>
          <w:p w14:paraId="7CDEB152" w14:textId="77777777" w:rsidR="00A806B2" w:rsidRPr="00A864B8" w:rsidRDefault="00000000">
            <w:pPr>
              <w:spacing w:before="20" w:after="10" w:line="240" w:lineRule="auto"/>
              <w:jc w:val="center"/>
            </w:pPr>
            <w:r w:rsidRPr="00A864B8">
              <w:rPr>
                <w:sz w:val="20"/>
              </w:rPr>
              <w:t>30 Jahre</w:t>
            </w:r>
          </w:p>
        </w:tc>
        <w:tc>
          <w:tcPr>
            <w:tcW w:w="1728" w:type="dxa"/>
            <w:tcBorders>
              <w:bottom w:val="single" w:sz="8" w:space="0" w:color="9B9B9B"/>
            </w:tcBorders>
            <w:shd w:val="clear" w:color="auto" w:fill="CFCFCF"/>
            <w:vAlign w:val="center"/>
          </w:tcPr>
          <w:p w14:paraId="06459BA4" w14:textId="77777777" w:rsidR="00A806B2" w:rsidRPr="00A864B8" w:rsidRDefault="00000000">
            <w:pPr>
              <w:spacing w:before="20" w:after="10" w:line="240" w:lineRule="auto"/>
              <w:jc w:val="center"/>
            </w:pPr>
            <w:r w:rsidRPr="00A864B8">
              <w:rPr>
                <w:sz w:val="20"/>
              </w:rPr>
              <w:t>0 % der Investition</w:t>
            </w:r>
          </w:p>
        </w:tc>
        <w:tc>
          <w:tcPr>
            <w:tcW w:w="1728" w:type="dxa"/>
            <w:tcBorders>
              <w:bottom w:val="single" w:sz="8" w:space="0" w:color="9B9B9B"/>
            </w:tcBorders>
            <w:shd w:val="clear" w:color="auto" w:fill="CFCFCF"/>
            <w:vAlign w:val="center"/>
          </w:tcPr>
          <w:p w14:paraId="37709801" w14:textId="77777777" w:rsidR="00A806B2" w:rsidRPr="00A864B8" w:rsidRDefault="00000000">
            <w:pPr>
              <w:spacing w:before="20" w:after="10" w:line="240" w:lineRule="auto"/>
              <w:jc w:val="center"/>
            </w:pPr>
            <w:r w:rsidRPr="00A864B8">
              <w:rPr>
                <w:sz w:val="20"/>
              </w:rPr>
              <w:t>40 %</w:t>
            </w:r>
          </w:p>
        </w:tc>
      </w:tr>
      <w:tr w:rsidR="00A806B2" w:rsidRPr="00A864B8" w14:paraId="0FB615CC" w14:textId="77777777">
        <w:trPr>
          <w:jc w:val="center"/>
        </w:trPr>
        <w:tc>
          <w:tcPr>
            <w:tcW w:w="1728" w:type="dxa"/>
            <w:tcBorders>
              <w:bottom w:val="single" w:sz="8" w:space="0" w:color="9B9B9B"/>
            </w:tcBorders>
            <w:shd w:val="clear" w:color="auto" w:fill="F0F0F0"/>
            <w:vAlign w:val="center"/>
          </w:tcPr>
          <w:p w14:paraId="699B7505" w14:textId="77777777" w:rsidR="00A806B2" w:rsidRPr="00A864B8" w:rsidRDefault="00000000">
            <w:pPr>
              <w:spacing w:before="20" w:after="10" w:line="240" w:lineRule="auto"/>
              <w:jc w:val="center"/>
            </w:pPr>
            <w:r w:rsidRPr="00A864B8">
              <w:rPr>
                <w:sz w:val="20"/>
              </w:rPr>
              <w:t>Wärmeübergabestation</w:t>
            </w:r>
          </w:p>
        </w:tc>
        <w:tc>
          <w:tcPr>
            <w:tcW w:w="1728" w:type="dxa"/>
            <w:tcBorders>
              <w:bottom w:val="single" w:sz="8" w:space="0" w:color="9B9B9B"/>
            </w:tcBorders>
            <w:shd w:val="clear" w:color="auto" w:fill="F0F0F0"/>
            <w:vAlign w:val="center"/>
          </w:tcPr>
          <w:p w14:paraId="0BE53F39" w14:textId="77777777" w:rsidR="00A806B2" w:rsidRPr="00A864B8" w:rsidRDefault="00000000">
            <w:pPr>
              <w:spacing w:before="20" w:after="10" w:line="240" w:lineRule="auto"/>
              <w:jc w:val="center"/>
            </w:pPr>
            <w:r w:rsidRPr="00A864B8">
              <w:rPr>
                <w:sz w:val="20"/>
              </w:rPr>
              <w:t>15 kW: 380 €/kW</w:t>
            </w:r>
            <w:r w:rsidRPr="00A864B8">
              <w:rPr>
                <w:sz w:val="20"/>
              </w:rPr>
              <w:br/>
              <w:t>30 kW: 250 €/kW</w:t>
            </w:r>
            <w:r w:rsidRPr="00A864B8">
              <w:rPr>
                <w:sz w:val="20"/>
              </w:rPr>
              <w:br/>
              <w:t>100 kW: 150 €/kW</w:t>
            </w:r>
            <w:r w:rsidRPr="00A864B8">
              <w:rPr>
                <w:sz w:val="20"/>
              </w:rPr>
              <w:br/>
              <w:t>500 kW: 85 €/kW</w:t>
            </w:r>
            <w:r w:rsidRPr="00A864B8">
              <w:rPr>
                <w:sz w:val="20"/>
              </w:rPr>
              <w:br/>
              <w:t>2000 kW: 55 €/kW</w:t>
            </w:r>
            <w:r w:rsidRPr="00A864B8">
              <w:rPr>
                <w:sz w:val="20"/>
              </w:rPr>
              <w:br/>
              <w:t>10000 kW: 34 €/kW</w:t>
            </w:r>
          </w:p>
        </w:tc>
        <w:tc>
          <w:tcPr>
            <w:tcW w:w="1728" w:type="dxa"/>
            <w:tcBorders>
              <w:bottom w:val="single" w:sz="8" w:space="0" w:color="9B9B9B"/>
            </w:tcBorders>
            <w:shd w:val="clear" w:color="auto" w:fill="F0F0F0"/>
            <w:vAlign w:val="center"/>
          </w:tcPr>
          <w:p w14:paraId="74B73197" w14:textId="77777777" w:rsidR="00A806B2" w:rsidRPr="00A864B8" w:rsidRDefault="00000000">
            <w:pPr>
              <w:spacing w:before="20" w:after="10" w:line="240" w:lineRule="auto"/>
              <w:jc w:val="center"/>
            </w:pPr>
            <w:r w:rsidRPr="00A864B8">
              <w:rPr>
                <w:sz w:val="20"/>
              </w:rPr>
              <w:t>40 Jahre</w:t>
            </w:r>
          </w:p>
        </w:tc>
        <w:tc>
          <w:tcPr>
            <w:tcW w:w="1728" w:type="dxa"/>
            <w:tcBorders>
              <w:bottom w:val="single" w:sz="8" w:space="0" w:color="9B9B9B"/>
            </w:tcBorders>
            <w:shd w:val="clear" w:color="auto" w:fill="F0F0F0"/>
            <w:vAlign w:val="center"/>
          </w:tcPr>
          <w:p w14:paraId="32F65D6D"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F0F0F0"/>
            <w:vAlign w:val="center"/>
          </w:tcPr>
          <w:p w14:paraId="306AE3E8" w14:textId="77777777" w:rsidR="00A806B2" w:rsidRPr="00A864B8" w:rsidRDefault="00000000">
            <w:pPr>
              <w:spacing w:before="20" w:after="10" w:line="240" w:lineRule="auto"/>
              <w:jc w:val="center"/>
            </w:pPr>
            <w:r w:rsidRPr="00A864B8">
              <w:rPr>
                <w:sz w:val="20"/>
              </w:rPr>
              <w:t>40 %</w:t>
            </w:r>
          </w:p>
        </w:tc>
      </w:tr>
      <w:tr w:rsidR="00A806B2" w:rsidRPr="00A864B8" w14:paraId="269A09AA" w14:textId="77777777">
        <w:trPr>
          <w:jc w:val="center"/>
        </w:trPr>
        <w:tc>
          <w:tcPr>
            <w:tcW w:w="1728" w:type="dxa"/>
            <w:tcBorders>
              <w:bottom w:val="single" w:sz="8" w:space="0" w:color="9B9B9B"/>
            </w:tcBorders>
            <w:shd w:val="clear" w:color="auto" w:fill="CFCFCF"/>
            <w:vAlign w:val="center"/>
          </w:tcPr>
          <w:p w14:paraId="576EF6C5" w14:textId="77777777" w:rsidR="00A806B2" w:rsidRPr="00A864B8" w:rsidRDefault="00000000">
            <w:pPr>
              <w:spacing w:before="20" w:after="10" w:line="240" w:lineRule="auto"/>
              <w:jc w:val="center"/>
            </w:pPr>
            <w:r w:rsidRPr="00A864B8">
              <w:rPr>
                <w:sz w:val="20"/>
              </w:rPr>
              <w:t>Geothermie-Sonden</w:t>
            </w:r>
          </w:p>
        </w:tc>
        <w:tc>
          <w:tcPr>
            <w:tcW w:w="1728" w:type="dxa"/>
            <w:tcBorders>
              <w:bottom w:val="single" w:sz="8" w:space="0" w:color="9B9B9B"/>
            </w:tcBorders>
            <w:shd w:val="clear" w:color="auto" w:fill="CFCFCF"/>
            <w:vAlign w:val="center"/>
          </w:tcPr>
          <w:p w14:paraId="56FDBE3B" w14:textId="77777777" w:rsidR="00A806B2" w:rsidRPr="00A864B8" w:rsidRDefault="00000000">
            <w:pPr>
              <w:spacing w:before="20" w:after="10" w:line="240" w:lineRule="auto"/>
              <w:jc w:val="center"/>
            </w:pPr>
            <w:r w:rsidRPr="00A864B8">
              <w:rPr>
                <w:sz w:val="20"/>
              </w:rPr>
              <w:t>5 kW: 2500 €/kW</w:t>
            </w:r>
            <w:r w:rsidRPr="00A864B8">
              <w:rPr>
                <w:sz w:val="20"/>
              </w:rPr>
              <w:br/>
              <w:t>10 kW: 1800 €/kW</w:t>
            </w:r>
            <w:r w:rsidRPr="00A864B8">
              <w:rPr>
                <w:sz w:val="20"/>
              </w:rPr>
              <w:br/>
              <w:t>20 kW: 1500 €/kW</w:t>
            </w:r>
            <w:r w:rsidRPr="00A864B8">
              <w:rPr>
                <w:sz w:val="20"/>
              </w:rPr>
              <w:br/>
              <w:t>40 kW: 1400 €/kW</w:t>
            </w:r>
            <w:r w:rsidRPr="00A864B8">
              <w:rPr>
                <w:sz w:val="20"/>
              </w:rPr>
              <w:br/>
              <w:t>60 kW: 1300 €/kW</w:t>
            </w:r>
            <w:r w:rsidRPr="00A864B8">
              <w:rPr>
                <w:sz w:val="20"/>
              </w:rPr>
              <w:br/>
              <w:t>80 kW: 1300 €/kW</w:t>
            </w:r>
            <w:r w:rsidRPr="00A864B8">
              <w:rPr>
                <w:sz w:val="20"/>
              </w:rPr>
              <w:br/>
              <w:t>110 kW: 1200 €/kW</w:t>
            </w:r>
          </w:p>
        </w:tc>
        <w:tc>
          <w:tcPr>
            <w:tcW w:w="1728" w:type="dxa"/>
            <w:tcBorders>
              <w:bottom w:val="single" w:sz="8" w:space="0" w:color="9B9B9B"/>
            </w:tcBorders>
            <w:shd w:val="clear" w:color="auto" w:fill="CFCFCF"/>
            <w:vAlign w:val="center"/>
          </w:tcPr>
          <w:p w14:paraId="5F77AF07" w14:textId="77777777" w:rsidR="00A806B2" w:rsidRPr="00A864B8" w:rsidRDefault="00000000">
            <w:pPr>
              <w:spacing w:before="20" w:after="10" w:line="240" w:lineRule="auto"/>
              <w:jc w:val="center"/>
            </w:pPr>
            <w:r w:rsidRPr="00A864B8">
              <w:rPr>
                <w:sz w:val="20"/>
              </w:rPr>
              <w:t>50 Jahre</w:t>
            </w:r>
          </w:p>
        </w:tc>
        <w:tc>
          <w:tcPr>
            <w:tcW w:w="1728" w:type="dxa"/>
            <w:tcBorders>
              <w:bottom w:val="single" w:sz="8" w:space="0" w:color="9B9B9B"/>
            </w:tcBorders>
            <w:shd w:val="clear" w:color="auto" w:fill="CFCFCF"/>
            <w:vAlign w:val="center"/>
          </w:tcPr>
          <w:p w14:paraId="0D829855" w14:textId="77777777" w:rsidR="00A806B2" w:rsidRPr="00A864B8" w:rsidRDefault="00000000">
            <w:pPr>
              <w:spacing w:before="20" w:after="10" w:line="240" w:lineRule="auto"/>
              <w:jc w:val="center"/>
            </w:pPr>
            <w:r w:rsidRPr="00A864B8">
              <w:rPr>
                <w:sz w:val="20"/>
              </w:rPr>
              <w:t>1 % der Investition</w:t>
            </w:r>
          </w:p>
        </w:tc>
        <w:tc>
          <w:tcPr>
            <w:tcW w:w="1728" w:type="dxa"/>
            <w:tcBorders>
              <w:bottom w:val="single" w:sz="8" w:space="0" w:color="9B9B9B"/>
            </w:tcBorders>
            <w:shd w:val="clear" w:color="auto" w:fill="CFCFCF"/>
            <w:vAlign w:val="center"/>
          </w:tcPr>
          <w:p w14:paraId="661AA0DC" w14:textId="77777777" w:rsidR="00A806B2" w:rsidRPr="00A864B8" w:rsidRDefault="00000000">
            <w:pPr>
              <w:spacing w:before="20" w:after="10" w:line="240" w:lineRule="auto"/>
              <w:jc w:val="center"/>
            </w:pPr>
            <w:r w:rsidRPr="00A864B8">
              <w:rPr>
                <w:sz w:val="20"/>
              </w:rPr>
              <w:t>40 %</w:t>
            </w:r>
          </w:p>
        </w:tc>
      </w:tr>
    </w:tbl>
    <w:p w14:paraId="7E718E41" w14:textId="77777777" w:rsidR="00A806B2" w:rsidRPr="00A864B8" w:rsidRDefault="00A806B2"/>
    <w:p w14:paraId="656B4919" w14:textId="77777777" w:rsidR="00A806B2" w:rsidRPr="00A864B8" w:rsidRDefault="00000000">
      <w:pPr>
        <w:pStyle w:val="berschrift2"/>
      </w:pPr>
      <w:bookmarkStart w:id="314" w:name="h_appendix_netw_num"/>
      <w:bookmarkStart w:id="315" w:name="_Toc240363521"/>
      <w:r w:rsidRPr="00A864B8">
        <w:rPr>
          <w:color w:val="000000"/>
          <w:sz w:val="36"/>
        </w:rPr>
        <w:t xml:space="preserve">12.3 </w:t>
      </w:r>
      <w:bookmarkEnd w:id="314"/>
      <w:r w:rsidRPr="00A864B8">
        <w:rPr>
          <w:color w:val="000000"/>
          <w:sz w:val="36"/>
        </w:rPr>
        <w:t>Wärmenetz</w:t>
      </w:r>
      <w:bookmarkEnd w:id="315"/>
    </w:p>
    <w:p w14:paraId="5FE03D17" w14:textId="77777777" w:rsidR="00A806B2" w:rsidRPr="00A864B8" w:rsidRDefault="00000000">
      <w:pPr>
        <w:pStyle w:val="berschrift3"/>
      </w:pPr>
      <w:bookmarkStart w:id="316" w:name="h_appendix_netw_general_num"/>
      <w:bookmarkStart w:id="317" w:name="_Toc240363522"/>
      <w:r w:rsidRPr="00A864B8">
        <w:rPr>
          <w:color w:val="000000"/>
          <w:sz w:val="32"/>
        </w:rPr>
        <w:t xml:space="preserve">12.3.1 </w:t>
      </w:r>
      <w:bookmarkEnd w:id="316"/>
      <w:r w:rsidRPr="00A864B8">
        <w:rPr>
          <w:color w:val="000000"/>
          <w:sz w:val="32"/>
        </w:rPr>
        <w:t>Wärmenetz: Allgemeine Parameter</w:t>
      </w:r>
      <w:bookmarkEnd w:id="317"/>
    </w:p>
    <w:p w14:paraId="3894829C" w14:textId="04CB16DB" w:rsidR="00A806B2" w:rsidRPr="00A864B8" w:rsidRDefault="00000000">
      <w:pPr>
        <w:pStyle w:val="CaptionStyle"/>
        <w:spacing w:before="40" w:after="0"/>
        <w:jc w:val="center"/>
        <w:rPr>
          <w:lang w:val="de-DE"/>
        </w:rPr>
      </w:pPr>
      <w:bookmarkStart w:id="318" w:name="_Toc240363586"/>
      <w:r w:rsidRPr="00A864B8">
        <w:rPr>
          <w:lang w:val="de-DE"/>
        </w:rPr>
        <w:t xml:space="preserve">Tabelle </w:t>
      </w:r>
      <w:bookmarkStart w:id="319" w:name="network_setting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58</w:t>
      </w:r>
      <w:r w:rsidRPr="00A864B8">
        <w:rPr>
          <w:lang w:val="de-DE"/>
        </w:rPr>
        <w:fldChar w:fldCharType="end"/>
      </w:r>
      <w:bookmarkStart w:id="320" w:name="network_settings"/>
      <w:bookmarkEnd w:id="319"/>
      <w:bookmarkEnd w:id="320"/>
      <w:r w:rsidRPr="00A864B8">
        <w:rPr>
          <w:lang w:val="de-DE"/>
        </w:rPr>
        <w:t>: Wärmenetz-Einstellungen</w:t>
      </w:r>
      <w:bookmarkEnd w:id="318"/>
    </w:p>
    <w:tbl>
      <w:tblPr>
        <w:tblW w:w="0" w:type="auto"/>
        <w:jc w:val="center"/>
        <w:tblLook w:val="04A0" w:firstRow="1" w:lastRow="0" w:firstColumn="1" w:lastColumn="0" w:noHBand="0" w:noVBand="1"/>
      </w:tblPr>
      <w:tblGrid>
        <w:gridCol w:w="4320"/>
        <w:gridCol w:w="4320"/>
      </w:tblGrid>
      <w:tr w:rsidR="00A806B2" w:rsidRPr="00A864B8" w14:paraId="2B34A9E0" w14:textId="77777777">
        <w:trPr>
          <w:jc w:val="center"/>
        </w:trPr>
        <w:tc>
          <w:tcPr>
            <w:tcW w:w="4320" w:type="dxa"/>
            <w:tcBorders>
              <w:bottom w:val="single" w:sz="22" w:space="0" w:color="C00000"/>
            </w:tcBorders>
            <w:shd w:val="clear" w:color="auto" w:fill="343A40"/>
          </w:tcPr>
          <w:p w14:paraId="346359B0"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274858F"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1C0775C7" w14:textId="77777777">
        <w:trPr>
          <w:jc w:val="center"/>
        </w:trPr>
        <w:tc>
          <w:tcPr>
            <w:tcW w:w="4320" w:type="dxa"/>
            <w:tcBorders>
              <w:bottom w:val="single" w:sz="8" w:space="0" w:color="9B9B9B"/>
            </w:tcBorders>
            <w:shd w:val="clear" w:color="auto" w:fill="F0F0F0"/>
            <w:vAlign w:val="center"/>
          </w:tcPr>
          <w:p w14:paraId="1E65B192" w14:textId="77777777" w:rsidR="00A806B2" w:rsidRPr="00A864B8" w:rsidRDefault="00000000">
            <w:pPr>
              <w:spacing w:before="20" w:after="10" w:line="240" w:lineRule="auto"/>
              <w:jc w:val="center"/>
            </w:pPr>
            <w:r w:rsidRPr="00A864B8">
              <w:rPr>
                <w:sz w:val="20"/>
              </w:rPr>
              <w:t>Wärmeverluste berücksichtigen</w:t>
            </w:r>
          </w:p>
        </w:tc>
        <w:tc>
          <w:tcPr>
            <w:tcW w:w="4320" w:type="dxa"/>
            <w:tcBorders>
              <w:bottom w:val="single" w:sz="8" w:space="0" w:color="9B9B9B"/>
            </w:tcBorders>
            <w:shd w:val="clear" w:color="auto" w:fill="F0F0F0"/>
            <w:vAlign w:val="center"/>
          </w:tcPr>
          <w:p w14:paraId="3E59F48C" w14:textId="77777777" w:rsidR="00A806B2" w:rsidRPr="00A864B8" w:rsidRDefault="00000000">
            <w:pPr>
              <w:spacing w:before="20" w:after="10" w:line="240" w:lineRule="auto"/>
              <w:jc w:val="center"/>
            </w:pPr>
            <w:r w:rsidRPr="00A864B8">
              <w:rPr>
                <w:sz w:val="20"/>
              </w:rPr>
              <w:t>ja</w:t>
            </w:r>
          </w:p>
        </w:tc>
      </w:tr>
      <w:tr w:rsidR="00A806B2" w:rsidRPr="00A864B8" w14:paraId="17873731" w14:textId="77777777">
        <w:trPr>
          <w:jc w:val="center"/>
        </w:trPr>
        <w:tc>
          <w:tcPr>
            <w:tcW w:w="4320" w:type="dxa"/>
            <w:tcBorders>
              <w:bottom w:val="single" w:sz="8" w:space="0" w:color="9B9B9B"/>
            </w:tcBorders>
            <w:shd w:val="clear" w:color="auto" w:fill="CFCFCF"/>
            <w:vAlign w:val="center"/>
          </w:tcPr>
          <w:p w14:paraId="653E21BE" w14:textId="77777777" w:rsidR="00A806B2" w:rsidRPr="00A864B8" w:rsidRDefault="00000000">
            <w:pPr>
              <w:spacing w:before="20" w:after="10" w:line="240" w:lineRule="auto"/>
              <w:jc w:val="center"/>
            </w:pPr>
            <w:r w:rsidRPr="00A864B8">
              <w:rPr>
                <w:sz w:val="20"/>
              </w:rPr>
              <w:t>Aufschlag (Armaturen, etc.)</w:t>
            </w:r>
          </w:p>
        </w:tc>
        <w:tc>
          <w:tcPr>
            <w:tcW w:w="4320" w:type="dxa"/>
            <w:tcBorders>
              <w:bottom w:val="single" w:sz="8" w:space="0" w:color="9B9B9B"/>
            </w:tcBorders>
            <w:shd w:val="clear" w:color="auto" w:fill="CFCFCF"/>
            <w:vAlign w:val="center"/>
          </w:tcPr>
          <w:p w14:paraId="1BA156AF" w14:textId="77777777" w:rsidR="00A806B2" w:rsidRPr="00A864B8" w:rsidRDefault="00000000">
            <w:pPr>
              <w:spacing w:before="20" w:after="10" w:line="240" w:lineRule="auto"/>
              <w:jc w:val="center"/>
            </w:pPr>
            <w:r w:rsidRPr="00A864B8">
              <w:rPr>
                <w:sz w:val="20"/>
              </w:rPr>
              <w:t>20 %</w:t>
            </w:r>
          </w:p>
        </w:tc>
      </w:tr>
      <w:tr w:rsidR="00A806B2" w:rsidRPr="00A864B8" w14:paraId="1374FBB5" w14:textId="77777777">
        <w:trPr>
          <w:jc w:val="center"/>
        </w:trPr>
        <w:tc>
          <w:tcPr>
            <w:tcW w:w="4320" w:type="dxa"/>
            <w:tcBorders>
              <w:bottom w:val="single" w:sz="8" w:space="0" w:color="9B9B9B"/>
            </w:tcBorders>
            <w:shd w:val="clear" w:color="auto" w:fill="F0F0F0"/>
            <w:vAlign w:val="center"/>
          </w:tcPr>
          <w:p w14:paraId="395D0E72" w14:textId="77777777" w:rsidR="00A806B2" w:rsidRPr="00A864B8" w:rsidRDefault="00000000">
            <w:pPr>
              <w:spacing w:before="20" w:after="10" w:line="240" w:lineRule="auto"/>
              <w:jc w:val="center"/>
            </w:pPr>
            <w:r w:rsidRPr="00A864B8">
              <w:rPr>
                <w:sz w:val="20"/>
              </w:rPr>
              <w:t>Netztemperatur</w:t>
            </w:r>
          </w:p>
        </w:tc>
        <w:tc>
          <w:tcPr>
            <w:tcW w:w="4320" w:type="dxa"/>
            <w:tcBorders>
              <w:bottom w:val="single" w:sz="8" w:space="0" w:color="9B9B9B"/>
            </w:tcBorders>
            <w:shd w:val="clear" w:color="auto" w:fill="F0F0F0"/>
            <w:vAlign w:val="center"/>
          </w:tcPr>
          <w:p w14:paraId="41FFF55E" w14:textId="77777777" w:rsidR="00A806B2" w:rsidRPr="00A864B8" w:rsidRDefault="00000000">
            <w:pPr>
              <w:spacing w:before="20" w:after="10" w:line="240" w:lineRule="auto"/>
              <w:jc w:val="center"/>
            </w:pPr>
            <w:r w:rsidRPr="00A864B8">
              <w:rPr>
                <w:sz w:val="20"/>
              </w:rPr>
              <w:t>konstant</w:t>
            </w:r>
          </w:p>
        </w:tc>
      </w:tr>
      <w:tr w:rsidR="00A806B2" w:rsidRPr="00A864B8" w14:paraId="67E36589" w14:textId="77777777">
        <w:trPr>
          <w:jc w:val="center"/>
        </w:trPr>
        <w:tc>
          <w:tcPr>
            <w:tcW w:w="4320" w:type="dxa"/>
            <w:tcBorders>
              <w:bottom w:val="single" w:sz="8" w:space="0" w:color="9B9B9B"/>
            </w:tcBorders>
            <w:shd w:val="clear" w:color="auto" w:fill="CFCFCF"/>
            <w:vAlign w:val="center"/>
          </w:tcPr>
          <w:p w14:paraId="09E8F918" w14:textId="77777777" w:rsidR="00A806B2" w:rsidRPr="00A864B8" w:rsidRDefault="00000000">
            <w:pPr>
              <w:spacing w:before="20" w:after="10" w:line="240" w:lineRule="auto"/>
              <w:jc w:val="center"/>
            </w:pPr>
            <w:r w:rsidRPr="00A864B8">
              <w:rPr>
                <w:sz w:val="20"/>
              </w:rPr>
              <w:t>Auslegungskriterien</w:t>
            </w:r>
          </w:p>
        </w:tc>
        <w:tc>
          <w:tcPr>
            <w:tcW w:w="4320" w:type="dxa"/>
            <w:tcBorders>
              <w:bottom w:val="single" w:sz="8" w:space="0" w:color="9B9B9B"/>
            </w:tcBorders>
            <w:shd w:val="clear" w:color="auto" w:fill="CFCFCF"/>
            <w:vAlign w:val="center"/>
          </w:tcPr>
          <w:p w14:paraId="49A8B2E2" w14:textId="77777777" w:rsidR="00A806B2" w:rsidRPr="00A864B8" w:rsidRDefault="00000000">
            <w:pPr>
              <w:spacing w:before="20" w:after="10" w:line="240" w:lineRule="auto"/>
              <w:jc w:val="center"/>
            </w:pPr>
            <w:r w:rsidRPr="00A864B8">
              <w:rPr>
                <w:sz w:val="20"/>
              </w:rPr>
              <w:t>Druckgefälle u. Fließgeschwindigkeit</w:t>
            </w:r>
          </w:p>
        </w:tc>
      </w:tr>
      <w:tr w:rsidR="00A806B2" w:rsidRPr="00A864B8" w14:paraId="2614770B" w14:textId="77777777">
        <w:trPr>
          <w:jc w:val="center"/>
        </w:trPr>
        <w:tc>
          <w:tcPr>
            <w:tcW w:w="4320" w:type="dxa"/>
            <w:tcBorders>
              <w:bottom w:val="single" w:sz="8" w:space="0" w:color="9B9B9B"/>
            </w:tcBorders>
            <w:shd w:val="clear" w:color="auto" w:fill="F0F0F0"/>
            <w:vAlign w:val="center"/>
          </w:tcPr>
          <w:p w14:paraId="19BB2605" w14:textId="77777777" w:rsidR="00A806B2" w:rsidRPr="00A864B8" w:rsidRDefault="00000000">
            <w:pPr>
              <w:spacing w:before="20" w:after="10" w:line="240" w:lineRule="auto"/>
              <w:jc w:val="center"/>
            </w:pPr>
            <w:r w:rsidRPr="00A864B8">
              <w:rPr>
                <w:sz w:val="20"/>
              </w:rPr>
              <w:t>Gleichzeitigkeitsfaktor (Ansatz)</w:t>
            </w:r>
          </w:p>
        </w:tc>
        <w:tc>
          <w:tcPr>
            <w:tcW w:w="4320" w:type="dxa"/>
            <w:tcBorders>
              <w:bottom w:val="single" w:sz="8" w:space="0" w:color="9B9B9B"/>
            </w:tcBorders>
            <w:shd w:val="clear" w:color="auto" w:fill="F0F0F0"/>
            <w:vAlign w:val="center"/>
          </w:tcPr>
          <w:p w14:paraId="3BAE3AD9" w14:textId="77777777" w:rsidR="00A806B2" w:rsidRPr="00A864B8" w:rsidRDefault="00000000">
            <w:pPr>
              <w:spacing w:before="20" w:after="10" w:line="240" w:lineRule="auto"/>
              <w:jc w:val="center"/>
            </w:pPr>
            <w:r w:rsidRPr="00A864B8">
              <w:rPr>
                <w:sz w:val="20"/>
              </w:rPr>
              <w:t>Gleichzeitigkeit vernachlässigen (f=1)</w:t>
            </w:r>
          </w:p>
        </w:tc>
      </w:tr>
      <w:tr w:rsidR="00A806B2" w:rsidRPr="00A864B8" w14:paraId="12B47059" w14:textId="77777777">
        <w:trPr>
          <w:jc w:val="center"/>
        </w:trPr>
        <w:tc>
          <w:tcPr>
            <w:tcW w:w="4320" w:type="dxa"/>
            <w:tcBorders>
              <w:bottom w:val="single" w:sz="8" w:space="0" w:color="9B9B9B"/>
            </w:tcBorders>
            <w:shd w:val="clear" w:color="auto" w:fill="CFCFCF"/>
            <w:vAlign w:val="center"/>
          </w:tcPr>
          <w:p w14:paraId="7A279D29" w14:textId="77777777" w:rsidR="00A806B2" w:rsidRPr="00A864B8" w:rsidRDefault="00000000">
            <w:pPr>
              <w:spacing w:before="20" w:after="10" w:line="240" w:lineRule="auto"/>
              <w:jc w:val="center"/>
            </w:pPr>
            <w:r w:rsidRPr="00A864B8">
              <w:rPr>
                <w:sz w:val="20"/>
              </w:rPr>
              <w:t>Gleichzeitigkeitsfaktor nur für Wohngebäude</w:t>
            </w:r>
          </w:p>
        </w:tc>
        <w:tc>
          <w:tcPr>
            <w:tcW w:w="4320" w:type="dxa"/>
            <w:tcBorders>
              <w:bottom w:val="single" w:sz="8" w:space="0" w:color="9B9B9B"/>
            </w:tcBorders>
            <w:shd w:val="clear" w:color="auto" w:fill="CFCFCF"/>
            <w:vAlign w:val="center"/>
          </w:tcPr>
          <w:p w14:paraId="5CC528A0" w14:textId="77777777" w:rsidR="00A806B2" w:rsidRPr="00A864B8" w:rsidRDefault="00000000">
            <w:pPr>
              <w:spacing w:before="20" w:after="10" w:line="240" w:lineRule="auto"/>
              <w:jc w:val="center"/>
            </w:pPr>
            <w:r w:rsidRPr="00A864B8">
              <w:rPr>
                <w:sz w:val="20"/>
              </w:rPr>
              <w:t>nein</w:t>
            </w:r>
          </w:p>
        </w:tc>
      </w:tr>
      <w:tr w:rsidR="00A806B2" w:rsidRPr="00A864B8" w14:paraId="7D363693" w14:textId="77777777">
        <w:trPr>
          <w:jc w:val="center"/>
        </w:trPr>
        <w:tc>
          <w:tcPr>
            <w:tcW w:w="4320" w:type="dxa"/>
            <w:tcBorders>
              <w:bottom w:val="single" w:sz="8" w:space="0" w:color="9B9B9B"/>
            </w:tcBorders>
            <w:shd w:val="clear" w:color="auto" w:fill="F0F0F0"/>
            <w:vAlign w:val="center"/>
          </w:tcPr>
          <w:p w14:paraId="2F46C13A" w14:textId="77777777" w:rsidR="00A806B2" w:rsidRPr="00A864B8" w:rsidRDefault="00000000">
            <w:pPr>
              <w:spacing w:before="20" w:after="10" w:line="240" w:lineRule="auto"/>
              <w:jc w:val="center"/>
            </w:pPr>
            <w:r w:rsidRPr="00A864B8">
              <w:rPr>
                <w:sz w:val="20"/>
              </w:rPr>
              <w:t>Gleichzeitigkeitsfaktor TWW: Berechnungsansatz</w:t>
            </w:r>
          </w:p>
        </w:tc>
        <w:tc>
          <w:tcPr>
            <w:tcW w:w="4320" w:type="dxa"/>
            <w:tcBorders>
              <w:bottom w:val="single" w:sz="8" w:space="0" w:color="9B9B9B"/>
            </w:tcBorders>
            <w:shd w:val="clear" w:color="auto" w:fill="F0F0F0"/>
            <w:vAlign w:val="center"/>
          </w:tcPr>
          <w:p w14:paraId="486F9F11" w14:textId="77777777" w:rsidR="00A806B2" w:rsidRPr="00A864B8" w:rsidRDefault="00000000">
            <w:pPr>
              <w:spacing w:before="20" w:after="10" w:line="240" w:lineRule="auto"/>
              <w:jc w:val="center"/>
            </w:pPr>
            <w:r w:rsidRPr="00A864B8">
              <w:rPr>
                <w:sz w:val="20"/>
              </w:rPr>
              <w:t>TU Dresden</w:t>
            </w:r>
          </w:p>
        </w:tc>
      </w:tr>
      <w:tr w:rsidR="00A806B2" w:rsidRPr="00A864B8" w14:paraId="6B8ABD3F" w14:textId="77777777">
        <w:trPr>
          <w:jc w:val="center"/>
        </w:trPr>
        <w:tc>
          <w:tcPr>
            <w:tcW w:w="4320" w:type="dxa"/>
            <w:tcBorders>
              <w:bottom w:val="single" w:sz="8" w:space="0" w:color="9B9B9B"/>
            </w:tcBorders>
            <w:shd w:val="clear" w:color="auto" w:fill="CFCFCF"/>
            <w:vAlign w:val="center"/>
          </w:tcPr>
          <w:p w14:paraId="23D898B8" w14:textId="77777777" w:rsidR="00A806B2" w:rsidRPr="00A864B8" w:rsidRDefault="00000000">
            <w:pPr>
              <w:spacing w:before="20" w:after="10" w:line="240" w:lineRule="auto"/>
              <w:jc w:val="center"/>
            </w:pPr>
            <w:r w:rsidRPr="00A864B8">
              <w:rPr>
                <w:sz w:val="20"/>
              </w:rPr>
              <w:t>Wärmeträgerfluid</w:t>
            </w:r>
          </w:p>
        </w:tc>
        <w:tc>
          <w:tcPr>
            <w:tcW w:w="4320" w:type="dxa"/>
            <w:tcBorders>
              <w:bottom w:val="single" w:sz="8" w:space="0" w:color="9B9B9B"/>
            </w:tcBorders>
            <w:shd w:val="clear" w:color="auto" w:fill="CFCFCF"/>
            <w:vAlign w:val="center"/>
          </w:tcPr>
          <w:p w14:paraId="4767934D" w14:textId="77777777" w:rsidR="00A806B2" w:rsidRPr="00A864B8" w:rsidRDefault="00000000">
            <w:pPr>
              <w:spacing w:before="20" w:after="10" w:line="240" w:lineRule="auto"/>
              <w:jc w:val="center"/>
            </w:pPr>
            <w:r w:rsidRPr="00A864B8">
              <w:rPr>
                <w:sz w:val="20"/>
              </w:rPr>
              <w:t>Wasser</w:t>
            </w:r>
          </w:p>
        </w:tc>
      </w:tr>
      <w:tr w:rsidR="00A806B2" w:rsidRPr="00A864B8" w14:paraId="72D3DCD4" w14:textId="77777777">
        <w:trPr>
          <w:jc w:val="center"/>
        </w:trPr>
        <w:tc>
          <w:tcPr>
            <w:tcW w:w="4320" w:type="dxa"/>
            <w:tcBorders>
              <w:bottom w:val="single" w:sz="8" w:space="0" w:color="9B9B9B"/>
            </w:tcBorders>
            <w:shd w:val="clear" w:color="auto" w:fill="F0F0F0"/>
            <w:vAlign w:val="center"/>
          </w:tcPr>
          <w:p w14:paraId="448B16A4" w14:textId="77777777" w:rsidR="00A806B2" w:rsidRPr="00A864B8" w:rsidRDefault="00000000">
            <w:pPr>
              <w:spacing w:before="20" w:after="10" w:line="240" w:lineRule="auto"/>
              <w:jc w:val="center"/>
            </w:pPr>
            <w:r w:rsidRPr="00A864B8">
              <w:rPr>
                <w:sz w:val="20"/>
              </w:rPr>
              <w:t>Wärmeleitfähigkeit</w:t>
            </w:r>
          </w:p>
        </w:tc>
        <w:tc>
          <w:tcPr>
            <w:tcW w:w="4320" w:type="dxa"/>
            <w:tcBorders>
              <w:bottom w:val="single" w:sz="8" w:space="0" w:color="9B9B9B"/>
            </w:tcBorders>
            <w:shd w:val="clear" w:color="auto" w:fill="F0F0F0"/>
            <w:vAlign w:val="center"/>
          </w:tcPr>
          <w:p w14:paraId="26F07C0E" w14:textId="77777777" w:rsidR="00A806B2" w:rsidRPr="00A864B8" w:rsidRDefault="00000000">
            <w:pPr>
              <w:spacing w:before="20" w:after="10" w:line="240" w:lineRule="auto"/>
              <w:jc w:val="center"/>
            </w:pPr>
            <w:r w:rsidRPr="00A864B8">
              <w:rPr>
                <w:sz w:val="20"/>
              </w:rPr>
              <w:t>1,5 W/mK</w:t>
            </w:r>
          </w:p>
        </w:tc>
      </w:tr>
      <w:tr w:rsidR="00A806B2" w:rsidRPr="00A864B8" w14:paraId="1031B1D8" w14:textId="77777777">
        <w:trPr>
          <w:jc w:val="center"/>
        </w:trPr>
        <w:tc>
          <w:tcPr>
            <w:tcW w:w="4320" w:type="dxa"/>
            <w:tcBorders>
              <w:bottom w:val="single" w:sz="8" w:space="0" w:color="9B9B9B"/>
            </w:tcBorders>
            <w:shd w:val="clear" w:color="auto" w:fill="CFCFCF"/>
            <w:vAlign w:val="center"/>
          </w:tcPr>
          <w:p w14:paraId="44CBB69D" w14:textId="77777777" w:rsidR="00A806B2" w:rsidRPr="00A864B8" w:rsidRDefault="00000000">
            <w:pPr>
              <w:spacing w:before="20" w:after="10" w:line="240" w:lineRule="auto"/>
              <w:jc w:val="center"/>
            </w:pPr>
            <w:r w:rsidRPr="00A864B8">
              <w:rPr>
                <w:sz w:val="20"/>
              </w:rPr>
              <w:t>Erdbodentemperatur: Option</w:t>
            </w:r>
          </w:p>
        </w:tc>
        <w:tc>
          <w:tcPr>
            <w:tcW w:w="4320" w:type="dxa"/>
            <w:tcBorders>
              <w:bottom w:val="single" w:sz="8" w:space="0" w:color="9B9B9B"/>
            </w:tcBorders>
            <w:shd w:val="clear" w:color="auto" w:fill="CFCFCF"/>
            <w:vAlign w:val="center"/>
          </w:tcPr>
          <w:p w14:paraId="562979C7" w14:textId="77777777" w:rsidR="00A806B2" w:rsidRPr="00A864B8" w:rsidRDefault="00000000">
            <w:pPr>
              <w:spacing w:before="20" w:after="10" w:line="240" w:lineRule="auto"/>
              <w:jc w:val="center"/>
            </w:pPr>
            <w:r w:rsidRPr="00A864B8">
              <w:rPr>
                <w:sz w:val="20"/>
              </w:rPr>
              <w:t>berechnet</w:t>
            </w:r>
          </w:p>
        </w:tc>
      </w:tr>
      <w:tr w:rsidR="00A806B2" w:rsidRPr="00A864B8" w14:paraId="3387CE7B" w14:textId="77777777">
        <w:trPr>
          <w:jc w:val="center"/>
        </w:trPr>
        <w:tc>
          <w:tcPr>
            <w:tcW w:w="4320" w:type="dxa"/>
            <w:tcBorders>
              <w:bottom w:val="single" w:sz="8" w:space="0" w:color="9B9B9B"/>
            </w:tcBorders>
            <w:shd w:val="clear" w:color="auto" w:fill="F0F0F0"/>
            <w:vAlign w:val="center"/>
          </w:tcPr>
          <w:p w14:paraId="5D806A2F" w14:textId="77777777" w:rsidR="00A806B2" w:rsidRPr="00A864B8" w:rsidRDefault="00000000">
            <w:pPr>
              <w:spacing w:before="20" w:after="10" w:line="240" w:lineRule="auto"/>
              <w:jc w:val="center"/>
            </w:pPr>
            <w:r w:rsidRPr="00A864B8">
              <w:rPr>
                <w:sz w:val="20"/>
              </w:rPr>
              <w:t>Verlegetiefe</w:t>
            </w:r>
          </w:p>
        </w:tc>
        <w:tc>
          <w:tcPr>
            <w:tcW w:w="4320" w:type="dxa"/>
            <w:tcBorders>
              <w:bottom w:val="single" w:sz="8" w:space="0" w:color="9B9B9B"/>
            </w:tcBorders>
            <w:shd w:val="clear" w:color="auto" w:fill="F0F0F0"/>
            <w:vAlign w:val="center"/>
          </w:tcPr>
          <w:p w14:paraId="22766830" w14:textId="77777777" w:rsidR="00A806B2" w:rsidRPr="00A864B8" w:rsidRDefault="00000000">
            <w:pPr>
              <w:spacing w:before="20" w:after="10" w:line="240" w:lineRule="auto"/>
              <w:jc w:val="center"/>
            </w:pPr>
            <w:r w:rsidRPr="00A864B8">
              <w:rPr>
                <w:sz w:val="20"/>
              </w:rPr>
              <w:t>1 m</w:t>
            </w:r>
          </w:p>
        </w:tc>
      </w:tr>
    </w:tbl>
    <w:p w14:paraId="7C0924BD" w14:textId="77777777" w:rsidR="00A806B2" w:rsidRPr="00A864B8" w:rsidRDefault="00A806B2"/>
    <w:p w14:paraId="05D3619F" w14:textId="3EF137D4" w:rsidR="00A806B2" w:rsidRPr="00A864B8" w:rsidRDefault="00000000">
      <w:pPr>
        <w:pStyle w:val="CaptionStyle"/>
        <w:spacing w:before="40" w:after="0"/>
        <w:jc w:val="center"/>
        <w:rPr>
          <w:lang w:val="de-DE"/>
        </w:rPr>
      </w:pPr>
      <w:bookmarkStart w:id="321" w:name="_Toc240363587"/>
      <w:r w:rsidRPr="00A864B8">
        <w:rPr>
          <w:lang w:val="de-DE"/>
        </w:rPr>
        <w:t xml:space="preserve">Tabelle </w:t>
      </w:r>
      <w:bookmarkStart w:id="322" w:name="hydraulic_setting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59</w:t>
      </w:r>
      <w:r w:rsidRPr="00A864B8">
        <w:rPr>
          <w:lang w:val="de-DE"/>
        </w:rPr>
        <w:fldChar w:fldCharType="end"/>
      </w:r>
      <w:bookmarkStart w:id="323" w:name="hydraulic_settings"/>
      <w:bookmarkEnd w:id="322"/>
      <w:bookmarkEnd w:id="323"/>
      <w:r w:rsidRPr="00A864B8">
        <w:rPr>
          <w:lang w:val="de-DE"/>
        </w:rPr>
        <w:t>: Hydraulik-Einstellungen</w:t>
      </w:r>
      <w:bookmarkEnd w:id="321"/>
    </w:p>
    <w:tbl>
      <w:tblPr>
        <w:tblW w:w="0" w:type="auto"/>
        <w:jc w:val="center"/>
        <w:tblLook w:val="04A0" w:firstRow="1" w:lastRow="0" w:firstColumn="1" w:lastColumn="0" w:noHBand="0" w:noVBand="1"/>
      </w:tblPr>
      <w:tblGrid>
        <w:gridCol w:w="4320"/>
        <w:gridCol w:w="4320"/>
      </w:tblGrid>
      <w:tr w:rsidR="00A806B2" w:rsidRPr="00A864B8" w14:paraId="473A619D" w14:textId="77777777">
        <w:trPr>
          <w:jc w:val="center"/>
        </w:trPr>
        <w:tc>
          <w:tcPr>
            <w:tcW w:w="4320" w:type="dxa"/>
            <w:tcBorders>
              <w:bottom w:val="single" w:sz="22" w:space="0" w:color="C00000"/>
            </w:tcBorders>
            <w:shd w:val="clear" w:color="auto" w:fill="343A40"/>
          </w:tcPr>
          <w:p w14:paraId="1954C716"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646664EA"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2E965BEC" w14:textId="77777777">
        <w:trPr>
          <w:jc w:val="center"/>
        </w:trPr>
        <w:tc>
          <w:tcPr>
            <w:tcW w:w="4320" w:type="dxa"/>
            <w:tcBorders>
              <w:bottom w:val="single" w:sz="8" w:space="0" w:color="9B9B9B"/>
            </w:tcBorders>
            <w:shd w:val="clear" w:color="auto" w:fill="F0F0F0"/>
            <w:vAlign w:val="center"/>
          </w:tcPr>
          <w:p w14:paraId="25BFA080" w14:textId="77777777" w:rsidR="00A806B2" w:rsidRPr="00A864B8" w:rsidRDefault="00000000">
            <w:pPr>
              <w:spacing w:before="20" w:after="10" w:line="240" w:lineRule="auto"/>
              <w:jc w:val="center"/>
            </w:pPr>
            <w:r w:rsidRPr="00A864B8">
              <w:rPr>
                <w:sz w:val="20"/>
              </w:rPr>
              <w:t>Umwälzpumpe</w:t>
            </w:r>
          </w:p>
        </w:tc>
        <w:tc>
          <w:tcPr>
            <w:tcW w:w="4320" w:type="dxa"/>
            <w:tcBorders>
              <w:bottom w:val="single" w:sz="8" w:space="0" w:color="9B9B9B"/>
            </w:tcBorders>
            <w:shd w:val="clear" w:color="auto" w:fill="F0F0F0"/>
            <w:vAlign w:val="center"/>
          </w:tcPr>
          <w:p w14:paraId="437D0785" w14:textId="77777777" w:rsidR="00A806B2" w:rsidRPr="00A864B8" w:rsidRDefault="00000000">
            <w:pPr>
              <w:spacing w:before="20" w:after="10" w:line="240" w:lineRule="auto"/>
              <w:jc w:val="center"/>
            </w:pPr>
            <w:r w:rsidRPr="00A864B8">
              <w:rPr>
                <w:sz w:val="20"/>
              </w:rPr>
              <w:t>Zentrale Pumpe</w:t>
            </w:r>
          </w:p>
        </w:tc>
      </w:tr>
      <w:tr w:rsidR="00A806B2" w:rsidRPr="00A864B8" w14:paraId="1BECC31C" w14:textId="77777777">
        <w:trPr>
          <w:jc w:val="center"/>
        </w:trPr>
        <w:tc>
          <w:tcPr>
            <w:tcW w:w="4320" w:type="dxa"/>
            <w:tcBorders>
              <w:bottom w:val="single" w:sz="8" w:space="0" w:color="9B9B9B"/>
            </w:tcBorders>
            <w:shd w:val="clear" w:color="auto" w:fill="CFCFCF"/>
            <w:vAlign w:val="center"/>
          </w:tcPr>
          <w:p w14:paraId="59514812" w14:textId="77777777" w:rsidR="00A806B2" w:rsidRPr="00A864B8" w:rsidRDefault="00000000">
            <w:pPr>
              <w:spacing w:before="20" w:after="10" w:line="240" w:lineRule="auto"/>
              <w:jc w:val="center"/>
            </w:pPr>
            <w:r w:rsidRPr="00A864B8">
              <w:rPr>
                <w:sz w:val="20"/>
              </w:rPr>
              <w:t>Druck in Druckhaltung</w:t>
            </w:r>
          </w:p>
        </w:tc>
        <w:tc>
          <w:tcPr>
            <w:tcW w:w="4320" w:type="dxa"/>
            <w:tcBorders>
              <w:bottom w:val="single" w:sz="8" w:space="0" w:color="9B9B9B"/>
            </w:tcBorders>
            <w:shd w:val="clear" w:color="auto" w:fill="CFCFCF"/>
            <w:vAlign w:val="center"/>
          </w:tcPr>
          <w:p w14:paraId="1E46C47D" w14:textId="77777777" w:rsidR="00A806B2" w:rsidRPr="00A864B8" w:rsidRDefault="00000000">
            <w:pPr>
              <w:spacing w:before="20" w:after="10" w:line="240" w:lineRule="auto"/>
              <w:jc w:val="center"/>
            </w:pPr>
            <w:r w:rsidRPr="00A864B8">
              <w:rPr>
                <w:sz w:val="20"/>
              </w:rPr>
              <w:t>3 bar</w:t>
            </w:r>
          </w:p>
        </w:tc>
      </w:tr>
      <w:tr w:rsidR="00A806B2" w:rsidRPr="00A864B8" w14:paraId="30557939" w14:textId="77777777">
        <w:trPr>
          <w:jc w:val="center"/>
        </w:trPr>
        <w:tc>
          <w:tcPr>
            <w:tcW w:w="4320" w:type="dxa"/>
            <w:tcBorders>
              <w:bottom w:val="single" w:sz="8" w:space="0" w:color="9B9B9B"/>
            </w:tcBorders>
            <w:shd w:val="clear" w:color="auto" w:fill="F0F0F0"/>
            <w:vAlign w:val="center"/>
          </w:tcPr>
          <w:p w14:paraId="6505B886" w14:textId="77777777" w:rsidR="00A806B2" w:rsidRPr="00A864B8" w:rsidRDefault="00000000">
            <w:pPr>
              <w:spacing w:before="20" w:after="10" w:line="240" w:lineRule="auto"/>
              <w:jc w:val="center"/>
            </w:pPr>
            <w:r w:rsidRPr="00A864B8">
              <w:rPr>
                <w:sz w:val="20"/>
              </w:rPr>
              <w:t>Druckverlust Rohreinbauten</w:t>
            </w:r>
          </w:p>
        </w:tc>
        <w:tc>
          <w:tcPr>
            <w:tcW w:w="4320" w:type="dxa"/>
            <w:tcBorders>
              <w:bottom w:val="single" w:sz="8" w:space="0" w:color="9B9B9B"/>
            </w:tcBorders>
            <w:shd w:val="clear" w:color="auto" w:fill="F0F0F0"/>
            <w:vAlign w:val="center"/>
          </w:tcPr>
          <w:p w14:paraId="2784E517" w14:textId="77777777" w:rsidR="00A806B2" w:rsidRPr="00A864B8" w:rsidRDefault="00000000">
            <w:pPr>
              <w:spacing w:before="20" w:after="10" w:line="240" w:lineRule="auto"/>
              <w:jc w:val="center"/>
            </w:pPr>
            <w:r w:rsidRPr="00A864B8">
              <w:rPr>
                <w:sz w:val="20"/>
              </w:rPr>
              <w:t>25 %</w:t>
            </w:r>
          </w:p>
        </w:tc>
      </w:tr>
      <w:tr w:rsidR="00A806B2" w:rsidRPr="00A864B8" w14:paraId="6B1122D4" w14:textId="77777777">
        <w:trPr>
          <w:jc w:val="center"/>
        </w:trPr>
        <w:tc>
          <w:tcPr>
            <w:tcW w:w="4320" w:type="dxa"/>
            <w:tcBorders>
              <w:bottom w:val="single" w:sz="8" w:space="0" w:color="9B9B9B"/>
            </w:tcBorders>
            <w:shd w:val="clear" w:color="auto" w:fill="CFCFCF"/>
            <w:vAlign w:val="center"/>
          </w:tcPr>
          <w:p w14:paraId="5A185FB0" w14:textId="77777777" w:rsidR="00A806B2" w:rsidRPr="00A864B8" w:rsidRDefault="00000000">
            <w:pPr>
              <w:spacing w:before="20" w:after="10" w:line="240" w:lineRule="auto"/>
              <w:jc w:val="center"/>
            </w:pPr>
            <w:r w:rsidRPr="00A864B8">
              <w:rPr>
                <w:sz w:val="20"/>
              </w:rPr>
              <w:t>Druckverlust Wärmeübergabestationen</w:t>
            </w:r>
          </w:p>
        </w:tc>
        <w:tc>
          <w:tcPr>
            <w:tcW w:w="4320" w:type="dxa"/>
            <w:tcBorders>
              <w:bottom w:val="single" w:sz="8" w:space="0" w:color="9B9B9B"/>
            </w:tcBorders>
            <w:shd w:val="clear" w:color="auto" w:fill="CFCFCF"/>
            <w:vAlign w:val="center"/>
          </w:tcPr>
          <w:p w14:paraId="741BD6EC" w14:textId="77777777" w:rsidR="00A806B2" w:rsidRPr="00A864B8" w:rsidRDefault="00000000">
            <w:pPr>
              <w:spacing w:before="20" w:after="10" w:line="240" w:lineRule="auto"/>
              <w:jc w:val="center"/>
            </w:pPr>
            <w:r w:rsidRPr="00A864B8">
              <w:rPr>
                <w:sz w:val="20"/>
              </w:rPr>
              <w:t>0,3 bar</w:t>
            </w:r>
          </w:p>
        </w:tc>
      </w:tr>
      <w:tr w:rsidR="00A806B2" w:rsidRPr="00A864B8" w14:paraId="2FDC63B4" w14:textId="77777777">
        <w:trPr>
          <w:jc w:val="center"/>
        </w:trPr>
        <w:tc>
          <w:tcPr>
            <w:tcW w:w="4320" w:type="dxa"/>
            <w:tcBorders>
              <w:bottom w:val="single" w:sz="8" w:space="0" w:color="9B9B9B"/>
            </w:tcBorders>
            <w:shd w:val="clear" w:color="auto" w:fill="F0F0F0"/>
            <w:vAlign w:val="center"/>
          </w:tcPr>
          <w:p w14:paraId="0B720C0A" w14:textId="77777777" w:rsidR="00A806B2" w:rsidRPr="00A864B8" w:rsidRDefault="00000000">
            <w:pPr>
              <w:spacing w:before="20" w:after="10" w:line="240" w:lineRule="auto"/>
              <w:jc w:val="center"/>
            </w:pPr>
            <w:r w:rsidRPr="00A864B8">
              <w:rPr>
                <w:sz w:val="20"/>
              </w:rPr>
              <w:t>Druckverlust Energiezentrale: Option</w:t>
            </w:r>
          </w:p>
        </w:tc>
        <w:tc>
          <w:tcPr>
            <w:tcW w:w="4320" w:type="dxa"/>
            <w:tcBorders>
              <w:bottom w:val="single" w:sz="8" w:space="0" w:color="9B9B9B"/>
            </w:tcBorders>
            <w:shd w:val="clear" w:color="auto" w:fill="F0F0F0"/>
            <w:vAlign w:val="center"/>
          </w:tcPr>
          <w:p w14:paraId="31449A33" w14:textId="77777777" w:rsidR="00A806B2" w:rsidRPr="00A864B8" w:rsidRDefault="00000000">
            <w:pPr>
              <w:spacing w:before="20" w:after="10" w:line="240" w:lineRule="auto"/>
              <w:jc w:val="center"/>
            </w:pPr>
            <w:r w:rsidRPr="00A864B8">
              <w:rPr>
                <w:sz w:val="20"/>
              </w:rPr>
              <w:t>pauschal</w:t>
            </w:r>
          </w:p>
        </w:tc>
      </w:tr>
      <w:tr w:rsidR="00A806B2" w:rsidRPr="00A864B8" w14:paraId="555DEB2B" w14:textId="77777777">
        <w:trPr>
          <w:jc w:val="center"/>
        </w:trPr>
        <w:tc>
          <w:tcPr>
            <w:tcW w:w="4320" w:type="dxa"/>
            <w:tcBorders>
              <w:bottom w:val="single" w:sz="8" w:space="0" w:color="9B9B9B"/>
            </w:tcBorders>
            <w:shd w:val="clear" w:color="auto" w:fill="CFCFCF"/>
            <w:vAlign w:val="center"/>
          </w:tcPr>
          <w:p w14:paraId="34E9CDAD" w14:textId="77777777" w:rsidR="00A806B2" w:rsidRPr="00A864B8" w:rsidRDefault="00000000">
            <w:pPr>
              <w:spacing w:before="20" w:after="10" w:line="240" w:lineRule="auto"/>
              <w:jc w:val="center"/>
            </w:pPr>
            <w:r w:rsidRPr="00A864B8">
              <w:rPr>
                <w:sz w:val="20"/>
              </w:rPr>
              <w:t>Druckverlust Energiezentrale</w:t>
            </w:r>
          </w:p>
        </w:tc>
        <w:tc>
          <w:tcPr>
            <w:tcW w:w="4320" w:type="dxa"/>
            <w:tcBorders>
              <w:bottom w:val="single" w:sz="8" w:space="0" w:color="9B9B9B"/>
            </w:tcBorders>
            <w:shd w:val="clear" w:color="auto" w:fill="CFCFCF"/>
            <w:vAlign w:val="center"/>
          </w:tcPr>
          <w:p w14:paraId="08844529" w14:textId="77777777" w:rsidR="00A806B2" w:rsidRPr="00A864B8" w:rsidRDefault="00000000">
            <w:pPr>
              <w:spacing w:before="20" w:after="10" w:line="240" w:lineRule="auto"/>
              <w:jc w:val="center"/>
            </w:pPr>
            <w:r w:rsidRPr="00A864B8">
              <w:rPr>
                <w:sz w:val="20"/>
              </w:rPr>
              <w:t>0,2 bar</w:t>
            </w:r>
          </w:p>
        </w:tc>
      </w:tr>
      <w:tr w:rsidR="00A806B2" w:rsidRPr="00A864B8" w14:paraId="7BC98752" w14:textId="77777777">
        <w:trPr>
          <w:jc w:val="center"/>
        </w:trPr>
        <w:tc>
          <w:tcPr>
            <w:tcW w:w="4320" w:type="dxa"/>
            <w:tcBorders>
              <w:bottom w:val="single" w:sz="8" w:space="0" w:color="9B9B9B"/>
            </w:tcBorders>
            <w:shd w:val="clear" w:color="auto" w:fill="F0F0F0"/>
            <w:vAlign w:val="center"/>
          </w:tcPr>
          <w:p w14:paraId="0F13B015" w14:textId="77777777" w:rsidR="00A806B2" w:rsidRPr="00A864B8" w:rsidRDefault="00000000">
            <w:pPr>
              <w:spacing w:before="20" w:after="10" w:line="240" w:lineRule="auto"/>
              <w:jc w:val="center"/>
            </w:pPr>
            <w:r w:rsidRPr="00A864B8">
              <w:rPr>
                <w:sz w:val="20"/>
              </w:rPr>
              <w:t>Abwärmeeinspeisung</w:t>
            </w:r>
          </w:p>
        </w:tc>
        <w:tc>
          <w:tcPr>
            <w:tcW w:w="4320" w:type="dxa"/>
            <w:tcBorders>
              <w:bottom w:val="single" w:sz="8" w:space="0" w:color="9B9B9B"/>
            </w:tcBorders>
            <w:shd w:val="clear" w:color="auto" w:fill="F0F0F0"/>
            <w:vAlign w:val="center"/>
          </w:tcPr>
          <w:p w14:paraId="0156D8D8" w14:textId="77777777" w:rsidR="00A806B2" w:rsidRPr="00A864B8" w:rsidRDefault="00000000">
            <w:pPr>
              <w:spacing w:before="20" w:after="10" w:line="240" w:lineRule="auto"/>
              <w:jc w:val="center"/>
            </w:pPr>
            <w:r w:rsidRPr="00A864B8">
              <w:rPr>
                <w:sz w:val="20"/>
              </w:rPr>
              <w:t>Vom Rücklauf in den Vorlauf</w:t>
            </w:r>
          </w:p>
        </w:tc>
      </w:tr>
      <w:tr w:rsidR="00A806B2" w:rsidRPr="00A864B8" w14:paraId="4DA69242" w14:textId="77777777">
        <w:trPr>
          <w:jc w:val="center"/>
        </w:trPr>
        <w:tc>
          <w:tcPr>
            <w:tcW w:w="4320" w:type="dxa"/>
            <w:tcBorders>
              <w:bottom w:val="single" w:sz="8" w:space="0" w:color="9B9B9B"/>
            </w:tcBorders>
            <w:shd w:val="clear" w:color="auto" w:fill="CFCFCF"/>
            <w:vAlign w:val="center"/>
          </w:tcPr>
          <w:p w14:paraId="7D593F1C" w14:textId="77777777" w:rsidR="00A806B2" w:rsidRPr="00A864B8" w:rsidRDefault="00000000">
            <w:pPr>
              <w:spacing w:before="20" w:after="10" w:line="240" w:lineRule="auto"/>
              <w:jc w:val="center"/>
            </w:pPr>
            <w:r w:rsidRPr="00A864B8">
              <w:rPr>
                <w:sz w:val="20"/>
              </w:rPr>
              <w:t>Temperaturdifferenz</w:t>
            </w:r>
          </w:p>
        </w:tc>
        <w:tc>
          <w:tcPr>
            <w:tcW w:w="4320" w:type="dxa"/>
            <w:tcBorders>
              <w:bottom w:val="single" w:sz="8" w:space="0" w:color="9B9B9B"/>
            </w:tcBorders>
            <w:shd w:val="clear" w:color="auto" w:fill="CFCFCF"/>
            <w:vAlign w:val="center"/>
          </w:tcPr>
          <w:p w14:paraId="63D71752" w14:textId="77777777" w:rsidR="00A806B2" w:rsidRPr="00A864B8" w:rsidRDefault="00000000">
            <w:pPr>
              <w:spacing w:before="20" w:after="10" w:line="240" w:lineRule="auto"/>
              <w:jc w:val="center"/>
            </w:pPr>
            <w:r w:rsidRPr="00A864B8">
              <w:rPr>
                <w:sz w:val="20"/>
              </w:rPr>
              <w:t>20 K</w:t>
            </w:r>
          </w:p>
        </w:tc>
      </w:tr>
    </w:tbl>
    <w:p w14:paraId="0A45D648" w14:textId="77777777" w:rsidR="00A806B2" w:rsidRPr="00A864B8" w:rsidRDefault="00A806B2"/>
    <w:p w14:paraId="343A35A4" w14:textId="77777777" w:rsidR="00A806B2" w:rsidRPr="00A864B8" w:rsidRDefault="00000000">
      <w:pPr>
        <w:pStyle w:val="berschrift2"/>
      </w:pPr>
      <w:bookmarkStart w:id="324" w:name="h_appendix_eh_num"/>
      <w:bookmarkStart w:id="325" w:name="_Toc240363523"/>
      <w:r w:rsidRPr="00A864B8">
        <w:rPr>
          <w:color w:val="000000"/>
          <w:sz w:val="36"/>
        </w:rPr>
        <w:t xml:space="preserve">12.4 </w:t>
      </w:r>
      <w:bookmarkEnd w:id="324"/>
      <w:r w:rsidRPr="00A864B8">
        <w:rPr>
          <w:color w:val="000000"/>
          <w:sz w:val="36"/>
        </w:rPr>
        <w:t>Energiezentrale</w:t>
      </w:r>
      <w:bookmarkEnd w:id="325"/>
    </w:p>
    <w:p w14:paraId="382891DF" w14:textId="77777777" w:rsidR="00A806B2" w:rsidRPr="00A864B8" w:rsidRDefault="00000000">
      <w:pPr>
        <w:pStyle w:val="berschrift3"/>
      </w:pPr>
      <w:bookmarkStart w:id="326" w:name="h_appendix_eh_general_num"/>
      <w:bookmarkStart w:id="327" w:name="_Toc240363524"/>
      <w:r w:rsidRPr="00A864B8">
        <w:rPr>
          <w:color w:val="000000"/>
          <w:sz w:val="32"/>
        </w:rPr>
        <w:t xml:space="preserve">12.4.1 </w:t>
      </w:r>
      <w:bookmarkEnd w:id="326"/>
      <w:r w:rsidRPr="00A864B8">
        <w:rPr>
          <w:color w:val="000000"/>
          <w:sz w:val="32"/>
        </w:rPr>
        <w:t>Energiezentrale: Allgemeine Parameter</w:t>
      </w:r>
      <w:bookmarkEnd w:id="327"/>
    </w:p>
    <w:p w14:paraId="0770E1D2" w14:textId="1E9383CF" w:rsidR="00A806B2" w:rsidRPr="00A864B8" w:rsidRDefault="00000000">
      <w:pPr>
        <w:pStyle w:val="CaptionStyle"/>
        <w:spacing w:before="40" w:after="0"/>
        <w:jc w:val="center"/>
        <w:rPr>
          <w:lang w:val="de-DE"/>
        </w:rPr>
      </w:pPr>
      <w:bookmarkStart w:id="328" w:name="_Toc240363588"/>
      <w:r w:rsidRPr="00A864B8">
        <w:rPr>
          <w:lang w:val="de-DE"/>
        </w:rPr>
        <w:t xml:space="preserve">Tabelle </w:t>
      </w:r>
      <w:bookmarkStart w:id="329" w:name="optimization_setting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60</w:t>
      </w:r>
      <w:r w:rsidRPr="00A864B8">
        <w:rPr>
          <w:lang w:val="de-DE"/>
        </w:rPr>
        <w:fldChar w:fldCharType="end"/>
      </w:r>
      <w:bookmarkStart w:id="330" w:name="optimization_settings"/>
      <w:bookmarkEnd w:id="329"/>
      <w:bookmarkEnd w:id="330"/>
      <w:r w:rsidRPr="00A864B8">
        <w:rPr>
          <w:lang w:val="de-DE"/>
        </w:rPr>
        <w:t>: Einstellungen der Auslegungsoptimierung</w:t>
      </w:r>
      <w:bookmarkEnd w:id="328"/>
    </w:p>
    <w:tbl>
      <w:tblPr>
        <w:tblW w:w="0" w:type="auto"/>
        <w:jc w:val="center"/>
        <w:tblLook w:val="04A0" w:firstRow="1" w:lastRow="0" w:firstColumn="1" w:lastColumn="0" w:noHBand="0" w:noVBand="1"/>
      </w:tblPr>
      <w:tblGrid>
        <w:gridCol w:w="4320"/>
        <w:gridCol w:w="4320"/>
      </w:tblGrid>
      <w:tr w:rsidR="00A806B2" w:rsidRPr="00A864B8" w14:paraId="05373978" w14:textId="77777777">
        <w:trPr>
          <w:jc w:val="center"/>
        </w:trPr>
        <w:tc>
          <w:tcPr>
            <w:tcW w:w="4320" w:type="dxa"/>
            <w:tcBorders>
              <w:bottom w:val="single" w:sz="22" w:space="0" w:color="C00000"/>
            </w:tcBorders>
            <w:shd w:val="clear" w:color="auto" w:fill="343A40"/>
          </w:tcPr>
          <w:p w14:paraId="1093E58C"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4D9DE70"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2545257C" w14:textId="77777777">
        <w:trPr>
          <w:jc w:val="center"/>
        </w:trPr>
        <w:tc>
          <w:tcPr>
            <w:tcW w:w="4320" w:type="dxa"/>
            <w:tcBorders>
              <w:bottom w:val="single" w:sz="8" w:space="0" w:color="9B9B9B"/>
            </w:tcBorders>
            <w:shd w:val="clear" w:color="auto" w:fill="F0F0F0"/>
            <w:vAlign w:val="center"/>
          </w:tcPr>
          <w:p w14:paraId="32A46EB6" w14:textId="77777777" w:rsidR="00A806B2" w:rsidRPr="00A864B8" w:rsidRDefault="00000000">
            <w:pPr>
              <w:spacing w:before="20" w:after="10" w:line="240" w:lineRule="auto"/>
              <w:jc w:val="center"/>
            </w:pPr>
            <w:r w:rsidRPr="00A864B8">
              <w:rPr>
                <w:sz w:val="20"/>
              </w:rPr>
              <w:t>Optimierungsziel</w:t>
            </w:r>
          </w:p>
        </w:tc>
        <w:tc>
          <w:tcPr>
            <w:tcW w:w="4320" w:type="dxa"/>
            <w:tcBorders>
              <w:bottom w:val="single" w:sz="8" w:space="0" w:color="9B9B9B"/>
            </w:tcBorders>
            <w:shd w:val="clear" w:color="auto" w:fill="F0F0F0"/>
            <w:vAlign w:val="center"/>
          </w:tcPr>
          <w:p w14:paraId="693805D8" w14:textId="77777777" w:rsidR="00A806B2" w:rsidRPr="00A864B8" w:rsidRDefault="00000000">
            <w:pPr>
              <w:spacing w:before="20" w:after="10" w:line="240" w:lineRule="auto"/>
              <w:jc w:val="center"/>
            </w:pPr>
            <w:r w:rsidRPr="00A864B8">
              <w:rPr>
                <w:sz w:val="20"/>
              </w:rPr>
              <w:t>Kapitalwert / annualisierte Gesamtkosten</w:t>
            </w:r>
          </w:p>
        </w:tc>
      </w:tr>
      <w:tr w:rsidR="00A806B2" w:rsidRPr="00A864B8" w14:paraId="37FEEE62" w14:textId="77777777">
        <w:trPr>
          <w:jc w:val="center"/>
        </w:trPr>
        <w:tc>
          <w:tcPr>
            <w:tcW w:w="4320" w:type="dxa"/>
            <w:tcBorders>
              <w:bottom w:val="single" w:sz="8" w:space="0" w:color="9B9B9B"/>
            </w:tcBorders>
            <w:shd w:val="clear" w:color="auto" w:fill="CFCFCF"/>
            <w:vAlign w:val="center"/>
          </w:tcPr>
          <w:p w14:paraId="68BBBCBE" w14:textId="77777777" w:rsidR="00A806B2" w:rsidRPr="00A864B8" w:rsidRDefault="00000000">
            <w:pPr>
              <w:spacing w:before="20" w:after="10" w:line="240" w:lineRule="auto"/>
              <w:jc w:val="center"/>
            </w:pPr>
            <w:r w:rsidRPr="00A864B8">
              <w:rPr>
                <w:sz w:val="20"/>
              </w:rPr>
              <w:t>Erneuerbare Energien zur Spitzenlastdeckung berücksichtigen</w:t>
            </w:r>
          </w:p>
        </w:tc>
        <w:tc>
          <w:tcPr>
            <w:tcW w:w="4320" w:type="dxa"/>
            <w:tcBorders>
              <w:bottom w:val="single" w:sz="8" w:space="0" w:color="9B9B9B"/>
            </w:tcBorders>
            <w:shd w:val="clear" w:color="auto" w:fill="CFCFCF"/>
            <w:vAlign w:val="center"/>
          </w:tcPr>
          <w:p w14:paraId="0544B5CB" w14:textId="77777777" w:rsidR="00A806B2" w:rsidRPr="00A864B8" w:rsidRDefault="00000000">
            <w:pPr>
              <w:spacing w:before="20" w:after="10" w:line="240" w:lineRule="auto"/>
              <w:jc w:val="center"/>
            </w:pPr>
            <w:r w:rsidRPr="00A864B8">
              <w:rPr>
                <w:sz w:val="20"/>
              </w:rPr>
              <w:t>ja</w:t>
            </w:r>
          </w:p>
        </w:tc>
      </w:tr>
      <w:tr w:rsidR="00A806B2" w:rsidRPr="00A864B8" w14:paraId="77A65B08" w14:textId="77777777">
        <w:trPr>
          <w:jc w:val="center"/>
        </w:trPr>
        <w:tc>
          <w:tcPr>
            <w:tcW w:w="4320" w:type="dxa"/>
            <w:tcBorders>
              <w:bottom w:val="single" w:sz="8" w:space="0" w:color="9B9B9B"/>
            </w:tcBorders>
            <w:shd w:val="clear" w:color="auto" w:fill="F0F0F0"/>
            <w:vAlign w:val="center"/>
          </w:tcPr>
          <w:p w14:paraId="4A0C03F0" w14:textId="77777777" w:rsidR="00A806B2" w:rsidRPr="00A864B8" w:rsidRDefault="00000000">
            <w:pPr>
              <w:spacing w:before="20" w:after="10" w:line="240" w:lineRule="auto"/>
              <w:jc w:val="center"/>
            </w:pPr>
            <w:r w:rsidRPr="00A864B8">
              <w:rPr>
                <w:sz w:val="20"/>
              </w:rPr>
              <w:t>Konservative Systemauslegung</w:t>
            </w:r>
          </w:p>
        </w:tc>
        <w:tc>
          <w:tcPr>
            <w:tcW w:w="4320" w:type="dxa"/>
            <w:tcBorders>
              <w:bottom w:val="single" w:sz="8" w:space="0" w:color="9B9B9B"/>
            </w:tcBorders>
            <w:shd w:val="clear" w:color="auto" w:fill="F0F0F0"/>
            <w:vAlign w:val="center"/>
          </w:tcPr>
          <w:p w14:paraId="49FFDBF6" w14:textId="77777777" w:rsidR="00A806B2" w:rsidRPr="00A864B8" w:rsidRDefault="00000000">
            <w:pPr>
              <w:spacing w:before="20" w:after="10" w:line="240" w:lineRule="auto"/>
              <w:jc w:val="center"/>
            </w:pPr>
            <w:r w:rsidRPr="00A864B8">
              <w:rPr>
                <w:sz w:val="20"/>
              </w:rPr>
              <w:t>ja</w:t>
            </w:r>
          </w:p>
        </w:tc>
      </w:tr>
      <w:tr w:rsidR="00A806B2" w:rsidRPr="00A864B8" w14:paraId="01D41B02" w14:textId="77777777">
        <w:trPr>
          <w:jc w:val="center"/>
        </w:trPr>
        <w:tc>
          <w:tcPr>
            <w:tcW w:w="4320" w:type="dxa"/>
            <w:tcBorders>
              <w:bottom w:val="single" w:sz="8" w:space="0" w:color="9B9B9B"/>
            </w:tcBorders>
            <w:shd w:val="clear" w:color="auto" w:fill="CFCFCF"/>
            <w:vAlign w:val="center"/>
          </w:tcPr>
          <w:p w14:paraId="43FF4CF9" w14:textId="77777777" w:rsidR="00A806B2" w:rsidRPr="00A864B8" w:rsidRDefault="00000000">
            <w:pPr>
              <w:spacing w:before="20" w:after="10" w:line="240" w:lineRule="auto"/>
              <w:jc w:val="center"/>
            </w:pPr>
            <w:r w:rsidRPr="00A864B8">
              <w:rPr>
                <w:sz w:val="20"/>
              </w:rPr>
              <w:t>Anzahl der Typtage festlegen</w:t>
            </w:r>
          </w:p>
        </w:tc>
        <w:tc>
          <w:tcPr>
            <w:tcW w:w="4320" w:type="dxa"/>
            <w:tcBorders>
              <w:bottom w:val="single" w:sz="8" w:space="0" w:color="9B9B9B"/>
            </w:tcBorders>
            <w:shd w:val="clear" w:color="auto" w:fill="CFCFCF"/>
            <w:vAlign w:val="center"/>
          </w:tcPr>
          <w:p w14:paraId="3438CB18" w14:textId="77777777" w:rsidR="00A806B2" w:rsidRPr="00A864B8" w:rsidRDefault="00000000">
            <w:pPr>
              <w:spacing w:before="20" w:after="10" w:line="240" w:lineRule="auto"/>
              <w:jc w:val="center"/>
            </w:pPr>
            <w:r w:rsidRPr="00A864B8">
              <w:rPr>
                <w:sz w:val="20"/>
              </w:rPr>
              <w:t>nein</w:t>
            </w:r>
          </w:p>
        </w:tc>
      </w:tr>
      <w:tr w:rsidR="00A806B2" w:rsidRPr="00A864B8" w14:paraId="522CB55D" w14:textId="77777777">
        <w:trPr>
          <w:jc w:val="center"/>
        </w:trPr>
        <w:tc>
          <w:tcPr>
            <w:tcW w:w="4320" w:type="dxa"/>
            <w:tcBorders>
              <w:bottom w:val="single" w:sz="8" w:space="0" w:color="9B9B9B"/>
            </w:tcBorders>
            <w:shd w:val="clear" w:color="auto" w:fill="F0F0F0"/>
            <w:vAlign w:val="center"/>
          </w:tcPr>
          <w:p w14:paraId="411CD38C" w14:textId="77777777" w:rsidR="00A806B2" w:rsidRPr="00A864B8" w:rsidRDefault="00000000">
            <w:pPr>
              <w:spacing w:before="20" w:after="10" w:line="240" w:lineRule="auto"/>
              <w:jc w:val="center"/>
            </w:pPr>
            <w:r w:rsidRPr="00A864B8">
              <w:rPr>
                <w:sz w:val="20"/>
              </w:rPr>
              <w:t>Zeitlimit für Berechnung festlegen</w:t>
            </w:r>
          </w:p>
        </w:tc>
        <w:tc>
          <w:tcPr>
            <w:tcW w:w="4320" w:type="dxa"/>
            <w:tcBorders>
              <w:bottom w:val="single" w:sz="8" w:space="0" w:color="9B9B9B"/>
            </w:tcBorders>
            <w:shd w:val="clear" w:color="auto" w:fill="F0F0F0"/>
            <w:vAlign w:val="center"/>
          </w:tcPr>
          <w:p w14:paraId="09EC8811" w14:textId="77777777" w:rsidR="00A806B2" w:rsidRPr="00A864B8" w:rsidRDefault="00000000">
            <w:pPr>
              <w:spacing w:before="20" w:after="10" w:line="240" w:lineRule="auto"/>
              <w:jc w:val="center"/>
            </w:pPr>
            <w:r w:rsidRPr="00A864B8">
              <w:rPr>
                <w:sz w:val="20"/>
              </w:rPr>
              <w:t>nein</w:t>
            </w:r>
          </w:p>
        </w:tc>
      </w:tr>
    </w:tbl>
    <w:p w14:paraId="18368BAD" w14:textId="77777777" w:rsidR="00A806B2" w:rsidRPr="00A864B8" w:rsidRDefault="00A806B2"/>
    <w:p w14:paraId="7F992BFC" w14:textId="2068E9FB" w:rsidR="00A806B2" w:rsidRPr="00A864B8" w:rsidRDefault="00000000">
      <w:pPr>
        <w:pStyle w:val="CaptionStyle"/>
        <w:spacing w:before="40" w:after="0"/>
        <w:jc w:val="center"/>
        <w:rPr>
          <w:lang w:val="de-DE"/>
        </w:rPr>
      </w:pPr>
      <w:bookmarkStart w:id="331" w:name="_Toc240363589"/>
      <w:r w:rsidRPr="00A864B8">
        <w:rPr>
          <w:lang w:val="de-DE"/>
        </w:rPr>
        <w:t xml:space="preserve">Tabelle </w:t>
      </w:r>
      <w:bookmarkStart w:id="332" w:name="demand_settings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61</w:t>
      </w:r>
      <w:r w:rsidRPr="00A864B8">
        <w:rPr>
          <w:lang w:val="de-DE"/>
        </w:rPr>
        <w:fldChar w:fldCharType="end"/>
      </w:r>
      <w:bookmarkStart w:id="333" w:name="demand_settings_params"/>
      <w:bookmarkEnd w:id="332"/>
      <w:bookmarkEnd w:id="333"/>
      <w:r w:rsidRPr="00A864B8">
        <w:rPr>
          <w:lang w:val="de-DE"/>
        </w:rPr>
        <w:t>: Einstellungen zu Energiebedarfen</w:t>
      </w:r>
      <w:bookmarkEnd w:id="331"/>
    </w:p>
    <w:tbl>
      <w:tblPr>
        <w:tblW w:w="0" w:type="auto"/>
        <w:jc w:val="center"/>
        <w:tblLook w:val="04A0" w:firstRow="1" w:lastRow="0" w:firstColumn="1" w:lastColumn="0" w:noHBand="0" w:noVBand="1"/>
      </w:tblPr>
      <w:tblGrid>
        <w:gridCol w:w="4320"/>
        <w:gridCol w:w="4320"/>
      </w:tblGrid>
      <w:tr w:rsidR="00A806B2" w:rsidRPr="00A864B8" w14:paraId="5770825C" w14:textId="77777777">
        <w:trPr>
          <w:jc w:val="center"/>
        </w:trPr>
        <w:tc>
          <w:tcPr>
            <w:tcW w:w="4320" w:type="dxa"/>
            <w:tcBorders>
              <w:bottom w:val="single" w:sz="22" w:space="0" w:color="C00000"/>
            </w:tcBorders>
            <w:shd w:val="clear" w:color="auto" w:fill="343A40"/>
          </w:tcPr>
          <w:p w14:paraId="32394EF8"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5B9753A3"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3CAD38D3" w14:textId="77777777">
        <w:trPr>
          <w:jc w:val="center"/>
        </w:trPr>
        <w:tc>
          <w:tcPr>
            <w:tcW w:w="4320" w:type="dxa"/>
            <w:tcBorders>
              <w:bottom w:val="single" w:sz="8" w:space="0" w:color="9B9B9B"/>
            </w:tcBorders>
            <w:shd w:val="clear" w:color="auto" w:fill="F0F0F0"/>
            <w:vAlign w:val="center"/>
          </w:tcPr>
          <w:p w14:paraId="1245DDB7" w14:textId="77777777" w:rsidR="00A806B2" w:rsidRPr="00A864B8" w:rsidRDefault="00000000">
            <w:pPr>
              <w:spacing w:before="20" w:after="10" w:line="240" w:lineRule="auto"/>
              <w:jc w:val="center"/>
            </w:pPr>
            <w:r w:rsidRPr="00A864B8">
              <w:rPr>
                <w:sz w:val="20"/>
              </w:rPr>
              <w:t>Aufteilung in Hoch- und Niedertemperatur-Wärmebedarf</w:t>
            </w:r>
          </w:p>
        </w:tc>
        <w:tc>
          <w:tcPr>
            <w:tcW w:w="4320" w:type="dxa"/>
            <w:tcBorders>
              <w:bottom w:val="single" w:sz="8" w:space="0" w:color="9B9B9B"/>
            </w:tcBorders>
            <w:shd w:val="clear" w:color="auto" w:fill="F0F0F0"/>
            <w:vAlign w:val="center"/>
          </w:tcPr>
          <w:p w14:paraId="1D57643D" w14:textId="77777777" w:rsidR="00A806B2" w:rsidRPr="00A864B8" w:rsidRDefault="00000000">
            <w:pPr>
              <w:spacing w:before="20" w:after="10" w:line="240" w:lineRule="auto"/>
              <w:jc w:val="center"/>
            </w:pPr>
            <w:r w:rsidRPr="00A864B8">
              <w:rPr>
                <w:sz w:val="20"/>
              </w:rPr>
              <w:t>nein</w:t>
            </w:r>
          </w:p>
        </w:tc>
      </w:tr>
      <w:tr w:rsidR="00A806B2" w:rsidRPr="00A864B8" w14:paraId="2F769179" w14:textId="77777777">
        <w:trPr>
          <w:jc w:val="center"/>
        </w:trPr>
        <w:tc>
          <w:tcPr>
            <w:tcW w:w="4320" w:type="dxa"/>
            <w:tcBorders>
              <w:bottom w:val="single" w:sz="8" w:space="0" w:color="9B9B9B"/>
            </w:tcBorders>
            <w:shd w:val="clear" w:color="auto" w:fill="CFCFCF"/>
            <w:vAlign w:val="center"/>
          </w:tcPr>
          <w:p w14:paraId="5C69C720" w14:textId="77777777" w:rsidR="00A806B2" w:rsidRPr="00A864B8" w:rsidRDefault="00000000">
            <w:pPr>
              <w:spacing w:before="20" w:after="10" w:line="240" w:lineRule="auto"/>
              <w:jc w:val="center"/>
            </w:pPr>
            <w:r w:rsidRPr="00A864B8">
              <w:rPr>
                <w:sz w:val="20"/>
              </w:rPr>
              <w:t>Nutzerstrombedarf durch Energiezentrale abgedeckt</w:t>
            </w:r>
          </w:p>
        </w:tc>
        <w:tc>
          <w:tcPr>
            <w:tcW w:w="4320" w:type="dxa"/>
            <w:tcBorders>
              <w:bottom w:val="single" w:sz="8" w:space="0" w:color="9B9B9B"/>
            </w:tcBorders>
            <w:shd w:val="clear" w:color="auto" w:fill="CFCFCF"/>
            <w:vAlign w:val="center"/>
          </w:tcPr>
          <w:p w14:paraId="6108F39C" w14:textId="77777777" w:rsidR="00A806B2" w:rsidRPr="00A864B8" w:rsidRDefault="00000000">
            <w:pPr>
              <w:spacing w:before="20" w:after="10" w:line="240" w:lineRule="auto"/>
              <w:jc w:val="center"/>
            </w:pPr>
            <w:r w:rsidRPr="00A864B8">
              <w:rPr>
                <w:sz w:val="20"/>
              </w:rPr>
              <w:t>ja</w:t>
            </w:r>
          </w:p>
        </w:tc>
      </w:tr>
      <w:tr w:rsidR="00A806B2" w:rsidRPr="00A864B8" w14:paraId="7A23D67F" w14:textId="77777777">
        <w:trPr>
          <w:jc w:val="center"/>
        </w:trPr>
        <w:tc>
          <w:tcPr>
            <w:tcW w:w="4320" w:type="dxa"/>
            <w:tcBorders>
              <w:bottom w:val="single" w:sz="8" w:space="0" w:color="9B9B9B"/>
            </w:tcBorders>
            <w:shd w:val="clear" w:color="auto" w:fill="F0F0F0"/>
            <w:vAlign w:val="center"/>
          </w:tcPr>
          <w:p w14:paraId="72B794B6" w14:textId="77777777" w:rsidR="00A806B2" w:rsidRPr="00A864B8" w:rsidRDefault="00000000">
            <w:pPr>
              <w:spacing w:before="20" w:after="10" w:line="240" w:lineRule="auto"/>
              <w:jc w:val="center"/>
            </w:pPr>
            <w:r w:rsidRPr="00A864B8">
              <w:rPr>
                <w:sz w:val="20"/>
              </w:rPr>
              <w:t>Strom für E-Mobilität durch Energiezentrale abgedeckt</w:t>
            </w:r>
          </w:p>
        </w:tc>
        <w:tc>
          <w:tcPr>
            <w:tcW w:w="4320" w:type="dxa"/>
            <w:tcBorders>
              <w:bottom w:val="single" w:sz="8" w:space="0" w:color="9B9B9B"/>
            </w:tcBorders>
            <w:shd w:val="clear" w:color="auto" w:fill="F0F0F0"/>
            <w:vAlign w:val="center"/>
          </w:tcPr>
          <w:p w14:paraId="07D10E72" w14:textId="77777777" w:rsidR="00A806B2" w:rsidRPr="00A864B8" w:rsidRDefault="00000000">
            <w:pPr>
              <w:spacing w:before="20" w:after="10" w:line="240" w:lineRule="auto"/>
              <w:jc w:val="center"/>
            </w:pPr>
            <w:r w:rsidRPr="00A864B8">
              <w:rPr>
                <w:sz w:val="20"/>
              </w:rPr>
              <w:t>ja</w:t>
            </w:r>
          </w:p>
        </w:tc>
      </w:tr>
      <w:tr w:rsidR="00A806B2" w:rsidRPr="00A864B8" w14:paraId="33915F16" w14:textId="77777777">
        <w:trPr>
          <w:jc w:val="center"/>
        </w:trPr>
        <w:tc>
          <w:tcPr>
            <w:tcW w:w="4320" w:type="dxa"/>
            <w:tcBorders>
              <w:bottom w:val="single" w:sz="8" w:space="0" w:color="9B9B9B"/>
            </w:tcBorders>
            <w:shd w:val="clear" w:color="auto" w:fill="CFCFCF"/>
            <w:vAlign w:val="center"/>
          </w:tcPr>
          <w:p w14:paraId="4BE8B0FC" w14:textId="77777777" w:rsidR="00A806B2" w:rsidRPr="00A864B8" w:rsidRDefault="00000000">
            <w:pPr>
              <w:spacing w:before="20" w:after="10" w:line="240" w:lineRule="auto"/>
              <w:jc w:val="center"/>
            </w:pPr>
            <w:r w:rsidRPr="00A864B8">
              <w:rPr>
                <w:sz w:val="20"/>
              </w:rPr>
              <w:t>Strom für Gebäudeenergiesysteme durch Energiezentrale abgedeckt</w:t>
            </w:r>
          </w:p>
        </w:tc>
        <w:tc>
          <w:tcPr>
            <w:tcW w:w="4320" w:type="dxa"/>
            <w:tcBorders>
              <w:bottom w:val="single" w:sz="8" w:space="0" w:color="9B9B9B"/>
            </w:tcBorders>
            <w:shd w:val="clear" w:color="auto" w:fill="CFCFCF"/>
            <w:vAlign w:val="center"/>
          </w:tcPr>
          <w:p w14:paraId="38DA8E49" w14:textId="77777777" w:rsidR="00A806B2" w:rsidRPr="00A864B8" w:rsidRDefault="00000000">
            <w:pPr>
              <w:spacing w:before="20" w:after="10" w:line="240" w:lineRule="auto"/>
              <w:jc w:val="center"/>
            </w:pPr>
            <w:r w:rsidRPr="00A864B8">
              <w:rPr>
                <w:sz w:val="20"/>
              </w:rPr>
              <w:t>ja</w:t>
            </w:r>
          </w:p>
        </w:tc>
      </w:tr>
      <w:tr w:rsidR="00A806B2" w:rsidRPr="00A864B8" w14:paraId="6F0EA9F3" w14:textId="77777777">
        <w:trPr>
          <w:jc w:val="center"/>
        </w:trPr>
        <w:tc>
          <w:tcPr>
            <w:tcW w:w="4320" w:type="dxa"/>
            <w:tcBorders>
              <w:bottom w:val="single" w:sz="8" w:space="0" w:color="9B9B9B"/>
            </w:tcBorders>
            <w:shd w:val="clear" w:color="auto" w:fill="F0F0F0"/>
            <w:vAlign w:val="center"/>
          </w:tcPr>
          <w:p w14:paraId="6AF99D4A" w14:textId="77777777" w:rsidR="00A806B2" w:rsidRPr="00A864B8" w:rsidRDefault="00000000">
            <w:pPr>
              <w:spacing w:before="20" w:after="10" w:line="240" w:lineRule="auto"/>
              <w:jc w:val="center"/>
            </w:pPr>
            <w:r w:rsidRPr="00A864B8">
              <w:rPr>
                <w:sz w:val="20"/>
              </w:rPr>
              <w:t>Strom für Pumpen durch Energiezentrale abgedeckt</w:t>
            </w:r>
          </w:p>
        </w:tc>
        <w:tc>
          <w:tcPr>
            <w:tcW w:w="4320" w:type="dxa"/>
            <w:tcBorders>
              <w:bottom w:val="single" w:sz="8" w:space="0" w:color="9B9B9B"/>
            </w:tcBorders>
            <w:shd w:val="clear" w:color="auto" w:fill="F0F0F0"/>
            <w:vAlign w:val="center"/>
          </w:tcPr>
          <w:p w14:paraId="051418F9" w14:textId="77777777" w:rsidR="00A806B2" w:rsidRPr="00A864B8" w:rsidRDefault="00000000">
            <w:pPr>
              <w:spacing w:before="20" w:after="10" w:line="240" w:lineRule="auto"/>
              <w:jc w:val="center"/>
            </w:pPr>
            <w:r w:rsidRPr="00A864B8">
              <w:rPr>
                <w:sz w:val="20"/>
              </w:rPr>
              <w:t>ja</w:t>
            </w:r>
          </w:p>
        </w:tc>
      </w:tr>
      <w:tr w:rsidR="00A806B2" w:rsidRPr="00A864B8" w14:paraId="06C12E59" w14:textId="77777777">
        <w:trPr>
          <w:jc w:val="center"/>
        </w:trPr>
        <w:tc>
          <w:tcPr>
            <w:tcW w:w="4320" w:type="dxa"/>
            <w:tcBorders>
              <w:bottom w:val="single" w:sz="8" w:space="0" w:color="9B9B9B"/>
            </w:tcBorders>
            <w:shd w:val="clear" w:color="auto" w:fill="CFCFCF"/>
            <w:vAlign w:val="center"/>
          </w:tcPr>
          <w:p w14:paraId="209AB089" w14:textId="77777777" w:rsidR="00A806B2" w:rsidRPr="00A864B8" w:rsidRDefault="00000000">
            <w:pPr>
              <w:spacing w:before="20" w:after="10" w:line="240" w:lineRule="auto"/>
              <w:jc w:val="center"/>
            </w:pPr>
            <w:r w:rsidRPr="00A864B8">
              <w:rPr>
                <w:sz w:val="20"/>
              </w:rPr>
              <w:t>Wasserstoffbedarfsprofil hochgeladen</w:t>
            </w:r>
          </w:p>
        </w:tc>
        <w:tc>
          <w:tcPr>
            <w:tcW w:w="4320" w:type="dxa"/>
            <w:tcBorders>
              <w:bottom w:val="single" w:sz="8" w:space="0" w:color="9B9B9B"/>
            </w:tcBorders>
            <w:shd w:val="clear" w:color="auto" w:fill="CFCFCF"/>
            <w:vAlign w:val="center"/>
          </w:tcPr>
          <w:p w14:paraId="697348EA" w14:textId="77777777" w:rsidR="00A806B2" w:rsidRPr="00A864B8" w:rsidRDefault="00000000">
            <w:pPr>
              <w:spacing w:before="20" w:after="10" w:line="240" w:lineRule="auto"/>
              <w:jc w:val="center"/>
            </w:pPr>
            <w:r w:rsidRPr="00A864B8">
              <w:rPr>
                <w:sz w:val="20"/>
              </w:rPr>
              <w:t>nein</w:t>
            </w:r>
          </w:p>
        </w:tc>
      </w:tr>
    </w:tbl>
    <w:p w14:paraId="3C1BD10B" w14:textId="77777777" w:rsidR="00A806B2" w:rsidRPr="00A864B8" w:rsidRDefault="00A806B2"/>
    <w:p w14:paraId="122F5C21" w14:textId="1AE4423A" w:rsidR="00A806B2" w:rsidRPr="00A864B8" w:rsidRDefault="00000000">
      <w:pPr>
        <w:pStyle w:val="CaptionStyle"/>
        <w:spacing w:before="40" w:after="0"/>
        <w:jc w:val="center"/>
        <w:rPr>
          <w:lang w:val="de-DE"/>
        </w:rPr>
      </w:pPr>
      <w:bookmarkStart w:id="334" w:name="_Toc240363590"/>
      <w:r w:rsidRPr="00A864B8">
        <w:rPr>
          <w:lang w:val="de-DE"/>
        </w:rPr>
        <w:t xml:space="preserve">Tabelle </w:t>
      </w:r>
      <w:bookmarkStart w:id="335" w:name="ecological_parameter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62</w:t>
      </w:r>
      <w:r w:rsidRPr="00A864B8">
        <w:rPr>
          <w:lang w:val="de-DE"/>
        </w:rPr>
        <w:fldChar w:fldCharType="end"/>
      </w:r>
      <w:bookmarkStart w:id="336" w:name="ecological_parameters"/>
      <w:bookmarkEnd w:id="335"/>
      <w:bookmarkEnd w:id="336"/>
      <w:r w:rsidRPr="00A864B8">
        <w:rPr>
          <w:lang w:val="de-DE"/>
        </w:rPr>
        <w:t>: Ökologische Parameter</w:t>
      </w:r>
      <w:bookmarkEnd w:id="334"/>
    </w:p>
    <w:tbl>
      <w:tblPr>
        <w:tblW w:w="0" w:type="auto"/>
        <w:jc w:val="center"/>
        <w:tblLook w:val="04A0" w:firstRow="1" w:lastRow="0" w:firstColumn="1" w:lastColumn="0" w:noHBand="0" w:noVBand="1"/>
      </w:tblPr>
      <w:tblGrid>
        <w:gridCol w:w="4320"/>
        <w:gridCol w:w="4320"/>
      </w:tblGrid>
      <w:tr w:rsidR="00A806B2" w:rsidRPr="00A864B8" w14:paraId="1B09AE91" w14:textId="77777777">
        <w:trPr>
          <w:jc w:val="center"/>
        </w:trPr>
        <w:tc>
          <w:tcPr>
            <w:tcW w:w="4320" w:type="dxa"/>
            <w:tcBorders>
              <w:bottom w:val="single" w:sz="22" w:space="0" w:color="C00000"/>
            </w:tcBorders>
            <w:shd w:val="clear" w:color="auto" w:fill="343A40"/>
          </w:tcPr>
          <w:p w14:paraId="3DEE1C41"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72BEC147"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45439097" w14:textId="77777777">
        <w:trPr>
          <w:jc w:val="center"/>
        </w:trPr>
        <w:tc>
          <w:tcPr>
            <w:tcW w:w="4320" w:type="dxa"/>
            <w:tcBorders>
              <w:bottom w:val="single" w:sz="8" w:space="0" w:color="9B9B9B"/>
            </w:tcBorders>
            <w:shd w:val="clear" w:color="auto" w:fill="F0F0F0"/>
            <w:vAlign w:val="center"/>
          </w:tcPr>
          <w:p w14:paraId="5D7AA832" w14:textId="77777777" w:rsidR="00A806B2" w:rsidRPr="00A864B8" w:rsidRDefault="00000000">
            <w:pPr>
              <w:spacing w:before="20" w:after="10" w:line="240" w:lineRule="auto"/>
              <w:jc w:val="center"/>
            </w:pPr>
            <w:r w:rsidRPr="00A864B8">
              <w:rPr>
                <w:sz w:val="20"/>
              </w:rPr>
              <w:t>CO₂-Emissionen begrenzen</w:t>
            </w:r>
          </w:p>
        </w:tc>
        <w:tc>
          <w:tcPr>
            <w:tcW w:w="4320" w:type="dxa"/>
            <w:tcBorders>
              <w:bottom w:val="single" w:sz="8" w:space="0" w:color="9B9B9B"/>
            </w:tcBorders>
            <w:shd w:val="clear" w:color="auto" w:fill="F0F0F0"/>
            <w:vAlign w:val="center"/>
          </w:tcPr>
          <w:p w14:paraId="459376DB" w14:textId="77777777" w:rsidR="00A806B2" w:rsidRPr="00A864B8" w:rsidRDefault="00000000">
            <w:pPr>
              <w:spacing w:before="20" w:after="10" w:line="240" w:lineRule="auto"/>
              <w:jc w:val="center"/>
            </w:pPr>
            <w:r w:rsidRPr="00A864B8">
              <w:rPr>
                <w:sz w:val="20"/>
              </w:rPr>
              <w:t>nein</w:t>
            </w:r>
          </w:p>
        </w:tc>
      </w:tr>
      <w:tr w:rsidR="00A806B2" w:rsidRPr="00A864B8" w14:paraId="3786AE0F" w14:textId="77777777">
        <w:trPr>
          <w:jc w:val="center"/>
        </w:trPr>
        <w:tc>
          <w:tcPr>
            <w:tcW w:w="4320" w:type="dxa"/>
            <w:tcBorders>
              <w:bottom w:val="single" w:sz="8" w:space="0" w:color="9B9B9B"/>
            </w:tcBorders>
            <w:shd w:val="clear" w:color="auto" w:fill="CFCFCF"/>
            <w:vAlign w:val="center"/>
          </w:tcPr>
          <w:p w14:paraId="4C0ED350" w14:textId="77777777" w:rsidR="00A806B2" w:rsidRPr="00A864B8" w:rsidRDefault="00000000">
            <w:pPr>
              <w:spacing w:before="20" w:after="10" w:line="240" w:lineRule="auto"/>
              <w:jc w:val="center"/>
            </w:pPr>
            <w:r w:rsidRPr="00A864B8">
              <w:rPr>
                <w:sz w:val="20"/>
              </w:rPr>
              <w:t>Primärenergieverbrauch begrenzen</w:t>
            </w:r>
          </w:p>
        </w:tc>
        <w:tc>
          <w:tcPr>
            <w:tcW w:w="4320" w:type="dxa"/>
            <w:tcBorders>
              <w:bottom w:val="single" w:sz="8" w:space="0" w:color="9B9B9B"/>
            </w:tcBorders>
            <w:shd w:val="clear" w:color="auto" w:fill="CFCFCF"/>
            <w:vAlign w:val="center"/>
          </w:tcPr>
          <w:p w14:paraId="6FCD7176" w14:textId="77777777" w:rsidR="00A806B2" w:rsidRPr="00A864B8" w:rsidRDefault="00000000">
            <w:pPr>
              <w:spacing w:before="20" w:after="10" w:line="240" w:lineRule="auto"/>
              <w:jc w:val="center"/>
            </w:pPr>
            <w:r w:rsidRPr="00A864B8">
              <w:rPr>
                <w:sz w:val="20"/>
              </w:rPr>
              <w:t>nein</w:t>
            </w:r>
          </w:p>
        </w:tc>
      </w:tr>
    </w:tbl>
    <w:p w14:paraId="44D04865" w14:textId="77777777" w:rsidR="00A806B2" w:rsidRPr="00A864B8" w:rsidRDefault="00A806B2"/>
    <w:p w14:paraId="05762775" w14:textId="73E3BA0C" w:rsidR="00A806B2" w:rsidRPr="00A864B8" w:rsidRDefault="00000000">
      <w:pPr>
        <w:pStyle w:val="CaptionStyle"/>
        <w:spacing w:before="40" w:after="0"/>
        <w:jc w:val="center"/>
        <w:rPr>
          <w:lang w:val="de-DE"/>
        </w:rPr>
      </w:pPr>
      <w:bookmarkStart w:id="337" w:name="_Toc240363591"/>
      <w:r w:rsidRPr="00A864B8">
        <w:rPr>
          <w:lang w:val="de-DE"/>
        </w:rPr>
        <w:t xml:space="preserve">Tabelle </w:t>
      </w:r>
      <w:bookmarkStart w:id="338" w:name="emission_parameter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63</w:t>
      </w:r>
      <w:r w:rsidRPr="00A864B8">
        <w:rPr>
          <w:lang w:val="de-DE"/>
        </w:rPr>
        <w:fldChar w:fldCharType="end"/>
      </w:r>
      <w:bookmarkStart w:id="339" w:name="emission_parameters"/>
      <w:bookmarkEnd w:id="338"/>
      <w:bookmarkEnd w:id="339"/>
      <w:r w:rsidRPr="00A864B8">
        <w:rPr>
          <w:lang w:val="de-DE"/>
        </w:rPr>
        <w:t>: Emissions- und Primärenergiefaktoren für Variante 'Variante 1'</w:t>
      </w:r>
      <w:bookmarkEnd w:id="337"/>
    </w:p>
    <w:tbl>
      <w:tblPr>
        <w:tblW w:w="0" w:type="auto"/>
        <w:jc w:val="center"/>
        <w:tblLook w:val="04A0" w:firstRow="1" w:lastRow="0" w:firstColumn="1" w:lastColumn="0" w:noHBand="0" w:noVBand="1"/>
      </w:tblPr>
      <w:tblGrid>
        <w:gridCol w:w="2880"/>
        <w:gridCol w:w="2880"/>
        <w:gridCol w:w="2880"/>
      </w:tblGrid>
      <w:tr w:rsidR="00A806B2" w:rsidRPr="00A864B8" w14:paraId="35FBA91F" w14:textId="77777777">
        <w:trPr>
          <w:jc w:val="center"/>
        </w:trPr>
        <w:tc>
          <w:tcPr>
            <w:tcW w:w="2880" w:type="dxa"/>
            <w:tcBorders>
              <w:bottom w:val="single" w:sz="22" w:space="0" w:color="C00000"/>
            </w:tcBorders>
            <w:shd w:val="clear" w:color="auto" w:fill="343A40"/>
          </w:tcPr>
          <w:p w14:paraId="20D46209"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0EC1C565" w14:textId="77777777" w:rsidR="00A806B2" w:rsidRPr="00A864B8" w:rsidRDefault="00000000">
            <w:pPr>
              <w:spacing w:before="20" w:after="10" w:line="240" w:lineRule="auto"/>
              <w:jc w:val="center"/>
            </w:pPr>
            <w:r w:rsidRPr="00A864B8">
              <w:rPr>
                <w:color w:val="FFFFFF"/>
                <w:sz w:val="20"/>
              </w:rPr>
              <w:t>CO₂-Emissionen</w:t>
            </w:r>
          </w:p>
        </w:tc>
        <w:tc>
          <w:tcPr>
            <w:tcW w:w="2880" w:type="dxa"/>
            <w:tcBorders>
              <w:bottom w:val="single" w:sz="22" w:space="0" w:color="C00000"/>
            </w:tcBorders>
            <w:shd w:val="clear" w:color="auto" w:fill="343A40"/>
          </w:tcPr>
          <w:p w14:paraId="3ABE6A2A" w14:textId="77777777" w:rsidR="00A806B2" w:rsidRPr="00A864B8" w:rsidRDefault="00000000">
            <w:pPr>
              <w:spacing w:before="20" w:after="10" w:line="240" w:lineRule="auto"/>
              <w:jc w:val="center"/>
            </w:pPr>
            <w:r w:rsidRPr="00A864B8">
              <w:rPr>
                <w:color w:val="FFFFFF"/>
                <w:sz w:val="20"/>
              </w:rPr>
              <w:t>Primärenergiefaktor</w:t>
            </w:r>
          </w:p>
        </w:tc>
      </w:tr>
      <w:tr w:rsidR="00A806B2" w:rsidRPr="00A864B8" w14:paraId="6D998012" w14:textId="77777777">
        <w:trPr>
          <w:jc w:val="center"/>
        </w:trPr>
        <w:tc>
          <w:tcPr>
            <w:tcW w:w="2880" w:type="dxa"/>
            <w:tcBorders>
              <w:bottom w:val="single" w:sz="8" w:space="0" w:color="9B9B9B"/>
            </w:tcBorders>
            <w:shd w:val="clear" w:color="auto" w:fill="F0F0F0"/>
            <w:vAlign w:val="center"/>
          </w:tcPr>
          <w:p w14:paraId="1293D844" w14:textId="77777777" w:rsidR="00A806B2" w:rsidRPr="00A864B8" w:rsidRDefault="00000000">
            <w:pPr>
              <w:spacing w:before="20" w:after="10" w:line="240" w:lineRule="auto"/>
              <w:jc w:val="center"/>
            </w:pPr>
            <w:r w:rsidRPr="00A864B8">
              <w:rPr>
                <w:sz w:val="20"/>
              </w:rPr>
              <w:t>Strombezug</w:t>
            </w:r>
          </w:p>
        </w:tc>
        <w:tc>
          <w:tcPr>
            <w:tcW w:w="2880" w:type="dxa"/>
            <w:tcBorders>
              <w:bottom w:val="single" w:sz="8" w:space="0" w:color="9B9B9B"/>
            </w:tcBorders>
            <w:shd w:val="clear" w:color="auto" w:fill="F0F0F0"/>
            <w:vAlign w:val="center"/>
          </w:tcPr>
          <w:p w14:paraId="4CDC5F8D" w14:textId="77777777" w:rsidR="00A806B2" w:rsidRPr="00A864B8" w:rsidRDefault="00000000">
            <w:pPr>
              <w:spacing w:before="20" w:after="10" w:line="240" w:lineRule="auto"/>
              <w:jc w:val="center"/>
            </w:pPr>
            <w:r w:rsidRPr="00A864B8">
              <w:rPr>
                <w:sz w:val="20"/>
              </w:rPr>
              <w:t>350 g/kWh</w:t>
            </w:r>
          </w:p>
        </w:tc>
        <w:tc>
          <w:tcPr>
            <w:tcW w:w="2880" w:type="dxa"/>
            <w:tcBorders>
              <w:bottom w:val="single" w:sz="8" w:space="0" w:color="9B9B9B"/>
            </w:tcBorders>
            <w:shd w:val="clear" w:color="auto" w:fill="F0F0F0"/>
            <w:vAlign w:val="center"/>
          </w:tcPr>
          <w:p w14:paraId="3D4A7C90" w14:textId="77777777" w:rsidR="00A806B2" w:rsidRPr="00A864B8" w:rsidRDefault="00000000">
            <w:pPr>
              <w:spacing w:before="20" w:after="10" w:line="240" w:lineRule="auto"/>
              <w:jc w:val="center"/>
            </w:pPr>
            <w:r w:rsidRPr="00A864B8">
              <w:rPr>
                <w:sz w:val="20"/>
              </w:rPr>
              <w:t>1,8</w:t>
            </w:r>
          </w:p>
        </w:tc>
      </w:tr>
      <w:tr w:rsidR="00A806B2" w:rsidRPr="00A864B8" w14:paraId="550F9994" w14:textId="77777777">
        <w:trPr>
          <w:jc w:val="center"/>
        </w:trPr>
        <w:tc>
          <w:tcPr>
            <w:tcW w:w="2880" w:type="dxa"/>
            <w:tcBorders>
              <w:bottom w:val="single" w:sz="8" w:space="0" w:color="9B9B9B"/>
            </w:tcBorders>
            <w:shd w:val="clear" w:color="auto" w:fill="CFCFCF"/>
            <w:vAlign w:val="center"/>
          </w:tcPr>
          <w:p w14:paraId="34D311A0" w14:textId="77777777" w:rsidR="00A806B2" w:rsidRPr="00A864B8" w:rsidRDefault="00000000">
            <w:pPr>
              <w:spacing w:before="20" w:after="10" w:line="240" w:lineRule="auto"/>
              <w:jc w:val="center"/>
            </w:pPr>
            <w:r w:rsidRPr="00A864B8">
              <w:rPr>
                <w:sz w:val="20"/>
              </w:rPr>
              <w:t>Stromeinspeisung</w:t>
            </w:r>
          </w:p>
        </w:tc>
        <w:tc>
          <w:tcPr>
            <w:tcW w:w="2880" w:type="dxa"/>
            <w:tcBorders>
              <w:bottom w:val="single" w:sz="8" w:space="0" w:color="9B9B9B"/>
            </w:tcBorders>
            <w:shd w:val="clear" w:color="auto" w:fill="CFCFCF"/>
            <w:vAlign w:val="center"/>
          </w:tcPr>
          <w:p w14:paraId="2057EDEF" w14:textId="77777777" w:rsidR="00A806B2" w:rsidRPr="00A864B8" w:rsidRDefault="00000000">
            <w:pPr>
              <w:spacing w:before="20" w:after="10" w:line="240" w:lineRule="auto"/>
              <w:jc w:val="center"/>
            </w:pPr>
            <w:r w:rsidRPr="00A864B8">
              <w:rPr>
                <w:sz w:val="20"/>
              </w:rPr>
              <w:t>0 g/kWh</w:t>
            </w:r>
          </w:p>
        </w:tc>
        <w:tc>
          <w:tcPr>
            <w:tcW w:w="2880" w:type="dxa"/>
            <w:tcBorders>
              <w:bottom w:val="single" w:sz="8" w:space="0" w:color="9B9B9B"/>
            </w:tcBorders>
            <w:shd w:val="clear" w:color="auto" w:fill="CFCFCF"/>
            <w:vAlign w:val="center"/>
          </w:tcPr>
          <w:p w14:paraId="684FB640" w14:textId="77777777" w:rsidR="00A806B2" w:rsidRPr="00A864B8" w:rsidRDefault="00000000">
            <w:pPr>
              <w:spacing w:before="20" w:after="10" w:line="240" w:lineRule="auto"/>
              <w:jc w:val="center"/>
            </w:pPr>
            <w:r w:rsidRPr="00A864B8">
              <w:rPr>
                <w:sz w:val="20"/>
              </w:rPr>
              <w:t>0</w:t>
            </w:r>
          </w:p>
        </w:tc>
      </w:tr>
      <w:tr w:rsidR="00A806B2" w:rsidRPr="00A864B8" w14:paraId="0AF02923" w14:textId="77777777">
        <w:trPr>
          <w:jc w:val="center"/>
        </w:trPr>
        <w:tc>
          <w:tcPr>
            <w:tcW w:w="2880" w:type="dxa"/>
            <w:tcBorders>
              <w:bottom w:val="single" w:sz="8" w:space="0" w:color="9B9B9B"/>
            </w:tcBorders>
            <w:shd w:val="clear" w:color="auto" w:fill="F0F0F0"/>
            <w:vAlign w:val="center"/>
          </w:tcPr>
          <w:p w14:paraId="5283A4EC" w14:textId="77777777" w:rsidR="00A806B2" w:rsidRPr="00A864B8" w:rsidRDefault="00000000">
            <w:pPr>
              <w:spacing w:before="20" w:after="10" w:line="240" w:lineRule="auto"/>
              <w:jc w:val="center"/>
            </w:pPr>
            <w:r w:rsidRPr="00A864B8">
              <w:rPr>
                <w:sz w:val="20"/>
              </w:rPr>
              <w:t>Biomasse-Bezug</w:t>
            </w:r>
          </w:p>
        </w:tc>
        <w:tc>
          <w:tcPr>
            <w:tcW w:w="2880" w:type="dxa"/>
            <w:tcBorders>
              <w:bottom w:val="single" w:sz="8" w:space="0" w:color="9B9B9B"/>
            </w:tcBorders>
            <w:shd w:val="clear" w:color="auto" w:fill="F0F0F0"/>
            <w:vAlign w:val="center"/>
          </w:tcPr>
          <w:p w14:paraId="1F5AC9A1" w14:textId="77777777" w:rsidR="00A806B2" w:rsidRPr="00A864B8" w:rsidRDefault="00000000">
            <w:pPr>
              <w:spacing w:before="20" w:after="10" w:line="240" w:lineRule="auto"/>
              <w:jc w:val="center"/>
            </w:pPr>
            <w:r w:rsidRPr="00A864B8">
              <w:rPr>
                <w:sz w:val="20"/>
              </w:rPr>
              <w:t>40 g/kWh</w:t>
            </w:r>
          </w:p>
        </w:tc>
        <w:tc>
          <w:tcPr>
            <w:tcW w:w="2880" w:type="dxa"/>
            <w:tcBorders>
              <w:bottom w:val="single" w:sz="8" w:space="0" w:color="9B9B9B"/>
            </w:tcBorders>
            <w:shd w:val="clear" w:color="auto" w:fill="F0F0F0"/>
            <w:vAlign w:val="center"/>
          </w:tcPr>
          <w:p w14:paraId="78F5DB6F" w14:textId="77777777" w:rsidR="00A806B2" w:rsidRPr="00A864B8" w:rsidRDefault="00000000">
            <w:pPr>
              <w:spacing w:before="20" w:after="10" w:line="240" w:lineRule="auto"/>
              <w:jc w:val="center"/>
            </w:pPr>
            <w:r w:rsidRPr="00A864B8">
              <w:rPr>
                <w:sz w:val="20"/>
              </w:rPr>
              <w:t>0,2</w:t>
            </w:r>
          </w:p>
        </w:tc>
      </w:tr>
    </w:tbl>
    <w:p w14:paraId="3A66E846" w14:textId="77777777" w:rsidR="00A806B2" w:rsidRPr="00A864B8" w:rsidRDefault="00A806B2"/>
    <w:p w14:paraId="18E9A6FD" w14:textId="3E239AAD" w:rsidR="00A806B2" w:rsidRPr="00A864B8" w:rsidRDefault="00000000">
      <w:pPr>
        <w:pStyle w:val="CaptionStyle"/>
        <w:spacing w:before="40" w:after="0"/>
        <w:jc w:val="center"/>
        <w:rPr>
          <w:lang w:val="de-DE"/>
        </w:rPr>
      </w:pPr>
      <w:bookmarkStart w:id="340" w:name="_Toc240363592"/>
      <w:r w:rsidRPr="00A864B8">
        <w:rPr>
          <w:lang w:val="de-DE"/>
        </w:rPr>
        <w:t xml:space="preserve">Tabelle </w:t>
      </w:r>
      <w:bookmarkStart w:id="341" w:name="emission_parameter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64</w:t>
      </w:r>
      <w:r w:rsidRPr="00A864B8">
        <w:rPr>
          <w:lang w:val="de-DE"/>
        </w:rPr>
        <w:fldChar w:fldCharType="end"/>
      </w:r>
      <w:bookmarkStart w:id="342" w:name="emission_parameters_tab_2"/>
      <w:bookmarkEnd w:id="341"/>
      <w:bookmarkEnd w:id="342"/>
      <w:r w:rsidRPr="00A864B8">
        <w:rPr>
          <w:lang w:val="de-DE"/>
        </w:rPr>
        <w:t>: Emissions- und Primärenergiefaktoren für Variante 'Variante 2'</w:t>
      </w:r>
      <w:bookmarkEnd w:id="340"/>
    </w:p>
    <w:tbl>
      <w:tblPr>
        <w:tblW w:w="0" w:type="auto"/>
        <w:jc w:val="center"/>
        <w:tblLook w:val="04A0" w:firstRow="1" w:lastRow="0" w:firstColumn="1" w:lastColumn="0" w:noHBand="0" w:noVBand="1"/>
      </w:tblPr>
      <w:tblGrid>
        <w:gridCol w:w="2880"/>
        <w:gridCol w:w="2880"/>
        <w:gridCol w:w="2880"/>
      </w:tblGrid>
      <w:tr w:rsidR="00A806B2" w:rsidRPr="00A864B8" w14:paraId="23FAC01D" w14:textId="77777777">
        <w:trPr>
          <w:jc w:val="center"/>
        </w:trPr>
        <w:tc>
          <w:tcPr>
            <w:tcW w:w="2880" w:type="dxa"/>
            <w:tcBorders>
              <w:bottom w:val="single" w:sz="22" w:space="0" w:color="C00000"/>
            </w:tcBorders>
            <w:shd w:val="clear" w:color="auto" w:fill="343A40"/>
          </w:tcPr>
          <w:p w14:paraId="56B7FE6B"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6BA825C9" w14:textId="77777777" w:rsidR="00A806B2" w:rsidRPr="00A864B8" w:rsidRDefault="00000000">
            <w:pPr>
              <w:spacing w:before="20" w:after="10" w:line="240" w:lineRule="auto"/>
              <w:jc w:val="center"/>
            </w:pPr>
            <w:r w:rsidRPr="00A864B8">
              <w:rPr>
                <w:color w:val="FFFFFF"/>
                <w:sz w:val="20"/>
              </w:rPr>
              <w:t>CO₂-Emissionen</w:t>
            </w:r>
          </w:p>
        </w:tc>
        <w:tc>
          <w:tcPr>
            <w:tcW w:w="2880" w:type="dxa"/>
            <w:tcBorders>
              <w:bottom w:val="single" w:sz="22" w:space="0" w:color="C00000"/>
            </w:tcBorders>
            <w:shd w:val="clear" w:color="auto" w:fill="343A40"/>
          </w:tcPr>
          <w:p w14:paraId="2CBE84D6" w14:textId="77777777" w:rsidR="00A806B2" w:rsidRPr="00A864B8" w:rsidRDefault="00000000">
            <w:pPr>
              <w:spacing w:before="20" w:after="10" w:line="240" w:lineRule="auto"/>
              <w:jc w:val="center"/>
            </w:pPr>
            <w:r w:rsidRPr="00A864B8">
              <w:rPr>
                <w:color w:val="FFFFFF"/>
                <w:sz w:val="20"/>
              </w:rPr>
              <w:t>Primärenergiefaktor</w:t>
            </w:r>
          </w:p>
        </w:tc>
      </w:tr>
      <w:tr w:rsidR="00A806B2" w:rsidRPr="00A864B8" w14:paraId="4558735D" w14:textId="77777777">
        <w:trPr>
          <w:jc w:val="center"/>
        </w:trPr>
        <w:tc>
          <w:tcPr>
            <w:tcW w:w="2880" w:type="dxa"/>
            <w:tcBorders>
              <w:bottom w:val="single" w:sz="8" w:space="0" w:color="9B9B9B"/>
            </w:tcBorders>
            <w:shd w:val="clear" w:color="auto" w:fill="F0F0F0"/>
            <w:vAlign w:val="center"/>
          </w:tcPr>
          <w:p w14:paraId="65A8DF1E" w14:textId="77777777" w:rsidR="00A806B2" w:rsidRPr="00A864B8" w:rsidRDefault="00000000">
            <w:pPr>
              <w:spacing w:before="20" w:after="10" w:line="240" w:lineRule="auto"/>
              <w:jc w:val="center"/>
            </w:pPr>
            <w:r w:rsidRPr="00A864B8">
              <w:rPr>
                <w:sz w:val="20"/>
              </w:rPr>
              <w:t>Strombezug</w:t>
            </w:r>
          </w:p>
        </w:tc>
        <w:tc>
          <w:tcPr>
            <w:tcW w:w="2880" w:type="dxa"/>
            <w:tcBorders>
              <w:bottom w:val="single" w:sz="8" w:space="0" w:color="9B9B9B"/>
            </w:tcBorders>
            <w:shd w:val="clear" w:color="auto" w:fill="F0F0F0"/>
            <w:vAlign w:val="center"/>
          </w:tcPr>
          <w:p w14:paraId="1A845FC9" w14:textId="77777777" w:rsidR="00A806B2" w:rsidRPr="00A864B8" w:rsidRDefault="00000000">
            <w:pPr>
              <w:spacing w:before="20" w:after="10" w:line="240" w:lineRule="auto"/>
              <w:jc w:val="center"/>
            </w:pPr>
            <w:r w:rsidRPr="00A864B8">
              <w:rPr>
                <w:sz w:val="20"/>
              </w:rPr>
              <w:t>350 g/kWh</w:t>
            </w:r>
          </w:p>
        </w:tc>
        <w:tc>
          <w:tcPr>
            <w:tcW w:w="2880" w:type="dxa"/>
            <w:tcBorders>
              <w:bottom w:val="single" w:sz="8" w:space="0" w:color="9B9B9B"/>
            </w:tcBorders>
            <w:shd w:val="clear" w:color="auto" w:fill="F0F0F0"/>
            <w:vAlign w:val="center"/>
          </w:tcPr>
          <w:p w14:paraId="635B6C59" w14:textId="77777777" w:rsidR="00A806B2" w:rsidRPr="00A864B8" w:rsidRDefault="00000000">
            <w:pPr>
              <w:spacing w:before="20" w:after="10" w:line="240" w:lineRule="auto"/>
              <w:jc w:val="center"/>
            </w:pPr>
            <w:r w:rsidRPr="00A864B8">
              <w:rPr>
                <w:sz w:val="20"/>
              </w:rPr>
              <w:t>1,8</w:t>
            </w:r>
          </w:p>
        </w:tc>
      </w:tr>
      <w:tr w:rsidR="00A806B2" w:rsidRPr="00A864B8" w14:paraId="08DDF5FE" w14:textId="77777777">
        <w:trPr>
          <w:jc w:val="center"/>
        </w:trPr>
        <w:tc>
          <w:tcPr>
            <w:tcW w:w="2880" w:type="dxa"/>
            <w:tcBorders>
              <w:bottom w:val="single" w:sz="8" w:space="0" w:color="9B9B9B"/>
            </w:tcBorders>
            <w:shd w:val="clear" w:color="auto" w:fill="CFCFCF"/>
            <w:vAlign w:val="center"/>
          </w:tcPr>
          <w:p w14:paraId="6D4E993D" w14:textId="77777777" w:rsidR="00A806B2" w:rsidRPr="00A864B8" w:rsidRDefault="00000000">
            <w:pPr>
              <w:spacing w:before="20" w:after="10" w:line="240" w:lineRule="auto"/>
              <w:jc w:val="center"/>
            </w:pPr>
            <w:r w:rsidRPr="00A864B8">
              <w:rPr>
                <w:sz w:val="20"/>
              </w:rPr>
              <w:t>Stromeinspeisung</w:t>
            </w:r>
          </w:p>
        </w:tc>
        <w:tc>
          <w:tcPr>
            <w:tcW w:w="2880" w:type="dxa"/>
            <w:tcBorders>
              <w:bottom w:val="single" w:sz="8" w:space="0" w:color="9B9B9B"/>
            </w:tcBorders>
            <w:shd w:val="clear" w:color="auto" w:fill="CFCFCF"/>
            <w:vAlign w:val="center"/>
          </w:tcPr>
          <w:p w14:paraId="7B59ACEC" w14:textId="77777777" w:rsidR="00A806B2" w:rsidRPr="00A864B8" w:rsidRDefault="00000000">
            <w:pPr>
              <w:spacing w:before="20" w:after="10" w:line="240" w:lineRule="auto"/>
              <w:jc w:val="center"/>
            </w:pPr>
            <w:r w:rsidRPr="00A864B8">
              <w:rPr>
                <w:sz w:val="20"/>
              </w:rPr>
              <w:t>0 g/kWh</w:t>
            </w:r>
          </w:p>
        </w:tc>
        <w:tc>
          <w:tcPr>
            <w:tcW w:w="2880" w:type="dxa"/>
            <w:tcBorders>
              <w:bottom w:val="single" w:sz="8" w:space="0" w:color="9B9B9B"/>
            </w:tcBorders>
            <w:shd w:val="clear" w:color="auto" w:fill="CFCFCF"/>
            <w:vAlign w:val="center"/>
          </w:tcPr>
          <w:p w14:paraId="3A4BCC00" w14:textId="77777777" w:rsidR="00A806B2" w:rsidRPr="00A864B8" w:rsidRDefault="00000000">
            <w:pPr>
              <w:spacing w:before="20" w:after="10" w:line="240" w:lineRule="auto"/>
              <w:jc w:val="center"/>
            </w:pPr>
            <w:r w:rsidRPr="00A864B8">
              <w:rPr>
                <w:sz w:val="20"/>
              </w:rPr>
              <w:t>0</w:t>
            </w:r>
          </w:p>
        </w:tc>
      </w:tr>
      <w:tr w:rsidR="00A806B2" w:rsidRPr="00A864B8" w14:paraId="071532F8" w14:textId="77777777">
        <w:trPr>
          <w:jc w:val="center"/>
        </w:trPr>
        <w:tc>
          <w:tcPr>
            <w:tcW w:w="2880" w:type="dxa"/>
            <w:tcBorders>
              <w:bottom w:val="single" w:sz="8" w:space="0" w:color="9B9B9B"/>
            </w:tcBorders>
            <w:shd w:val="clear" w:color="auto" w:fill="F0F0F0"/>
            <w:vAlign w:val="center"/>
          </w:tcPr>
          <w:p w14:paraId="4632CA85" w14:textId="77777777" w:rsidR="00A806B2" w:rsidRPr="00A864B8" w:rsidRDefault="00000000">
            <w:pPr>
              <w:spacing w:before="20" w:after="10" w:line="240" w:lineRule="auto"/>
              <w:jc w:val="center"/>
            </w:pPr>
            <w:r w:rsidRPr="00A864B8">
              <w:rPr>
                <w:sz w:val="20"/>
              </w:rPr>
              <w:t>Erdgas-Bezug</w:t>
            </w:r>
          </w:p>
        </w:tc>
        <w:tc>
          <w:tcPr>
            <w:tcW w:w="2880" w:type="dxa"/>
            <w:tcBorders>
              <w:bottom w:val="single" w:sz="8" w:space="0" w:color="9B9B9B"/>
            </w:tcBorders>
            <w:shd w:val="clear" w:color="auto" w:fill="F0F0F0"/>
            <w:vAlign w:val="center"/>
          </w:tcPr>
          <w:p w14:paraId="25902177" w14:textId="77777777" w:rsidR="00A806B2" w:rsidRPr="00A864B8" w:rsidRDefault="00000000">
            <w:pPr>
              <w:spacing w:before="20" w:after="10" w:line="240" w:lineRule="auto"/>
              <w:jc w:val="center"/>
            </w:pPr>
            <w:r w:rsidRPr="00A864B8">
              <w:rPr>
                <w:sz w:val="20"/>
              </w:rPr>
              <w:t>250 g/kWh</w:t>
            </w:r>
          </w:p>
        </w:tc>
        <w:tc>
          <w:tcPr>
            <w:tcW w:w="2880" w:type="dxa"/>
            <w:tcBorders>
              <w:bottom w:val="single" w:sz="8" w:space="0" w:color="9B9B9B"/>
            </w:tcBorders>
            <w:shd w:val="clear" w:color="auto" w:fill="F0F0F0"/>
            <w:vAlign w:val="center"/>
          </w:tcPr>
          <w:p w14:paraId="2560A135" w14:textId="77777777" w:rsidR="00A806B2" w:rsidRPr="00A864B8" w:rsidRDefault="00000000">
            <w:pPr>
              <w:spacing w:before="20" w:after="10" w:line="240" w:lineRule="auto"/>
              <w:jc w:val="center"/>
            </w:pPr>
            <w:r w:rsidRPr="00A864B8">
              <w:rPr>
                <w:sz w:val="20"/>
              </w:rPr>
              <w:t>1,1</w:t>
            </w:r>
          </w:p>
        </w:tc>
      </w:tr>
    </w:tbl>
    <w:p w14:paraId="5350F6DC" w14:textId="77777777" w:rsidR="00A806B2" w:rsidRPr="00A864B8" w:rsidRDefault="00A806B2"/>
    <w:p w14:paraId="641B3A8C" w14:textId="77777777" w:rsidR="00A806B2" w:rsidRPr="00A864B8" w:rsidRDefault="00000000">
      <w:pPr>
        <w:pStyle w:val="berschrift3"/>
      </w:pPr>
      <w:bookmarkStart w:id="343" w:name="h_appendix_eh_economics_num"/>
      <w:bookmarkStart w:id="344" w:name="_Toc240363525"/>
      <w:r w:rsidRPr="00A864B8">
        <w:rPr>
          <w:color w:val="000000"/>
          <w:sz w:val="32"/>
        </w:rPr>
        <w:t xml:space="preserve">12.4.2 </w:t>
      </w:r>
      <w:bookmarkEnd w:id="343"/>
      <w:r w:rsidRPr="00A864B8">
        <w:rPr>
          <w:color w:val="000000"/>
          <w:sz w:val="32"/>
        </w:rPr>
        <w:t>Energiezentrale: Wirtschaftliche Parameter</w:t>
      </w:r>
      <w:bookmarkEnd w:id="344"/>
    </w:p>
    <w:p w14:paraId="03A20AE5" w14:textId="5AADA821" w:rsidR="00A806B2" w:rsidRPr="00A864B8" w:rsidRDefault="00000000">
      <w:pPr>
        <w:pStyle w:val="CaptionStyle"/>
        <w:spacing w:before="40" w:after="0"/>
        <w:jc w:val="center"/>
        <w:rPr>
          <w:lang w:val="de-DE"/>
        </w:rPr>
      </w:pPr>
      <w:bookmarkStart w:id="345" w:name="_Toc240363593"/>
      <w:r w:rsidRPr="00A864B8">
        <w:rPr>
          <w:lang w:val="de-DE"/>
        </w:rPr>
        <w:t xml:space="preserve">Tabelle </w:t>
      </w:r>
      <w:bookmarkStart w:id="346" w:name="tech_cost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65</w:t>
      </w:r>
      <w:r w:rsidRPr="00A864B8">
        <w:rPr>
          <w:lang w:val="de-DE"/>
        </w:rPr>
        <w:fldChar w:fldCharType="end"/>
      </w:r>
      <w:bookmarkStart w:id="347" w:name="tech_costs"/>
      <w:bookmarkEnd w:id="346"/>
      <w:bookmarkEnd w:id="347"/>
      <w:r w:rsidRPr="00A864B8">
        <w:rPr>
          <w:lang w:val="de-DE"/>
        </w:rPr>
        <w:t>: Kostenparameter für Variante 'Variante 1'</w:t>
      </w:r>
      <w:bookmarkEnd w:id="345"/>
    </w:p>
    <w:tbl>
      <w:tblPr>
        <w:tblW w:w="0" w:type="auto"/>
        <w:jc w:val="center"/>
        <w:tblLook w:val="04A0" w:firstRow="1" w:lastRow="0" w:firstColumn="1" w:lastColumn="0" w:noHBand="0" w:noVBand="1"/>
      </w:tblPr>
      <w:tblGrid>
        <w:gridCol w:w="1440"/>
        <w:gridCol w:w="1440"/>
        <w:gridCol w:w="1440"/>
        <w:gridCol w:w="1556"/>
        <w:gridCol w:w="1440"/>
        <w:gridCol w:w="1440"/>
      </w:tblGrid>
      <w:tr w:rsidR="00A806B2" w:rsidRPr="00A864B8" w14:paraId="3F7C98F3" w14:textId="77777777">
        <w:trPr>
          <w:jc w:val="center"/>
        </w:trPr>
        <w:tc>
          <w:tcPr>
            <w:tcW w:w="1440" w:type="dxa"/>
            <w:tcBorders>
              <w:bottom w:val="single" w:sz="22" w:space="0" w:color="C00000"/>
            </w:tcBorders>
            <w:shd w:val="clear" w:color="auto" w:fill="343A40"/>
          </w:tcPr>
          <w:p w14:paraId="7A88943B"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64AB9F9B" w14:textId="77777777" w:rsidR="00A806B2" w:rsidRPr="00A864B8" w:rsidRDefault="00000000">
            <w:pPr>
              <w:spacing w:before="20" w:after="10" w:line="240" w:lineRule="auto"/>
              <w:jc w:val="center"/>
            </w:pPr>
            <w:r w:rsidRPr="00A864B8">
              <w:rPr>
                <w:color w:val="FFFFFF"/>
                <w:sz w:val="20"/>
              </w:rPr>
              <w:t>Spezifische Investitionen</w:t>
            </w:r>
          </w:p>
        </w:tc>
        <w:tc>
          <w:tcPr>
            <w:tcW w:w="1440" w:type="dxa"/>
            <w:tcBorders>
              <w:bottom w:val="single" w:sz="22" w:space="0" w:color="C00000"/>
            </w:tcBorders>
            <w:shd w:val="clear" w:color="auto" w:fill="343A40"/>
          </w:tcPr>
          <w:p w14:paraId="2716E709" w14:textId="77777777" w:rsidR="00A806B2" w:rsidRPr="00A864B8" w:rsidRDefault="00000000">
            <w:pPr>
              <w:spacing w:before="20" w:after="10" w:line="240" w:lineRule="auto"/>
              <w:jc w:val="center"/>
            </w:pPr>
            <w:r w:rsidRPr="00A864B8">
              <w:rPr>
                <w:color w:val="FFFFFF"/>
                <w:sz w:val="20"/>
              </w:rPr>
              <w:t>Lebensdauer</w:t>
            </w:r>
          </w:p>
        </w:tc>
        <w:tc>
          <w:tcPr>
            <w:tcW w:w="1440" w:type="dxa"/>
            <w:tcBorders>
              <w:bottom w:val="single" w:sz="22" w:space="0" w:color="C00000"/>
            </w:tcBorders>
            <w:shd w:val="clear" w:color="auto" w:fill="343A40"/>
          </w:tcPr>
          <w:p w14:paraId="34AA030F" w14:textId="77777777" w:rsidR="00A806B2" w:rsidRPr="00A864B8" w:rsidRDefault="00000000">
            <w:pPr>
              <w:spacing w:before="20" w:after="10" w:line="240" w:lineRule="auto"/>
              <w:jc w:val="center"/>
            </w:pPr>
            <w:r w:rsidRPr="00A864B8">
              <w:rPr>
                <w:color w:val="FFFFFF"/>
                <w:sz w:val="20"/>
              </w:rPr>
              <w:t>Jährl. Wartungskosten</w:t>
            </w:r>
          </w:p>
        </w:tc>
        <w:tc>
          <w:tcPr>
            <w:tcW w:w="1440" w:type="dxa"/>
            <w:tcBorders>
              <w:bottom w:val="single" w:sz="22" w:space="0" w:color="C00000"/>
            </w:tcBorders>
            <w:shd w:val="clear" w:color="auto" w:fill="343A40"/>
          </w:tcPr>
          <w:p w14:paraId="79443887" w14:textId="77777777" w:rsidR="00A806B2" w:rsidRPr="00A864B8" w:rsidRDefault="00000000">
            <w:pPr>
              <w:spacing w:before="20" w:after="10" w:line="240" w:lineRule="auto"/>
              <w:jc w:val="center"/>
            </w:pPr>
            <w:r w:rsidRPr="00A864B8">
              <w:rPr>
                <w:color w:val="FFFFFF"/>
                <w:sz w:val="20"/>
              </w:rPr>
              <w:t>Förderung</w:t>
            </w:r>
          </w:p>
        </w:tc>
        <w:tc>
          <w:tcPr>
            <w:tcW w:w="1440" w:type="dxa"/>
            <w:tcBorders>
              <w:bottom w:val="single" w:sz="22" w:space="0" w:color="C00000"/>
            </w:tcBorders>
            <w:shd w:val="clear" w:color="auto" w:fill="343A40"/>
          </w:tcPr>
          <w:p w14:paraId="49398A54" w14:textId="77777777" w:rsidR="00A806B2" w:rsidRPr="00A864B8" w:rsidRDefault="00000000">
            <w:pPr>
              <w:spacing w:before="20" w:after="10" w:line="240" w:lineRule="auto"/>
              <w:jc w:val="center"/>
            </w:pPr>
            <w:r w:rsidRPr="00A864B8">
              <w:rPr>
                <w:color w:val="FFFFFF"/>
                <w:sz w:val="20"/>
              </w:rPr>
              <w:t>Bestand mit Restlaufzeit</w:t>
            </w:r>
          </w:p>
        </w:tc>
      </w:tr>
      <w:tr w:rsidR="00A806B2" w:rsidRPr="00A864B8" w14:paraId="7C7C1EFE" w14:textId="77777777">
        <w:trPr>
          <w:jc w:val="center"/>
        </w:trPr>
        <w:tc>
          <w:tcPr>
            <w:tcW w:w="1440" w:type="dxa"/>
            <w:tcBorders>
              <w:bottom w:val="single" w:sz="8" w:space="0" w:color="9B9B9B"/>
            </w:tcBorders>
            <w:shd w:val="clear" w:color="auto" w:fill="F0F0F0"/>
            <w:vAlign w:val="center"/>
          </w:tcPr>
          <w:p w14:paraId="2A04735A" w14:textId="77777777" w:rsidR="00A806B2" w:rsidRPr="00A864B8" w:rsidRDefault="00000000">
            <w:pPr>
              <w:spacing w:before="20" w:after="10" w:line="240" w:lineRule="auto"/>
              <w:jc w:val="center"/>
            </w:pPr>
            <w:r w:rsidRPr="00A864B8">
              <w:rPr>
                <w:sz w:val="20"/>
              </w:rPr>
              <w:t>Biomasse-BHKW 1</w:t>
            </w:r>
          </w:p>
        </w:tc>
        <w:tc>
          <w:tcPr>
            <w:tcW w:w="1440" w:type="dxa"/>
            <w:tcBorders>
              <w:bottom w:val="single" w:sz="8" w:space="0" w:color="9B9B9B"/>
            </w:tcBorders>
            <w:shd w:val="clear" w:color="auto" w:fill="F0F0F0"/>
            <w:vAlign w:val="center"/>
          </w:tcPr>
          <w:p w14:paraId="07CA0BB5" w14:textId="77777777" w:rsidR="00A806B2" w:rsidRPr="00A864B8" w:rsidRDefault="00000000">
            <w:pPr>
              <w:spacing w:before="20" w:after="10" w:line="240" w:lineRule="auto"/>
              <w:jc w:val="center"/>
            </w:pPr>
            <w:r w:rsidRPr="00A864B8">
              <w:rPr>
                <w:sz w:val="20"/>
              </w:rPr>
              <w:t>1.300 €/kWₑₗ</w:t>
            </w:r>
          </w:p>
        </w:tc>
        <w:tc>
          <w:tcPr>
            <w:tcW w:w="1440" w:type="dxa"/>
            <w:tcBorders>
              <w:bottom w:val="single" w:sz="8" w:space="0" w:color="9B9B9B"/>
            </w:tcBorders>
            <w:shd w:val="clear" w:color="auto" w:fill="F0F0F0"/>
            <w:vAlign w:val="center"/>
          </w:tcPr>
          <w:p w14:paraId="6D2FC138" w14:textId="77777777" w:rsidR="00A806B2" w:rsidRPr="00A864B8" w:rsidRDefault="00000000">
            <w:pPr>
              <w:spacing w:before="20" w:after="10" w:line="240" w:lineRule="auto"/>
              <w:jc w:val="center"/>
            </w:pPr>
            <w:r w:rsidRPr="00A864B8">
              <w:rPr>
                <w:sz w:val="20"/>
              </w:rPr>
              <w:t>15 Jahre</w:t>
            </w:r>
          </w:p>
        </w:tc>
        <w:tc>
          <w:tcPr>
            <w:tcW w:w="1440" w:type="dxa"/>
            <w:tcBorders>
              <w:bottom w:val="single" w:sz="8" w:space="0" w:color="9B9B9B"/>
            </w:tcBorders>
            <w:shd w:val="clear" w:color="auto" w:fill="F0F0F0"/>
            <w:vAlign w:val="center"/>
          </w:tcPr>
          <w:p w14:paraId="5C147076" w14:textId="77777777" w:rsidR="00A806B2" w:rsidRPr="00A864B8" w:rsidRDefault="00000000">
            <w:pPr>
              <w:spacing w:before="20" w:after="10" w:line="240" w:lineRule="auto"/>
              <w:jc w:val="center"/>
            </w:pPr>
            <w:r w:rsidRPr="00A864B8">
              <w:rPr>
                <w:sz w:val="20"/>
              </w:rPr>
              <w:t>8 % der Investition</w:t>
            </w:r>
          </w:p>
        </w:tc>
        <w:tc>
          <w:tcPr>
            <w:tcW w:w="1440" w:type="dxa"/>
            <w:tcBorders>
              <w:bottom w:val="single" w:sz="8" w:space="0" w:color="9B9B9B"/>
            </w:tcBorders>
            <w:shd w:val="clear" w:color="auto" w:fill="F0F0F0"/>
            <w:vAlign w:val="center"/>
          </w:tcPr>
          <w:p w14:paraId="172B4718" w14:textId="77777777" w:rsidR="00A806B2" w:rsidRPr="00A864B8" w:rsidRDefault="00000000">
            <w:pPr>
              <w:spacing w:before="20" w:after="10" w:line="240" w:lineRule="auto"/>
              <w:jc w:val="center"/>
            </w:pPr>
            <w:r w:rsidRPr="00A864B8">
              <w:rPr>
                <w:sz w:val="20"/>
              </w:rPr>
              <w:t>0 %</w:t>
            </w:r>
          </w:p>
        </w:tc>
        <w:tc>
          <w:tcPr>
            <w:tcW w:w="1440" w:type="dxa"/>
            <w:tcBorders>
              <w:bottom w:val="single" w:sz="8" w:space="0" w:color="9B9B9B"/>
            </w:tcBorders>
            <w:shd w:val="clear" w:color="auto" w:fill="F0F0F0"/>
            <w:vAlign w:val="center"/>
          </w:tcPr>
          <w:p w14:paraId="72533098" w14:textId="77777777" w:rsidR="00A806B2" w:rsidRPr="00A864B8" w:rsidRDefault="00000000">
            <w:pPr>
              <w:spacing w:before="20" w:after="10" w:line="240" w:lineRule="auto"/>
              <w:jc w:val="center"/>
            </w:pPr>
            <w:r w:rsidRPr="00A864B8">
              <w:rPr>
                <w:sz w:val="20"/>
              </w:rPr>
              <w:t>---</w:t>
            </w:r>
          </w:p>
        </w:tc>
      </w:tr>
      <w:tr w:rsidR="00A806B2" w:rsidRPr="00A864B8" w14:paraId="14BFE9C9" w14:textId="77777777">
        <w:trPr>
          <w:jc w:val="center"/>
        </w:trPr>
        <w:tc>
          <w:tcPr>
            <w:tcW w:w="1440" w:type="dxa"/>
            <w:tcBorders>
              <w:bottom w:val="single" w:sz="8" w:space="0" w:color="9B9B9B"/>
            </w:tcBorders>
            <w:shd w:val="clear" w:color="auto" w:fill="CFCFCF"/>
            <w:vAlign w:val="center"/>
          </w:tcPr>
          <w:p w14:paraId="40BDE624" w14:textId="77777777" w:rsidR="00A806B2" w:rsidRPr="00A864B8" w:rsidRDefault="00000000">
            <w:pPr>
              <w:spacing w:before="20" w:after="10" w:line="240" w:lineRule="auto"/>
              <w:jc w:val="center"/>
            </w:pPr>
            <w:r w:rsidRPr="00A864B8">
              <w:rPr>
                <w:sz w:val="20"/>
              </w:rPr>
              <w:t>Photovoltaik</w:t>
            </w:r>
          </w:p>
        </w:tc>
        <w:tc>
          <w:tcPr>
            <w:tcW w:w="1440" w:type="dxa"/>
            <w:tcBorders>
              <w:bottom w:val="single" w:sz="8" w:space="0" w:color="9B9B9B"/>
            </w:tcBorders>
            <w:shd w:val="clear" w:color="auto" w:fill="CFCFCF"/>
            <w:vAlign w:val="center"/>
          </w:tcPr>
          <w:p w14:paraId="5032D442" w14:textId="77777777" w:rsidR="00A806B2" w:rsidRPr="00A864B8" w:rsidRDefault="00000000">
            <w:pPr>
              <w:spacing w:before="20" w:after="10" w:line="240" w:lineRule="auto"/>
              <w:jc w:val="center"/>
            </w:pPr>
            <w:r w:rsidRPr="00A864B8">
              <w:rPr>
                <w:sz w:val="20"/>
              </w:rPr>
              <w:t>1.100 €/kWₚ</w:t>
            </w:r>
          </w:p>
        </w:tc>
        <w:tc>
          <w:tcPr>
            <w:tcW w:w="1440" w:type="dxa"/>
            <w:tcBorders>
              <w:bottom w:val="single" w:sz="8" w:space="0" w:color="9B9B9B"/>
            </w:tcBorders>
            <w:shd w:val="clear" w:color="auto" w:fill="CFCFCF"/>
            <w:vAlign w:val="center"/>
          </w:tcPr>
          <w:p w14:paraId="4905D85E"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CFCFCF"/>
            <w:vAlign w:val="center"/>
          </w:tcPr>
          <w:p w14:paraId="004A79AD" w14:textId="77777777" w:rsidR="00A806B2" w:rsidRPr="00A864B8" w:rsidRDefault="00000000">
            <w:pPr>
              <w:spacing w:before="20" w:after="10" w:line="240" w:lineRule="auto"/>
              <w:jc w:val="center"/>
            </w:pPr>
            <w:r w:rsidRPr="00A864B8">
              <w:rPr>
                <w:sz w:val="20"/>
              </w:rPr>
              <w:t>1 % der Investition</w:t>
            </w:r>
          </w:p>
        </w:tc>
        <w:tc>
          <w:tcPr>
            <w:tcW w:w="1440" w:type="dxa"/>
            <w:tcBorders>
              <w:bottom w:val="single" w:sz="8" w:space="0" w:color="9B9B9B"/>
            </w:tcBorders>
            <w:shd w:val="clear" w:color="auto" w:fill="CFCFCF"/>
            <w:vAlign w:val="center"/>
          </w:tcPr>
          <w:p w14:paraId="442A8810" w14:textId="77777777" w:rsidR="00A806B2" w:rsidRPr="00A864B8" w:rsidRDefault="00000000">
            <w:pPr>
              <w:spacing w:before="20" w:after="10" w:line="240" w:lineRule="auto"/>
              <w:jc w:val="center"/>
            </w:pPr>
            <w:r w:rsidRPr="00A864B8">
              <w:rPr>
                <w:sz w:val="20"/>
              </w:rPr>
              <w:t>0 %</w:t>
            </w:r>
          </w:p>
        </w:tc>
        <w:tc>
          <w:tcPr>
            <w:tcW w:w="1440" w:type="dxa"/>
            <w:tcBorders>
              <w:bottom w:val="single" w:sz="8" w:space="0" w:color="9B9B9B"/>
            </w:tcBorders>
            <w:shd w:val="clear" w:color="auto" w:fill="CFCFCF"/>
            <w:vAlign w:val="center"/>
          </w:tcPr>
          <w:p w14:paraId="2EB299B8" w14:textId="77777777" w:rsidR="00A806B2" w:rsidRPr="00A864B8" w:rsidRDefault="00000000">
            <w:pPr>
              <w:spacing w:before="20" w:after="10" w:line="240" w:lineRule="auto"/>
              <w:jc w:val="center"/>
            </w:pPr>
            <w:r w:rsidRPr="00A864B8">
              <w:rPr>
                <w:sz w:val="20"/>
              </w:rPr>
              <w:t>---</w:t>
            </w:r>
          </w:p>
        </w:tc>
      </w:tr>
      <w:tr w:rsidR="00A806B2" w:rsidRPr="00A864B8" w14:paraId="242CD771" w14:textId="77777777">
        <w:trPr>
          <w:jc w:val="center"/>
        </w:trPr>
        <w:tc>
          <w:tcPr>
            <w:tcW w:w="1440" w:type="dxa"/>
            <w:tcBorders>
              <w:bottom w:val="single" w:sz="8" w:space="0" w:color="9B9B9B"/>
            </w:tcBorders>
            <w:shd w:val="clear" w:color="auto" w:fill="F0F0F0"/>
            <w:vAlign w:val="center"/>
          </w:tcPr>
          <w:p w14:paraId="21787181" w14:textId="77777777" w:rsidR="00A806B2" w:rsidRPr="00A864B8" w:rsidRDefault="00000000">
            <w:pPr>
              <w:spacing w:before="20" w:after="10" w:line="240" w:lineRule="auto"/>
              <w:jc w:val="center"/>
            </w:pPr>
            <w:r w:rsidRPr="00A864B8">
              <w:rPr>
                <w:sz w:val="20"/>
              </w:rPr>
              <w:t>Solarthermie</w:t>
            </w:r>
          </w:p>
        </w:tc>
        <w:tc>
          <w:tcPr>
            <w:tcW w:w="1440" w:type="dxa"/>
            <w:tcBorders>
              <w:bottom w:val="single" w:sz="8" w:space="0" w:color="9B9B9B"/>
            </w:tcBorders>
            <w:shd w:val="clear" w:color="auto" w:fill="F0F0F0"/>
            <w:vAlign w:val="center"/>
          </w:tcPr>
          <w:p w14:paraId="24A71F28" w14:textId="77777777" w:rsidR="00A806B2" w:rsidRPr="00A864B8" w:rsidRDefault="00000000">
            <w:pPr>
              <w:spacing w:before="20" w:after="10" w:line="240" w:lineRule="auto"/>
              <w:jc w:val="center"/>
            </w:pPr>
            <w:r w:rsidRPr="00A864B8">
              <w:rPr>
                <w:sz w:val="20"/>
              </w:rPr>
              <w:t>400 €/m²</w:t>
            </w:r>
          </w:p>
        </w:tc>
        <w:tc>
          <w:tcPr>
            <w:tcW w:w="1440" w:type="dxa"/>
            <w:tcBorders>
              <w:bottom w:val="single" w:sz="8" w:space="0" w:color="9B9B9B"/>
            </w:tcBorders>
            <w:shd w:val="clear" w:color="auto" w:fill="F0F0F0"/>
            <w:vAlign w:val="center"/>
          </w:tcPr>
          <w:p w14:paraId="3A630B56"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F0F0F0"/>
            <w:vAlign w:val="center"/>
          </w:tcPr>
          <w:p w14:paraId="04B6B8DD" w14:textId="77777777" w:rsidR="00A806B2" w:rsidRPr="00A864B8" w:rsidRDefault="00000000">
            <w:pPr>
              <w:spacing w:before="20" w:after="10" w:line="240" w:lineRule="auto"/>
              <w:jc w:val="center"/>
            </w:pPr>
            <w:r w:rsidRPr="00A864B8">
              <w:rPr>
                <w:sz w:val="20"/>
              </w:rPr>
              <w:t>1,5 % der Investition</w:t>
            </w:r>
          </w:p>
        </w:tc>
        <w:tc>
          <w:tcPr>
            <w:tcW w:w="1440" w:type="dxa"/>
            <w:tcBorders>
              <w:bottom w:val="single" w:sz="8" w:space="0" w:color="9B9B9B"/>
            </w:tcBorders>
            <w:shd w:val="clear" w:color="auto" w:fill="F0F0F0"/>
            <w:vAlign w:val="center"/>
          </w:tcPr>
          <w:p w14:paraId="70DEA8DC" w14:textId="77777777" w:rsidR="00A806B2" w:rsidRPr="00A864B8" w:rsidRDefault="00000000">
            <w:pPr>
              <w:spacing w:before="20" w:after="10" w:line="240" w:lineRule="auto"/>
              <w:jc w:val="center"/>
            </w:pPr>
            <w:r w:rsidRPr="00A864B8">
              <w:rPr>
                <w:sz w:val="20"/>
              </w:rPr>
              <w:t>40 %</w:t>
            </w:r>
          </w:p>
        </w:tc>
        <w:tc>
          <w:tcPr>
            <w:tcW w:w="1440" w:type="dxa"/>
            <w:tcBorders>
              <w:bottom w:val="single" w:sz="8" w:space="0" w:color="9B9B9B"/>
            </w:tcBorders>
            <w:shd w:val="clear" w:color="auto" w:fill="F0F0F0"/>
            <w:vAlign w:val="center"/>
          </w:tcPr>
          <w:p w14:paraId="2900F111" w14:textId="77777777" w:rsidR="00A806B2" w:rsidRPr="00A864B8" w:rsidRDefault="00000000">
            <w:pPr>
              <w:spacing w:before="20" w:after="10" w:line="240" w:lineRule="auto"/>
              <w:jc w:val="center"/>
            </w:pPr>
            <w:r w:rsidRPr="00A864B8">
              <w:rPr>
                <w:sz w:val="20"/>
              </w:rPr>
              <w:t>---</w:t>
            </w:r>
          </w:p>
        </w:tc>
      </w:tr>
      <w:tr w:rsidR="00A806B2" w:rsidRPr="00A864B8" w14:paraId="701B84D8" w14:textId="77777777">
        <w:trPr>
          <w:jc w:val="center"/>
        </w:trPr>
        <w:tc>
          <w:tcPr>
            <w:tcW w:w="1440" w:type="dxa"/>
            <w:tcBorders>
              <w:bottom w:val="single" w:sz="8" w:space="0" w:color="9B9B9B"/>
            </w:tcBorders>
            <w:shd w:val="clear" w:color="auto" w:fill="CFCFCF"/>
            <w:vAlign w:val="center"/>
          </w:tcPr>
          <w:p w14:paraId="6751E1B7" w14:textId="77777777" w:rsidR="00A806B2" w:rsidRPr="00A864B8" w:rsidRDefault="00000000">
            <w:pPr>
              <w:spacing w:before="20" w:after="10" w:line="240" w:lineRule="auto"/>
              <w:jc w:val="center"/>
            </w:pPr>
            <w:r w:rsidRPr="00A864B8">
              <w:rPr>
                <w:sz w:val="20"/>
              </w:rPr>
              <w:t>Geothermie-Sonden 1</w:t>
            </w:r>
          </w:p>
        </w:tc>
        <w:tc>
          <w:tcPr>
            <w:tcW w:w="1440" w:type="dxa"/>
            <w:tcBorders>
              <w:bottom w:val="single" w:sz="8" w:space="0" w:color="9B9B9B"/>
            </w:tcBorders>
            <w:shd w:val="clear" w:color="auto" w:fill="CFCFCF"/>
            <w:vAlign w:val="center"/>
          </w:tcPr>
          <w:p w14:paraId="4B4D1740" w14:textId="77777777" w:rsidR="00A806B2" w:rsidRPr="00A864B8" w:rsidRDefault="00000000">
            <w:pPr>
              <w:spacing w:before="20" w:after="10" w:line="240" w:lineRule="auto"/>
              <w:jc w:val="center"/>
            </w:pPr>
            <w:r w:rsidRPr="00A864B8">
              <w:rPr>
                <w:sz w:val="20"/>
              </w:rPr>
              <w:t>1.000 €/kWₜₕ</w:t>
            </w:r>
          </w:p>
        </w:tc>
        <w:tc>
          <w:tcPr>
            <w:tcW w:w="1440" w:type="dxa"/>
            <w:tcBorders>
              <w:bottom w:val="single" w:sz="8" w:space="0" w:color="9B9B9B"/>
            </w:tcBorders>
            <w:shd w:val="clear" w:color="auto" w:fill="CFCFCF"/>
            <w:vAlign w:val="center"/>
          </w:tcPr>
          <w:p w14:paraId="6781D00F" w14:textId="77777777" w:rsidR="00A806B2" w:rsidRPr="00A864B8" w:rsidRDefault="00000000">
            <w:pPr>
              <w:spacing w:before="20" w:after="10" w:line="240" w:lineRule="auto"/>
              <w:jc w:val="center"/>
            </w:pPr>
            <w:r w:rsidRPr="00A864B8">
              <w:rPr>
                <w:sz w:val="20"/>
              </w:rPr>
              <w:t>50 Jahre</w:t>
            </w:r>
          </w:p>
        </w:tc>
        <w:tc>
          <w:tcPr>
            <w:tcW w:w="1440" w:type="dxa"/>
            <w:tcBorders>
              <w:bottom w:val="single" w:sz="8" w:space="0" w:color="9B9B9B"/>
            </w:tcBorders>
            <w:shd w:val="clear" w:color="auto" w:fill="CFCFCF"/>
            <w:vAlign w:val="center"/>
          </w:tcPr>
          <w:p w14:paraId="7A17B92B" w14:textId="77777777" w:rsidR="00A806B2" w:rsidRPr="00A864B8" w:rsidRDefault="00000000">
            <w:pPr>
              <w:spacing w:before="20" w:after="10" w:line="240" w:lineRule="auto"/>
              <w:jc w:val="center"/>
            </w:pPr>
            <w:r w:rsidRPr="00A864B8">
              <w:rPr>
                <w:sz w:val="20"/>
              </w:rPr>
              <w:t>0 % der Investition</w:t>
            </w:r>
          </w:p>
        </w:tc>
        <w:tc>
          <w:tcPr>
            <w:tcW w:w="1440" w:type="dxa"/>
            <w:tcBorders>
              <w:bottom w:val="single" w:sz="8" w:space="0" w:color="9B9B9B"/>
            </w:tcBorders>
            <w:shd w:val="clear" w:color="auto" w:fill="CFCFCF"/>
            <w:vAlign w:val="center"/>
          </w:tcPr>
          <w:p w14:paraId="7B27B222" w14:textId="77777777" w:rsidR="00A806B2" w:rsidRPr="00A864B8" w:rsidRDefault="00000000">
            <w:pPr>
              <w:spacing w:before="20" w:after="10" w:line="240" w:lineRule="auto"/>
              <w:jc w:val="center"/>
            </w:pPr>
            <w:r w:rsidRPr="00A864B8">
              <w:rPr>
                <w:sz w:val="20"/>
              </w:rPr>
              <w:t>40 %</w:t>
            </w:r>
          </w:p>
        </w:tc>
        <w:tc>
          <w:tcPr>
            <w:tcW w:w="1440" w:type="dxa"/>
            <w:tcBorders>
              <w:bottom w:val="single" w:sz="8" w:space="0" w:color="9B9B9B"/>
            </w:tcBorders>
            <w:shd w:val="clear" w:color="auto" w:fill="CFCFCF"/>
            <w:vAlign w:val="center"/>
          </w:tcPr>
          <w:p w14:paraId="3CE9CAF2" w14:textId="77777777" w:rsidR="00A806B2" w:rsidRPr="00A864B8" w:rsidRDefault="00000000">
            <w:pPr>
              <w:spacing w:before="20" w:after="10" w:line="240" w:lineRule="auto"/>
              <w:jc w:val="center"/>
            </w:pPr>
            <w:r w:rsidRPr="00A864B8">
              <w:rPr>
                <w:sz w:val="20"/>
              </w:rPr>
              <w:t>---</w:t>
            </w:r>
          </w:p>
        </w:tc>
      </w:tr>
      <w:tr w:rsidR="00A806B2" w:rsidRPr="00A864B8" w14:paraId="59B58331" w14:textId="77777777">
        <w:trPr>
          <w:jc w:val="center"/>
        </w:trPr>
        <w:tc>
          <w:tcPr>
            <w:tcW w:w="1440" w:type="dxa"/>
            <w:tcBorders>
              <w:bottom w:val="single" w:sz="8" w:space="0" w:color="9B9B9B"/>
            </w:tcBorders>
            <w:shd w:val="clear" w:color="auto" w:fill="F0F0F0"/>
            <w:vAlign w:val="center"/>
          </w:tcPr>
          <w:p w14:paraId="6AC457FD" w14:textId="77777777" w:rsidR="00A806B2" w:rsidRPr="00A864B8" w:rsidRDefault="00000000">
            <w:pPr>
              <w:spacing w:before="20" w:after="10" w:line="240" w:lineRule="auto"/>
              <w:jc w:val="center"/>
            </w:pPr>
            <w:r w:rsidRPr="00A864B8">
              <w:rPr>
                <w:sz w:val="20"/>
              </w:rPr>
              <w:t>Wärmepumpe (Geothermie-Sonden 1)</w:t>
            </w:r>
          </w:p>
        </w:tc>
        <w:tc>
          <w:tcPr>
            <w:tcW w:w="1440" w:type="dxa"/>
            <w:tcBorders>
              <w:bottom w:val="single" w:sz="8" w:space="0" w:color="9B9B9B"/>
            </w:tcBorders>
            <w:shd w:val="clear" w:color="auto" w:fill="F0F0F0"/>
            <w:vAlign w:val="center"/>
          </w:tcPr>
          <w:p w14:paraId="09707921" w14:textId="77777777" w:rsidR="00A806B2" w:rsidRPr="00A864B8" w:rsidRDefault="00000000">
            <w:pPr>
              <w:spacing w:before="20" w:after="10" w:line="240" w:lineRule="auto"/>
              <w:jc w:val="center"/>
            </w:pPr>
            <w:r w:rsidRPr="00A864B8">
              <w:rPr>
                <w:sz w:val="20"/>
              </w:rPr>
              <w:t>1.000 €/kWₜₕ</w:t>
            </w:r>
          </w:p>
        </w:tc>
        <w:tc>
          <w:tcPr>
            <w:tcW w:w="1440" w:type="dxa"/>
            <w:tcBorders>
              <w:bottom w:val="single" w:sz="8" w:space="0" w:color="9B9B9B"/>
            </w:tcBorders>
            <w:shd w:val="clear" w:color="auto" w:fill="F0F0F0"/>
            <w:vAlign w:val="center"/>
          </w:tcPr>
          <w:p w14:paraId="3AE38FFA"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F0F0F0"/>
            <w:vAlign w:val="center"/>
          </w:tcPr>
          <w:p w14:paraId="47172B02" w14:textId="77777777" w:rsidR="00A806B2" w:rsidRPr="00A864B8" w:rsidRDefault="00000000">
            <w:pPr>
              <w:spacing w:before="20" w:after="10" w:line="240" w:lineRule="auto"/>
              <w:jc w:val="center"/>
            </w:pPr>
            <w:r w:rsidRPr="00A864B8">
              <w:rPr>
                <w:sz w:val="20"/>
              </w:rPr>
              <w:t>2 % der Investition</w:t>
            </w:r>
          </w:p>
        </w:tc>
        <w:tc>
          <w:tcPr>
            <w:tcW w:w="1440" w:type="dxa"/>
            <w:tcBorders>
              <w:bottom w:val="single" w:sz="8" w:space="0" w:color="9B9B9B"/>
            </w:tcBorders>
            <w:shd w:val="clear" w:color="auto" w:fill="F0F0F0"/>
            <w:vAlign w:val="center"/>
          </w:tcPr>
          <w:p w14:paraId="5ED9C69D" w14:textId="77777777" w:rsidR="00A806B2" w:rsidRPr="00A864B8" w:rsidRDefault="00000000">
            <w:pPr>
              <w:spacing w:before="20" w:after="10" w:line="240" w:lineRule="auto"/>
              <w:jc w:val="center"/>
            </w:pPr>
            <w:r w:rsidRPr="00A864B8">
              <w:rPr>
                <w:sz w:val="20"/>
              </w:rPr>
              <w:t>40 %</w:t>
            </w:r>
          </w:p>
        </w:tc>
        <w:tc>
          <w:tcPr>
            <w:tcW w:w="1440" w:type="dxa"/>
            <w:tcBorders>
              <w:bottom w:val="single" w:sz="8" w:space="0" w:color="9B9B9B"/>
            </w:tcBorders>
            <w:shd w:val="clear" w:color="auto" w:fill="F0F0F0"/>
            <w:vAlign w:val="center"/>
          </w:tcPr>
          <w:p w14:paraId="63A55B89" w14:textId="77777777" w:rsidR="00A806B2" w:rsidRPr="00A864B8" w:rsidRDefault="00000000">
            <w:pPr>
              <w:spacing w:before="20" w:after="10" w:line="240" w:lineRule="auto"/>
              <w:jc w:val="center"/>
            </w:pPr>
            <w:r w:rsidRPr="00A864B8">
              <w:rPr>
                <w:sz w:val="20"/>
              </w:rPr>
              <w:t>---</w:t>
            </w:r>
          </w:p>
        </w:tc>
      </w:tr>
    </w:tbl>
    <w:p w14:paraId="2376C246" w14:textId="77777777" w:rsidR="00A806B2" w:rsidRPr="00A864B8" w:rsidRDefault="00A806B2"/>
    <w:p w14:paraId="1E07B83F" w14:textId="21769F26" w:rsidR="00A806B2" w:rsidRPr="00A864B8" w:rsidRDefault="00000000">
      <w:pPr>
        <w:pStyle w:val="CaptionStyle"/>
        <w:spacing w:before="40" w:after="0"/>
        <w:jc w:val="center"/>
        <w:rPr>
          <w:lang w:val="de-DE"/>
        </w:rPr>
      </w:pPr>
      <w:bookmarkStart w:id="348" w:name="_Toc240363594"/>
      <w:r w:rsidRPr="00A864B8">
        <w:rPr>
          <w:lang w:val="de-DE"/>
        </w:rPr>
        <w:t xml:space="preserve">Tabelle </w:t>
      </w:r>
      <w:bookmarkStart w:id="349" w:name="tech_costs_tab_2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66</w:t>
      </w:r>
      <w:r w:rsidRPr="00A864B8">
        <w:rPr>
          <w:lang w:val="de-DE"/>
        </w:rPr>
        <w:fldChar w:fldCharType="end"/>
      </w:r>
      <w:bookmarkStart w:id="350" w:name="tech_costs_tab_2"/>
      <w:bookmarkEnd w:id="349"/>
      <w:bookmarkEnd w:id="350"/>
      <w:r w:rsidRPr="00A864B8">
        <w:rPr>
          <w:lang w:val="de-DE"/>
        </w:rPr>
        <w:t>: Kostenparameter für Variante 'Variante 2'</w:t>
      </w:r>
      <w:bookmarkEnd w:id="348"/>
    </w:p>
    <w:tbl>
      <w:tblPr>
        <w:tblW w:w="0" w:type="auto"/>
        <w:jc w:val="center"/>
        <w:tblLook w:val="04A0" w:firstRow="1" w:lastRow="0" w:firstColumn="1" w:lastColumn="0" w:noHBand="0" w:noVBand="1"/>
      </w:tblPr>
      <w:tblGrid>
        <w:gridCol w:w="1676"/>
        <w:gridCol w:w="1419"/>
        <w:gridCol w:w="1415"/>
        <w:gridCol w:w="1556"/>
        <w:gridCol w:w="1388"/>
        <w:gridCol w:w="1402"/>
      </w:tblGrid>
      <w:tr w:rsidR="00A806B2" w:rsidRPr="00A864B8" w14:paraId="697B70A3" w14:textId="77777777">
        <w:trPr>
          <w:jc w:val="center"/>
        </w:trPr>
        <w:tc>
          <w:tcPr>
            <w:tcW w:w="1440" w:type="dxa"/>
            <w:tcBorders>
              <w:bottom w:val="single" w:sz="22" w:space="0" w:color="C00000"/>
            </w:tcBorders>
            <w:shd w:val="clear" w:color="auto" w:fill="343A40"/>
          </w:tcPr>
          <w:p w14:paraId="293400EF" w14:textId="77777777" w:rsidR="00A806B2" w:rsidRPr="00A864B8" w:rsidRDefault="00000000">
            <w:pPr>
              <w:spacing w:before="20" w:after="10" w:line="240" w:lineRule="auto"/>
              <w:jc w:val="center"/>
            </w:pPr>
            <w:r w:rsidRPr="00A864B8">
              <w:rPr>
                <w:color w:val="FFFFFF"/>
                <w:sz w:val="20"/>
              </w:rPr>
              <w:t> </w:t>
            </w:r>
          </w:p>
        </w:tc>
        <w:tc>
          <w:tcPr>
            <w:tcW w:w="1440" w:type="dxa"/>
            <w:tcBorders>
              <w:bottom w:val="single" w:sz="22" w:space="0" w:color="C00000"/>
            </w:tcBorders>
            <w:shd w:val="clear" w:color="auto" w:fill="343A40"/>
          </w:tcPr>
          <w:p w14:paraId="4B14A591" w14:textId="77777777" w:rsidR="00A806B2" w:rsidRPr="00A864B8" w:rsidRDefault="00000000">
            <w:pPr>
              <w:spacing w:before="20" w:after="10" w:line="240" w:lineRule="auto"/>
              <w:jc w:val="center"/>
            </w:pPr>
            <w:r w:rsidRPr="00A864B8">
              <w:rPr>
                <w:color w:val="FFFFFF"/>
                <w:sz w:val="20"/>
              </w:rPr>
              <w:t>Spezifische Investitionen</w:t>
            </w:r>
          </w:p>
        </w:tc>
        <w:tc>
          <w:tcPr>
            <w:tcW w:w="1440" w:type="dxa"/>
            <w:tcBorders>
              <w:bottom w:val="single" w:sz="22" w:space="0" w:color="C00000"/>
            </w:tcBorders>
            <w:shd w:val="clear" w:color="auto" w:fill="343A40"/>
          </w:tcPr>
          <w:p w14:paraId="72209639" w14:textId="77777777" w:rsidR="00A806B2" w:rsidRPr="00A864B8" w:rsidRDefault="00000000">
            <w:pPr>
              <w:spacing w:before="20" w:after="10" w:line="240" w:lineRule="auto"/>
              <w:jc w:val="center"/>
            </w:pPr>
            <w:r w:rsidRPr="00A864B8">
              <w:rPr>
                <w:color w:val="FFFFFF"/>
                <w:sz w:val="20"/>
              </w:rPr>
              <w:t>Lebensdauer</w:t>
            </w:r>
          </w:p>
        </w:tc>
        <w:tc>
          <w:tcPr>
            <w:tcW w:w="1440" w:type="dxa"/>
            <w:tcBorders>
              <w:bottom w:val="single" w:sz="22" w:space="0" w:color="C00000"/>
            </w:tcBorders>
            <w:shd w:val="clear" w:color="auto" w:fill="343A40"/>
          </w:tcPr>
          <w:p w14:paraId="672FEDC9" w14:textId="77777777" w:rsidR="00A806B2" w:rsidRPr="00A864B8" w:rsidRDefault="00000000">
            <w:pPr>
              <w:spacing w:before="20" w:after="10" w:line="240" w:lineRule="auto"/>
              <w:jc w:val="center"/>
            </w:pPr>
            <w:r w:rsidRPr="00A864B8">
              <w:rPr>
                <w:color w:val="FFFFFF"/>
                <w:sz w:val="20"/>
              </w:rPr>
              <w:t>Jährl. Wartungskosten</w:t>
            </w:r>
          </w:p>
        </w:tc>
        <w:tc>
          <w:tcPr>
            <w:tcW w:w="1440" w:type="dxa"/>
            <w:tcBorders>
              <w:bottom w:val="single" w:sz="22" w:space="0" w:color="C00000"/>
            </w:tcBorders>
            <w:shd w:val="clear" w:color="auto" w:fill="343A40"/>
          </w:tcPr>
          <w:p w14:paraId="34C21335" w14:textId="77777777" w:rsidR="00A806B2" w:rsidRPr="00A864B8" w:rsidRDefault="00000000">
            <w:pPr>
              <w:spacing w:before="20" w:after="10" w:line="240" w:lineRule="auto"/>
              <w:jc w:val="center"/>
            </w:pPr>
            <w:r w:rsidRPr="00A864B8">
              <w:rPr>
                <w:color w:val="FFFFFF"/>
                <w:sz w:val="20"/>
              </w:rPr>
              <w:t>Förderung</w:t>
            </w:r>
          </w:p>
        </w:tc>
        <w:tc>
          <w:tcPr>
            <w:tcW w:w="1440" w:type="dxa"/>
            <w:tcBorders>
              <w:bottom w:val="single" w:sz="22" w:space="0" w:color="C00000"/>
            </w:tcBorders>
            <w:shd w:val="clear" w:color="auto" w:fill="343A40"/>
          </w:tcPr>
          <w:p w14:paraId="1467B445" w14:textId="77777777" w:rsidR="00A806B2" w:rsidRPr="00A864B8" w:rsidRDefault="00000000">
            <w:pPr>
              <w:spacing w:before="20" w:after="10" w:line="240" w:lineRule="auto"/>
              <w:jc w:val="center"/>
            </w:pPr>
            <w:r w:rsidRPr="00A864B8">
              <w:rPr>
                <w:color w:val="FFFFFF"/>
                <w:sz w:val="20"/>
              </w:rPr>
              <w:t>Bestand mit Restlaufzeit</w:t>
            </w:r>
          </w:p>
        </w:tc>
      </w:tr>
      <w:tr w:rsidR="00A806B2" w:rsidRPr="00A864B8" w14:paraId="56640DA8" w14:textId="77777777">
        <w:trPr>
          <w:jc w:val="center"/>
        </w:trPr>
        <w:tc>
          <w:tcPr>
            <w:tcW w:w="1440" w:type="dxa"/>
            <w:tcBorders>
              <w:bottom w:val="single" w:sz="8" w:space="0" w:color="9B9B9B"/>
            </w:tcBorders>
            <w:shd w:val="clear" w:color="auto" w:fill="F0F0F0"/>
            <w:vAlign w:val="center"/>
          </w:tcPr>
          <w:p w14:paraId="3F9D188C" w14:textId="77777777" w:rsidR="00A806B2" w:rsidRPr="00A864B8" w:rsidRDefault="00000000">
            <w:pPr>
              <w:spacing w:before="20" w:after="10" w:line="240" w:lineRule="auto"/>
              <w:jc w:val="center"/>
            </w:pPr>
            <w:r w:rsidRPr="00A864B8">
              <w:rPr>
                <w:sz w:val="20"/>
              </w:rPr>
              <w:t>Erdgas-BHKW 1</w:t>
            </w:r>
          </w:p>
        </w:tc>
        <w:tc>
          <w:tcPr>
            <w:tcW w:w="1440" w:type="dxa"/>
            <w:tcBorders>
              <w:bottom w:val="single" w:sz="8" w:space="0" w:color="9B9B9B"/>
            </w:tcBorders>
            <w:shd w:val="clear" w:color="auto" w:fill="F0F0F0"/>
            <w:vAlign w:val="center"/>
          </w:tcPr>
          <w:p w14:paraId="08C38BF4" w14:textId="77777777" w:rsidR="00A806B2" w:rsidRPr="00A864B8" w:rsidRDefault="00000000">
            <w:pPr>
              <w:spacing w:before="20" w:after="10" w:line="240" w:lineRule="auto"/>
              <w:jc w:val="center"/>
            </w:pPr>
            <w:r w:rsidRPr="00A864B8">
              <w:rPr>
                <w:sz w:val="20"/>
              </w:rPr>
              <w:t>1.300 €/kWₑₗ</w:t>
            </w:r>
          </w:p>
        </w:tc>
        <w:tc>
          <w:tcPr>
            <w:tcW w:w="1440" w:type="dxa"/>
            <w:tcBorders>
              <w:bottom w:val="single" w:sz="8" w:space="0" w:color="9B9B9B"/>
            </w:tcBorders>
            <w:shd w:val="clear" w:color="auto" w:fill="F0F0F0"/>
            <w:vAlign w:val="center"/>
          </w:tcPr>
          <w:p w14:paraId="50DCC1FE" w14:textId="77777777" w:rsidR="00A806B2" w:rsidRPr="00A864B8" w:rsidRDefault="00000000">
            <w:pPr>
              <w:spacing w:before="20" w:after="10" w:line="240" w:lineRule="auto"/>
              <w:jc w:val="center"/>
            </w:pPr>
            <w:r w:rsidRPr="00A864B8">
              <w:rPr>
                <w:sz w:val="20"/>
              </w:rPr>
              <w:t>15 Jahre</w:t>
            </w:r>
          </w:p>
        </w:tc>
        <w:tc>
          <w:tcPr>
            <w:tcW w:w="1440" w:type="dxa"/>
            <w:tcBorders>
              <w:bottom w:val="single" w:sz="8" w:space="0" w:color="9B9B9B"/>
            </w:tcBorders>
            <w:shd w:val="clear" w:color="auto" w:fill="F0F0F0"/>
            <w:vAlign w:val="center"/>
          </w:tcPr>
          <w:p w14:paraId="400B0983" w14:textId="77777777" w:rsidR="00A806B2" w:rsidRPr="00A864B8" w:rsidRDefault="00000000">
            <w:pPr>
              <w:spacing w:before="20" w:after="10" w:line="240" w:lineRule="auto"/>
              <w:jc w:val="center"/>
            </w:pPr>
            <w:r w:rsidRPr="00A864B8">
              <w:rPr>
                <w:sz w:val="20"/>
              </w:rPr>
              <w:t>8 % der Investition</w:t>
            </w:r>
          </w:p>
        </w:tc>
        <w:tc>
          <w:tcPr>
            <w:tcW w:w="1440" w:type="dxa"/>
            <w:tcBorders>
              <w:bottom w:val="single" w:sz="8" w:space="0" w:color="9B9B9B"/>
            </w:tcBorders>
            <w:shd w:val="clear" w:color="auto" w:fill="F0F0F0"/>
            <w:vAlign w:val="center"/>
          </w:tcPr>
          <w:p w14:paraId="0278B113" w14:textId="77777777" w:rsidR="00A806B2" w:rsidRPr="00A864B8" w:rsidRDefault="00000000">
            <w:pPr>
              <w:spacing w:before="20" w:after="10" w:line="240" w:lineRule="auto"/>
              <w:jc w:val="center"/>
            </w:pPr>
            <w:r w:rsidRPr="00A864B8">
              <w:rPr>
                <w:sz w:val="20"/>
              </w:rPr>
              <w:t>0 %</w:t>
            </w:r>
          </w:p>
        </w:tc>
        <w:tc>
          <w:tcPr>
            <w:tcW w:w="1440" w:type="dxa"/>
            <w:tcBorders>
              <w:bottom w:val="single" w:sz="8" w:space="0" w:color="9B9B9B"/>
            </w:tcBorders>
            <w:shd w:val="clear" w:color="auto" w:fill="F0F0F0"/>
            <w:vAlign w:val="center"/>
          </w:tcPr>
          <w:p w14:paraId="6B2DC824" w14:textId="77777777" w:rsidR="00A806B2" w:rsidRPr="00A864B8" w:rsidRDefault="00000000">
            <w:pPr>
              <w:spacing w:before="20" w:after="10" w:line="240" w:lineRule="auto"/>
              <w:jc w:val="center"/>
            </w:pPr>
            <w:r w:rsidRPr="00A864B8">
              <w:rPr>
                <w:sz w:val="20"/>
              </w:rPr>
              <w:t>---</w:t>
            </w:r>
          </w:p>
        </w:tc>
      </w:tr>
      <w:tr w:rsidR="00A806B2" w:rsidRPr="00A864B8" w14:paraId="08840C81" w14:textId="77777777">
        <w:trPr>
          <w:jc w:val="center"/>
        </w:trPr>
        <w:tc>
          <w:tcPr>
            <w:tcW w:w="1440" w:type="dxa"/>
            <w:tcBorders>
              <w:bottom w:val="single" w:sz="8" w:space="0" w:color="9B9B9B"/>
            </w:tcBorders>
            <w:shd w:val="clear" w:color="auto" w:fill="CFCFCF"/>
            <w:vAlign w:val="center"/>
          </w:tcPr>
          <w:p w14:paraId="576CCB42" w14:textId="77777777" w:rsidR="00A806B2" w:rsidRPr="00A864B8" w:rsidRDefault="00000000">
            <w:pPr>
              <w:spacing w:before="20" w:after="10" w:line="240" w:lineRule="auto"/>
              <w:jc w:val="center"/>
            </w:pPr>
            <w:r w:rsidRPr="00A864B8">
              <w:rPr>
                <w:sz w:val="20"/>
              </w:rPr>
              <w:t>Photovoltaik</w:t>
            </w:r>
          </w:p>
        </w:tc>
        <w:tc>
          <w:tcPr>
            <w:tcW w:w="1440" w:type="dxa"/>
            <w:tcBorders>
              <w:bottom w:val="single" w:sz="8" w:space="0" w:color="9B9B9B"/>
            </w:tcBorders>
            <w:shd w:val="clear" w:color="auto" w:fill="CFCFCF"/>
            <w:vAlign w:val="center"/>
          </w:tcPr>
          <w:p w14:paraId="03BE8C08" w14:textId="77777777" w:rsidR="00A806B2" w:rsidRPr="00A864B8" w:rsidRDefault="00000000">
            <w:pPr>
              <w:spacing w:before="20" w:after="10" w:line="240" w:lineRule="auto"/>
              <w:jc w:val="center"/>
            </w:pPr>
            <w:r w:rsidRPr="00A864B8">
              <w:rPr>
                <w:sz w:val="20"/>
              </w:rPr>
              <w:t>1.100 €/kWₚ</w:t>
            </w:r>
          </w:p>
        </w:tc>
        <w:tc>
          <w:tcPr>
            <w:tcW w:w="1440" w:type="dxa"/>
            <w:tcBorders>
              <w:bottom w:val="single" w:sz="8" w:space="0" w:color="9B9B9B"/>
            </w:tcBorders>
            <w:shd w:val="clear" w:color="auto" w:fill="CFCFCF"/>
            <w:vAlign w:val="center"/>
          </w:tcPr>
          <w:p w14:paraId="400EB558"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CFCFCF"/>
            <w:vAlign w:val="center"/>
          </w:tcPr>
          <w:p w14:paraId="0F4FD1C8" w14:textId="77777777" w:rsidR="00A806B2" w:rsidRPr="00A864B8" w:rsidRDefault="00000000">
            <w:pPr>
              <w:spacing w:before="20" w:after="10" w:line="240" w:lineRule="auto"/>
              <w:jc w:val="center"/>
            </w:pPr>
            <w:r w:rsidRPr="00A864B8">
              <w:rPr>
                <w:sz w:val="20"/>
              </w:rPr>
              <w:t>1 % der Investition</w:t>
            </w:r>
          </w:p>
        </w:tc>
        <w:tc>
          <w:tcPr>
            <w:tcW w:w="1440" w:type="dxa"/>
            <w:tcBorders>
              <w:bottom w:val="single" w:sz="8" w:space="0" w:color="9B9B9B"/>
            </w:tcBorders>
            <w:shd w:val="clear" w:color="auto" w:fill="CFCFCF"/>
            <w:vAlign w:val="center"/>
          </w:tcPr>
          <w:p w14:paraId="042F8CD9" w14:textId="77777777" w:rsidR="00A806B2" w:rsidRPr="00A864B8" w:rsidRDefault="00000000">
            <w:pPr>
              <w:spacing w:before="20" w:after="10" w:line="240" w:lineRule="auto"/>
              <w:jc w:val="center"/>
            </w:pPr>
            <w:r w:rsidRPr="00A864B8">
              <w:rPr>
                <w:sz w:val="20"/>
              </w:rPr>
              <w:t>0 %</w:t>
            </w:r>
          </w:p>
        </w:tc>
        <w:tc>
          <w:tcPr>
            <w:tcW w:w="1440" w:type="dxa"/>
            <w:tcBorders>
              <w:bottom w:val="single" w:sz="8" w:space="0" w:color="9B9B9B"/>
            </w:tcBorders>
            <w:shd w:val="clear" w:color="auto" w:fill="CFCFCF"/>
            <w:vAlign w:val="center"/>
          </w:tcPr>
          <w:p w14:paraId="2F3B143C" w14:textId="77777777" w:rsidR="00A806B2" w:rsidRPr="00A864B8" w:rsidRDefault="00000000">
            <w:pPr>
              <w:spacing w:before="20" w:after="10" w:line="240" w:lineRule="auto"/>
              <w:jc w:val="center"/>
            </w:pPr>
            <w:r w:rsidRPr="00A864B8">
              <w:rPr>
                <w:sz w:val="20"/>
              </w:rPr>
              <w:t>---</w:t>
            </w:r>
          </w:p>
        </w:tc>
      </w:tr>
      <w:tr w:rsidR="00A806B2" w:rsidRPr="00A864B8" w14:paraId="036F4C50" w14:textId="77777777">
        <w:trPr>
          <w:jc w:val="center"/>
        </w:trPr>
        <w:tc>
          <w:tcPr>
            <w:tcW w:w="1440" w:type="dxa"/>
            <w:tcBorders>
              <w:bottom w:val="single" w:sz="8" w:space="0" w:color="9B9B9B"/>
            </w:tcBorders>
            <w:shd w:val="clear" w:color="auto" w:fill="F0F0F0"/>
            <w:vAlign w:val="center"/>
          </w:tcPr>
          <w:p w14:paraId="4CE06803" w14:textId="77777777" w:rsidR="00A806B2" w:rsidRPr="00A864B8" w:rsidRDefault="00000000">
            <w:pPr>
              <w:spacing w:before="20" w:after="10" w:line="240" w:lineRule="auto"/>
              <w:jc w:val="center"/>
            </w:pPr>
            <w:r w:rsidRPr="00A864B8">
              <w:rPr>
                <w:sz w:val="20"/>
              </w:rPr>
              <w:t>Luftwärmepumpe</w:t>
            </w:r>
          </w:p>
        </w:tc>
        <w:tc>
          <w:tcPr>
            <w:tcW w:w="1440" w:type="dxa"/>
            <w:tcBorders>
              <w:bottom w:val="single" w:sz="8" w:space="0" w:color="9B9B9B"/>
            </w:tcBorders>
            <w:shd w:val="clear" w:color="auto" w:fill="F0F0F0"/>
            <w:vAlign w:val="center"/>
          </w:tcPr>
          <w:p w14:paraId="580308F0" w14:textId="77777777" w:rsidR="00A806B2" w:rsidRPr="00A864B8" w:rsidRDefault="00000000">
            <w:pPr>
              <w:spacing w:before="20" w:after="10" w:line="240" w:lineRule="auto"/>
              <w:jc w:val="center"/>
            </w:pPr>
            <w:r w:rsidRPr="00A864B8">
              <w:rPr>
                <w:sz w:val="20"/>
              </w:rPr>
              <w:t>1.100 €/kWₜₕ</w:t>
            </w:r>
          </w:p>
        </w:tc>
        <w:tc>
          <w:tcPr>
            <w:tcW w:w="1440" w:type="dxa"/>
            <w:tcBorders>
              <w:bottom w:val="single" w:sz="8" w:space="0" w:color="9B9B9B"/>
            </w:tcBorders>
            <w:shd w:val="clear" w:color="auto" w:fill="F0F0F0"/>
            <w:vAlign w:val="center"/>
          </w:tcPr>
          <w:p w14:paraId="077AD4D4"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F0F0F0"/>
            <w:vAlign w:val="center"/>
          </w:tcPr>
          <w:p w14:paraId="0E43833D" w14:textId="77777777" w:rsidR="00A806B2" w:rsidRPr="00A864B8" w:rsidRDefault="00000000">
            <w:pPr>
              <w:spacing w:before="20" w:after="10" w:line="240" w:lineRule="auto"/>
              <w:jc w:val="center"/>
            </w:pPr>
            <w:r w:rsidRPr="00A864B8">
              <w:rPr>
                <w:sz w:val="20"/>
              </w:rPr>
              <w:t>2,5 % der Investition</w:t>
            </w:r>
          </w:p>
        </w:tc>
        <w:tc>
          <w:tcPr>
            <w:tcW w:w="1440" w:type="dxa"/>
            <w:tcBorders>
              <w:bottom w:val="single" w:sz="8" w:space="0" w:color="9B9B9B"/>
            </w:tcBorders>
            <w:shd w:val="clear" w:color="auto" w:fill="F0F0F0"/>
            <w:vAlign w:val="center"/>
          </w:tcPr>
          <w:p w14:paraId="4F0E73CE" w14:textId="77777777" w:rsidR="00A806B2" w:rsidRPr="00A864B8" w:rsidRDefault="00000000">
            <w:pPr>
              <w:spacing w:before="20" w:after="10" w:line="240" w:lineRule="auto"/>
              <w:jc w:val="center"/>
            </w:pPr>
            <w:r w:rsidRPr="00A864B8">
              <w:rPr>
                <w:sz w:val="20"/>
              </w:rPr>
              <w:t>40 %</w:t>
            </w:r>
          </w:p>
        </w:tc>
        <w:tc>
          <w:tcPr>
            <w:tcW w:w="1440" w:type="dxa"/>
            <w:tcBorders>
              <w:bottom w:val="single" w:sz="8" w:space="0" w:color="9B9B9B"/>
            </w:tcBorders>
            <w:shd w:val="clear" w:color="auto" w:fill="F0F0F0"/>
            <w:vAlign w:val="center"/>
          </w:tcPr>
          <w:p w14:paraId="787D8BF6" w14:textId="77777777" w:rsidR="00A806B2" w:rsidRPr="00A864B8" w:rsidRDefault="00000000">
            <w:pPr>
              <w:spacing w:before="20" w:after="10" w:line="240" w:lineRule="auto"/>
              <w:jc w:val="center"/>
            </w:pPr>
            <w:r w:rsidRPr="00A864B8">
              <w:rPr>
                <w:sz w:val="20"/>
              </w:rPr>
              <w:t>---</w:t>
            </w:r>
          </w:p>
        </w:tc>
      </w:tr>
      <w:tr w:rsidR="00A806B2" w:rsidRPr="00A864B8" w14:paraId="0083BF88" w14:textId="77777777">
        <w:trPr>
          <w:jc w:val="center"/>
        </w:trPr>
        <w:tc>
          <w:tcPr>
            <w:tcW w:w="1440" w:type="dxa"/>
            <w:tcBorders>
              <w:bottom w:val="single" w:sz="8" w:space="0" w:color="9B9B9B"/>
            </w:tcBorders>
            <w:shd w:val="clear" w:color="auto" w:fill="CFCFCF"/>
            <w:vAlign w:val="center"/>
          </w:tcPr>
          <w:p w14:paraId="5FCF5AEC" w14:textId="77777777" w:rsidR="00A806B2" w:rsidRPr="00A864B8" w:rsidRDefault="00000000">
            <w:pPr>
              <w:spacing w:before="20" w:after="10" w:line="240" w:lineRule="auto"/>
              <w:jc w:val="center"/>
            </w:pPr>
            <w:r w:rsidRPr="00A864B8">
              <w:rPr>
                <w:sz w:val="20"/>
              </w:rPr>
              <w:t>Wärmespeicher</w:t>
            </w:r>
          </w:p>
        </w:tc>
        <w:tc>
          <w:tcPr>
            <w:tcW w:w="1440" w:type="dxa"/>
            <w:tcBorders>
              <w:bottom w:val="single" w:sz="8" w:space="0" w:color="9B9B9B"/>
            </w:tcBorders>
            <w:shd w:val="clear" w:color="auto" w:fill="CFCFCF"/>
            <w:vAlign w:val="center"/>
          </w:tcPr>
          <w:p w14:paraId="30E002FA" w14:textId="77777777" w:rsidR="00A806B2" w:rsidRPr="00A864B8" w:rsidRDefault="00000000">
            <w:pPr>
              <w:spacing w:before="20" w:after="10" w:line="240" w:lineRule="auto"/>
              <w:jc w:val="center"/>
            </w:pPr>
            <w:r w:rsidRPr="00A864B8">
              <w:rPr>
                <w:sz w:val="20"/>
              </w:rPr>
              <w:t>500 €/m³</w:t>
            </w:r>
          </w:p>
        </w:tc>
        <w:tc>
          <w:tcPr>
            <w:tcW w:w="1440" w:type="dxa"/>
            <w:tcBorders>
              <w:bottom w:val="single" w:sz="8" w:space="0" w:color="9B9B9B"/>
            </w:tcBorders>
            <w:shd w:val="clear" w:color="auto" w:fill="CFCFCF"/>
            <w:vAlign w:val="center"/>
          </w:tcPr>
          <w:p w14:paraId="1CDEF23C" w14:textId="77777777" w:rsidR="00A806B2" w:rsidRPr="00A864B8" w:rsidRDefault="00000000">
            <w:pPr>
              <w:spacing w:before="20" w:after="10" w:line="240" w:lineRule="auto"/>
              <w:jc w:val="center"/>
            </w:pPr>
            <w:r w:rsidRPr="00A864B8">
              <w:rPr>
                <w:sz w:val="20"/>
              </w:rPr>
              <w:t>20 Jahre</w:t>
            </w:r>
          </w:p>
        </w:tc>
        <w:tc>
          <w:tcPr>
            <w:tcW w:w="1440" w:type="dxa"/>
            <w:tcBorders>
              <w:bottom w:val="single" w:sz="8" w:space="0" w:color="9B9B9B"/>
            </w:tcBorders>
            <w:shd w:val="clear" w:color="auto" w:fill="CFCFCF"/>
            <w:vAlign w:val="center"/>
          </w:tcPr>
          <w:p w14:paraId="2FFFB13A" w14:textId="77777777" w:rsidR="00A806B2" w:rsidRPr="00A864B8" w:rsidRDefault="00000000">
            <w:pPr>
              <w:spacing w:before="20" w:after="10" w:line="240" w:lineRule="auto"/>
              <w:jc w:val="center"/>
            </w:pPr>
            <w:r w:rsidRPr="00A864B8">
              <w:rPr>
                <w:sz w:val="20"/>
              </w:rPr>
              <w:t>1 % der Investition</w:t>
            </w:r>
          </w:p>
        </w:tc>
        <w:tc>
          <w:tcPr>
            <w:tcW w:w="1440" w:type="dxa"/>
            <w:tcBorders>
              <w:bottom w:val="single" w:sz="8" w:space="0" w:color="9B9B9B"/>
            </w:tcBorders>
            <w:shd w:val="clear" w:color="auto" w:fill="CFCFCF"/>
            <w:vAlign w:val="center"/>
          </w:tcPr>
          <w:p w14:paraId="7F3ED835" w14:textId="77777777" w:rsidR="00A806B2" w:rsidRPr="00A864B8" w:rsidRDefault="00000000">
            <w:pPr>
              <w:spacing w:before="20" w:after="10" w:line="240" w:lineRule="auto"/>
              <w:jc w:val="center"/>
            </w:pPr>
            <w:r w:rsidRPr="00A864B8">
              <w:rPr>
                <w:sz w:val="20"/>
              </w:rPr>
              <w:t>0 %</w:t>
            </w:r>
          </w:p>
        </w:tc>
        <w:tc>
          <w:tcPr>
            <w:tcW w:w="1440" w:type="dxa"/>
            <w:tcBorders>
              <w:bottom w:val="single" w:sz="8" w:space="0" w:color="9B9B9B"/>
            </w:tcBorders>
            <w:shd w:val="clear" w:color="auto" w:fill="CFCFCF"/>
            <w:vAlign w:val="center"/>
          </w:tcPr>
          <w:p w14:paraId="28F956CD" w14:textId="77777777" w:rsidR="00A806B2" w:rsidRPr="00A864B8" w:rsidRDefault="00000000">
            <w:pPr>
              <w:spacing w:before="20" w:after="10" w:line="240" w:lineRule="auto"/>
              <w:jc w:val="center"/>
            </w:pPr>
            <w:r w:rsidRPr="00A864B8">
              <w:rPr>
                <w:sz w:val="20"/>
              </w:rPr>
              <w:t>---</w:t>
            </w:r>
          </w:p>
        </w:tc>
      </w:tr>
    </w:tbl>
    <w:p w14:paraId="59577BB4" w14:textId="77777777" w:rsidR="00A806B2" w:rsidRPr="00A864B8" w:rsidRDefault="00A806B2"/>
    <w:p w14:paraId="0C31842F" w14:textId="77777777" w:rsidR="00A806B2" w:rsidRPr="00A864B8" w:rsidRDefault="00000000">
      <w:pPr>
        <w:pStyle w:val="berschrift3"/>
      </w:pPr>
      <w:bookmarkStart w:id="351" w:name="h_appendix_eh_import_feed_in_num"/>
      <w:bookmarkStart w:id="352" w:name="_Toc240363526"/>
      <w:r w:rsidRPr="00A864B8">
        <w:rPr>
          <w:color w:val="000000"/>
          <w:sz w:val="32"/>
        </w:rPr>
        <w:t xml:space="preserve">12.4.3 </w:t>
      </w:r>
      <w:bookmarkEnd w:id="351"/>
      <w:r w:rsidRPr="00A864B8">
        <w:rPr>
          <w:color w:val="000000"/>
          <w:sz w:val="32"/>
        </w:rPr>
        <w:t>Energiezentrale: Energiebezug und -einspeisung</w:t>
      </w:r>
      <w:bookmarkEnd w:id="352"/>
    </w:p>
    <w:p w14:paraId="62A8AB35" w14:textId="796253A4" w:rsidR="00A806B2" w:rsidRPr="00A864B8" w:rsidRDefault="00000000">
      <w:pPr>
        <w:pStyle w:val="CaptionStyle"/>
        <w:spacing w:before="40" w:after="0"/>
        <w:jc w:val="center"/>
        <w:rPr>
          <w:lang w:val="de-DE"/>
        </w:rPr>
      </w:pPr>
      <w:bookmarkStart w:id="353" w:name="_Toc240363595"/>
      <w:r w:rsidRPr="00A864B8">
        <w:rPr>
          <w:lang w:val="de-DE"/>
        </w:rPr>
        <w:t xml:space="preserve">Tabelle </w:t>
      </w:r>
      <w:bookmarkStart w:id="354" w:name="electricity_grid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67</w:t>
      </w:r>
      <w:r w:rsidRPr="00A864B8">
        <w:rPr>
          <w:lang w:val="de-DE"/>
        </w:rPr>
        <w:fldChar w:fldCharType="end"/>
      </w:r>
      <w:bookmarkStart w:id="355" w:name="electricity_grid_params"/>
      <w:bookmarkEnd w:id="354"/>
      <w:bookmarkEnd w:id="355"/>
      <w:r w:rsidRPr="00A864B8">
        <w:rPr>
          <w:lang w:val="de-DE"/>
        </w:rPr>
        <w:t>: Stromnetz</w:t>
      </w:r>
      <w:bookmarkEnd w:id="353"/>
    </w:p>
    <w:tbl>
      <w:tblPr>
        <w:tblW w:w="0" w:type="auto"/>
        <w:jc w:val="center"/>
        <w:tblLook w:val="04A0" w:firstRow="1" w:lastRow="0" w:firstColumn="1" w:lastColumn="0" w:noHBand="0" w:noVBand="1"/>
      </w:tblPr>
      <w:tblGrid>
        <w:gridCol w:w="4320"/>
        <w:gridCol w:w="4320"/>
      </w:tblGrid>
      <w:tr w:rsidR="00A806B2" w:rsidRPr="00A864B8" w14:paraId="11F72C90" w14:textId="77777777">
        <w:trPr>
          <w:jc w:val="center"/>
        </w:trPr>
        <w:tc>
          <w:tcPr>
            <w:tcW w:w="4320" w:type="dxa"/>
            <w:tcBorders>
              <w:bottom w:val="single" w:sz="22" w:space="0" w:color="C00000"/>
            </w:tcBorders>
            <w:shd w:val="clear" w:color="auto" w:fill="343A40"/>
          </w:tcPr>
          <w:p w14:paraId="7BBCE991"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9594D4C"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63FAC914" w14:textId="77777777">
        <w:trPr>
          <w:jc w:val="center"/>
        </w:trPr>
        <w:tc>
          <w:tcPr>
            <w:tcW w:w="4320" w:type="dxa"/>
            <w:tcBorders>
              <w:bottom w:val="single" w:sz="8" w:space="0" w:color="9B9B9B"/>
            </w:tcBorders>
            <w:shd w:val="clear" w:color="auto" w:fill="F0F0F0"/>
            <w:vAlign w:val="center"/>
          </w:tcPr>
          <w:p w14:paraId="52753C85" w14:textId="77777777" w:rsidR="00A806B2" w:rsidRPr="00A864B8" w:rsidRDefault="00000000">
            <w:pPr>
              <w:spacing w:before="20" w:after="10" w:line="240" w:lineRule="auto"/>
              <w:jc w:val="center"/>
            </w:pPr>
            <w:r w:rsidRPr="00A864B8">
              <w:rPr>
                <w:sz w:val="20"/>
              </w:rPr>
              <w:t>Strombezug (Energiezentrale)</w:t>
            </w:r>
          </w:p>
        </w:tc>
        <w:tc>
          <w:tcPr>
            <w:tcW w:w="4320" w:type="dxa"/>
            <w:tcBorders>
              <w:bottom w:val="single" w:sz="8" w:space="0" w:color="9B9B9B"/>
            </w:tcBorders>
            <w:shd w:val="clear" w:color="auto" w:fill="F0F0F0"/>
            <w:vAlign w:val="center"/>
          </w:tcPr>
          <w:p w14:paraId="769F9A99" w14:textId="77777777" w:rsidR="00A806B2" w:rsidRPr="00A864B8" w:rsidRDefault="00000000">
            <w:pPr>
              <w:spacing w:before="20" w:after="10" w:line="240" w:lineRule="auto"/>
              <w:jc w:val="center"/>
            </w:pPr>
            <w:r w:rsidRPr="00A864B8">
              <w:rPr>
                <w:sz w:val="20"/>
              </w:rPr>
              <w:t>ja</w:t>
            </w:r>
          </w:p>
        </w:tc>
      </w:tr>
      <w:tr w:rsidR="00A806B2" w:rsidRPr="00A864B8" w14:paraId="4040B517" w14:textId="77777777">
        <w:trPr>
          <w:jc w:val="center"/>
        </w:trPr>
        <w:tc>
          <w:tcPr>
            <w:tcW w:w="4320" w:type="dxa"/>
            <w:tcBorders>
              <w:bottom w:val="single" w:sz="8" w:space="0" w:color="9B9B9B"/>
            </w:tcBorders>
            <w:shd w:val="clear" w:color="auto" w:fill="CFCFCF"/>
            <w:vAlign w:val="center"/>
          </w:tcPr>
          <w:p w14:paraId="2700FAE1" w14:textId="77777777" w:rsidR="00A806B2" w:rsidRPr="00A864B8" w:rsidRDefault="00000000">
            <w:pPr>
              <w:spacing w:before="20" w:after="10" w:line="240" w:lineRule="auto"/>
              <w:jc w:val="center"/>
            </w:pPr>
            <w:r w:rsidRPr="00A864B8">
              <w:rPr>
                <w:sz w:val="20"/>
              </w:rPr>
              <w:t>Arbeitspreis</w:t>
            </w:r>
          </w:p>
        </w:tc>
        <w:tc>
          <w:tcPr>
            <w:tcW w:w="4320" w:type="dxa"/>
            <w:tcBorders>
              <w:bottom w:val="single" w:sz="8" w:space="0" w:color="9B9B9B"/>
            </w:tcBorders>
            <w:shd w:val="clear" w:color="auto" w:fill="CFCFCF"/>
            <w:vAlign w:val="center"/>
          </w:tcPr>
          <w:p w14:paraId="6BA551D1" w14:textId="77777777" w:rsidR="00A806B2" w:rsidRPr="00A864B8" w:rsidRDefault="00000000">
            <w:pPr>
              <w:spacing w:before="20" w:after="10" w:line="240" w:lineRule="auto"/>
              <w:jc w:val="center"/>
            </w:pPr>
            <w:r w:rsidRPr="00A864B8">
              <w:rPr>
                <w:sz w:val="20"/>
              </w:rPr>
              <w:t>0,2 €/kWh</w:t>
            </w:r>
          </w:p>
        </w:tc>
      </w:tr>
      <w:tr w:rsidR="00A806B2" w:rsidRPr="00A864B8" w14:paraId="754A2DF6" w14:textId="77777777">
        <w:trPr>
          <w:jc w:val="center"/>
        </w:trPr>
        <w:tc>
          <w:tcPr>
            <w:tcW w:w="4320" w:type="dxa"/>
            <w:tcBorders>
              <w:bottom w:val="single" w:sz="8" w:space="0" w:color="9B9B9B"/>
            </w:tcBorders>
            <w:shd w:val="clear" w:color="auto" w:fill="F0F0F0"/>
            <w:vAlign w:val="center"/>
          </w:tcPr>
          <w:p w14:paraId="0D6FF811" w14:textId="77777777" w:rsidR="00A806B2" w:rsidRPr="00A864B8" w:rsidRDefault="00000000">
            <w:pPr>
              <w:spacing w:before="20" w:after="10" w:line="240" w:lineRule="auto"/>
              <w:jc w:val="center"/>
            </w:pPr>
            <w:r w:rsidRPr="00A864B8">
              <w:rPr>
                <w:sz w:val="20"/>
              </w:rPr>
              <w:t>Jahresbezug beschränken</w:t>
            </w:r>
          </w:p>
        </w:tc>
        <w:tc>
          <w:tcPr>
            <w:tcW w:w="4320" w:type="dxa"/>
            <w:tcBorders>
              <w:bottom w:val="single" w:sz="8" w:space="0" w:color="9B9B9B"/>
            </w:tcBorders>
            <w:shd w:val="clear" w:color="auto" w:fill="F0F0F0"/>
            <w:vAlign w:val="center"/>
          </w:tcPr>
          <w:p w14:paraId="1B8C6D4F" w14:textId="77777777" w:rsidR="00A806B2" w:rsidRPr="00A864B8" w:rsidRDefault="00000000">
            <w:pPr>
              <w:spacing w:before="20" w:after="10" w:line="240" w:lineRule="auto"/>
              <w:jc w:val="center"/>
            </w:pPr>
            <w:r w:rsidRPr="00A864B8">
              <w:rPr>
                <w:sz w:val="20"/>
              </w:rPr>
              <w:t>nein</w:t>
            </w:r>
          </w:p>
        </w:tc>
      </w:tr>
      <w:tr w:rsidR="00A806B2" w:rsidRPr="00A864B8" w14:paraId="0124F06C" w14:textId="77777777">
        <w:trPr>
          <w:jc w:val="center"/>
        </w:trPr>
        <w:tc>
          <w:tcPr>
            <w:tcW w:w="4320" w:type="dxa"/>
            <w:tcBorders>
              <w:bottom w:val="single" w:sz="8" w:space="0" w:color="9B9B9B"/>
            </w:tcBorders>
            <w:shd w:val="clear" w:color="auto" w:fill="CFCFCF"/>
            <w:vAlign w:val="center"/>
          </w:tcPr>
          <w:p w14:paraId="39D23466" w14:textId="77777777" w:rsidR="00A806B2" w:rsidRPr="00A864B8" w:rsidRDefault="00000000">
            <w:pPr>
              <w:spacing w:before="20" w:after="10" w:line="240" w:lineRule="auto"/>
              <w:jc w:val="center"/>
            </w:pPr>
            <w:r w:rsidRPr="00A864B8">
              <w:rPr>
                <w:sz w:val="20"/>
              </w:rPr>
              <w:t>Jährliche Preissteigerung (Option)</w:t>
            </w:r>
          </w:p>
        </w:tc>
        <w:tc>
          <w:tcPr>
            <w:tcW w:w="4320" w:type="dxa"/>
            <w:tcBorders>
              <w:bottom w:val="single" w:sz="8" w:space="0" w:color="9B9B9B"/>
            </w:tcBorders>
            <w:shd w:val="clear" w:color="auto" w:fill="CFCFCF"/>
            <w:vAlign w:val="center"/>
          </w:tcPr>
          <w:p w14:paraId="5030F49C" w14:textId="77777777" w:rsidR="00A806B2" w:rsidRPr="00A864B8" w:rsidRDefault="00000000">
            <w:pPr>
              <w:spacing w:before="20" w:after="10" w:line="240" w:lineRule="auto"/>
              <w:jc w:val="center"/>
            </w:pPr>
            <w:r w:rsidRPr="00A864B8">
              <w:rPr>
                <w:sz w:val="20"/>
              </w:rPr>
              <w:t>Keine Veränderung</w:t>
            </w:r>
          </w:p>
        </w:tc>
      </w:tr>
      <w:tr w:rsidR="00A806B2" w:rsidRPr="00A864B8" w14:paraId="47F3D81E" w14:textId="77777777">
        <w:trPr>
          <w:jc w:val="center"/>
        </w:trPr>
        <w:tc>
          <w:tcPr>
            <w:tcW w:w="4320" w:type="dxa"/>
            <w:tcBorders>
              <w:bottom w:val="single" w:sz="8" w:space="0" w:color="9B9B9B"/>
            </w:tcBorders>
            <w:shd w:val="clear" w:color="auto" w:fill="F0F0F0"/>
            <w:vAlign w:val="center"/>
          </w:tcPr>
          <w:p w14:paraId="01281A5B" w14:textId="77777777" w:rsidR="00A806B2" w:rsidRPr="00A864B8" w:rsidRDefault="00000000">
            <w:pPr>
              <w:spacing w:before="20" w:after="10" w:line="240" w:lineRule="auto"/>
              <w:jc w:val="center"/>
            </w:pPr>
            <w:r w:rsidRPr="00A864B8">
              <w:rPr>
                <w:sz w:val="20"/>
              </w:rPr>
              <w:t>Stromeinspeisung</w:t>
            </w:r>
          </w:p>
        </w:tc>
        <w:tc>
          <w:tcPr>
            <w:tcW w:w="4320" w:type="dxa"/>
            <w:tcBorders>
              <w:bottom w:val="single" w:sz="8" w:space="0" w:color="9B9B9B"/>
            </w:tcBorders>
            <w:shd w:val="clear" w:color="auto" w:fill="F0F0F0"/>
            <w:vAlign w:val="center"/>
          </w:tcPr>
          <w:p w14:paraId="7A87D499" w14:textId="77777777" w:rsidR="00A806B2" w:rsidRPr="00A864B8" w:rsidRDefault="00000000">
            <w:pPr>
              <w:spacing w:before="20" w:after="10" w:line="240" w:lineRule="auto"/>
              <w:jc w:val="center"/>
            </w:pPr>
            <w:r w:rsidRPr="00A864B8">
              <w:rPr>
                <w:sz w:val="20"/>
              </w:rPr>
              <w:t>ja</w:t>
            </w:r>
          </w:p>
        </w:tc>
      </w:tr>
      <w:tr w:rsidR="00A806B2" w:rsidRPr="00A864B8" w14:paraId="5699E7BD" w14:textId="77777777">
        <w:trPr>
          <w:jc w:val="center"/>
        </w:trPr>
        <w:tc>
          <w:tcPr>
            <w:tcW w:w="4320" w:type="dxa"/>
            <w:tcBorders>
              <w:bottom w:val="single" w:sz="8" w:space="0" w:color="9B9B9B"/>
            </w:tcBorders>
            <w:shd w:val="clear" w:color="auto" w:fill="CFCFCF"/>
            <w:vAlign w:val="center"/>
          </w:tcPr>
          <w:p w14:paraId="70B6E304" w14:textId="77777777" w:rsidR="00A806B2" w:rsidRPr="00A864B8" w:rsidRDefault="00000000">
            <w:pPr>
              <w:spacing w:before="20" w:after="10" w:line="240" w:lineRule="auto"/>
              <w:jc w:val="center"/>
            </w:pPr>
            <w:r w:rsidRPr="00A864B8">
              <w:rPr>
                <w:sz w:val="20"/>
              </w:rPr>
              <w:t>Einspeisevergütung</w:t>
            </w:r>
          </w:p>
        </w:tc>
        <w:tc>
          <w:tcPr>
            <w:tcW w:w="4320" w:type="dxa"/>
            <w:tcBorders>
              <w:bottom w:val="single" w:sz="8" w:space="0" w:color="9B9B9B"/>
            </w:tcBorders>
            <w:shd w:val="clear" w:color="auto" w:fill="CFCFCF"/>
            <w:vAlign w:val="center"/>
          </w:tcPr>
          <w:p w14:paraId="333014C7" w14:textId="77777777" w:rsidR="00A806B2" w:rsidRPr="00A864B8" w:rsidRDefault="00000000">
            <w:pPr>
              <w:spacing w:before="20" w:after="10" w:line="240" w:lineRule="auto"/>
              <w:jc w:val="center"/>
            </w:pPr>
            <w:r w:rsidRPr="00A864B8">
              <w:rPr>
                <w:sz w:val="20"/>
              </w:rPr>
              <w:t>0,04 €/kWh</w:t>
            </w:r>
          </w:p>
        </w:tc>
      </w:tr>
      <w:tr w:rsidR="00A806B2" w:rsidRPr="00A864B8" w14:paraId="5D6C658E" w14:textId="77777777">
        <w:trPr>
          <w:jc w:val="center"/>
        </w:trPr>
        <w:tc>
          <w:tcPr>
            <w:tcW w:w="4320" w:type="dxa"/>
            <w:tcBorders>
              <w:bottom w:val="single" w:sz="8" w:space="0" w:color="9B9B9B"/>
            </w:tcBorders>
            <w:shd w:val="clear" w:color="auto" w:fill="F0F0F0"/>
            <w:vAlign w:val="center"/>
          </w:tcPr>
          <w:p w14:paraId="695C2881" w14:textId="77777777" w:rsidR="00A806B2" w:rsidRPr="00A864B8" w:rsidRDefault="00000000">
            <w:pPr>
              <w:spacing w:before="20" w:after="10" w:line="240" w:lineRule="auto"/>
              <w:jc w:val="center"/>
            </w:pPr>
            <w:r w:rsidRPr="00A864B8">
              <w:rPr>
                <w:sz w:val="20"/>
              </w:rPr>
              <w:t>Einspeisung beschränken</w:t>
            </w:r>
          </w:p>
        </w:tc>
        <w:tc>
          <w:tcPr>
            <w:tcW w:w="4320" w:type="dxa"/>
            <w:tcBorders>
              <w:bottom w:val="single" w:sz="8" w:space="0" w:color="9B9B9B"/>
            </w:tcBorders>
            <w:shd w:val="clear" w:color="auto" w:fill="F0F0F0"/>
            <w:vAlign w:val="center"/>
          </w:tcPr>
          <w:p w14:paraId="0F8ADDD1" w14:textId="77777777" w:rsidR="00A806B2" w:rsidRPr="00A864B8" w:rsidRDefault="00000000">
            <w:pPr>
              <w:spacing w:before="20" w:after="10" w:line="240" w:lineRule="auto"/>
              <w:jc w:val="center"/>
            </w:pPr>
            <w:r w:rsidRPr="00A864B8">
              <w:rPr>
                <w:sz w:val="20"/>
              </w:rPr>
              <w:t>nein</w:t>
            </w:r>
          </w:p>
        </w:tc>
      </w:tr>
      <w:tr w:rsidR="00A806B2" w:rsidRPr="00A864B8" w14:paraId="348D0A45" w14:textId="77777777">
        <w:trPr>
          <w:jc w:val="center"/>
        </w:trPr>
        <w:tc>
          <w:tcPr>
            <w:tcW w:w="4320" w:type="dxa"/>
            <w:tcBorders>
              <w:bottom w:val="single" w:sz="8" w:space="0" w:color="9B9B9B"/>
            </w:tcBorders>
            <w:shd w:val="clear" w:color="auto" w:fill="CFCFCF"/>
            <w:vAlign w:val="center"/>
          </w:tcPr>
          <w:p w14:paraId="2280CF21" w14:textId="77777777" w:rsidR="00A806B2" w:rsidRPr="00A864B8" w:rsidRDefault="00000000">
            <w:pPr>
              <w:spacing w:before="20" w:after="10" w:line="240" w:lineRule="auto"/>
              <w:jc w:val="center"/>
            </w:pPr>
            <w:r w:rsidRPr="00A864B8">
              <w:rPr>
                <w:sz w:val="20"/>
              </w:rPr>
              <w:t>Leistung beschränken</w:t>
            </w:r>
          </w:p>
        </w:tc>
        <w:tc>
          <w:tcPr>
            <w:tcW w:w="4320" w:type="dxa"/>
            <w:tcBorders>
              <w:bottom w:val="single" w:sz="8" w:space="0" w:color="9B9B9B"/>
            </w:tcBorders>
            <w:shd w:val="clear" w:color="auto" w:fill="CFCFCF"/>
            <w:vAlign w:val="center"/>
          </w:tcPr>
          <w:p w14:paraId="4296F6F6" w14:textId="77777777" w:rsidR="00A806B2" w:rsidRPr="00A864B8" w:rsidRDefault="00000000">
            <w:pPr>
              <w:spacing w:before="20" w:after="10" w:line="240" w:lineRule="auto"/>
              <w:jc w:val="center"/>
            </w:pPr>
            <w:r w:rsidRPr="00A864B8">
              <w:rPr>
                <w:sz w:val="20"/>
              </w:rPr>
              <w:t>nein</w:t>
            </w:r>
          </w:p>
        </w:tc>
      </w:tr>
      <w:tr w:rsidR="00A806B2" w:rsidRPr="00A864B8" w14:paraId="2AA95008" w14:textId="77777777">
        <w:trPr>
          <w:jc w:val="center"/>
        </w:trPr>
        <w:tc>
          <w:tcPr>
            <w:tcW w:w="4320" w:type="dxa"/>
            <w:tcBorders>
              <w:bottom w:val="single" w:sz="8" w:space="0" w:color="9B9B9B"/>
            </w:tcBorders>
            <w:shd w:val="clear" w:color="auto" w:fill="F0F0F0"/>
            <w:vAlign w:val="center"/>
          </w:tcPr>
          <w:p w14:paraId="21CFB6CF" w14:textId="77777777" w:rsidR="00A806B2" w:rsidRPr="00A864B8" w:rsidRDefault="00000000">
            <w:pPr>
              <w:spacing w:before="20" w:after="10" w:line="240" w:lineRule="auto"/>
              <w:jc w:val="center"/>
            </w:pPr>
            <w:r w:rsidRPr="00A864B8">
              <w:rPr>
                <w:sz w:val="20"/>
              </w:rPr>
              <w:t>Anschlusslimit</w:t>
            </w:r>
          </w:p>
        </w:tc>
        <w:tc>
          <w:tcPr>
            <w:tcW w:w="4320" w:type="dxa"/>
            <w:tcBorders>
              <w:bottom w:val="single" w:sz="8" w:space="0" w:color="9B9B9B"/>
            </w:tcBorders>
            <w:shd w:val="clear" w:color="auto" w:fill="F0F0F0"/>
            <w:vAlign w:val="center"/>
          </w:tcPr>
          <w:p w14:paraId="38A4F073" w14:textId="77777777" w:rsidR="00A806B2" w:rsidRPr="00A864B8" w:rsidRDefault="00000000">
            <w:pPr>
              <w:spacing w:before="20" w:after="10" w:line="240" w:lineRule="auto"/>
              <w:jc w:val="center"/>
            </w:pPr>
            <w:r w:rsidRPr="00A864B8">
              <w:rPr>
                <w:sz w:val="20"/>
              </w:rPr>
              <w:t>nein</w:t>
            </w:r>
          </w:p>
        </w:tc>
      </w:tr>
    </w:tbl>
    <w:p w14:paraId="3C701E18" w14:textId="77777777" w:rsidR="00A806B2" w:rsidRPr="00A864B8" w:rsidRDefault="00A806B2"/>
    <w:p w14:paraId="343F5ABB" w14:textId="32D17985" w:rsidR="00A806B2" w:rsidRPr="00A864B8" w:rsidRDefault="00000000">
      <w:pPr>
        <w:pStyle w:val="CaptionStyle"/>
        <w:spacing w:before="40" w:after="0"/>
        <w:jc w:val="center"/>
        <w:rPr>
          <w:lang w:val="de-DE"/>
        </w:rPr>
      </w:pPr>
      <w:bookmarkStart w:id="356" w:name="_Toc240363596"/>
      <w:r w:rsidRPr="00A864B8">
        <w:rPr>
          <w:lang w:val="de-DE"/>
        </w:rPr>
        <w:t xml:space="preserve">Tabelle </w:t>
      </w:r>
      <w:bookmarkStart w:id="357" w:name="gas_import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68</w:t>
      </w:r>
      <w:r w:rsidRPr="00A864B8">
        <w:rPr>
          <w:lang w:val="de-DE"/>
        </w:rPr>
        <w:fldChar w:fldCharType="end"/>
      </w:r>
      <w:bookmarkStart w:id="358" w:name="gas_import_params"/>
      <w:bookmarkEnd w:id="357"/>
      <w:bookmarkEnd w:id="358"/>
      <w:r w:rsidRPr="00A864B8">
        <w:rPr>
          <w:lang w:val="de-DE"/>
        </w:rPr>
        <w:t>: Erdgas</w:t>
      </w:r>
      <w:bookmarkEnd w:id="356"/>
    </w:p>
    <w:tbl>
      <w:tblPr>
        <w:tblW w:w="0" w:type="auto"/>
        <w:jc w:val="center"/>
        <w:tblLook w:val="04A0" w:firstRow="1" w:lastRow="0" w:firstColumn="1" w:lastColumn="0" w:noHBand="0" w:noVBand="1"/>
      </w:tblPr>
      <w:tblGrid>
        <w:gridCol w:w="2880"/>
        <w:gridCol w:w="2880"/>
        <w:gridCol w:w="2880"/>
      </w:tblGrid>
      <w:tr w:rsidR="00A806B2" w:rsidRPr="00A864B8" w14:paraId="464B49F6" w14:textId="77777777">
        <w:trPr>
          <w:jc w:val="center"/>
        </w:trPr>
        <w:tc>
          <w:tcPr>
            <w:tcW w:w="2880" w:type="dxa"/>
            <w:tcBorders>
              <w:bottom w:val="single" w:sz="22" w:space="0" w:color="C00000"/>
            </w:tcBorders>
            <w:shd w:val="clear" w:color="auto" w:fill="343A40"/>
          </w:tcPr>
          <w:p w14:paraId="7D8893DE"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7B9DA6FA"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6A1BC46C"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314483AE" w14:textId="77777777">
        <w:trPr>
          <w:jc w:val="center"/>
        </w:trPr>
        <w:tc>
          <w:tcPr>
            <w:tcW w:w="2880" w:type="dxa"/>
            <w:tcBorders>
              <w:bottom w:val="single" w:sz="8" w:space="0" w:color="9B9B9B"/>
            </w:tcBorders>
            <w:shd w:val="clear" w:color="auto" w:fill="F0F0F0"/>
            <w:vAlign w:val="center"/>
          </w:tcPr>
          <w:p w14:paraId="51613D54" w14:textId="77777777" w:rsidR="00A806B2" w:rsidRPr="00A864B8" w:rsidRDefault="00000000">
            <w:pPr>
              <w:spacing w:before="20" w:after="10" w:line="240" w:lineRule="auto"/>
              <w:jc w:val="center"/>
            </w:pPr>
            <w:r w:rsidRPr="00A864B8">
              <w:rPr>
                <w:sz w:val="20"/>
              </w:rPr>
              <w:t>Erdgasbezug</w:t>
            </w:r>
          </w:p>
        </w:tc>
        <w:tc>
          <w:tcPr>
            <w:tcW w:w="2880" w:type="dxa"/>
            <w:tcBorders>
              <w:bottom w:val="single" w:sz="8" w:space="0" w:color="9B9B9B"/>
            </w:tcBorders>
            <w:shd w:val="clear" w:color="auto" w:fill="F0F0F0"/>
            <w:vAlign w:val="center"/>
          </w:tcPr>
          <w:p w14:paraId="1A7AACFD" w14:textId="77777777" w:rsidR="00A806B2" w:rsidRPr="00A864B8" w:rsidRDefault="00000000">
            <w:pPr>
              <w:spacing w:before="20" w:after="10" w:line="240" w:lineRule="auto"/>
              <w:jc w:val="center"/>
            </w:pPr>
            <w:r w:rsidRPr="00A864B8">
              <w:rPr>
                <w:sz w:val="20"/>
              </w:rPr>
              <w:t>nein</w:t>
            </w:r>
          </w:p>
        </w:tc>
        <w:tc>
          <w:tcPr>
            <w:tcW w:w="2880" w:type="dxa"/>
            <w:tcBorders>
              <w:bottom w:val="single" w:sz="8" w:space="0" w:color="9B9B9B"/>
            </w:tcBorders>
            <w:shd w:val="clear" w:color="auto" w:fill="F0F0F0"/>
            <w:vAlign w:val="center"/>
          </w:tcPr>
          <w:p w14:paraId="6F4B27D8" w14:textId="77777777" w:rsidR="00A806B2" w:rsidRPr="00A864B8" w:rsidRDefault="00000000">
            <w:pPr>
              <w:spacing w:before="20" w:after="10" w:line="240" w:lineRule="auto"/>
              <w:jc w:val="center"/>
            </w:pPr>
            <w:r w:rsidRPr="00A864B8">
              <w:rPr>
                <w:sz w:val="20"/>
              </w:rPr>
              <w:t>ja</w:t>
            </w:r>
          </w:p>
        </w:tc>
      </w:tr>
      <w:tr w:rsidR="00A806B2" w:rsidRPr="00A864B8" w14:paraId="0935EACE" w14:textId="77777777">
        <w:trPr>
          <w:jc w:val="center"/>
        </w:trPr>
        <w:tc>
          <w:tcPr>
            <w:tcW w:w="2880" w:type="dxa"/>
            <w:tcBorders>
              <w:bottom w:val="single" w:sz="8" w:space="0" w:color="9B9B9B"/>
            </w:tcBorders>
            <w:shd w:val="clear" w:color="auto" w:fill="CFCFCF"/>
            <w:vAlign w:val="center"/>
          </w:tcPr>
          <w:p w14:paraId="2C7C6794"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3B9E698A"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4743A5A1" w14:textId="77777777" w:rsidR="00A806B2" w:rsidRPr="00A864B8" w:rsidRDefault="00000000">
            <w:pPr>
              <w:spacing w:before="20" w:after="10" w:line="240" w:lineRule="auto"/>
              <w:jc w:val="center"/>
            </w:pPr>
            <w:r w:rsidRPr="00A864B8">
              <w:rPr>
                <w:sz w:val="20"/>
              </w:rPr>
              <w:t>0,08 €/kWh</w:t>
            </w:r>
          </w:p>
        </w:tc>
      </w:tr>
      <w:tr w:rsidR="00A806B2" w:rsidRPr="00A864B8" w14:paraId="1D281670" w14:textId="77777777">
        <w:trPr>
          <w:jc w:val="center"/>
        </w:trPr>
        <w:tc>
          <w:tcPr>
            <w:tcW w:w="2880" w:type="dxa"/>
            <w:tcBorders>
              <w:bottom w:val="single" w:sz="8" w:space="0" w:color="9B9B9B"/>
            </w:tcBorders>
            <w:shd w:val="clear" w:color="auto" w:fill="F0F0F0"/>
            <w:vAlign w:val="center"/>
          </w:tcPr>
          <w:p w14:paraId="747DA817" w14:textId="77777777" w:rsidR="00A806B2" w:rsidRPr="00A864B8" w:rsidRDefault="00000000">
            <w:pPr>
              <w:spacing w:before="20" w:after="10" w:line="240" w:lineRule="auto"/>
              <w:jc w:val="center"/>
            </w:pPr>
            <w:r w:rsidRPr="00A864B8">
              <w:rPr>
                <w:sz w:val="20"/>
              </w:rPr>
              <w:t>Jahresbezug beschränken</w:t>
            </w:r>
          </w:p>
        </w:tc>
        <w:tc>
          <w:tcPr>
            <w:tcW w:w="2880" w:type="dxa"/>
            <w:tcBorders>
              <w:bottom w:val="single" w:sz="8" w:space="0" w:color="9B9B9B"/>
            </w:tcBorders>
            <w:shd w:val="clear" w:color="auto" w:fill="F0F0F0"/>
            <w:vAlign w:val="center"/>
          </w:tcPr>
          <w:p w14:paraId="13A67098"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733A42F8" w14:textId="77777777" w:rsidR="00A806B2" w:rsidRPr="00A864B8" w:rsidRDefault="00000000">
            <w:pPr>
              <w:spacing w:before="20" w:after="10" w:line="240" w:lineRule="auto"/>
              <w:jc w:val="center"/>
            </w:pPr>
            <w:r w:rsidRPr="00A864B8">
              <w:rPr>
                <w:sz w:val="20"/>
              </w:rPr>
              <w:t>nein</w:t>
            </w:r>
          </w:p>
        </w:tc>
      </w:tr>
      <w:tr w:rsidR="00A806B2" w:rsidRPr="00A864B8" w14:paraId="209181E3" w14:textId="77777777">
        <w:trPr>
          <w:jc w:val="center"/>
        </w:trPr>
        <w:tc>
          <w:tcPr>
            <w:tcW w:w="2880" w:type="dxa"/>
            <w:tcBorders>
              <w:bottom w:val="single" w:sz="8" w:space="0" w:color="9B9B9B"/>
            </w:tcBorders>
            <w:shd w:val="clear" w:color="auto" w:fill="CFCFCF"/>
            <w:vAlign w:val="center"/>
          </w:tcPr>
          <w:p w14:paraId="25F1815C" w14:textId="77777777" w:rsidR="00A806B2" w:rsidRPr="00A864B8" w:rsidRDefault="00000000">
            <w:pPr>
              <w:spacing w:before="20" w:after="10" w:line="240" w:lineRule="auto"/>
              <w:jc w:val="center"/>
            </w:pPr>
            <w:r w:rsidRPr="00A864B8">
              <w:rPr>
                <w:sz w:val="20"/>
              </w:rPr>
              <w:t>Jährliche Preissteigerung (Option)</w:t>
            </w:r>
          </w:p>
        </w:tc>
        <w:tc>
          <w:tcPr>
            <w:tcW w:w="2880" w:type="dxa"/>
            <w:tcBorders>
              <w:bottom w:val="single" w:sz="8" w:space="0" w:color="9B9B9B"/>
            </w:tcBorders>
            <w:shd w:val="clear" w:color="auto" w:fill="CFCFCF"/>
            <w:vAlign w:val="center"/>
          </w:tcPr>
          <w:p w14:paraId="3CFC6284"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395C2F5B" w14:textId="77777777" w:rsidR="00A806B2" w:rsidRPr="00A864B8" w:rsidRDefault="00000000">
            <w:pPr>
              <w:spacing w:before="20" w:after="10" w:line="240" w:lineRule="auto"/>
              <w:jc w:val="center"/>
            </w:pPr>
            <w:r w:rsidRPr="00A864B8">
              <w:rPr>
                <w:sz w:val="20"/>
              </w:rPr>
              <w:t>Keine Veränderung</w:t>
            </w:r>
          </w:p>
        </w:tc>
      </w:tr>
      <w:tr w:rsidR="00A806B2" w:rsidRPr="00A864B8" w14:paraId="70530177" w14:textId="77777777">
        <w:trPr>
          <w:jc w:val="center"/>
        </w:trPr>
        <w:tc>
          <w:tcPr>
            <w:tcW w:w="2880" w:type="dxa"/>
            <w:tcBorders>
              <w:bottom w:val="single" w:sz="8" w:space="0" w:color="9B9B9B"/>
            </w:tcBorders>
            <w:shd w:val="clear" w:color="auto" w:fill="F0F0F0"/>
            <w:vAlign w:val="center"/>
          </w:tcPr>
          <w:p w14:paraId="0930B46A" w14:textId="77777777" w:rsidR="00A806B2" w:rsidRPr="00A864B8" w:rsidRDefault="00000000">
            <w:pPr>
              <w:spacing w:before="20" w:after="10" w:line="240" w:lineRule="auto"/>
              <w:jc w:val="center"/>
            </w:pPr>
            <w:r w:rsidRPr="00A864B8">
              <w:rPr>
                <w:sz w:val="20"/>
              </w:rPr>
              <w:t>Leistung beschränken</w:t>
            </w:r>
          </w:p>
        </w:tc>
        <w:tc>
          <w:tcPr>
            <w:tcW w:w="2880" w:type="dxa"/>
            <w:tcBorders>
              <w:bottom w:val="single" w:sz="8" w:space="0" w:color="9B9B9B"/>
            </w:tcBorders>
            <w:shd w:val="clear" w:color="auto" w:fill="F0F0F0"/>
            <w:vAlign w:val="center"/>
          </w:tcPr>
          <w:p w14:paraId="2C85FCE8"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F0F0F0"/>
            <w:vAlign w:val="center"/>
          </w:tcPr>
          <w:p w14:paraId="2B44252D" w14:textId="77777777" w:rsidR="00A806B2" w:rsidRPr="00A864B8" w:rsidRDefault="00000000">
            <w:pPr>
              <w:spacing w:before="20" w:after="10" w:line="240" w:lineRule="auto"/>
              <w:jc w:val="center"/>
            </w:pPr>
            <w:r w:rsidRPr="00A864B8">
              <w:rPr>
                <w:sz w:val="20"/>
              </w:rPr>
              <w:t>nein</w:t>
            </w:r>
          </w:p>
        </w:tc>
      </w:tr>
      <w:tr w:rsidR="00A806B2" w:rsidRPr="00A864B8" w14:paraId="3E60E1C5" w14:textId="77777777">
        <w:trPr>
          <w:jc w:val="center"/>
        </w:trPr>
        <w:tc>
          <w:tcPr>
            <w:tcW w:w="2880" w:type="dxa"/>
            <w:tcBorders>
              <w:bottom w:val="single" w:sz="8" w:space="0" w:color="9B9B9B"/>
            </w:tcBorders>
            <w:shd w:val="clear" w:color="auto" w:fill="CFCFCF"/>
            <w:vAlign w:val="center"/>
          </w:tcPr>
          <w:p w14:paraId="3B6C356E" w14:textId="77777777" w:rsidR="00A806B2" w:rsidRPr="00A864B8" w:rsidRDefault="00000000">
            <w:pPr>
              <w:spacing w:before="20" w:after="10" w:line="240" w:lineRule="auto"/>
              <w:jc w:val="center"/>
            </w:pPr>
            <w:r w:rsidRPr="00A864B8">
              <w:rPr>
                <w:sz w:val="20"/>
              </w:rPr>
              <w:t>Anschlusslimit</w:t>
            </w:r>
          </w:p>
        </w:tc>
        <w:tc>
          <w:tcPr>
            <w:tcW w:w="2880" w:type="dxa"/>
            <w:tcBorders>
              <w:bottom w:val="single" w:sz="8" w:space="0" w:color="9B9B9B"/>
            </w:tcBorders>
            <w:shd w:val="clear" w:color="auto" w:fill="CFCFCF"/>
            <w:vAlign w:val="center"/>
          </w:tcPr>
          <w:p w14:paraId="414A98E6" w14:textId="77777777" w:rsidR="00A806B2" w:rsidRPr="00A864B8" w:rsidRDefault="00000000">
            <w:pPr>
              <w:spacing w:before="20" w:after="10" w:line="240" w:lineRule="auto"/>
              <w:jc w:val="center"/>
            </w:pPr>
            <w:r w:rsidRPr="00A864B8">
              <w:rPr>
                <w:sz w:val="20"/>
              </w:rPr>
              <w:t>---</w:t>
            </w:r>
          </w:p>
        </w:tc>
        <w:tc>
          <w:tcPr>
            <w:tcW w:w="2880" w:type="dxa"/>
            <w:tcBorders>
              <w:bottom w:val="single" w:sz="8" w:space="0" w:color="9B9B9B"/>
            </w:tcBorders>
            <w:shd w:val="clear" w:color="auto" w:fill="CFCFCF"/>
            <w:vAlign w:val="center"/>
          </w:tcPr>
          <w:p w14:paraId="65D88485" w14:textId="77777777" w:rsidR="00A806B2" w:rsidRPr="00A864B8" w:rsidRDefault="00000000">
            <w:pPr>
              <w:spacing w:before="20" w:after="10" w:line="240" w:lineRule="auto"/>
              <w:jc w:val="center"/>
            </w:pPr>
            <w:r w:rsidRPr="00A864B8">
              <w:rPr>
                <w:sz w:val="20"/>
              </w:rPr>
              <w:t>nein</w:t>
            </w:r>
          </w:p>
        </w:tc>
      </w:tr>
    </w:tbl>
    <w:p w14:paraId="25C21B49" w14:textId="77777777" w:rsidR="00A806B2" w:rsidRPr="00A864B8" w:rsidRDefault="00A806B2"/>
    <w:p w14:paraId="229D7565" w14:textId="1A82CCE3" w:rsidR="00A806B2" w:rsidRPr="00A864B8" w:rsidRDefault="00000000">
      <w:pPr>
        <w:pStyle w:val="CaptionStyle"/>
        <w:spacing w:before="40" w:after="0"/>
        <w:jc w:val="center"/>
        <w:rPr>
          <w:lang w:val="de-DE"/>
        </w:rPr>
      </w:pPr>
      <w:bookmarkStart w:id="359" w:name="_Toc240363597"/>
      <w:r w:rsidRPr="00A864B8">
        <w:rPr>
          <w:lang w:val="de-DE"/>
        </w:rPr>
        <w:t xml:space="preserve">Tabelle </w:t>
      </w:r>
      <w:bookmarkStart w:id="360" w:name="biomass_import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69</w:t>
      </w:r>
      <w:r w:rsidRPr="00A864B8">
        <w:rPr>
          <w:lang w:val="de-DE"/>
        </w:rPr>
        <w:fldChar w:fldCharType="end"/>
      </w:r>
      <w:bookmarkStart w:id="361" w:name="biomass_import_params"/>
      <w:bookmarkEnd w:id="360"/>
      <w:bookmarkEnd w:id="361"/>
      <w:r w:rsidRPr="00A864B8">
        <w:rPr>
          <w:lang w:val="de-DE"/>
        </w:rPr>
        <w:t>: Biomasse</w:t>
      </w:r>
      <w:bookmarkEnd w:id="359"/>
    </w:p>
    <w:tbl>
      <w:tblPr>
        <w:tblW w:w="0" w:type="auto"/>
        <w:jc w:val="center"/>
        <w:tblLook w:val="04A0" w:firstRow="1" w:lastRow="0" w:firstColumn="1" w:lastColumn="0" w:noHBand="0" w:noVBand="1"/>
      </w:tblPr>
      <w:tblGrid>
        <w:gridCol w:w="2880"/>
        <w:gridCol w:w="2880"/>
        <w:gridCol w:w="2880"/>
      </w:tblGrid>
      <w:tr w:rsidR="00A806B2" w:rsidRPr="00A864B8" w14:paraId="579EB5B0" w14:textId="77777777">
        <w:trPr>
          <w:jc w:val="center"/>
        </w:trPr>
        <w:tc>
          <w:tcPr>
            <w:tcW w:w="2880" w:type="dxa"/>
            <w:tcBorders>
              <w:bottom w:val="single" w:sz="22" w:space="0" w:color="C00000"/>
            </w:tcBorders>
            <w:shd w:val="clear" w:color="auto" w:fill="343A40"/>
          </w:tcPr>
          <w:p w14:paraId="0DAD6E2C"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51685697" w14:textId="77777777" w:rsidR="00A806B2" w:rsidRPr="00A864B8" w:rsidRDefault="00000000">
            <w:pPr>
              <w:spacing w:before="20" w:after="10" w:line="240" w:lineRule="auto"/>
              <w:jc w:val="center"/>
            </w:pPr>
            <w:r w:rsidRPr="00A864B8">
              <w:rPr>
                <w:color w:val="FFFFFF"/>
                <w:sz w:val="20"/>
              </w:rPr>
              <w:t>Variante 1</w:t>
            </w:r>
          </w:p>
        </w:tc>
        <w:tc>
          <w:tcPr>
            <w:tcW w:w="2880" w:type="dxa"/>
            <w:tcBorders>
              <w:bottom w:val="single" w:sz="22" w:space="0" w:color="C00000"/>
            </w:tcBorders>
            <w:shd w:val="clear" w:color="auto" w:fill="343A40"/>
          </w:tcPr>
          <w:p w14:paraId="2ACEB912" w14:textId="77777777" w:rsidR="00A806B2" w:rsidRPr="00A864B8" w:rsidRDefault="00000000">
            <w:pPr>
              <w:spacing w:before="20" w:after="10" w:line="240" w:lineRule="auto"/>
              <w:jc w:val="center"/>
            </w:pPr>
            <w:r w:rsidRPr="00A864B8">
              <w:rPr>
                <w:color w:val="FFFFFF"/>
                <w:sz w:val="20"/>
              </w:rPr>
              <w:t>Variante 2</w:t>
            </w:r>
          </w:p>
        </w:tc>
      </w:tr>
      <w:tr w:rsidR="00A806B2" w:rsidRPr="00A864B8" w14:paraId="735DD832" w14:textId="77777777">
        <w:trPr>
          <w:jc w:val="center"/>
        </w:trPr>
        <w:tc>
          <w:tcPr>
            <w:tcW w:w="2880" w:type="dxa"/>
            <w:tcBorders>
              <w:bottom w:val="single" w:sz="8" w:space="0" w:color="9B9B9B"/>
            </w:tcBorders>
            <w:shd w:val="clear" w:color="auto" w:fill="F0F0F0"/>
            <w:vAlign w:val="center"/>
          </w:tcPr>
          <w:p w14:paraId="7EAD0C15" w14:textId="77777777" w:rsidR="00A806B2" w:rsidRPr="00A864B8" w:rsidRDefault="00000000">
            <w:pPr>
              <w:spacing w:before="20" w:after="10" w:line="240" w:lineRule="auto"/>
              <w:jc w:val="center"/>
            </w:pPr>
            <w:r w:rsidRPr="00A864B8">
              <w:rPr>
                <w:sz w:val="20"/>
              </w:rPr>
              <w:t>Biomassebezug</w:t>
            </w:r>
          </w:p>
        </w:tc>
        <w:tc>
          <w:tcPr>
            <w:tcW w:w="2880" w:type="dxa"/>
            <w:tcBorders>
              <w:bottom w:val="single" w:sz="8" w:space="0" w:color="9B9B9B"/>
            </w:tcBorders>
            <w:shd w:val="clear" w:color="auto" w:fill="F0F0F0"/>
            <w:vAlign w:val="center"/>
          </w:tcPr>
          <w:p w14:paraId="4FB57817" w14:textId="77777777" w:rsidR="00A806B2" w:rsidRPr="00A864B8" w:rsidRDefault="00000000">
            <w:pPr>
              <w:spacing w:before="20" w:after="10" w:line="240" w:lineRule="auto"/>
              <w:jc w:val="center"/>
            </w:pPr>
            <w:r w:rsidRPr="00A864B8">
              <w:rPr>
                <w:sz w:val="20"/>
              </w:rPr>
              <w:t>ja</w:t>
            </w:r>
          </w:p>
        </w:tc>
        <w:tc>
          <w:tcPr>
            <w:tcW w:w="2880" w:type="dxa"/>
            <w:tcBorders>
              <w:bottom w:val="single" w:sz="8" w:space="0" w:color="9B9B9B"/>
            </w:tcBorders>
            <w:shd w:val="clear" w:color="auto" w:fill="F0F0F0"/>
            <w:vAlign w:val="center"/>
          </w:tcPr>
          <w:p w14:paraId="7FCCEAEF" w14:textId="77777777" w:rsidR="00A806B2" w:rsidRPr="00A864B8" w:rsidRDefault="00000000">
            <w:pPr>
              <w:spacing w:before="20" w:after="10" w:line="240" w:lineRule="auto"/>
              <w:jc w:val="center"/>
            </w:pPr>
            <w:r w:rsidRPr="00A864B8">
              <w:rPr>
                <w:sz w:val="20"/>
              </w:rPr>
              <w:t>nein</w:t>
            </w:r>
          </w:p>
        </w:tc>
      </w:tr>
      <w:tr w:rsidR="00A806B2" w:rsidRPr="00A864B8" w14:paraId="53D8BEB5" w14:textId="77777777">
        <w:trPr>
          <w:jc w:val="center"/>
        </w:trPr>
        <w:tc>
          <w:tcPr>
            <w:tcW w:w="2880" w:type="dxa"/>
            <w:tcBorders>
              <w:bottom w:val="single" w:sz="8" w:space="0" w:color="9B9B9B"/>
            </w:tcBorders>
            <w:shd w:val="clear" w:color="auto" w:fill="CFCFCF"/>
            <w:vAlign w:val="center"/>
          </w:tcPr>
          <w:p w14:paraId="723BDC4A" w14:textId="77777777" w:rsidR="00A806B2" w:rsidRPr="00A864B8" w:rsidRDefault="00000000">
            <w:pPr>
              <w:spacing w:before="20" w:after="10" w:line="240" w:lineRule="auto"/>
              <w:jc w:val="center"/>
            </w:pPr>
            <w:r w:rsidRPr="00A864B8">
              <w:rPr>
                <w:sz w:val="20"/>
              </w:rPr>
              <w:t>Arbeitspreis</w:t>
            </w:r>
          </w:p>
        </w:tc>
        <w:tc>
          <w:tcPr>
            <w:tcW w:w="2880" w:type="dxa"/>
            <w:tcBorders>
              <w:bottom w:val="single" w:sz="8" w:space="0" w:color="9B9B9B"/>
            </w:tcBorders>
            <w:shd w:val="clear" w:color="auto" w:fill="CFCFCF"/>
            <w:vAlign w:val="center"/>
          </w:tcPr>
          <w:p w14:paraId="7D7EF2E6" w14:textId="77777777" w:rsidR="00A806B2" w:rsidRPr="00A864B8" w:rsidRDefault="00000000">
            <w:pPr>
              <w:spacing w:before="20" w:after="10" w:line="240" w:lineRule="auto"/>
              <w:jc w:val="center"/>
            </w:pPr>
            <w:r w:rsidRPr="00A864B8">
              <w:rPr>
                <w:sz w:val="20"/>
              </w:rPr>
              <w:t>0,08 €/kWh</w:t>
            </w:r>
          </w:p>
        </w:tc>
        <w:tc>
          <w:tcPr>
            <w:tcW w:w="2880" w:type="dxa"/>
            <w:tcBorders>
              <w:bottom w:val="single" w:sz="8" w:space="0" w:color="9B9B9B"/>
            </w:tcBorders>
            <w:shd w:val="clear" w:color="auto" w:fill="CFCFCF"/>
            <w:vAlign w:val="center"/>
          </w:tcPr>
          <w:p w14:paraId="0A3950AD" w14:textId="77777777" w:rsidR="00A806B2" w:rsidRPr="00A864B8" w:rsidRDefault="00000000">
            <w:pPr>
              <w:spacing w:before="20" w:after="10" w:line="240" w:lineRule="auto"/>
              <w:jc w:val="center"/>
            </w:pPr>
            <w:r w:rsidRPr="00A864B8">
              <w:rPr>
                <w:sz w:val="20"/>
              </w:rPr>
              <w:t>---</w:t>
            </w:r>
          </w:p>
        </w:tc>
      </w:tr>
      <w:tr w:rsidR="00A806B2" w:rsidRPr="00A864B8" w14:paraId="37AF2E4F" w14:textId="77777777">
        <w:trPr>
          <w:jc w:val="center"/>
        </w:trPr>
        <w:tc>
          <w:tcPr>
            <w:tcW w:w="2880" w:type="dxa"/>
            <w:tcBorders>
              <w:bottom w:val="single" w:sz="8" w:space="0" w:color="9B9B9B"/>
            </w:tcBorders>
            <w:shd w:val="clear" w:color="auto" w:fill="F0F0F0"/>
            <w:vAlign w:val="center"/>
          </w:tcPr>
          <w:p w14:paraId="3D1918FE" w14:textId="77777777" w:rsidR="00A806B2" w:rsidRPr="00A864B8" w:rsidRDefault="00000000">
            <w:pPr>
              <w:spacing w:before="20" w:after="10" w:line="240" w:lineRule="auto"/>
              <w:jc w:val="center"/>
            </w:pPr>
            <w:r w:rsidRPr="00A864B8">
              <w:rPr>
                <w:sz w:val="20"/>
              </w:rPr>
              <w:t>Jahresbezug beschränken</w:t>
            </w:r>
          </w:p>
        </w:tc>
        <w:tc>
          <w:tcPr>
            <w:tcW w:w="2880" w:type="dxa"/>
            <w:tcBorders>
              <w:bottom w:val="single" w:sz="8" w:space="0" w:color="9B9B9B"/>
            </w:tcBorders>
            <w:shd w:val="clear" w:color="auto" w:fill="F0F0F0"/>
            <w:vAlign w:val="center"/>
          </w:tcPr>
          <w:p w14:paraId="06E0B00E" w14:textId="77777777" w:rsidR="00A806B2" w:rsidRPr="00A864B8" w:rsidRDefault="00000000">
            <w:pPr>
              <w:spacing w:before="20" w:after="10" w:line="240" w:lineRule="auto"/>
              <w:jc w:val="center"/>
            </w:pPr>
            <w:r w:rsidRPr="00A864B8">
              <w:rPr>
                <w:sz w:val="20"/>
              </w:rPr>
              <w:t>nein</w:t>
            </w:r>
          </w:p>
        </w:tc>
        <w:tc>
          <w:tcPr>
            <w:tcW w:w="2880" w:type="dxa"/>
            <w:tcBorders>
              <w:bottom w:val="single" w:sz="8" w:space="0" w:color="9B9B9B"/>
            </w:tcBorders>
            <w:shd w:val="clear" w:color="auto" w:fill="F0F0F0"/>
            <w:vAlign w:val="center"/>
          </w:tcPr>
          <w:p w14:paraId="74CEAC26" w14:textId="77777777" w:rsidR="00A806B2" w:rsidRPr="00A864B8" w:rsidRDefault="00000000">
            <w:pPr>
              <w:spacing w:before="20" w:after="10" w:line="240" w:lineRule="auto"/>
              <w:jc w:val="center"/>
            </w:pPr>
            <w:r w:rsidRPr="00A864B8">
              <w:rPr>
                <w:sz w:val="20"/>
              </w:rPr>
              <w:t>---</w:t>
            </w:r>
          </w:p>
        </w:tc>
      </w:tr>
      <w:tr w:rsidR="00A806B2" w:rsidRPr="00A864B8" w14:paraId="20EB5A16" w14:textId="77777777">
        <w:trPr>
          <w:jc w:val="center"/>
        </w:trPr>
        <w:tc>
          <w:tcPr>
            <w:tcW w:w="2880" w:type="dxa"/>
            <w:tcBorders>
              <w:bottom w:val="single" w:sz="8" w:space="0" w:color="9B9B9B"/>
            </w:tcBorders>
            <w:shd w:val="clear" w:color="auto" w:fill="CFCFCF"/>
            <w:vAlign w:val="center"/>
          </w:tcPr>
          <w:p w14:paraId="569053F4" w14:textId="77777777" w:rsidR="00A806B2" w:rsidRPr="00A864B8" w:rsidRDefault="00000000">
            <w:pPr>
              <w:spacing w:before="20" w:after="10" w:line="240" w:lineRule="auto"/>
              <w:jc w:val="center"/>
            </w:pPr>
            <w:r w:rsidRPr="00A864B8">
              <w:rPr>
                <w:sz w:val="20"/>
              </w:rPr>
              <w:t>Jährliche Preissteigerung (Option)</w:t>
            </w:r>
          </w:p>
        </w:tc>
        <w:tc>
          <w:tcPr>
            <w:tcW w:w="2880" w:type="dxa"/>
            <w:tcBorders>
              <w:bottom w:val="single" w:sz="8" w:space="0" w:color="9B9B9B"/>
            </w:tcBorders>
            <w:shd w:val="clear" w:color="auto" w:fill="CFCFCF"/>
            <w:vAlign w:val="center"/>
          </w:tcPr>
          <w:p w14:paraId="79F1ADE0" w14:textId="77777777" w:rsidR="00A806B2" w:rsidRPr="00A864B8" w:rsidRDefault="00000000">
            <w:pPr>
              <w:spacing w:before="20" w:after="10" w:line="240" w:lineRule="auto"/>
              <w:jc w:val="center"/>
            </w:pPr>
            <w:r w:rsidRPr="00A864B8">
              <w:rPr>
                <w:sz w:val="20"/>
              </w:rPr>
              <w:t>Keine Veränderung</w:t>
            </w:r>
          </w:p>
        </w:tc>
        <w:tc>
          <w:tcPr>
            <w:tcW w:w="2880" w:type="dxa"/>
            <w:tcBorders>
              <w:bottom w:val="single" w:sz="8" w:space="0" w:color="9B9B9B"/>
            </w:tcBorders>
            <w:shd w:val="clear" w:color="auto" w:fill="CFCFCF"/>
            <w:vAlign w:val="center"/>
          </w:tcPr>
          <w:p w14:paraId="47A85C57" w14:textId="77777777" w:rsidR="00A806B2" w:rsidRPr="00A864B8" w:rsidRDefault="00000000">
            <w:pPr>
              <w:spacing w:before="20" w:after="10" w:line="240" w:lineRule="auto"/>
              <w:jc w:val="center"/>
            </w:pPr>
            <w:r w:rsidRPr="00A864B8">
              <w:rPr>
                <w:sz w:val="20"/>
              </w:rPr>
              <w:t>---</w:t>
            </w:r>
          </w:p>
        </w:tc>
      </w:tr>
    </w:tbl>
    <w:p w14:paraId="7FEBC7B8" w14:textId="77777777" w:rsidR="00A806B2" w:rsidRPr="00A864B8" w:rsidRDefault="00A806B2"/>
    <w:p w14:paraId="1359D3DC" w14:textId="77777777" w:rsidR="00A806B2" w:rsidRPr="00A864B8" w:rsidRDefault="00000000">
      <w:pPr>
        <w:pStyle w:val="berschrift2"/>
      </w:pPr>
      <w:bookmarkStart w:id="362" w:name="h_appendix_economics_num"/>
      <w:bookmarkStart w:id="363" w:name="_Toc240363527"/>
      <w:r w:rsidRPr="00A864B8">
        <w:rPr>
          <w:color w:val="000000"/>
          <w:sz w:val="36"/>
        </w:rPr>
        <w:t xml:space="preserve">12.5 </w:t>
      </w:r>
      <w:bookmarkEnd w:id="362"/>
      <w:r w:rsidRPr="00A864B8">
        <w:rPr>
          <w:color w:val="000000"/>
          <w:sz w:val="36"/>
        </w:rPr>
        <w:t>Wirtschaftliche Parameter</w:t>
      </w:r>
      <w:bookmarkEnd w:id="363"/>
    </w:p>
    <w:p w14:paraId="782155B1" w14:textId="0AEADF38" w:rsidR="00A806B2" w:rsidRPr="00A864B8" w:rsidRDefault="00000000">
      <w:pPr>
        <w:pStyle w:val="CaptionStyle"/>
        <w:spacing w:before="40" w:after="0"/>
        <w:jc w:val="center"/>
        <w:rPr>
          <w:lang w:val="de-DE"/>
        </w:rPr>
      </w:pPr>
      <w:bookmarkStart w:id="364" w:name="_Toc240363598"/>
      <w:r w:rsidRPr="00A864B8">
        <w:rPr>
          <w:lang w:val="de-DE"/>
        </w:rPr>
        <w:t xml:space="preserve">Tabelle </w:t>
      </w:r>
      <w:bookmarkStart w:id="365" w:name="economic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70</w:t>
      </w:r>
      <w:r w:rsidRPr="00A864B8">
        <w:rPr>
          <w:lang w:val="de-DE"/>
        </w:rPr>
        <w:fldChar w:fldCharType="end"/>
      </w:r>
      <w:bookmarkStart w:id="366" w:name="economic_params"/>
      <w:bookmarkEnd w:id="365"/>
      <w:bookmarkEnd w:id="366"/>
      <w:r w:rsidRPr="00A864B8">
        <w:rPr>
          <w:lang w:val="de-DE"/>
        </w:rPr>
        <w:t>: Ökonomische Parameter</w:t>
      </w:r>
      <w:bookmarkEnd w:id="364"/>
    </w:p>
    <w:tbl>
      <w:tblPr>
        <w:tblW w:w="0" w:type="auto"/>
        <w:jc w:val="center"/>
        <w:tblLook w:val="04A0" w:firstRow="1" w:lastRow="0" w:firstColumn="1" w:lastColumn="0" w:noHBand="0" w:noVBand="1"/>
      </w:tblPr>
      <w:tblGrid>
        <w:gridCol w:w="4320"/>
        <w:gridCol w:w="4320"/>
      </w:tblGrid>
      <w:tr w:rsidR="00A806B2" w:rsidRPr="00A864B8" w14:paraId="7A691041" w14:textId="77777777">
        <w:trPr>
          <w:jc w:val="center"/>
        </w:trPr>
        <w:tc>
          <w:tcPr>
            <w:tcW w:w="4320" w:type="dxa"/>
            <w:tcBorders>
              <w:bottom w:val="single" w:sz="22" w:space="0" w:color="C00000"/>
            </w:tcBorders>
            <w:shd w:val="clear" w:color="auto" w:fill="343A40"/>
          </w:tcPr>
          <w:p w14:paraId="31E15F0A"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2E07C04D"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45DA899C" w14:textId="77777777">
        <w:trPr>
          <w:jc w:val="center"/>
        </w:trPr>
        <w:tc>
          <w:tcPr>
            <w:tcW w:w="4320" w:type="dxa"/>
            <w:tcBorders>
              <w:bottom w:val="single" w:sz="8" w:space="0" w:color="9B9B9B"/>
            </w:tcBorders>
            <w:shd w:val="clear" w:color="auto" w:fill="F0F0F0"/>
            <w:vAlign w:val="center"/>
          </w:tcPr>
          <w:p w14:paraId="2BA175FD" w14:textId="77777777" w:rsidR="00A806B2" w:rsidRPr="00A864B8" w:rsidRDefault="00000000">
            <w:pPr>
              <w:spacing w:before="20" w:after="10" w:line="240" w:lineRule="auto"/>
              <w:jc w:val="center"/>
            </w:pPr>
            <w:r w:rsidRPr="00A864B8">
              <w:rPr>
                <w:sz w:val="20"/>
              </w:rPr>
              <w:t>Kalkulatorischer Zinssatz</w:t>
            </w:r>
          </w:p>
        </w:tc>
        <w:tc>
          <w:tcPr>
            <w:tcW w:w="4320" w:type="dxa"/>
            <w:tcBorders>
              <w:bottom w:val="single" w:sz="8" w:space="0" w:color="9B9B9B"/>
            </w:tcBorders>
            <w:shd w:val="clear" w:color="auto" w:fill="F0F0F0"/>
            <w:vAlign w:val="center"/>
          </w:tcPr>
          <w:p w14:paraId="6C3845CC" w14:textId="77777777" w:rsidR="00A806B2" w:rsidRPr="00A864B8" w:rsidRDefault="00000000">
            <w:pPr>
              <w:spacing w:before="20" w:after="10" w:line="240" w:lineRule="auto"/>
              <w:jc w:val="center"/>
            </w:pPr>
            <w:r w:rsidRPr="00A864B8">
              <w:rPr>
                <w:sz w:val="20"/>
              </w:rPr>
              <w:t>5 %</w:t>
            </w:r>
          </w:p>
        </w:tc>
      </w:tr>
      <w:tr w:rsidR="00A806B2" w:rsidRPr="00A864B8" w14:paraId="72B976C3" w14:textId="77777777">
        <w:trPr>
          <w:jc w:val="center"/>
        </w:trPr>
        <w:tc>
          <w:tcPr>
            <w:tcW w:w="4320" w:type="dxa"/>
            <w:tcBorders>
              <w:bottom w:val="single" w:sz="8" w:space="0" w:color="9B9B9B"/>
            </w:tcBorders>
            <w:shd w:val="clear" w:color="auto" w:fill="CFCFCF"/>
            <w:vAlign w:val="center"/>
          </w:tcPr>
          <w:p w14:paraId="6BDE1217" w14:textId="77777777" w:rsidR="00A806B2" w:rsidRPr="00A864B8" w:rsidRDefault="00000000">
            <w:pPr>
              <w:spacing w:before="20" w:after="10" w:line="240" w:lineRule="auto"/>
              <w:jc w:val="center"/>
            </w:pPr>
            <w:r w:rsidRPr="00A864B8">
              <w:rPr>
                <w:sz w:val="20"/>
              </w:rPr>
              <w:t>Betrachtungshorizont</w:t>
            </w:r>
          </w:p>
        </w:tc>
        <w:tc>
          <w:tcPr>
            <w:tcW w:w="4320" w:type="dxa"/>
            <w:tcBorders>
              <w:bottom w:val="single" w:sz="8" w:space="0" w:color="9B9B9B"/>
            </w:tcBorders>
            <w:shd w:val="clear" w:color="auto" w:fill="CFCFCF"/>
            <w:vAlign w:val="center"/>
          </w:tcPr>
          <w:p w14:paraId="4168F630" w14:textId="77777777" w:rsidR="00A806B2" w:rsidRPr="00A864B8" w:rsidRDefault="00000000">
            <w:pPr>
              <w:spacing w:before="20" w:after="10" w:line="240" w:lineRule="auto"/>
              <w:jc w:val="center"/>
            </w:pPr>
            <w:r w:rsidRPr="00A864B8">
              <w:rPr>
                <w:sz w:val="20"/>
              </w:rPr>
              <w:t>20 Jahre</w:t>
            </w:r>
          </w:p>
        </w:tc>
      </w:tr>
      <w:tr w:rsidR="00A806B2" w:rsidRPr="00A864B8" w14:paraId="593EE63A" w14:textId="77777777">
        <w:trPr>
          <w:jc w:val="center"/>
        </w:trPr>
        <w:tc>
          <w:tcPr>
            <w:tcW w:w="4320" w:type="dxa"/>
            <w:tcBorders>
              <w:bottom w:val="single" w:sz="8" w:space="0" w:color="9B9B9B"/>
            </w:tcBorders>
            <w:shd w:val="clear" w:color="auto" w:fill="F0F0F0"/>
            <w:vAlign w:val="center"/>
          </w:tcPr>
          <w:p w14:paraId="500E032F" w14:textId="77777777" w:rsidR="00A806B2" w:rsidRPr="00A864B8" w:rsidRDefault="00000000">
            <w:pPr>
              <w:spacing w:before="20" w:after="10" w:line="240" w:lineRule="auto"/>
              <w:jc w:val="center"/>
            </w:pPr>
            <w:r w:rsidRPr="00A864B8">
              <w:rPr>
                <w:sz w:val="20"/>
              </w:rPr>
              <w:t>1. Jahr des Betrachtungshorizonts</w:t>
            </w:r>
          </w:p>
        </w:tc>
        <w:tc>
          <w:tcPr>
            <w:tcW w:w="4320" w:type="dxa"/>
            <w:tcBorders>
              <w:bottom w:val="single" w:sz="8" w:space="0" w:color="9B9B9B"/>
            </w:tcBorders>
            <w:shd w:val="clear" w:color="auto" w:fill="F0F0F0"/>
            <w:vAlign w:val="center"/>
          </w:tcPr>
          <w:p w14:paraId="449D1517" w14:textId="77777777" w:rsidR="00A806B2" w:rsidRPr="00A864B8" w:rsidRDefault="00000000">
            <w:pPr>
              <w:spacing w:before="20" w:after="10" w:line="240" w:lineRule="auto"/>
              <w:jc w:val="center"/>
            </w:pPr>
            <w:r w:rsidRPr="00A864B8">
              <w:rPr>
                <w:sz w:val="20"/>
              </w:rPr>
              <w:t>2027</w:t>
            </w:r>
          </w:p>
        </w:tc>
      </w:tr>
      <w:tr w:rsidR="00A806B2" w:rsidRPr="00A864B8" w14:paraId="6333CAB8" w14:textId="77777777">
        <w:trPr>
          <w:jc w:val="center"/>
        </w:trPr>
        <w:tc>
          <w:tcPr>
            <w:tcW w:w="4320" w:type="dxa"/>
            <w:tcBorders>
              <w:bottom w:val="single" w:sz="8" w:space="0" w:color="9B9B9B"/>
            </w:tcBorders>
            <w:shd w:val="clear" w:color="auto" w:fill="CFCFCF"/>
            <w:vAlign w:val="center"/>
          </w:tcPr>
          <w:p w14:paraId="5D1314DD" w14:textId="77777777" w:rsidR="00A806B2" w:rsidRPr="00A864B8" w:rsidRDefault="00000000">
            <w:pPr>
              <w:spacing w:before="20" w:after="10" w:line="240" w:lineRule="auto"/>
              <w:jc w:val="center"/>
            </w:pPr>
            <w:r w:rsidRPr="00A864B8">
              <w:rPr>
                <w:sz w:val="20"/>
              </w:rPr>
              <w:t>Inflationsrate</w:t>
            </w:r>
          </w:p>
        </w:tc>
        <w:tc>
          <w:tcPr>
            <w:tcW w:w="4320" w:type="dxa"/>
            <w:tcBorders>
              <w:bottom w:val="single" w:sz="8" w:space="0" w:color="9B9B9B"/>
            </w:tcBorders>
            <w:shd w:val="clear" w:color="auto" w:fill="CFCFCF"/>
            <w:vAlign w:val="center"/>
          </w:tcPr>
          <w:p w14:paraId="40143B4D" w14:textId="77777777" w:rsidR="00A806B2" w:rsidRPr="00A864B8" w:rsidRDefault="00000000">
            <w:pPr>
              <w:spacing w:before="20" w:after="10" w:line="240" w:lineRule="auto"/>
              <w:jc w:val="center"/>
            </w:pPr>
            <w:r w:rsidRPr="00A864B8">
              <w:rPr>
                <w:sz w:val="20"/>
              </w:rPr>
              <w:t>0 %</w:t>
            </w:r>
          </w:p>
        </w:tc>
      </w:tr>
      <w:tr w:rsidR="00A806B2" w:rsidRPr="00A864B8" w14:paraId="602103C3" w14:textId="77777777">
        <w:trPr>
          <w:jc w:val="center"/>
        </w:trPr>
        <w:tc>
          <w:tcPr>
            <w:tcW w:w="4320" w:type="dxa"/>
            <w:tcBorders>
              <w:bottom w:val="single" w:sz="8" w:space="0" w:color="9B9B9B"/>
            </w:tcBorders>
            <w:shd w:val="clear" w:color="auto" w:fill="F0F0F0"/>
            <w:vAlign w:val="center"/>
          </w:tcPr>
          <w:p w14:paraId="54F4D533" w14:textId="77777777" w:rsidR="00A806B2" w:rsidRPr="00A864B8" w:rsidRDefault="00000000">
            <w:pPr>
              <w:spacing w:before="20" w:after="10" w:line="240" w:lineRule="auto"/>
              <w:jc w:val="center"/>
            </w:pPr>
            <w:r w:rsidRPr="00A864B8">
              <w:rPr>
                <w:sz w:val="20"/>
              </w:rPr>
              <w:t>BEW-Betriebskostenförderung für Großwärmepumpen</w:t>
            </w:r>
          </w:p>
        </w:tc>
        <w:tc>
          <w:tcPr>
            <w:tcW w:w="4320" w:type="dxa"/>
            <w:tcBorders>
              <w:bottom w:val="single" w:sz="8" w:space="0" w:color="9B9B9B"/>
            </w:tcBorders>
            <w:shd w:val="clear" w:color="auto" w:fill="F0F0F0"/>
            <w:vAlign w:val="center"/>
          </w:tcPr>
          <w:p w14:paraId="4FA3F5FE" w14:textId="77777777" w:rsidR="00A806B2" w:rsidRPr="00A864B8" w:rsidRDefault="00000000">
            <w:pPr>
              <w:spacing w:before="20" w:after="10" w:line="240" w:lineRule="auto"/>
              <w:jc w:val="center"/>
            </w:pPr>
            <w:r w:rsidRPr="00A864B8">
              <w:rPr>
                <w:sz w:val="20"/>
              </w:rPr>
              <w:t>nein</w:t>
            </w:r>
          </w:p>
        </w:tc>
      </w:tr>
      <w:tr w:rsidR="00A806B2" w:rsidRPr="00A864B8" w14:paraId="507A8E07" w14:textId="77777777">
        <w:trPr>
          <w:jc w:val="center"/>
        </w:trPr>
        <w:tc>
          <w:tcPr>
            <w:tcW w:w="4320" w:type="dxa"/>
            <w:tcBorders>
              <w:bottom w:val="single" w:sz="8" w:space="0" w:color="9B9B9B"/>
            </w:tcBorders>
            <w:shd w:val="clear" w:color="auto" w:fill="CFCFCF"/>
            <w:vAlign w:val="center"/>
          </w:tcPr>
          <w:p w14:paraId="6D9A3EA8" w14:textId="77777777" w:rsidR="00A806B2" w:rsidRPr="00A864B8" w:rsidRDefault="00000000">
            <w:pPr>
              <w:spacing w:before="20" w:after="10" w:line="240" w:lineRule="auto"/>
              <w:jc w:val="center"/>
            </w:pPr>
            <w:r w:rsidRPr="00A864B8">
              <w:rPr>
                <w:sz w:val="20"/>
              </w:rPr>
              <w:t>BEW-Betriebskostenförderung für Solarthermie</w:t>
            </w:r>
          </w:p>
        </w:tc>
        <w:tc>
          <w:tcPr>
            <w:tcW w:w="4320" w:type="dxa"/>
            <w:tcBorders>
              <w:bottom w:val="single" w:sz="8" w:space="0" w:color="9B9B9B"/>
            </w:tcBorders>
            <w:shd w:val="clear" w:color="auto" w:fill="CFCFCF"/>
            <w:vAlign w:val="center"/>
          </w:tcPr>
          <w:p w14:paraId="5162A5AC" w14:textId="77777777" w:rsidR="00A806B2" w:rsidRPr="00A864B8" w:rsidRDefault="00000000">
            <w:pPr>
              <w:spacing w:before="20" w:after="10" w:line="240" w:lineRule="auto"/>
              <w:jc w:val="center"/>
            </w:pPr>
            <w:r w:rsidRPr="00A864B8">
              <w:rPr>
                <w:sz w:val="20"/>
              </w:rPr>
              <w:t>nein</w:t>
            </w:r>
          </w:p>
        </w:tc>
      </w:tr>
      <w:tr w:rsidR="00A806B2" w:rsidRPr="00A864B8" w14:paraId="4466214D" w14:textId="77777777">
        <w:trPr>
          <w:jc w:val="center"/>
        </w:trPr>
        <w:tc>
          <w:tcPr>
            <w:tcW w:w="4320" w:type="dxa"/>
            <w:tcBorders>
              <w:bottom w:val="single" w:sz="8" w:space="0" w:color="9B9B9B"/>
            </w:tcBorders>
            <w:shd w:val="clear" w:color="auto" w:fill="F0F0F0"/>
            <w:vAlign w:val="center"/>
          </w:tcPr>
          <w:p w14:paraId="08A77485" w14:textId="77777777" w:rsidR="00A806B2" w:rsidRPr="00A864B8" w:rsidRDefault="00000000">
            <w:pPr>
              <w:spacing w:before="20" w:after="10" w:line="240" w:lineRule="auto"/>
              <w:jc w:val="center"/>
            </w:pPr>
            <w:r w:rsidRPr="00A864B8">
              <w:rPr>
                <w:sz w:val="20"/>
              </w:rPr>
              <w:t>CO₂-Preis Option</w:t>
            </w:r>
          </w:p>
        </w:tc>
        <w:tc>
          <w:tcPr>
            <w:tcW w:w="4320" w:type="dxa"/>
            <w:tcBorders>
              <w:bottom w:val="single" w:sz="8" w:space="0" w:color="9B9B9B"/>
            </w:tcBorders>
            <w:shd w:val="clear" w:color="auto" w:fill="F0F0F0"/>
            <w:vAlign w:val="center"/>
          </w:tcPr>
          <w:p w14:paraId="1B2DBADB" w14:textId="77777777" w:rsidR="00A806B2" w:rsidRPr="00A864B8" w:rsidRDefault="00000000">
            <w:pPr>
              <w:spacing w:before="20" w:after="10" w:line="240" w:lineRule="auto"/>
              <w:jc w:val="center"/>
            </w:pPr>
            <w:r w:rsidRPr="00A864B8">
              <w:rPr>
                <w:sz w:val="20"/>
              </w:rPr>
              <w:t>Keine Bepreisung</w:t>
            </w:r>
          </w:p>
        </w:tc>
      </w:tr>
    </w:tbl>
    <w:p w14:paraId="1D18543A" w14:textId="77777777" w:rsidR="00A806B2" w:rsidRPr="00A864B8" w:rsidRDefault="00A806B2"/>
    <w:p w14:paraId="4963F2F6" w14:textId="4D122C06" w:rsidR="00A806B2" w:rsidRPr="00A864B8" w:rsidRDefault="00000000">
      <w:pPr>
        <w:pStyle w:val="CaptionStyle"/>
        <w:spacing w:before="40" w:after="0"/>
        <w:jc w:val="center"/>
        <w:rPr>
          <w:lang w:val="de-DE"/>
        </w:rPr>
      </w:pPr>
      <w:bookmarkStart w:id="367" w:name="_Toc240363599"/>
      <w:r w:rsidRPr="00A864B8">
        <w:rPr>
          <w:lang w:val="de-DE"/>
        </w:rPr>
        <w:t xml:space="preserve">Tabelle </w:t>
      </w:r>
      <w:bookmarkStart w:id="368" w:name="other_one_time_cost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71</w:t>
      </w:r>
      <w:r w:rsidRPr="00A864B8">
        <w:rPr>
          <w:lang w:val="de-DE"/>
        </w:rPr>
        <w:fldChar w:fldCharType="end"/>
      </w:r>
      <w:bookmarkStart w:id="369" w:name="other_one_time_costs"/>
      <w:bookmarkEnd w:id="368"/>
      <w:bookmarkEnd w:id="369"/>
      <w:r w:rsidRPr="00A864B8">
        <w:rPr>
          <w:lang w:val="de-DE"/>
        </w:rPr>
        <w:t>: Sonstige Kosten: Einmalige Kosten für alle Varianten</w:t>
      </w:r>
      <w:bookmarkEnd w:id="367"/>
    </w:p>
    <w:tbl>
      <w:tblPr>
        <w:tblW w:w="0" w:type="auto"/>
        <w:jc w:val="center"/>
        <w:tblLook w:val="04A0" w:firstRow="1" w:lastRow="0" w:firstColumn="1" w:lastColumn="0" w:noHBand="0" w:noVBand="1"/>
      </w:tblPr>
      <w:tblGrid>
        <w:gridCol w:w="1728"/>
        <w:gridCol w:w="1728"/>
        <w:gridCol w:w="1728"/>
        <w:gridCol w:w="1728"/>
        <w:gridCol w:w="1728"/>
      </w:tblGrid>
      <w:tr w:rsidR="00A806B2" w:rsidRPr="00A864B8" w14:paraId="3886D363" w14:textId="77777777">
        <w:trPr>
          <w:jc w:val="center"/>
        </w:trPr>
        <w:tc>
          <w:tcPr>
            <w:tcW w:w="1728" w:type="dxa"/>
            <w:tcBorders>
              <w:bottom w:val="single" w:sz="22" w:space="0" w:color="C00000"/>
            </w:tcBorders>
            <w:shd w:val="clear" w:color="auto" w:fill="343A40"/>
          </w:tcPr>
          <w:p w14:paraId="1A6CA28F" w14:textId="77777777" w:rsidR="00A806B2" w:rsidRPr="00A864B8" w:rsidRDefault="00000000">
            <w:pPr>
              <w:spacing w:before="20" w:after="10" w:line="240" w:lineRule="auto"/>
              <w:jc w:val="center"/>
            </w:pPr>
            <w:r w:rsidRPr="00A864B8">
              <w:rPr>
                <w:color w:val="FFFFFF"/>
                <w:sz w:val="20"/>
              </w:rPr>
              <w:t> </w:t>
            </w:r>
          </w:p>
        </w:tc>
        <w:tc>
          <w:tcPr>
            <w:tcW w:w="1728" w:type="dxa"/>
            <w:tcBorders>
              <w:bottom w:val="single" w:sz="22" w:space="0" w:color="C00000"/>
            </w:tcBorders>
            <w:shd w:val="clear" w:color="auto" w:fill="343A40"/>
          </w:tcPr>
          <w:p w14:paraId="54A4FD99" w14:textId="77777777" w:rsidR="00A806B2" w:rsidRPr="00A864B8" w:rsidRDefault="00000000">
            <w:pPr>
              <w:spacing w:before="20" w:after="10" w:line="240" w:lineRule="auto"/>
              <w:jc w:val="center"/>
            </w:pPr>
            <w:r w:rsidRPr="00A864B8">
              <w:rPr>
                <w:color w:val="FFFFFF"/>
                <w:sz w:val="20"/>
              </w:rPr>
              <w:t>Spezifische Investitionen</w:t>
            </w:r>
          </w:p>
        </w:tc>
        <w:tc>
          <w:tcPr>
            <w:tcW w:w="1728" w:type="dxa"/>
            <w:tcBorders>
              <w:bottom w:val="single" w:sz="22" w:space="0" w:color="C00000"/>
            </w:tcBorders>
            <w:shd w:val="clear" w:color="auto" w:fill="343A40"/>
          </w:tcPr>
          <w:p w14:paraId="58A1B285" w14:textId="77777777" w:rsidR="00A806B2" w:rsidRPr="00A864B8" w:rsidRDefault="00000000">
            <w:pPr>
              <w:spacing w:before="20" w:after="10" w:line="240" w:lineRule="auto"/>
              <w:jc w:val="center"/>
            </w:pPr>
            <w:r w:rsidRPr="00A864B8">
              <w:rPr>
                <w:color w:val="FFFFFF"/>
                <w:sz w:val="20"/>
              </w:rPr>
              <w:t>Lebensdauer</w:t>
            </w:r>
          </w:p>
        </w:tc>
        <w:tc>
          <w:tcPr>
            <w:tcW w:w="1728" w:type="dxa"/>
            <w:tcBorders>
              <w:bottom w:val="single" w:sz="22" w:space="0" w:color="C00000"/>
            </w:tcBorders>
            <w:shd w:val="clear" w:color="auto" w:fill="343A40"/>
          </w:tcPr>
          <w:p w14:paraId="4E4A6D49" w14:textId="77777777" w:rsidR="00A806B2" w:rsidRPr="00A864B8" w:rsidRDefault="00000000">
            <w:pPr>
              <w:spacing w:before="20" w:after="10" w:line="240" w:lineRule="auto"/>
              <w:jc w:val="center"/>
            </w:pPr>
            <w:r w:rsidRPr="00A864B8">
              <w:rPr>
                <w:color w:val="FFFFFF"/>
                <w:sz w:val="20"/>
              </w:rPr>
              <w:t>Wartungskosten</w:t>
            </w:r>
          </w:p>
        </w:tc>
        <w:tc>
          <w:tcPr>
            <w:tcW w:w="1728" w:type="dxa"/>
            <w:tcBorders>
              <w:bottom w:val="single" w:sz="22" w:space="0" w:color="C00000"/>
            </w:tcBorders>
            <w:shd w:val="clear" w:color="auto" w:fill="343A40"/>
          </w:tcPr>
          <w:p w14:paraId="184F629D" w14:textId="77777777" w:rsidR="00A806B2" w:rsidRPr="00A864B8" w:rsidRDefault="00000000">
            <w:pPr>
              <w:spacing w:before="20" w:after="10" w:line="240" w:lineRule="auto"/>
              <w:jc w:val="center"/>
            </w:pPr>
            <w:r w:rsidRPr="00A864B8">
              <w:rPr>
                <w:color w:val="FFFFFF"/>
                <w:sz w:val="20"/>
              </w:rPr>
              <w:t>Förderung</w:t>
            </w:r>
          </w:p>
        </w:tc>
      </w:tr>
      <w:tr w:rsidR="00A806B2" w:rsidRPr="00A864B8" w14:paraId="537FF6B9" w14:textId="77777777">
        <w:trPr>
          <w:jc w:val="center"/>
        </w:trPr>
        <w:tc>
          <w:tcPr>
            <w:tcW w:w="1728" w:type="dxa"/>
            <w:tcBorders>
              <w:bottom w:val="single" w:sz="8" w:space="0" w:color="9B9B9B"/>
            </w:tcBorders>
            <w:shd w:val="clear" w:color="auto" w:fill="F0F0F0"/>
            <w:vAlign w:val="center"/>
          </w:tcPr>
          <w:p w14:paraId="27685934" w14:textId="77777777" w:rsidR="00A806B2" w:rsidRPr="00A864B8" w:rsidRDefault="00000000">
            <w:pPr>
              <w:spacing w:before="20" w:after="10" w:line="240" w:lineRule="auto"/>
              <w:jc w:val="center"/>
            </w:pPr>
            <w:r w:rsidRPr="00A864B8">
              <w:rPr>
                <w:sz w:val="20"/>
              </w:rPr>
              <w:t>Gebäude Energiezentrale</w:t>
            </w:r>
          </w:p>
        </w:tc>
        <w:tc>
          <w:tcPr>
            <w:tcW w:w="1728" w:type="dxa"/>
            <w:tcBorders>
              <w:bottom w:val="single" w:sz="8" w:space="0" w:color="9B9B9B"/>
            </w:tcBorders>
            <w:shd w:val="clear" w:color="auto" w:fill="F0F0F0"/>
            <w:vAlign w:val="center"/>
          </w:tcPr>
          <w:p w14:paraId="6932EA5E" w14:textId="77777777" w:rsidR="00A806B2" w:rsidRPr="00A864B8" w:rsidRDefault="00000000">
            <w:pPr>
              <w:spacing w:before="20" w:after="10" w:line="240" w:lineRule="auto"/>
              <w:jc w:val="center"/>
            </w:pPr>
            <w:r w:rsidRPr="00A864B8">
              <w:rPr>
                <w:sz w:val="20"/>
              </w:rPr>
              <w:t>150.000 €</w:t>
            </w:r>
          </w:p>
        </w:tc>
        <w:tc>
          <w:tcPr>
            <w:tcW w:w="1728" w:type="dxa"/>
            <w:tcBorders>
              <w:bottom w:val="single" w:sz="8" w:space="0" w:color="9B9B9B"/>
            </w:tcBorders>
            <w:shd w:val="clear" w:color="auto" w:fill="F0F0F0"/>
            <w:vAlign w:val="center"/>
          </w:tcPr>
          <w:p w14:paraId="6156071E"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3C5BE41D" w14:textId="77777777" w:rsidR="00A806B2" w:rsidRPr="00A864B8" w:rsidRDefault="00000000">
            <w:pPr>
              <w:spacing w:before="20" w:after="10" w:line="240" w:lineRule="auto"/>
              <w:jc w:val="center"/>
            </w:pPr>
            <w:r w:rsidRPr="00A864B8">
              <w:rPr>
                <w:sz w:val="20"/>
              </w:rPr>
              <w:t>0 %</w:t>
            </w:r>
          </w:p>
        </w:tc>
        <w:tc>
          <w:tcPr>
            <w:tcW w:w="1728" w:type="dxa"/>
            <w:tcBorders>
              <w:bottom w:val="single" w:sz="8" w:space="0" w:color="9B9B9B"/>
            </w:tcBorders>
            <w:shd w:val="clear" w:color="auto" w:fill="F0F0F0"/>
            <w:vAlign w:val="center"/>
          </w:tcPr>
          <w:p w14:paraId="2C4AFAB0" w14:textId="77777777" w:rsidR="00A806B2" w:rsidRPr="00A864B8" w:rsidRDefault="00000000">
            <w:pPr>
              <w:spacing w:before="20" w:after="10" w:line="240" w:lineRule="auto"/>
              <w:jc w:val="center"/>
            </w:pPr>
            <w:r w:rsidRPr="00A864B8">
              <w:rPr>
                <w:sz w:val="20"/>
              </w:rPr>
              <w:t>0 %</w:t>
            </w:r>
          </w:p>
        </w:tc>
      </w:tr>
      <w:tr w:rsidR="00A806B2" w:rsidRPr="00A864B8" w14:paraId="7587B304" w14:textId="77777777">
        <w:trPr>
          <w:jc w:val="center"/>
        </w:trPr>
        <w:tc>
          <w:tcPr>
            <w:tcW w:w="1728" w:type="dxa"/>
            <w:tcBorders>
              <w:bottom w:val="single" w:sz="8" w:space="0" w:color="9B9B9B"/>
            </w:tcBorders>
            <w:shd w:val="clear" w:color="auto" w:fill="CFCFCF"/>
            <w:vAlign w:val="center"/>
          </w:tcPr>
          <w:p w14:paraId="6F28E74E" w14:textId="77777777" w:rsidR="00A806B2" w:rsidRPr="00A864B8" w:rsidRDefault="00000000">
            <w:pPr>
              <w:spacing w:before="20" w:after="10" w:line="240" w:lineRule="auto"/>
              <w:jc w:val="center"/>
            </w:pPr>
            <w:r w:rsidRPr="00A864B8">
              <w:rPr>
                <w:sz w:val="20"/>
              </w:rPr>
              <w:t>Netzpumpe, Druckhaltung, Armaturen</w:t>
            </w:r>
          </w:p>
        </w:tc>
        <w:tc>
          <w:tcPr>
            <w:tcW w:w="1728" w:type="dxa"/>
            <w:tcBorders>
              <w:bottom w:val="single" w:sz="8" w:space="0" w:color="9B9B9B"/>
            </w:tcBorders>
            <w:shd w:val="clear" w:color="auto" w:fill="CFCFCF"/>
            <w:vAlign w:val="center"/>
          </w:tcPr>
          <w:p w14:paraId="0F3E7BD9" w14:textId="77777777" w:rsidR="00A806B2" w:rsidRPr="00A864B8" w:rsidRDefault="00000000">
            <w:pPr>
              <w:spacing w:before="20" w:after="10" w:line="240" w:lineRule="auto"/>
              <w:jc w:val="center"/>
            </w:pPr>
            <w:r w:rsidRPr="00A864B8">
              <w:rPr>
                <w:sz w:val="20"/>
              </w:rPr>
              <w:t>30.000 €</w:t>
            </w:r>
          </w:p>
        </w:tc>
        <w:tc>
          <w:tcPr>
            <w:tcW w:w="1728" w:type="dxa"/>
            <w:tcBorders>
              <w:bottom w:val="single" w:sz="8" w:space="0" w:color="9B9B9B"/>
            </w:tcBorders>
            <w:shd w:val="clear" w:color="auto" w:fill="CFCFCF"/>
            <w:vAlign w:val="center"/>
          </w:tcPr>
          <w:p w14:paraId="6B21E582"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CFCFCF"/>
            <w:vAlign w:val="center"/>
          </w:tcPr>
          <w:p w14:paraId="0E6E967A" w14:textId="77777777" w:rsidR="00A806B2" w:rsidRPr="00A864B8" w:rsidRDefault="00000000">
            <w:pPr>
              <w:spacing w:before="20" w:after="10" w:line="240" w:lineRule="auto"/>
              <w:jc w:val="center"/>
            </w:pPr>
            <w:r w:rsidRPr="00A864B8">
              <w:rPr>
                <w:sz w:val="20"/>
              </w:rPr>
              <w:t>1 %</w:t>
            </w:r>
          </w:p>
        </w:tc>
        <w:tc>
          <w:tcPr>
            <w:tcW w:w="1728" w:type="dxa"/>
            <w:tcBorders>
              <w:bottom w:val="single" w:sz="8" w:space="0" w:color="9B9B9B"/>
            </w:tcBorders>
            <w:shd w:val="clear" w:color="auto" w:fill="CFCFCF"/>
            <w:vAlign w:val="center"/>
          </w:tcPr>
          <w:p w14:paraId="438F8FAD" w14:textId="77777777" w:rsidR="00A806B2" w:rsidRPr="00A864B8" w:rsidRDefault="00000000">
            <w:pPr>
              <w:spacing w:before="20" w:after="10" w:line="240" w:lineRule="auto"/>
              <w:jc w:val="center"/>
            </w:pPr>
            <w:r w:rsidRPr="00A864B8">
              <w:rPr>
                <w:sz w:val="20"/>
              </w:rPr>
              <w:t>40 %</w:t>
            </w:r>
          </w:p>
        </w:tc>
      </w:tr>
      <w:tr w:rsidR="00A806B2" w:rsidRPr="00A864B8" w14:paraId="535FEE26" w14:textId="77777777">
        <w:trPr>
          <w:jc w:val="center"/>
        </w:trPr>
        <w:tc>
          <w:tcPr>
            <w:tcW w:w="1728" w:type="dxa"/>
            <w:tcBorders>
              <w:bottom w:val="single" w:sz="8" w:space="0" w:color="9B9B9B"/>
            </w:tcBorders>
            <w:shd w:val="clear" w:color="auto" w:fill="F0F0F0"/>
            <w:vAlign w:val="center"/>
          </w:tcPr>
          <w:p w14:paraId="71EB921E" w14:textId="77777777" w:rsidR="00A806B2" w:rsidRPr="00A864B8" w:rsidRDefault="00000000">
            <w:pPr>
              <w:spacing w:before="20" w:after="10" w:line="240" w:lineRule="auto"/>
              <w:jc w:val="center"/>
            </w:pPr>
            <w:r w:rsidRPr="00A864B8">
              <w:rPr>
                <w:sz w:val="20"/>
              </w:rPr>
              <w:t>Planungskosten</w:t>
            </w:r>
          </w:p>
        </w:tc>
        <w:tc>
          <w:tcPr>
            <w:tcW w:w="1728" w:type="dxa"/>
            <w:tcBorders>
              <w:bottom w:val="single" w:sz="8" w:space="0" w:color="9B9B9B"/>
            </w:tcBorders>
            <w:shd w:val="clear" w:color="auto" w:fill="F0F0F0"/>
            <w:vAlign w:val="center"/>
          </w:tcPr>
          <w:p w14:paraId="755177DD" w14:textId="77777777" w:rsidR="00A806B2" w:rsidRPr="00A864B8" w:rsidRDefault="00000000">
            <w:pPr>
              <w:spacing w:before="20" w:after="10" w:line="240" w:lineRule="auto"/>
              <w:jc w:val="center"/>
            </w:pPr>
            <w:r w:rsidRPr="00A864B8">
              <w:rPr>
                <w:sz w:val="20"/>
              </w:rPr>
              <w:t>100.000 €</w:t>
            </w:r>
          </w:p>
        </w:tc>
        <w:tc>
          <w:tcPr>
            <w:tcW w:w="1728" w:type="dxa"/>
            <w:tcBorders>
              <w:bottom w:val="single" w:sz="8" w:space="0" w:color="9B9B9B"/>
            </w:tcBorders>
            <w:shd w:val="clear" w:color="auto" w:fill="F0F0F0"/>
            <w:vAlign w:val="center"/>
          </w:tcPr>
          <w:p w14:paraId="517059F0" w14:textId="77777777" w:rsidR="00A806B2" w:rsidRPr="00A864B8" w:rsidRDefault="00000000">
            <w:pPr>
              <w:spacing w:before="20" w:after="10" w:line="240" w:lineRule="auto"/>
              <w:jc w:val="center"/>
            </w:pPr>
            <w:r w:rsidRPr="00A864B8">
              <w:rPr>
                <w:sz w:val="20"/>
              </w:rPr>
              <w:t>20 Jahre</w:t>
            </w:r>
          </w:p>
        </w:tc>
        <w:tc>
          <w:tcPr>
            <w:tcW w:w="1728" w:type="dxa"/>
            <w:tcBorders>
              <w:bottom w:val="single" w:sz="8" w:space="0" w:color="9B9B9B"/>
            </w:tcBorders>
            <w:shd w:val="clear" w:color="auto" w:fill="F0F0F0"/>
            <w:vAlign w:val="center"/>
          </w:tcPr>
          <w:p w14:paraId="5E372161" w14:textId="77777777" w:rsidR="00A806B2" w:rsidRPr="00A864B8" w:rsidRDefault="00000000">
            <w:pPr>
              <w:spacing w:before="20" w:after="10" w:line="240" w:lineRule="auto"/>
              <w:jc w:val="center"/>
            </w:pPr>
            <w:r w:rsidRPr="00A864B8">
              <w:rPr>
                <w:sz w:val="20"/>
              </w:rPr>
              <w:t>0 %</w:t>
            </w:r>
          </w:p>
        </w:tc>
        <w:tc>
          <w:tcPr>
            <w:tcW w:w="1728" w:type="dxa"/>
            <w:tcBorders>
              <w:bottom w:val="single" w:sz="8" w:space="0" w:color="9B9B9B"/>
            </w:tcBorders>
            <w:shd w:val="clear" w:color="auto" w:fill="F0F0F0"/>
            <w:vAlign w:val="center"/>
          </w:tcPr>
          <w:p w14:paraId="0408743D" w14:textId="77777777" w:rsidR="00A806B2" w:rsidRPr="00A864B8" w:rsidRDefault="00000000">
            <w:pPr>
              <w:spacing w:before="20" w:after="10" w:line="240" w:lineRule="auto"/>
              <w:jc w:val="center"/>
            </w:pPr>
            <w:r w:rsidRPr="00A864B8">
              <w:rPr>
                <w:sz w:val="20"/>
              </w:rPr>
              <w:t>50 %</w:t>
            </w:r>
          </w:p>
        </w:tc>
      </w:tr>
    </w:tbl>
    <w:p w14:paraId="2240052B" w14:textId="77777777" w:rsidR="00A806B2" w:rsidRPr="00A864B8" w:rsidRDefault="00A806B2"/>
    <w:p w14:paraId="0D13028A" w14:textId="47B675D6" w:rsidR="00A806B2" w:rsidRPr="00A864B8" w:rsidRDefault="00000000">
      <w:pPr>
        <w:pStyle w:val="CaptionStyle"/>
        <w:spacing w:before="40" w:after="0"/>
        <w:jc w:val="center"/>
        <w:rPr>
          <w:lang w:val="de-DE"/>
        </w:rPr>
      </w:pPr>
      <w:bookmarkStart w:id="370" w:name="_Toc240363600"/>
      <w:r w:rsidRPr="00A864B8">
        <w:rPr>
          <w:lang w:val="de-DE"/>
        </w:rPr>
        <w:t xml:space="preserve">Tabelle </w:t>
      </w:r>
      <w:bookmarkStart w:id="371" w:name="other_operation_cost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72</w:t>
      </w:r>
      <w:r w:rsidRPr="00A864B8">
        <w:rPr>
          <w:lang w:val="de-DE"/>
        </w:rPr>
        <w:fldChar w:fldCharType="end"/>
      </w:r>
      <w:bookmarkStart w:id="372" w:name="other_operation_costs"/>
      <w:bookmarkEnd w:id="371"/>
      <w:bookmarkEnd w:id="372"/>
      <w:r w:rsidRPr="00A864B8">
        <w:rPr>
          <w:lang w:val="de-DE"/>
        </w:rPr>
        <w:t>: Sonstige Kosten: Jährliche Kosten für alle Varianten</w:t>
      </w:r>
      <w:bookmarkEnd w:id="370"/>
    </w:p>
    <w:tbl>
      <w:tblPr>
        <w:tblW w:w="0" w:type="auto"/>
        <w:jc w:val="center"/>
        <w:tblLook w:val="04A0" w:firstRow="1" w:lastRow="0" w:firstColumn="1" w:lastColumn="0" w:noHBand="0" w:noVBand="1"/>
      </w:tblPr>
      <w:tblGrid>
        <w:gridCol w:w="2880"/>
        <w:gridCol w:w="2880"/>
        <w:gridCol w:w="2880"/>
      </w:tblGrid>
      <w:tr w:rsidR="00A806B2" w:rsidRPr="00A864B8" w14:paraId="61BEEF5C" w14:textId="77777777">
        <w:trPr>
          <w:jc w:val="center"/>
        </w:trPr>
        <w:tc>
          <w:tcPr>
            <w:tcW w:w="2880" w:type="dxa"/>
            <w:tcBorders>
              <w:bottom w:val="single" w:sz="22" w:space="0" w:color="C00000"/>
            </w:tcBorders>
            <w:shd w:val="clear" w:color="auto" w:fill="343A40"/>
          </w:tcPr>
          <w:p w14:paraId="2D55194A" w14:textId="77777777" w:rsidR="00A806B2" w:rsidRPr="00A864B8" w:rsidRDefault="00000000">
            <w:pPr>
              <w:spacing w:before="20" w:after="10" w:line="240" w:lineRule="auto"/>
              <w:jc w:val="center"/>
            </w:pPr>
            <w:r w:rsidRPr="00A864B8">
              <w:rPr>
                <w:color w:val="FFFFFF"/>
                <w:sz w:val="20"/>
              </w:rPr>
              <w:t> </w:t>
            </w:r>
          </w:p>
        </w:tc>
        <w:tc>
          <w:tcPr>
            <w:tcW w:w="2880" w:type="dxa"/>
            <w:tcBorders>
              <w:bottom w:val="single" w:sz="22" w:space="0" w:color="C00000"/>
            </w:tcBorders>
            <w:shd w:val="clear" w:color="auto" w:fill="343A40"/>
          </w:tcPr>
          <w:p w14:paraId="34B7E55B" w14:textId="77777777" w:rsidR="00A806B2" w:rsidRPr="00A864B8" w:rsidRDefault="00000000">
            <w:pPr>
              <w:spacing w:before="20" w:after="10" w:line="240" w:lineRule="auto"/>
              <w:jc w:val="center"/>
            </w:pPr>
            <w:r w:rsidRPr="00A864B8">
              <w:rPr>
                <w:color w:val="FFFFFF"/>
                <w:sz w:val="20"/>
              </w:rPr>
              <w:t>Jährl. Kosten</w:t>
            </w:r>
          </w:p>
        </w:tc>
        <w:tc>
          <w:tcPr>
            <w:tcW w:w="2880" w:type="dxa"/>
            <w:tcBorders>
              <w:bottom w:val="single" w:sz="22" w:space="0" w:color="C00000"/>
            </w:tcBorders>
            <w:shd w:val="clear" w:color="auto" w:fill="343A40"/>
          </w:tcPr>
          <w:p w14:paraId="0DE693C0" w14:textId="77777777" w:rsidR="00A806B2" w:rsidRPr="00A864B8" w:rsidRDefault="00000000">
            <w:pPr>
              <w:spacing w:before="20" w:after="10" w:line="240" w:lineRule="auto"/>
              <w:jc w:val="center"/>
            </w:pPr>
            <w:r w:rsidRPr="00A864B8">
              <w:rPr>
                <w:color w:val="FFFFFF"/>
                <w:sz w:val="20"/>
              </w:rPr>
              <w:t>Förderung</w:t>
            </w:r>
          </w:p>
        </w:tc>
      </w:tr>
      <w:tr w:rsidR="00A806B2" w:rsidRPr="00A864B8" w14:paraId="088D8489" w14:textId="77777777">
        <w:trPr>
          <w:jc w:val="center"/>
        </w:trPr>
        <w:tc>
          <w:tcPr>
            <w:tcW w:w="2880" w:type="dxa"/>
            <w:tcBorders>
              <w:bottom w:val="single" w:sz="8" w:space="0" w:color="9B9B9B"/>
            </w:tcBorders>
            <w:shd w:val="clear" w:color="auto" w:fill="F0F0F0"/>
            <w:vAlign w:val="center"/>
          </w:tcPr>
          <w:p w14:paraId="74F1889E" w14:textId="77777777" w:rsidR="00A806B2" w:rsidRPr="00A864B8" w:rsidRDefault="00000000">
            <w:pPr>
              <w:spacing w:before="20" w:after="10" w:line="240" w:lineRule="auto"/>
              <w:jc w:val="center"/>
            </w:pPr>
            <w:r w:rsidRPr="00A864B8">
              <w:rPr>
                <w:sz w:val="20"/>
              </w:rPr>
              <w:t>Verwaltung</w:t>
            </w:r>
          </w:p>
        </w:tc>
        <w:tc>
          <w:tcPr>
            <w:tcW w:w="2880" w:type="dxa"/>
            <w:tcBorders>
              <w:bottom w:val="single" w:sz="8" w:space="0" w:color="9B9B9B"/>
            </w:tcBorders>
            <w:shd w:val="clear" w:color="auto" w:fill="F0F0F0"/>
            <w:vAlign w:val="center"/>
          </w:tcPr>
          <w:p w14:paraId="7112FA53" w14:textId="77777777" w:rsidR="00A806B2" w:rsidRPr="00A864B8" w:rsidRDefault="00000000">
            <w:pPr>
              <w:spacing w:before="20" w:after="10" w:line="240" w:lineRule="auto"/>
              <w:jc w:val="center"/>
            </w:pPr>
            <w:r w:rsidRPr="00A864B8">
              <w:rPr>
                <w:sz w:val="20"/>
              </w:rPr>
              <w:t>10.000 €</w:t>
            </w:r>
          </w:p>
        </w:tc>
        <w:tc>
          <w:tcPr>
            <w:tcW w:w="2880" w:type="dxa"/>
            <w:tcBorders>
              <w:bottom w:val="single" w:sz="8" w:space="0" w:color="9B9B9B"/>
            </w:tcBorders>
            <w:shd w:val="clear" w:color="auto" w:fill="F0F0F0"/>
            <w:vAlign w:val="center"/>
          </w:tcPr>
          <w:p w14:paraId="001A35C5" w14:textId="77777777" w:rsidR="00A806B2" w:rsidRPr="00A864B8" w:rsidRDefault="00000000">
            <w:pPr>
              <w:spacing w:before="20" w:after="10" w:line="240" w:lineRule="auto"/>
              <w:jc w:val="center"/>
            </w:pPr>
            <w:r w:rsidRPr="00A864B8">
              <w:rPr>
                <w:sz w:val="20"/>
              </w:rPr>
              <w:t>40 %</w:t>
            </w:r>
          </w:p>
        </w:tc>
      </w:tr>
    </w:tbl>
    <w:p w14:paraId="38223791" w14:textId="77777777" w:rsidR="00A806B2" w:rsidRPr="00A864B8" w:rsidRDefault="00A806B2"/>
    <w:p w14:paraId="13BA7595" w14:textId="02B97F4A" w:rsidR="00A806B2" w:rsidRPr="00A864B8" w:rsidRDefault="00000000">
      <w:pPr>
        <w:pStyle w:val="CaptionStyle"/>
        <w:spacing w:before="40" w:after="0"/>
        <w:jc w:val="center"/>
        <w:rPr>
          <w:lang w:val="de-DE"/>
        </w:rPr>
      </w:pPr>
      <w:bookmarkStart w:id="373" w:name="_Toc240363601"/>
      <w:r w:rsidRPr="00A864B8">
        <w:rPr>
          <w:lang w:val="de-DE"/>
        </w:rPr>
        <w:t xml:space="preserve">Tabelle </w:t>
      </w:r>
      <w:bookmarkStart w:id="374" w:name="revenue_settings_param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73</w:t>
      </w:r>
      <w:r w:rsidRPr="00A864B8">
        <w:rPr>
          <w:lang w:val="de-DE"/>
        </w:rPr>
        <w:fldChar w:fldCharType="end"/>
      </w:r>
      <w:bookmarkStart w:id="375" w:name="revenue_settings_params"/>
      <w:bookmarkEnd w:id="374"/>
      <w:bookmarkEnd w:id="375"/>
      <w:r w:rsidRPr="00A864B8">
        <w:rPr>
          <w:lang w:val="de-DE"/>
        </w:rPr>
        <w:t>: Erlös-Einstellungen: Bestandteile</w:t>
      </w:r>
      <w:bookmarkEnd w:id="373"/>
    </w:p>
    <w:tbl>
      <w:tblPr>
        <w:tblW w:w="0" w:type="auto"/>
        <w:jc w:val="center"/>
        <w:tblLook w:val="04A0" w:firstRow="1" w:lastRow="0" w:firstColumn="1" w:lastColumn="0" w:noHBand="0" w:noVBand="1"/>
      </w:tblPr>
      <w:tblGrid>
        <w:gridCol w:w="4320"/>
        <w:gridCol w:w="4320"/>
      </w:tblGrid>
      <w:tr w:rsidR="00A806B2" w:rsidRPr="00A864B8" w14:paraId="03D4D15E" w14:textId="77777777">
        <w:trPr>
          <w:jc w:val="center"/>
        </w:trPr>
        <w:tc>
          <w:tcPr>
            <w:tcW w:w="4320" w:type="dxa"/>
            <w:tcBorders>
              <w:bottom w:val="single" w:sz="22" w:space="0" w:color="C00000"/>
            </w:tcBorders>
            <w:shd w:val="clear" w:color="auto" w:fill="343A40"/>
          </w:tcPr>
          <w:p w14:paraId="733D9D5B" w14:textId="77777777" w:rsidR="00A806B2" w:rsidRPr="00A864B8" w:rsidRDefault="00000000">
            <w:pPr>
              <w:spacing w:before="20" w:after="10" w:line="240" w:lineRule="auto"/>
              <w:jc w:val="center"/>
            </w:pPr>
            <w:r w:rsidRPr="00A864B8">
              <w:rPr>
                <w:color w:val="FFFFFF"/>
                <w:sz w:val="20"/>
              </w:rPr>
              <w:t> </w:t>
            </w:r>
          </w:p>
        </w:tc>
        <w:tc>
          <w:tcPr>
            <w:tcW w:w="4320" w:type="dxa"/>
            <w:tcBorders>
              <w:bottom w:val="single" w:sz="22" w:space="0" w:color="C00000"/>
            </w:tcBorders>
            <w:shd w:val="clear" w:color="auto" w:fill="343A40"/>
          </w:tcPr>
          <w:p w14:paraId="1DCAB029" w14:textId="77777777" w:rsidR="00A806B2" w:rsidRPr="00A864B8" w:rsidRDefault="00000000">
            <w:pPr>
              <w:spacing w:before="20" w:after="10" w:line="240" w:lineRule="auto"/>
              <w:jc w:val="center"/>
            </w:pPr>
            <w:r w:rsidRPr="00A864B8">
              <w:rPr>
                <w:color w:val="FFFFFF"/>
                <w:sz w:val="20"/>
              </w:rPr>
              <w:t>Alle Varianten</w:t>
            </w:r>
          </w:p>
        </w:tc>
      </w:tr>
      <w:tr w:rsidR="00A806B2" w:rsidRPr="00A864B8" w14:paraId="4BF1F5CA" w14:textId="77777777">
        <w:trPr>
          <w:jc w:val="center"/>
        </w:trPr>
        <w:tc>
          <w:tcPr>
            <w:tcW w:w="4320" w:type="dxa"/>
            <w:tcBorders>
              <w:bottom w:val="single" w:sz="8" w:space="0" w:color="9B9B9B"/>
            </w:tcBorders>
            <w:shd w:val="clear" w:color="auto" w:fill="F0F0F0"/>
            <w:vAlign w:val="center"/>
          </w:tcPr>
          <w:p w14:paraId="1670A6AB" w14:textId="77777777" w:rsidR="00A806B2" w:rsidRPr="00A864B8" w:rsidRDefault="00000000">
            <w:pPr>
              <w:spacing w:before="20" w:after="10" w:line="240" w:lineRule="auto"/>
              <w:jc w:val="center"/>
            </w:pPr>
            <w:r w:rsidRPr="00A864B8">
              <w:rPr>
                <w:sz w:val="20"/>
              </w:rPr>
              <w:t>Arbeitspreis</w:t>
            </w:r>
          </w:p>
        </w:tc>
        <w:tc>
          <w:tcPr>
            <w:tcW w:w="4320" w:type="dxa"/>
            <w:tcBorders>
              <w:bottom w:val="single" w:sz="8" w:space="0" w:color="9B9B9B"/>
            </w:tcBorders>
            <w:shd w:val="clear" w:color="auto" w:fill="F0F0F0"/>
            <w:vAlign w:val="center"/>
          </w:tcPr>
          <w:p w14:paraId="7AB6A557" w14:textId="77777777" w:rsidR="00A806B2" w:rsidRPr="00A864B8" w:rsidRDefault="00000000">
            <w:pPr>
              <w:spacing w:before="20" w:after="10" w:line="240" w:lineRule="auto"/>
              <w:jc w:val="center"/>
            </w:pPr>
            <w:r w:rsidRPr="00A864B8">
              <w:rPr>
                <w:sz w:val="20"/>
              </w:rPr>
              <w:t>ja</w:t>
            </w:r>
          </w:p>
        </w:tc>
      </w:tr>
      <w:tr w:rsidR="00A806B2" w:rsidRPr="00A864B8" w14:paraId="6D7CDC0E" w14:textId="77777777">
        <w:trPr>
          <w:jc w:val="center"/>
        </w:trPr>
        <w:tc>
          <w:tcPr>
            <w:tcW w:w="4320" w:type="dxa"/>
            <w:tcBorders>
              <w:bottom w:val="single" w:sz="8" w:space="0" w:color="9B9B9B"/>
            </w:tcBorders>
            <w:shd w:val="clear" w:color="auto" w:fill="CFCFCF"/>
            <w:vAlign w:val="center"/>
          </w:tcPr>
          <w:p w14:paraId="1C6F118A" w14:textId="77777777" w:rsidR="00A806B2" w:rsidRPr="00A864B8" w:rsidRDefault="00000000">
            <w:pPr>
              <w:spacing w:before="20" w:after="10" w:line="240" w:lineRule="auto"/>
              <w:jc w:val="center"/>
            </w:pPr>
            <w:r w:rsidRPr="00A864B8">
              <w:rPr>
                <w:sz w:val="20"/>
              </w:rPr>
              <w:t>Leistungspreis</w:t>
            </w:r>
          </w:p>
        </w:tc>
        <w:tc>
          <w:tcPr>
            <w:tcW w:w="4320" w:type="dxa"/>
            <w:tcBorders>
              <w:bottom w:val="single" w:sz="8" w:space="0" w:color="9B9B9B"/>
            </w:tcBorders>
            <w:shd w:val="clear" w:color="auto" w:fill="CFCFCF"/>
            <w:vAlign w:val="center"/>
          </w:tcPr>
          <w:p w14:paraId="6C0095B9" w14:textId="77777777" w:rsidR="00A806B2" w:rsidRPr="00A864B8" w:rsidRDefault="00000000">
            <w:pPr>
              <w:spacing w:before="20" w:after="10" w:line="240" w:lineRule="auto"/>
              <w:jc w:val="center"/>
            </w:pPr>
            <w:r w:rsidRPr="00A864B8">
              <w:rPr>
                <w:sz w:val="20"/>
              </w:rPr>
              <w:t>ja</w:t>
            </w:r>
          </w:p>
        </w:tc>
      </w:tr>
      <w:tr w:rsidR="00A806B2" w:rsidRPr="00A864B8" w14:paraId="2BA2B5E0" w14:textId="77777777">
        <w:trPr>
          <w:jc w:val="center"/>
        </w:trPr>
        <w:tc>
          <w:tcPr>
            <w:tcW w:w="4320" w:type="dxa"/>
            <w:tcBorders>
              <w:bottom w:val="single" w:sz="8" w:space="0" w:color="9B9B9B"/>
            </w:tcBorders>
            <w:shd w:val="clear" w:color="auto" w:fill="F0F0F0"/>
            <w:vAlign w:val="center"/>
          </w:tcPr>
          <w:p w14:paraId="6A12FD0B" w14:textId="77777777" w:rsidR="00A806B2" w:rsidRPr="00A864B8" w:rsidRDefault="00000000">
            <w:pPr>
              <w:spacing w:before="20" w:after="10" w:line="240" w:lineRule="auto"/>
              <w:jc w:val="center"/>
            </w:pPr>
            <w:r w:rsidRPr="00A864B8">
              <w:rPr>
                <w:sz w:val="20"/>
              </w:rPr>
              <w:t>Grundpreis</w:t>
            </w:r>
          </w:p>
        </w:tc>
        <w:tc>
          <w:tcPr>
            <w:tcW w:w="4320" w:type="dxa"/>
            <w:tcBorders>
              <w:bottom w:val="single" w:sz="8" w:space="0" w:color="9B9B9B"/>
            </w:tcBorders>
            <w:shd w:val="clear" w:color="auto" w:fill="F0F0F0"/>
            <w:vAlign w:val="center"/>
          </w:tcPr>
          <w:p w14:paraId="758287DA" w14:textId="77777777" w:rsidR="00A806B2" w:rsidRPr="00A864B8" w:rsidRDefault="00000000">
            <w:pPr>
              <w:spacing w:before="20" w:after="10" w:line="240" w:lineRule="auto"/>
              <w:jc w:val="center"/>
            </w:pPr>
            <w:r w:rsidRPr="00A864B8">
              <w:rPr>
                <w:sz w:val="20"/>
              </w:rPr>
              <w:t>nein</w:t>
            </w:r>
          </w:p>
        </w:tc>
      </w:tr>
      <w:tr w:rsidR="00A806B2" w:rsidRPr="00A864B8" w14:paraId="55D64A2C" w14:textId="77777777">
        <w:trPr>
          <w:jc w:val="center"/>
        </w:trPr>
        <w:tc>
          <w:tcPr>
            <w:tcW w:w="4320" w:type="dxa"/>
            <w:tcBorders>
              <w:bottom w:val="single" w:sz="8" w:space="0" w:color="9B9B9B"/>
            </w:tcBorders>
            <w:shd w:val="clear" w:color="auto" w:fill="CFCFCF"/>
            <w:vAlign w:val="center"/>
          </w:tcPr>
          <w:p w14:paraId="1C2819A2" w14:textId="77777777" w:rsidR="00A806B2" w:rsidRPr="00A864B8" w:rsidRDefault="00000000">
            <w:pPr>
              <w:spacing w:before="20" w:after="10" w:line="240" w:lineRule="auto"/>
              <w:jc w:val="center"/>
            </w:pPr>
            <w:r w:rsidRPr="00A864B8">
              <w:rPr>
                <w:sz w:val="20"/>
              </w:rPr>
              <w:t>Einmalige Anschlussgebühr</w:t>
            </w:r>
          </w:p>
        </w:tc>
        <w:tc>
          <w:tcPr>
            <w:tcW w:w="4320" w:type="dxa"/>
            <w:tcBorders>
              <w:bottom w:val="single" w:sz="8" w:space="0" w:color="9B9B9B"/>
            </w:tcBorders>
            <w:shd w:val="clear" w:color="auto" w:fill="CFCFCF"/>
            <w:vAlign w:val="center"/>
          </w:tcPr>
          <w:p w14:paraId="496C2BBA" w14:textId="77777777" w:rsidR="00A806B2" w:rsidRPr="00A864B8" w:rsidRDefault="00000000">
            <w:pPr>
              <w:spacing w:before="20" w:after="10" w:line="240" w:lineRule="auto"/>
              <w:jc w:val="center"/>
            </w:pPr>
            <w:r w:rsidRPr="00A864B8">
              <w:rPr>
                <w:sz w:val="20"/>
              </w:rPr>
              <w:t>ja</w:t>
            </w:r>
          </w:p>
        </w:tc>
      </w:tr>
    </w:tbl>
    <w:p w14:paraId="18E85E64" w14:textId="77777777" w:rsidR="00A806B2" w:rsidRPr="00A864B8" w:rsidRDefault="00A806B2"/>
    <w:p w14:paraId="2579E517" w14:textId="4E981715" w:rsidR="00A806B2" w:rsidRPr="00A864B8" w:rsidRDefault="00000000">
      <w:pPr>
        <w:pStyle w:val="CaptionStyle"/>
        <w:spacing w:before="40" w:after="0"/>
        <w:jc w:val="center"/>
        <w:rPr>
          <w:lang w:val="de-DE"/>
        </w:rPr>
      </w:pPr>
      <w:bookmarkStart w:id="376" w:name="_Toc240363602"/>
      <w:r w:rsidRPr="00A864B8">
        <w:rPr>
          <w:lang w:val="de-DE"/>
        </w:rPr>
        <w:t xml:space="preserve">Tabelle </w:t>
      </w:r>
      <w:bookmarkStart w:id="377" w:name="revenue_prices_num"/>
      <w:r w:rsidRPr="00A864B8">
        <w:rPr>
          <w:lang w:val="de-DE"/>
        </w:rPr>
        <w:fldChar w:fldCharType="begin"/>
      </w:r>
      <w:r w:rsidRPr="00A864B8">
        <w:rPr>
          <w:lang w:val="de-DE"/>
        </w:rPr>
        <w:instrText>SEQ Tabelle \* ARABIC</w:instrText>
      </w:r>
      <w:r w:rsidRPr="00A864B8">
        <w:rPr>
          <w:lang w:val="de-DE"/>
        </w:rPr>
        <w:fldChar w:fldCharType="separate"/>
      </w:r>
      <w:r w:rsidR="00F26332" w:rsidRPr="00A864B8">
        <w:rPr>
          <w:lang w:val="de-DE"/>
        </w:rPr>
        <w:t>74</w:t>
      </w:r>
      <w:r w:rsidRPr="00A864B8">
        <w:rPr>
          <w:lang w:val="de-DE"/>
        </w:rPr>
        <w:fldChar w:fldCharType="end"/>
      </w:r>
      <w:bookmarkStart w:id="378" w:name="revenue_prices"/>
      <w:bookmarkEnd w:id="377"/>
      <w:bookmarkEnd w:id="378"/>
      <w:r w:rsidRPr="00A864B8">
        <w:rPr>
          <w:lang w:val="de-DE"/>
        </w:rPr>
        <w:t>: Erlös-Einstellungen: Preise für alle Varianten</w:t>
      </w:r>
      <w:bookmarkEnd w:id="376"/>
    </w:p>
    <w:tbl>
      <w:tblPr>
        <w:tblW w:w="0" w:type="auto"/>
        <w:jc w:val="center"/>
        <w:tblLook w:val="04A0" w:firstRow="1" w:lastRow="0" w:firstColumn="1" w:lastColumn="0" w:noHBand="0" w:noVBand="1"/>
      </w:tblPr>
      <w:tblGrid>
        <w:gridCol w:w="2160"/>
        <w:gridCol w:w="2160"/>
        <w:gridCol w:w="2160"/>
        <w:gridCol w:w="2160"/>
      </w:tblGrid>
      <w:tr w:rsidR="00A806B2" w:rsidRPr="00A864B8" w14:paraId="59AB7DA1" w14:textId="77777777">
        <w:trPr>
          <w:jc w:val="center"/>
        </w:trPr>
        <w:tc>
          <w:tcPr>
            <w:tcW w:w="2160" w:type="dxa"/>
            <w:tcBorders>
              <w:bottom w:val="single" w:sz="22" w:space="0" w:color="C00000"/>
            </w:tcBorders>
            <w:shd w:val="clear" w:color="auto" w:fill="343A40"/>
          </w:tcPr>
          <w:p w14:paraId="50567720" w14:textId="77777777" w:rsidR="00A806B2" w:rsidRPr="00A864B8" w:rsidRDefault="00000000">
            <w:pPr>
              <w:spacing w:before="20" w:after="10" w:line="240" w:lineRule="auto"/>
              <w:jc w:val="center"/>
            </w:pPr>
            <w:r w:rsidRPr="00A864B8">
              <w:rPr>
                <w:color w:val="FFFFFF"/>
                <w:sz w:val="20"/>
              </w:rPr>
              <w:t> </w:t>
            </w:r>
          </w:p>
        </w:tc>
        <w:tc>
          <w:tcPr>
            <w:tcW w:w="2160" w:type="dxa"/>
            <w:tcBorders>
              <w:bottom w:val="single" w:sz="22" w:space="0" w:color="C00000"/>
            </w:tcBorders>
            <w:shd w:val="clear" w:color="auto" w:fill="343A40"/>
          </w:tcPr>
          <w:p w14:paraId="2024E350" w14:textId="77777777" w:rsidR="00A806B2" w:rsidRPr="00A864B8" w:rsidRDefault="00000000">
            <w:pPr>
              <w:spacing w:before="20" w:after="10" w:line="240" w:lineRule="auto"/>
              <w:jc w:val="center"/>
            </w:pPr>
            <w:r w:rsidRPr="00A864B8">
              <w:rPr>
                <w:color w:val="FFFFFF"/>
                <w:sz w:val="20"/>
              </w:rPr>
              <w:t>Arbeitspreis</w:t>
            </w:r>
          </w:p>
        </w:tc>
        <w:tc>
          <w:tcPr>
            <w:tcW w:w="2160" w:type="dxa"/>
            <w:tcBorders>
              <w:bottom w:val="single" w:sz="22" w:space="0" w:color="C00000"/>
            </w:tcBorders>
            <w:shd w:val="clear" w:color="auto" w:fill="343A40"/>
          </w:tcPr>
          <w:p w14:paraId="423141FD" w14:textId="77777777" w:rsidR="00A806B2" w:rsidRPr="00A864B8" w:rsidRDefault="00000000">
            <w:pPr>
              <w:spacing w:before="20" w:after="10" w:line="240" w:lineRule="auto"/>
              <w:jc w:val="center"/>
            </w:pPr>
            <w:r w:rsidRPr="00A864B8">
              <w:rPr>
                <w:color w:val="FFFFFF"/>
                <w:sz w:val="20"/>
              </w:rPr>
              <w:t>Leistungspreis</w:t>
            </w:r>
          </w:p>
        </w:tc>
        <w:tc>
          <w:tcPr>
            <w:tcW w:w="2160" w:type="dxa"/>
            <w:tcBorders>
              <w:bottom w:val="single" w:sz="22" w:space="0" w:color="C00000"/>
            </w:tcBorders>
            <w:shd w:val="clear" w:color="auto" w:fill="343A40"/>
          </w:tcPr>
          <w:p w14:paraId="76BD5D26" w14:textId="77777777" w:rsidR="00A806B2" w:rsidRPr="00A864B8" w:rsidRDefault="00000000">
            <w:pPr>
              <w:spacing w:before="20" w:after="10" w:line="240" w:lineRule="auto"/>
              <w:jc w:val="center"/>
            </w:pPr>
            <w:r w:rsidRPr="00A864B8">
              <w:rPr>
                <w:color w:val="FFFFFF"/>
                <w:sz w:val="20"/>
              </w:rPr>
              <w:t>Wärmenetzanschluss</w:t>
            </w:r>
          </w:p>
        </w:tc>
      </w:tr>
      <w:tr w:rsidR="00A806B2" w:rsidRPr="00A864B8" w14:paraId="600B2251" w14:textId="77777777">
        <w:trPr>
          <w:jc w:val="center"/>
        </w:trPr>
        <w:tc>
          <w:tcPr>
            <w:tcW w:w="2160" w:type="dxa"/>
            <w:tcBorders>
              <w:bottom w:val="single" w:sz="8" w:space="0" w:color="9B9B9B"/>
            </w:tcBorders>
            <w:shd w:val="clear" w:color="auto" w:fill="F0F0F0"/>
            <w:vAlign w:val="center"/>
          </w:tcPr>
          <w:p w14:paraId="22FF6906" w14:textId="77777777" w:rsidR="00A806B2" w:rsidRPr="00A864B8" w:rsidRDefault="00000000">
            <w:pPr>
              <w:spacing w:before="20" w:after="10" w:line="240" w:lineRule="auto"/>
              <w:jc w:val="center"/>
            </w:pPr>
            <w:r w:rsidRPr="00A864B8">
              <w:rPr>
                <w:sz w:val="20"/>
              </w:rPr>
              <w:t>Einmalige Anschlussgebühren</w:t>
            </w:r>
          </w:p>
        </w:tc>
        <w:tc>
          <w:tcPr>
            <w:tcW w:w="2160" w:type="dxa"/>
            <w:tcBorders>
              <w:bottom w:val="single" w:sz="8" w:space="0" w:color="9B9B9B"/>
            </w:tcBorders>
            <w:shd w:val="clear" w:color="auto" w:fill="F0F0F0"/>
            <w:vAlign w:val="center"/>
          </w:tcPr>
          <w:p w14:paraId="3B6CD55C" w14:textId="77777777" w:rsidR="00A806B2" w:rsidRPr="00A864B8" w:rsidRDefault="00000000">
            <w:pPr>
              <w:spacing w:before="20" w:after="10" w:line="240" w:lineRule="auto"/>
              <w:jc w:val="center"/>
            </w:pPr>
            <w:r w:rsidRPr="00A864B8">
              <w:rPr>
                <w:sz w:val="20"/>
              </w:rPr>
              <w:t>---</w:t>
            </w:r>
          </w:p>
        </w:tc>
        <w:tc>
          <w:tcPr>
            <w:tcW w:w="2160" w:type="dxa"/>
            <w:tcBorders>
              <w:bottom w:val="single" w:sz="8" w:space="0" w:color="9B9B9B"/>
            </w:tcBorders>
            <w:shd w:val="clear" w:color="auto" w:fill="F0F0F0"/>
            <w:vAlign w:val="center"/>
          </w:tcPr>
          <w:p w14:paraId="5941FD84" w14:textId="77777777" w:rsidR="00A806B2" w:rsidRPr="00A864B8" w:rsidRDefault="00000000">
            <w:pPr>
              <w:spacing w:before="20" w:after="10" w:line="240" w:lineRule="auto"/>
              <w:jc w:val="center"/>
            </w:pPr>
            <w:r w:rsidRPr="00A864B8">
              <w:rPr>
                <w:sz w:val="20"/>
              </w:rPr>
              <w:t>---</w:t>
            </w:r>
          </w:p>
        </w:tc>
        <w:tc>
          <w:tcPr>
            <w:tcW w:w="2160" w:type="dxa"/>
            <w:tcBorders>
              <w:bottom w:val="single" w:sz="8" w:space="0" w:color="9B9B9B"/>
            </w:tcBorders>
            <w:shd w:val="clear" w:color="auto" w:fill="F0F0F0"/>
            <w:vAlign w:val="center"/>
          </w:tcPr>
          <w:p w14:paraId="53A79BA6" w14:textId="77777777" w:rsidR="00A806B2" w:rsidRPr="00A864B8" w:rsidRDefault="00000000">
            <w:pPr>
              <w:spacing w:before="20" w:after="10" w:line="240" w:lineRule="auto"/>
              <w:jc w:val="center"/>
            </w:pPr>
            <w:r w:rsidRPr="00A864B8">
              <w:rPr>
                <w:sz w:val="20"/>
              </w:rPr>
              <w:t>8.000 €</w:t>
            </w:r>
          </w:p>
        </w:tc>
      </w:tr>
      <w:tr w:rsidR="00A806B2" w:rsidRPr="00A864B8" w14:paraId="04A868E7" w14:textId="77777777">
        <w:trPr>
          <w:jc w:val="center"/>
        </w:trPr>
        <w:tc>
          <w:tcPr>
            <w:tcW w:w="2160" w:type="dxa"/>
            <w:tcBorders>
              <w:bottom w:val="single" w:sz="8" w:space="0" w:color="9B9B9B"/>
            </w:tcBorders>
            <w:shd w:val="clear" w:color="auto" w:fill="CFCFCF"/>
            <w:vAlign w:val="center"/>
          </w:tcPr>
          <w:p w14:paraId="263076A9" w14:textId="77777777" w:rsidR="00A806B2" w:rsidRPr="00A864B8" w:rsidRDefault="00000000">
            <w:pPr>
              <w:spacing w:before="20" w:after="10" w:line="240" w:lineRule="auto"/>
              <w:jc w:val="center"/>
            </w:pPr>
            <w:r w:rsidRPr="00A864B8">
              <w:rPr>
                <w:sz w:val="20"/>
              </w:rPr>
              <w:t>Wärmebedarf</w:t>
            </w:r>
          </w:p>
        </w:tc>
        <w:tc>
          <w:tcPr>
            <w:tcW w:w="2160" w:type="dxa"/>
            <w:tcBorders>
              <w:bottom w:val="single" w:sz="8" w:space="0" w:color="9B9B9B"/>
            </w:tcBorders>
            <w:shd w:val="clear" w:color="auto" w:fill="CFCFCF"/>
            <w:vAlign w:val="center"/>
          </w:tcPr>
          <w:p w14:paraId="2C450730" w14:textId="77777777" w:rsidR="00A806B2" w:rsidRPr="00A864B8" w:rsidRDefault="00000000">
            <w:pPr>
              <w:spacing w:before="20" w:after="10" w:line="240" w:lineRule="auto"/>
              <w:jc w:val="center"/>
            </w:pPr>
            <w:r w:rsidRPr="00A864B8">
              <w:rPr>
                <w:sz w:val="20"/>
              </w:rPr>
              <w:t>0,18 €/kWh</w:t>
            </w:r>
          </w:p>
        </w:tc>
        <w:tc>
          <w:tcPr>
            <w:tcW w:w="2160" w:type="dxa"/>
            <w:tcBorders>
              <w:bottom w:val="single" w:sz="8" w:space="0" w:color="9B9B9B"/>
            </w:tcBorders>
            <w:shd w:val="clear" w:color="auto" w:fill="CFCFCF"/>
            <w:vAlign w:val="center"/>
          </w:tcPr>
          <w:p w14:paraId="6F319573" w14:textId="77777777" w:rsidR="00A806B2" w:rsidRPr="00A864B8" w:rsidRDefault="00000000">
            <w:pPr>
              <w:spacing w:before="20" w:after="10" w:line="240" w:lineRule="auto"/>
              <w:jc w:val="center"/>
            </w:pPr>
            <w:r w:rsidRPr="00A864B8">
              <w:rPr>
                <w:sz w:val="20"/>
              </w:rPr>
              <w:t>50 €/kW</w:t>
            </w:r>
          </w:p>
        </w:tc>
        <w:tc>
          <w:tcPr>
            <w:tcW w:w="2160" w:type="dxa"/>
            <w:tcBorders>
              <w:bottom w:val="single" w:sz="8" w:space="0" w:color="9B9B9B"/>
            </w:tcBorders>
            <w:shd w:val="clear" w:color="auto" w:fill="CFCFCF"/>
            <w:vAlign w:val="center"/>
          </w:tcPr>
          <w:p w14:paraId="5C3F54E3" w14:textId="77777777" w:rsidR="00A806B2" w:rsidRPr="00A864B8" w:rsidRDefault="00000000">
            <w:pPr>
              <w:spacing w:before="20" w:after="10" w:line="240" w:lineRule="auto"/>
              <w:jc w:val="center"/>
            </w:pPr>
            <w:r w:rsidRPr="00A864B8">
              <w:rPr>
                <w:sz w:val="20"/>
              </w:rPr>
              <w:t>---</w:t>
            </w:r>
          </w:p>
        </w:tc>
      </w:tr>
      <w:tr w:rsidR="00A806B2" w:rsidRPr="00A864B8" w14:paraId="579B3EFB" w14:textId="77777777">
        <w:trPr>
          <w:jc w:val="center"/>
        </w:trPr>
        <w:tc>
          <w:tcPr>
            <w:tcW w:w="2160" w:type="dxa"/>
            <w:tcBorders>
              <w:bottom w:val="single" w:sz="8" w:space="0" w:color="9B9B9B"/>
            </w:tcBorders>
            <w:shd w:val="clear" w:color="auto" w:fill="F0F0F0"/>
            <w:vAlign w:val="center"/>
          </w:tcPr>
          <w:p w14:paraId="4BCD10A0" w14:textId="77777777" w:rsidR="00A806B2" w:rsidRPr="00A864B8" w:rsidRDefault="00000000">
            <w:pPr>
              <w:spacing w:before="20" w:after="10" w:line="240" w:lineRule="auto"/>
              <w:jc w:val="center"/>
            </w:pPr>
            <w:r w:rsidRPr="00A864B8">
              <w:rPr>
                <w:sz w:val="20"/>
              </w:rPr>
              <w:t>Kältebedarf</w:t>
            </w:r>
          </w:p>
        </w:tc>
        <w:tc>
          <w:tcPr>
            <w:tcW w:w="2160" w:type="dxa"/>
            <w:tcBorders>
              <w:bottom w:val="single" w:sz="8" w:space="0" w:color="9B9B9B"/>
            </w:tcBorders>
            <w:shd w:val="clear" w:color="auto" w:fill="F0F0F0"/>
            <w:vAlign w:val="center"/>
          </w:tcPr>
          <w:p w14:paraId="1503B87F" w14:textId="77777777" w:rsidR="00A806B2" w:rsidRPr="00A864B8" w:rsidRDefault="00000000">
            <w:pPr>
              <w:spacing w:before="20" w:after="10" w:line="240" w:lineRule="auto"/>
              <w:jc w:val="center"/>
            </w:pPr>
            <w:r w:rsidRPr="00A864B8">
              <w:rPr>
                <w:sz w:val="20"/>
              </w:rPr>
              <w:t>0,15 €/kWh</w:t>
            </w:r>
          </w:p>
        </w:tc>
        <w:tc>
          <w:tcPr>
            <w:tcW w:w="2160" w:type="dxa"/>
            <w:tcBorders>
              <w:bottom w:val="single" w:sz="8" w:space="0" w:color="9B9B9B"/>
            </w:tcBorders>
            <w:shd w:val="clear" w:color="auto" w:fill="F0F0F0"/>
            <w:vAlign w:val="center"/>
          </w:tcPr>
          <w:p w14:paraId="4AC9A8F7" w14:textId="77777777" w:rsidR="00A806B2" w:rsidRPr="00A864B8" w:rsidRDefault="00000000">
            <w:pPr>
              <w:spacing w:before="20" w:after="10" w:line="240" w:lineRule="auto"/>
              <w:jc w:val="center"/>
            </w:pPr>
            <w:r w:rsidRPr="00A864B8">
              <w:rPr>
                <w:sz w:val="20"/>
              </w:rPr>
              <w:t>50 €/kW</w:t>
            </w:r>
          </w:p>
        </w:tc>
        <w:tc>
          <w:tcPr>
            <w:tcW w:w="2160" w:type="dxa"/>
            <w:tcBorders>
              <w:bottom w:val="single" w:sz="8" w:space="0" w:color="9B9B9B"/>
            </w:tcBorders>
            <w:shd w:val="clear" w:color="auto" w:fill="F0F0F0"/>
            <w:vAlign w:val="center"/>
          </w:tcPr>
          <w:p w14:paraId="3563FADA" w14:textId="77777777" w:rsidR="00A806B2" w:rsidRPr="00A864B8" w:rsidRDefault="00000000">
            <w:pPr>
              <w:spacing w:before="20" w:after="10" w:line="240" w:lineRule="auto"/>
              <w:jc w:val="center"/>
            </w:pPr>
            <w:r w:rsidRPr="00A864B8">
              <w:rPr>
                <w:sz w:val="20"/>
              </w:rPr>
              <w:t>---</w:t>
            </w:r>
          </w:p>
        </w:tc>
      </w:tr>
      <w:tr w:rsidR="00A806B2" w:rsidRPr="00A864B8" w14:paraId="34FA3F85" w14:textId="77777777">
        <w:trPr>
          <w:jc w:val="center"/>
        </w:trPr>
        <w:tc>
          <w:tcPr>
            <w:tcW w:w="2160" w:type="dxa"/>
            <w:tcBorders>
              <w:bottom w:val="single" w:sz="8" w:space="0" w:color="9B9B9B"/>
            </w:tcBorders>
            <w:shd w:val="clear" w:color="auto" w:fill="CFCFCF"/>
            <w:vAlign w:val="center"/>
          </w:tcPr>
          <w:p w14:paraId="79CC0F74" w14:textId="77777777" w:rsidR="00A806B2" w:rsidRPr="00A864B8" w:rsidRDefault="00000000">
            <w:pPr>
              <w:spacing w:before="20" w:after="10" w:line="240" w:lineRule="auto"/>
              <w:jc w:val="center"/>
            </w:pPr>
            <w:r w:rsidRPr="00A864B8">
              <w:rPr>
                <w:sz w:val="20"/>
              </w:rPr>
              <w:t>Nutzerstrom</w:t>
            </w:r>
          </w:p>
        </w:tc>
        <w:tc>
          <w:tcPr>
            <w:tcW w:w="2160" w:type="dxa"/>
            <w:tcBorders>
              <w:bottom w:val="single" w:sz="8" w:space="0" w:color="9B9B9B"/>
            </w:tcBorders>
            <w:shd w:val="clear" w:color="auto" w:fill="CFCFCF"/>
            <w:vAlign w:val="center"/>
          </w:tcPr>
          <w:p w14:paraId="2479C10A" w14:textId="77777777" w:rsidR="00A806B2" w:rsidRPr="00A864B8" w:rsidRDefault="00000000">
            <w:pPr>
              <w:spacing w:before="20" w:after="10" w:line="240" w:lineRule="auto"/>
              <w:jc w:val="center"/>
            </w:pPr>
            <w:r w:rsidRPr="00A864B8">
              <w:rPr>
                <w:sz w:val="20"/>
              </w:rPr>
              <w:t>0,3 €/kWh</w:t>
            </w:r>
          </w:p>
        </w:tc>
        <w:tc>
          <w:tcPr>
            <w:tcW w:w="2160" w:type="dxa"/>
            <w:tcBorders>
              <w:bottom w:val="single" w:sz="8" w:space="0" w:color="9B9B9B"/>
            </w:tcBorders>
            <w:shd w:val="clear" w:color="auto" w:fill="CFCFCF"/>
            <w:vAlign w:val="center"/>
          </w:tcPr>
          <w:p w14:paraId="6DEF65AF" w14:textId="77777777" w:rsidR="00A806B2" w:rsidRPr="00A864B8" w:rsidRDefault="00000000">
            <w:pPr>
              <w:spacing w:before="20" w:after="10" w:line="240" w:lineRule="auto"/>
              <w:jc w:val="center"/>
            </w:pPr>
            <w:r w:rsidRPr="00A864B8">
              <w:rPr>
                <w:sz w:val="20"/>
              </w:rPr>
              <w:t>50 €/kW</w:t>
            </w:r>
          </w:p>
        </w:tc>
        <w:tc>
          <w:tcPr>
            <w:tcW w:w="2160" w:type="dxa"/>
            <w:tcBorders>
              <w:bottom w:val="single" w:sz="8" w:space="0" w:color="9B9B9B"/>
            </w:tcBorders>
            <w:shd w:val="clear" w:color="auto" w:fill="CFCFCF"/>
            <w:vAlign w:val="center"/>
          </w:tcPr>
          <w:p w14:paraId="141CEE9A" w14:textId="77777777" w:rsidR="00A806B2" w:rsidRPr="00A864B8" w:rsidRDefault="00000000">
            <w:pPr>
              <w:spacing w:before="20" w:after="10" w:line="240" w:lineRule="auto"/>
              <w:jc w:val="center"/>
            </w:pPr>
            <w:r w:rsidRPr="00A864B8">
              <w:rPr>
                <w:sz w:val="20"/>
              </w:rPr>
              <w:t>---</w:t>
            </w:r>
          </w:p>
        </w:tc>
      </w:tr>
      <w:tr w:rsidR="00A806B2" w:rsidRPr="00A864B8" w14:paraId="32FFDD43" w14:textId="77777777">
        <w:trPr>
          <w:jc w:val="center"/>
        </w:trPr>
        <w:tc>
          <w:tcPr>
            <w:tcW w:w="2160" w:type="dxa"/>
            <w:tcBorders>
              <w:bottom w:val="single" w:sz="8" w:space="0" w:color="9B9B9B"/>
            </w:tcBorders>
            <w:shd w:val="clear" w:color="auto" w:fill="F0F0F0"/>
            <w:vAlign w:val="center"/>
          </w:tcPr>
          <w:p w14:paraId="7F63A648" w14:textId="77777777" w:rsidR="00A806B2" w:rsidRPr="00A864B8" w:rsidRDefault="00000000">
            <w:pPr>
              <w:spacing w:before="20" w:after="10" w:line="240" w:lineRule="auto"/>
              <w:jc w:val="center"/>
            </w:pPr>
            <w:r w:rsidRPr="00A864B8">
              <w:rPr>
                <w:sz w:val="20"/>
              </w:rPr>
              <w:t>Elektromobilität</w:t>
            </w:r>
          </w:p>
        </w:tc>
        <w:tc>
          <w:tcPr>
            <w:tcW w:w="2160" w:type="dxa"/>
            <w:tcBorders>
              <w:bottom w:val="single" w:sz="8" w:space="0" w:color="9B9B9B"/>
            </w:tcBorders>
            <w:shd w:val="clear" w:color="auto" w:fill="F0F0F0"/>
            <w:vAlign w:val="center"/>
          </w:tcPr>
          <w:p w14:paraId="2CEF179C" w14:textId="77777777" w:rsidR="00A806B2" w:rsidRPr="00A864B8" w:rsidRDefault="00000000">
            <w:pPr>
              <w:spacing w:before="20" w:after="10" w:line="240" w:lineRule="auto"/>
              <w:jc w:val="center"/>
            </w:pPr>
            <w:r w:rsidRPr="00A864B8">
              <w:rPr>
                <w:sz w:val="20"/>
              </w:rPr>
              <w:t>0,3 €/kWh</w:t>
            </w:r>
          </w:p>
        </w:tc>
        <w:tc>
          <w:tcPr>
            <w:tcW w:w="2160" w:type="dxa"/>
            <w:tcBorders>
              <w:bottom w:val="single" w:sz="8" w:space="0" w:color="9B9B9B"/>
            </w:tcBorders>
            <w:shd w:val="clear" w:color="auto" w:fill="F0F0F0"/>
            <w:vAlign w:val="center"/>
          </w:tcPr>
          <w:p w14:paraId="6B699476" w14:textId="77777777" w:rsidR="00A806B2" w:rsidRPr="00A864B8" w:rsidRDefault="00000000">
            <w:pPr>
              <w:spacing w:before="20" w:after="10" w:line="240" w:lineRule="auto"/>
              <w:jc w:val="center"/>
            </w:pPr>
            <w:r w:rsidRPr="00A864B8">
              <w:rPr>
                <w:sz w:val="20"/>
              </w:rPr>
              <w:t>50 €/kW</w:t>
            </w:r>
          </w:p>
        </w:tc>
        <w:tc>
          <w:tcPr>
            <w:tcW w:w="2160" w:type="dxa"/>
            <w:tcBorders>
              <w:bottom w:val="single" w:sz="8" w:space="0" w:color="9B9B9B"/>
            </w:tcBorders>
            <w:shd w:val="clear" w:color="auto" w:fill="F0F0F0"/>
            <w:vAlign w:val="center"/>
          </w:tcPr>
          <w:p w14:paraId="4C715612" w14:textId="77777777" w:rsidR="00A806B2" w:rsidRPr="00A864B8" w:rsidRDefault="00000000">
            <w:pPr>
              <w:spacing w:before="20" w:after="10" w:line="240" w:lineRule="auto"/>
              <w:jc w:val="center"/>
            </w:pPr>
            <w:r w:rsidRPr="00A864B8">
              <w:rPr>
                <w:sz w:val="20"/>
              </w:rPr>
              <w:t>---</w:t>
            </w:r>
          </w:p>
        </w:tc>
      </w:tr>
    </w:tbl>
    <w:p w14:paraId="1CD81C53" w14:textId="77777777" w:rsidR="00A806B2" w:rsidRPr="00A864B8" w:rsidRDefault="00A806B2"/>
    <w:p w14:paraId="29C34C7C" w14:textId="77777777" w:rsidR="00A806B2" w:rsidRPr="00A864B8" w:rsidRDefault="00000000">
      <w:pPr>
        <w:pStyle w:val="berschrift2"/>
      </w:pPr>
      <w:bookmarkStart w:id="379" w:name="h_appendix_data_sources_num"/>
      <w:bookmarkStart w:id="380" w:name="_Toc240363528"/>
      <w:r w:rsidRPr="00A864B8">
        <w:rPr>
          <w:color w:val="000000"/>
          <w:sz w:val="36"/>
        </w:rPr>
        <w:t xml:space="preserve">12.6 </w:t>
      </w:r>
      <w:bookmarkEnd w:id="379"/>
      <w:r w:rsidRPr="00A864B8">
        <w:rPr>
          <w:color w:val="000000"/>
          <w:sz w:val="36"/>
        </w:rPr>
        <w:t>Weitere Hinweise und Datenquellen</w:t>
      </w:r>
      <w:bookmarkEnd w:id="380"/>
    </w:p>
    <w:p w14:paraId="4459EA98" w14:textId="77777777" w:rsidR="00A806B2" w:rsidRDefault="00000000">
      <w:pPr>
        <w:jc w:val="both"/>
      </w:pPr>
      <w:r w:rsidRPr="00A864B8">
        <w:t>Dieser Bericht enthält Kartendaten © OpenStreetMap-Mitwirkende, die unter der Open Database License (ODbL) lizenziert sind.</w:t>
      </w:r>
    </w:p>
    <w:sectPr w:rsidR="00A806B2" w:rsidSect="00034616">
      <w:footerReference w:type="default" r:id="rId27"/>
      <w:type w:val="continuous"/>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AF8B5" w14:textId="77777777" w:rsidR="002D2541" w:rsidRPr="00A864B8" w:rsidRDefault="002D2541">
      <w:pPr>
        <w:spacing w:after="0" w:line="240" w:lineRule="auto"/>
      </w:pPr>
      <w:r w:rsidRPr="00A864B8">
        <w:separator/>
      </w:r>
    </w:p>
  </w:endnote>
  <w:endnote w:type="continuationSeparator" w:id="0">
    <w:p w14:paraId="32D0740B" w14:textId="77777777" w:rsidR="002D2541" w:rsidRPr="00A864B8" w:rsidRDefault="002D2541">
      <w:pPr>
        <w:spacing w:after="0" w:line="240" w:lineRule="auto"/>
      </w:pPr>
      <w:r w:rsidRPr="00A86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24C4" w14:textId="1BB91E0D" w:rsidR="00A806B2" w:rsidRPr="00A864B8" w:rsidRDefault="00000000">
    <w:pPr>
      <w:pStyle w:val="Fuzeile"/>
      <w:jc w:val="center"/>
    </w:pPr>
    <w:r w:rsidRPr="00A864B8">
      <w:fldChar w:fldCharType="begin"/>
    </w:r>
    <w:r w:rsidRPr="00A864B8">
      <w:instrText>PAGE</w:instrText>
    </w:r>
    <w:r w:rsidRPr="00A864B8">
      <w:fldChar w:fldCharType="separate"/>
    </w:r>
    <w:r w:rsidR="00F26332" w:rsidRPr="00A864B8">
      <w:t>1</w:t>
    </w:r>
    <w:r w:rsidRPr="00A864B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AC41A" w14:textId="77777777" w:rsidR="002D2541" w:rsidRPr="00A864B8" w:rsidRDefault="002D2541">
      <w:pPr>
        <w:spacing w:after="0" w:line="240" w:lineRule="auto"/>
      </w:pPr>
      <w:r w:rsidRPr="00A864B8">
        <w:separator/>
      </w:r>
    </w:p>
  </w:footnote>
  <w:footnote w:type="continuationSeparator" w:id="0">
    <w:p w14:paraId="1CA43C01" w14:textId="77777777" w:rsidR="002D2541" w:rsidRPr="00A864B8" w:rsidRDefault="002D2541">
      <w:pPr>
        <w:spacing w:after="0" w:line="240" w:lineRule="auto"/>
      </w:pPr>
      <w:r w:rsidRPr="00A86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6BDA" w14:textId="77777777" w:rsidR="00A806B2" w:rsidRPr="00A864B8" w:rsidRDefault="00000000">
    <w:pPr>
      <w:pStyle w:val="Kopfzeile"/>
      <w:jc w:val="right"/>
    </w:pPr>
    <w:r w:rsidRPr="00A864B8">
      <w:drawing>
        <wp:inline distT="0" distB="0" distL="0" distR="0" wp14:anchorId="5D602754" wp14:editId="4CD1BAC0">
          <wp:extent cx="685800" cy="292607"/>
          <wp:effectExtent l="0" t="0" r="0" b="0"/>
          <wp:docPr id="199162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_logo_small.png"/>
                  <pic:cNvPicPr/>
                </pic:nvPicPr>
                <pic:blipFill>
                  <a:blip r:embed="rId1"/>
                  <a:stretch>
                    <a:fillRect/>
                  </a:stretch>
                </pic:blipFill>
                <pic:spPr>
                  <a:xfrm>
                    <a:off x="0" y="0"/>
                    <a:ext cx="685800" cy="2926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714811622">
    <w:abstractNumId w:val="8"/>
  </w:num>
  <w:num w:numId="2" w16cid:durableId="649864190">
    <w:abstractNumId w:val="6"/>
  </w:num>
  <w:num w:numId="3" w16cid:durableId="828254966">
    <w:abstractNumId w:val="5"/>
  </w:num>
  <w:num w:numId="4" w16cid:durableId="758216164">
    <w:abstractNumId w:val="4"/>
  </w:num>
  <w:num w:numId="5" w16cid:durableId="392237909">
    <w:abstractNumId w:val="7"/>
  </w:num>
  <w:num w:numId="6" w16cid:durableId="2098743753">
    <w:abstractNumId w:val="3"/>
  </w:num>
  <w:num w:numId="7" w16cid:durableId="1728187158">
    <w:abstractNumId w:val="2"/>
  </w:num>
  <w:num w:numId="8" w16cid:durableId="1939828104">
    <w:abstractNumId w:val="1"/>
  </w:num>
  <w:num w:numId="9" w16cid:durableId="127358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2541"/>
    <w:rsid w:val="00326F90"/>
    <w:rsid w:val="004B23D0"/>
    <w:rsid w:val="007A058A"/>
    <w:rsid w:val="00923FED"/>
    <w:rsid w:val="00A806B2"/>
    <w:rsid w:val="00A864B8"/>
    <w:rsid w:val="00AA1D8D"/>
    <w:rsid w:val="00B47730"/>
    <w:rsid w:val="00CB0664"/>
    <w:rsid w:val="00F263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16409A"/>
  <w14:defaultImageDpi w14:val="300"/>
  <w15:docId w15:val="{61E194A1-EC44-4D6B-8BFD-2D6E912B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sz w:val="24"/>
      <w:lang w:val="de-DE"/>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rPr>
      <w:rFonts w:ascii="Calibri" w:hAnsi="Calibri"/>
      <w:i/>
      <w:color w:val="000000"/>
      <w:sz w:val="20"/>
    </w:rPr>
  </w:style>
  <w:style w:type="paragraph" w:styleId="Verzeichnis1">
    <w:name w:val="toc 1"/>
    <w:basedOn w:val="Standard"/>
    <w:next w:val="Standard"/>
    <w:autoRedefine/>
    <w:uiPriority w:val="39"/>
    <w:unhideWhenUsed/>
    <w:rsid w:val="00F26332"/>
    <w:pPr>
      <w:spacing w:after="100"/>
    </w:pPr>
  </w:style>
  <w:style w:type="paragraph" w:styleId="Verzeichnis2">
    <w:name w:val="toc 2"/>
    <w:basedOn w:val="Standard"/>
    <w:next w:val="Standard"/>
    <w:autoRedefine/>
    <w:uiPriority w:val="39"/>
    <w:unhideWhenUsed/>
    <w:rsid w:val="00F26332"/>
    <w:pPr>
      <w:spacing w:after="100"/>
      <w:ind w:left="240"/>
    </w:pPr>
  </w:style>
  <w:style w:type="paragraph" w:styleId="Verzeichnis3">
    <w:name w:val="toc 3"/>
    <w:basedOn w:val="Standard"/>
    <w:next w:val="Standard"/>
    <w:autoRedefine/>
    <w:uiPriority w:val="39"/>
    <w:unhideWhenUsed/>
    <w:rsid w:val="00F26332"/>
    <w:pPr>
      <w:spacing w:after="100"/>
      <w:ind w:left="480"/>
    </w:pPr>
  </w:style>
  <w:style w:type="character" w:styleId="Hyperlink">
    <w:name w:val="Hyperlink"/>
    <w:basedOn w:val="Absatz-Standardschriftart"/>
    <w:uiPriority w:val="99"/>
    <w:unhideWhenUsed/>
    <w:rsid w:val="00F26332"/>
    <w:rPr>
      <w:color w:val="0000FF" w:themeColor="hyperlink"/>
      <w:u w:val="single"/>
    </w:rPr>
  </w:style>
  <w:style w:type="paragraph" w:styleId="Abbildungsverzeichnis">
    <w:name w:val="table of figures"/>
    <w:basedOn w:val="Standard"/>
    <w:next w:val="Standard"/>
    <w:uiPriority w:val="99"/>
    <w:unhideWhenUsed/>
    <w:rsid w:val="00F2633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15971</Words>
  <Characters>100623</Characters>
  <Application>Microsoft Office Word</Application>
  <DocSecurity>0</DocSecurity>
  <Lines>838</Lines>
  <Paragraphs>232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nPro Ergebnisbericht</dc:title>
  <dc:subject/>
  <dc:creator>Lisa Weidinger</dc:creator>
  <cp:keywords>nPro Energy</cp:keywords>
  <dc:description>Dieser Ergebnisbericht wurde mit der nPro Software erstellt.</dc:description>
  <cp:lastModifiedBy>Lisa Weidinger (nPro Energy)</cp:lastModifiedBy>
  <cp:revision>3</cp:revision>
  <dcterms:created xsi:type="dcterms:W3CDTF">2026-09-09T13:44:00Z</dcterms:created>
  <dcterms:modified xsi:type="dcterms:W3CDTF">2026-09-15T09:21:00Z</dcterms:modified>
  <cp:category/>
</cp:coreProperties>
</file>